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720"/>
        <w:rPr/>
      </w:pPr>
      <w:r w:rsidDel="00000000" w:rsidR="00000000" w:rsidRPr="00000000">
        <w:rPr>
          <w:rtl w:val="0"/>
        </w:rPr>
        <w:t xml:space="preserve">Gunfighters and Gangsters In South Central</w:t>
      </w:r>
    </w:p>
    <w:p w:rsidR="00000000" w:rsidDel="00000000" w:rsidP="00000000" w:rsidRDefault="00000000" w:rsidRPr="00000000" w14:paraId="00000002">
      <w:pPr>
        <w:ind w:firstLine="720"/>
        <w:rPr/>
      </w:pPr>
      <w:r w:rsidDel="00000000" w:rsidR="00000000" w:rsidRPr="00000000">
        <w:rPr>
          <w:rtl w:val="0"/>
        </w:rPr>
        <w:t xml:space="preserve">By Ray Dietrich</w:t>
      </w:r>
    </w:p>
    <w:p w:rsidR="00000000" w:rsidDel="00000000" w:rsidP="00000000" w:rsidRDefault="00000000" w:rsidRPr="00000000" w14:paraId="00000003">
      <w:pPr>
        <w:ind w:firstLine="720"/>
        <w:rPr/>
      </w:pPr>
      <w:r w:rsidDel="00000000" w:rsidR="00000000" w:rsidRPr="00000000">
        <w:rPr>
          <w:rtl w:val="0"/>
        </w:rPr>
        <w:t xml:space="preserve">Self-published</w:t>
      </w:r>
    </w:p>
    <w:p w:rsidR="00000000" w:rsidDel="00000000" w:rsidP="00000000" w:rsidRDefault="00000000" w:rsidRPr="00000000" w14:paraId="00000004">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05">
      <w:pPr>
        <w:pStyle w:val="Heading1"/>
        <w:ind w:firstLine="720"/>
        <w:rPr/>
      </w:pPr>
      <w:r w:rsidDel="00000000" w:rsidR="00000000" w:rsidRPr="00000000">
        <w:rPr>
          <w:rtl w:val="0"/>
        </w:rPr>
        <w:t xml:space="preserve">Table of Contents</w:t>
      </w:r>
    </w:p>
    <w:p w:rsidR="00000000" w:rsidDel="00000000" w:rsidP="00000000" w:rsidRDefault="00000000" w:rsidRPr="00000000" w14:paraId="00000006">
      <w:pPr>
        <w:ind w:firstLine="720"/>
        <w:rPr/>
      </w:pPr>
      <w:r w:rsidDel="00000000" w:rsidR="00000000" w:rsidRPr="00000000">
        <w:rPr>
          <w:rtl w:val="0"/>
        </w:rPr>
        <w:t xml:space="preserve">Preface</w:t>
      </w:r>
    </w:p>
    <w:p w:rsidR="00000000" w:rsidDel="00000000" w:rsidP="00000000" w:rsidRDefault="00000000" w:rsidRPr="00000000" w14:paraId="00000007">
      <w:pPr>
        <w:ind w:firstLine="720"/>
        <w:rPr/>
      </w:pPr>
      <w:r w:rsidDel="00000000" w:rsidR="00000000" w:rsidRPr="00000000">
        <w:rPr>
          <w:rtl w:val="0"/>
        </w:rPr>
        <w:t xml:space="preserve">Chapter 1</w:t>
      </w:r>
    </w:p>
    <w:p w:rsidR="00000000" w:rsidDel="00000000" w:rsidP="00000000" w:rsidRDefault="00000000" w:rsidRPr="00000000" w14:paraId="00000008">
      <w:pPr>
        <w:ind w:firstLine="720"/>
        <w:rPr/>
      </w:pPr>
      <w:r w:rsidDel="00000000" w:rsidR="00000000" w:rsidRPr="00000000">
        <w:rPr>
          <w:rtl w:val="0"/>
        </w:rPr>
        <w:t xml:space="preserve">Chapter 2</w:t>
      </w:r>
    </w:p>
    <w:p w:rsidR="00000000" w:rsidDel="00000000" w:rsidP="00000000" w:rsidRDefault="00000000" w:rsidRPr="00000000" w14:paraId="00000009">
      <w:pPr>
        <w:ind w:firstLine="720"/>
        <w:rPr/>
      </w:pPr>
      <w:r w:rsidDel="00000000" w:rsidR="00000000" w:rsidRPr="00000000">
        <w:rPr>
          <w:rtl w:val="0"/>
        </w:rPr>
        <w:t xml:space="preserve">Chapter 3</w:t>
      </w:r>
    </w:p>
    <w:p w:rsidR="00000000" w:rsidDel="00000000" w:rsidP="00000000" w:rsidRDefault="00000000" w:rsidRPr="00000000" w14:paraId="0000000A">
      <w:pPr>
        <w:ind w:firstLine="720"/>
        <w:rPr/>
      </w:pPr>
      <w:r w:rsidDel="00000000" w:rsidR="00000000" w:rsidRPr="00000000">
        <w:rPr>
          <w:rtl w:val="0"/>
        </w:rPr>
        <w:t xml:space="preserve">Chapter 4</w:t>
      </w:r>
    </w:p>
    <w:p w:rsidR="00000000" w:rsidDel="00000000" w:rsidP="00000000" w:rsidRDefault="00000000" w:rsidRPr="00000000" w14:paraId="0000000B">
      <w:pPr>
        <w:ind w:firstLine="720"/>
        <w:rPr/>
      </w:pPr>
      <w:r w:rsidDel="00000000" w:rsidR="00000000" w:rsidRPr="00000000">
        <w:rPr>
          <w:rtl w:val="0"/>
        </w:rPr>
        <w:t xml:space="preserve">Chapter 5</w:t>
      </w:r>
    </w:p>
    <w:p w:rsidR="00000000" w:rsidDel="00000000" w:rsidP="00000000" w:rsidRDefault="00000000" w:rsidRPr="00000000" w14:paraId="0000000C">
      <w:pPr>
        <w:ind w:firstLine="720"/>
        <w:rPr/>
      </w:pPr>
      <w:r w:rsidDel="00000000" w:rsidR="00000000" w:rsidRPr="00000000">
        <w:rPr>
          <w:rtl w:val="0"/>
        </w:rPr>
        <w:t xml:space="preserve">Chapter 6</w:t>
      </w:r>
    </w:p>
    <w:p w:rsidR="00000000" w:rsidDel="00000000" w:rsidP="00000000" w:rsidRDefault="00000000" w:rsidRPr="00000000" w14:paraId="0000000D">
      <w:pPr>
        <w:ind w:firstLine="720"/>
        <w:rPr/>
      </w:pPr>
      <w:r w:rsidDel="00000000" w:rsidR="00000000" w:rsidRPr="00000000">
        <w:rPr>
          <w:rtl w:val="0"/>
        </w:rPr>
        <w:t xml:space="preserve">Chapter 7</w:t>
      </w:r>
    </w:p>
    <w:p w:rsidR="00000000" w:rsidDel="00000000" w:rsidP="00000000" w:rsidRDefault="00000000" w:rsidRPr="00000000" w14:paraId="0000000E">
      <w:pPr>
        <w:ind w:firstLine="720"/>
        <w:rPr/>
      </w:pPr>
      <w:r w:rsidDel="00000000" w:rsidR="00000000" w:rsidRPr="00000000">
        <w:rPr>
          <w:rtl w:val="0"/>
        </w:rPr>
        <w:t xml:space="preserve">Chapter 8</w:t>
      </w:r>
    </w:p>
    <w:p w:rsidR="00000000" w:rsidDel="00000000" w:rsidP="00000000" w:rsidRDefault="00000000" w:rsidRPr="00000000" w14:paraId="0000000F">
      <w:pPr>
        <w:ind w:firstLine="720"/>
        <w:rPr/>
      </w:pPr>
      <w:r w:rsidDel="00000000" w:rsidR="00000000" w:rsidRPr="00000000">
        <w:rPr>
          <w:rtl w:val="0"/>
        </w:rPr>
        <w:t xml:space="preserve">Chapter 9</w:t>
      </w:r>
    </w:p>
    <w:p w:rsidR="00000000" w:rsidDel="00000000" w:rsidP="00000000" w:rsidRDefault="00000000" w:rsidRPr="00000000" w14:paraId="00000010">
      <w:pPr>
        <w:ind w:firstLine="720"/>
        <w:rPr/>
      </w:pPr>
      <w:r w:rsidDel="00000000" w:rsidR="00000000" w:rsidRPr="00000000">
        <w:rPr>
          <w:rtl w:val="0"/>
        </w:rPr>
        <w:t xml:space="preserve">Chapter 10</w:t>
      </w:r>
    </w:p>
    <w:p w:rsidR="00000000" w:rsidDel="00000000" w:rsidP="00000000" w:rsidRDefault="00000000" w:rsidRPr="00000000" w14:paraId="00000011">
      <w:pPr>
        <w:ind w:firstLine="720"/>
        <w:rPr/>
      </w:pPr>
      <w:r w:rsidDel="00000000" w:rsidR="00000000" w:rsidRPr="00000000">
        <w:rPr>
          <w:rtl w:val="0"/>
        </w:rPr>
        <w:t xml:space="preserve">Acknowledgments</w:t>
      </w:r>
    </w:p>
    <w:p w:rsidR="00000000" w:rsidDel="00000000" w:rsidP="00000000" w:rsidRDefault="00000000" w:rsidRPr="00000000" w14:paraId="00000012">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13">
      <w:pPr>
        <w:ind w:firstLine="720"/>
        <w:rPr/>
      </w:pPr>
      <w:r w:rsidDel="00000000" w:rsidR="00000000" w:rsidRPr="00000000">
        <w:rPr>
          <w:rtl w:val="0"/>
        </w:rPr>
        <w:t xml:space="preserve">Preface</w:t>
      </w:r>
    </w:p>
    <w:p w:rsidR="00000000" w:rsidDel="00000000" w:rsidP="00000000" w:rsidRDefault="00000000" w:rsidRPr="00000000" w14:paraId="00000014">
      <w:pPr>
        <w:ind w:firstLine="720"/>
        <w:rPr/>
      </w:pPr>
      <w:r w:rsidDel="00000000" w:rsidR="00000000" w:rsidRPr="00000000">
        <w:rPr>
          <w:rtl w:val="0"/>
        </w:rPr>
        <w:t xml:space="preserve">This book was written to provide a glimpse into the daily life of a patrol deputy in South Central Los Angeles during the early 2000s, a golden age of policing that bridged a critical moment in history—post-1992 Rodney King riots and before the "Defund the Police" movement took hold. This was an era when the true alpha males of society found their calling, keeping people safe as they slept by doing what needed to be done on the streets. These were the men who ran toward the danger, knowing full well that the consequences could be life-altering, yet accepting that responsibility without hesitation.</w:t>
      </w:r>
    </w:p>
    <w:p w:rsidR="00000000" w:rsidDel="00000000" w:rsidP="00000000" w:rsidRDefault="00000000" w:rsidRPr="00000000" w14:paraId="00000015">
      <w:pPr>
        <w:ind w:firstLine="720"/>
        <w:rPr/>
      </w:pPr>
      <w:r w:rsidDel="00000000" w:rsidR="00000000" w:rsidRPr="00000000">
        <w:rPr>
          <w:rtl w:val="0"/>
        </w:rPr>
        <w:t xml:space="preserve">It was a time before the era of bodycams and Ring doorbells, before the omnipresent surveillance state covered every square inch of urban life. In those days, police work was about instincts, quick decision-making, and the unbreakable bond between partners who trusted each other with their lives. It was the twilight of a grittier, rawer form of law enforcement—one that today seems distant and almost unimaginable in the modern world.</w:t>
      </w:r>
    </w:p>
    <w:p w:rsidR="00000000" w:rsidDel="00000000" w:rsidP="00000000" w:rsidRDefault="00000000" w:rsidRPr="00000000" w14:paraId="00000016">
      <w:pPr>
        <w:ind w:firstLine="720"/>
        <w:rPr/>
      </w:pPr>
      <w:r w:rsidDel="00000000" w:rsidR="00000000" w:rsidRPr="00000000">
        <w:rPr>
          <w:rtl w:val="0"/>
        </w:rPr>
        <w:t xml:space="preserve">I’ve drawn on my own experiences—twenty years in law enforcement— to bring authenticity to the story, portraying the struggles, victories, and silent costs of policing one of America’s most volatile urban landscapes. The realities of gang warfare, life-or-death moments, and the mental and emotional toll this work takes on those who choose to serve are all reflected here.</w:t>
      </w:r>
    </w:p>
    <w:p w:rsidR="00000000" w:rsidDel="00000000" w:rsidP="00000000" w:rsidRDefault="00000000" w:rsidRPr="00000000" w14:paraId="00000017">
      <w:pPr>
        <w:ind w:firstLine="720"/>
        <w:rPr/>
      </w:pPr>
      <w:r w:rsidDel="00000000" w:rsidR="00000000" w:rsidRPr="00000000">
        <w:rPr>
          <w:rtl w:val="0"/>
        </w:rPr>
        <w:t xml:space="preserve">Disclaimer</w:t>
      </w:r>
    </w:p>
    <w:p w:rsidR="00000000" w:rsidDel="00000000" w:rsidP="00000000" w:rsidRDefault="00000000" w:rsidRPr="00000000" w14:paraId="00000018">
      <w:pPr>
        <w:ind w:firstLine="720"/>
        <w:rPr/>
      </w:pPr>
      <w:r w:rsidDel="00000000" w:rsidR="00000000" w:rsidRPr="00000000">
        <w:rPr>
          <w:rtl w:val="0"/>
        </w:rPr>
        <w:t xml:space="preserve">This is a work of fiction. Names, characters, places, and incidents are either products of the author’s imagination or are used fictitiously. Any resemblance to actual events, locales, or persons, living or dead, is entirely coincidental.</w:t>
      </w:r>
    </w:p>
    <w:p w:rsidR="00000000" w:rsidDel="00000000" w:rsidP="00000000" w:rsidRDefault="00000000" w:rsidRPr="00000000" w14:paraId="00000019">
      <w:pPr>
        <w:ind w:firstLine="720"/>
        <w:rPr/>
      </w:pPr>
      <w:r w:rsidDel="00000000" w:rsidR="00000000" w:rsidRPr="00000000">
        <w:rPr>
          <w:rtl w:val="0"/>
        </w:rPr>
        <w:t xml:space="preserve">***</w:t>
      </w:r>
    </w:p>
    <w:p w:rsidR="00000000" w:rsidDel="00000000" w:rsidP="00000000" w:rsidRDefault="00000000" w:rsidRPr="00000000" w14:paraId="0000001A">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ind w:firstLine="720"/>
        <w:rPr/>
      </w:pPr>
      <w:r w:rsidDel="00000000" w:rsidR="00000000" w:rsidRPr="00000000">
        <w:rPr>
          <w:rtl w:val="0"/>
        </w:rPr>
        <w:t xml:space="preserve">CHAPTER 1</w:t>
      </w:r>
    </w:p>
    <w:p w:rsidR="00000000" w:rsidDel="00000000" w:rsidP="00000000" w:rsidRDefault="00000000" w:rsidRPr="00000000" w14:paraId="0000001C">
      <w:pPr>
        <w:ind w:firstLine="720"/>
        <w:rPr/>
      </w:pPr>
      <w:r w:rsidDel="00000000" w:rsidR="00000000" w:rsidRPr="00000000">
        <w:rPr>
          <w:rtl w:val="0"/>
        </w:rPr>
        <w:t xml:space="preserve">Spring, 2000</w:t>
      </w:r>
    </w:p>
    <w:p w:rsidR="00000000" w:rsidDel="00000000" w:rsidP="00000000" w:rsidRDefault="00000000" w:rsidRPr="00000000" w14:paraId="0000001D">
      <w:pPr>
        <w:ind w:firstLine="720"/>
        <w:rPr/>
      </w:pPr>
      <w:r w:rsidDel="00000000" w:rsidR="00000000" w:rsidRPr="00000000">
        <w:rPr>
          <w:rtl w:val="0"/>
        </w:rPr>
        <w:t xml:space="preserve">In the nearly empty grocery store parking lot, Ryan Steele parked his Dodge truck next to a Toyota Corolla. It was just before 5 AM, and only a few other vehicles were scattered around. Steele quickly spotted Dan, his academy carpool partner. They had both recently started at the Los Angeles County Sheriff’s Department academy, and to skirt one of the many strict rules—no recruits could drive to the Academy alone—they met at the grocery store down the street before heading in together.</w:t>
      </w:r>
    </w:p>
    <w:p w:rsidR="00000000" w:rsidDel="00000000" w:rsidP="00000000" w:rsidRDefault="00000000" w:rsidRPr="00000000" w14:paraId="0000001E">
      <w:pPr>
        <w:ind w:firstLine="720"/>
        <w:rPr/>
      </w:pPr>
      <w:r w:rsidDel="00000000" w:rsidR="00000000" w:rsidRPr="00000000">
        <w:rPr>
          <w:rtl w:val="0"/>
        </w:rPr>
        <w:t xml:space="preserve">The cool spring morning was cloaked in heavy fog as Dan exited his Corolla and hopped into Ryan's truck. They pulled out of the lot and headed toward the Whittier academy. “You ready for another day of fun?” Ryan asked, breaking the silence. Dan grunted in response, still looking half-asleep.</w:t>
      </w:r>
    </w:p>
    <w:p w:rsidR="00000000" w:rsidDel="00000000" w:rsidP="00000000" w:rsidRDefault="00000000" w:rsidRPr="00000000" w14:paraId="0000001F">
      <w:pPr>
        <w:ind w:firstLine="720"/>
        <w:rPr/>
      </w:pPr>
      <w:r w:rsidDel="00000000" w:rsidR="00000000" w:rsidRPr="00000000">
        <w:rPr>
          <w:rtl w:val="0"/>
        </w:rPr>
        <w:t xml:space="preserve">Both recruits were dressed in suits, as they hadn’t earned their uniforms yet. Everywhere on campus, they were required to carry a water bottle and a briefcase, even while standing in formation or doing push-ups in their suits.</w:t>
      </w:r>
    </w:p>
    <w:p w:rsidR="00000000" w:rsidDel="00000000" w:rsidP="00000000" w:rsidRDefault="00000000" w:rsidRPr="00000000" w14:paraId="00000020">
      <w:pPr>
        <w:ind w:firstLine="720"/>
        <w:rPr/>
      </w:pPr>
      <w:r w:rsidDel="00000000" w:rsidR="00000000" w:rsidRPr="00000000">
        <w:rPr>
          <w:rtl w:val="0"/>
        </w:rPr>
        <w:t xml:space="preserve">Ryan parked in the gravel lot and quickly secured his truck. Leaving a vehicle unlocked could result in instructors discovering it, which meant your belongings would be scattered across the parking lot, and you’d end up doing push-ups in the "front leaning rest" position. The coast seemed clear—no instructors in sight—so the two recruits hustled to the large cement courtyard known as the grinder, where they found their squad. Today was supposed to be an easy day, mostly classroom instruction, after physical training (PT), of course.</w:t>
      </w:r>
    </w:p>
    <w:p w:rsidR="00000000" w:rsidDel="00000000" w:rsidP="00000000" w:rsidRDefault="00000000" w:rsidRPr="00000000" w14:paraId="00000021">
      <w:pPr>
        <w:ind w:firstLine="720"/>
        <w:rPr/>
      </w:pPr>
      <w:r w:rsidDel="00000000" w:rsidR="00000000" w:rsidRPr="00000000">
        <w:rPr>
          <w:rtl w:val="0"/>
        </w:rPr>
        <w:t xml:space="preserve">Ryan and his squad formed up on the grinder, standing at attention as the instructor deputies kicked off the day. They prowled through the formation like sharks, barking orders. The sheriff’s academy was structured like a military boot camp and was far from a good time. One instructor, Deputy Wilcox, was a mix of ruthless and humorous as he yelled at recruits and quizzed them on radio codes or the law. Laughing in his presence meant more push-ups.</w:t>
      </w:r>
    </w:p>
    <w:p w:rsidR="00000000" w:rsidDel="00000000" w:rsidP="00000000" w:rsidRDefault="00000000" w:rsidRPr="00000000" w14:paraId="00000022">
      <w:pPr>
        <w:ind w:firstLine="720"/>
        <w:rPr/>
      </w:pPr>
      <w:r w:rsidDel="00000000" w:rsidR="00000000" w:rsidRPr="00000000">
        <w:rPr>
          <w:rtl w:val="0"/>
        </w:rPr>
        <w:t xml:space="preserve">Wilcox, a chiseled man in his mid-30s, could run for miles without breaking a sweat. He was what they called a "ghetto cop," having come up through Century Station in South Central Los Angeles—a place known for its high crime and violence. Century, along with a few other stations, was considered a "fast station," where years of experience could be packed into a short time due to the intense action on the patrol beat. Surviving Century earned you respect in the Department.</w:t>
      </w:r>
    </w:p>
    <w:p w:rsidR="00000000" w:rsidDel="00000000" w:rsidP="00000000" w:rsidRDefault="00000000" w:rsidRPr="00000000" w14:paraId="00000023">
      <w:pPr>
        <w:ind w:firstLine="720"/>
        <w:rPr/>
      </w:pPr>
      <w:r w:rsidDel="00000000" w:rsidR="00000000" w:rsidRPr="00000000">
        <w:rPr>
          <w:rtl w:val="0"/>
        </w:rPr>
        <w:t xml:space="preserve">Wilcox had not only been a training officer at Century but had also served with the fabled SEB (Special Enforcement Bureau), LASD’s elite unit equivalent to SWAT, though they didn’t like to be called that—it was an LAPD term. Despite Ryan's strong performance, Wilcox constantly targeted him, which usually meant he saw potential in a recruit.</w:t>
      </w:r>
    </w:p>
    <w:p w:rsidR="00000000" w:rsidDel="00000000" w:rsidP="00000000" w:rsidRDefault="00000000" w:rsidRPr="00000000" w14:paraId="00000024">
      <w:pPr>
        <w:ind w:firstLine="720"/>
        <w:rPr/>
      </w:pPr>
      <w:r w:rsidDel="00000000" w:rsidR="00000000" w:rsidRPr="00000000">
        <w:rPr>
          <w:rtl w:val="0"/>
        </w:rPr>
        <w:t xml:space="preserve">“Two minutes to change into PT gear and get back into formation on this grinder. Move!” Wilcox commanded. The recruits sprinted into the locker room. Eighty men scrambled to strip off their suits, secure their briefcases, change into PT gear, and return to formation within the impossible two-minute deadline.</w:t>
      </w:r>
    </w:p>
    <w:p w:rsidR="00000000" w:rsidDel="00000000" w:rsidP="00000000" w:rsidRDefault="00000000" w:rsidRPr="00000000" w14:paraId="00000025">
      <w:pPr>
        <w:ind w:firstLine="720"/>
        <w:rPr/>
      </w:pPr>
      <w:r w:rsidDel="00000000" w:rsidR="00000000" w:rsidRPr="00000000">
        <w:rPr>
          <w:rtl w:val="0"/>
        </w:rPr>
        <w:t xml:space="preserve">The instructors knew this was an unattainable goal, but it was all part of the game. “Too slow! Hurry up! You’re partners in a fight, let’s go!” Wilcox bellowed. After an impressive three minutes, the class was back on the grinder, but they spent the next ten minutes doing push-ups as punishment for being late.</w:t>
      </w:r>
    </w:p>
    <w:p w:rsidR="00000000" w:rsidDel="00000000" w:rsidP="00000000" w:rsidRDefault="00000000" w:rsidRPr="00000000" w14:paraId="00000026">
      <w:pPr>
        <w:ind w:firstLine="720"/>
        <w:rPr/>
      </w:pPr>
      <w:r w:rsidDel="00000000" w:rsidR="00000000" w:rsidRPr="00000000">
        <w:rPr>
          <w:rtl w:val="0"/>
        </w:rPr>
        <w:t xml:space="preserve">“Line up in running formation!” Wilcox ordered. A few recruits muttered under their breath, dreading what was ahead. Ryan, however, was unfazed—he had prepared for months for the Academy and had no problem with the runs.</w:t>
      </w:r>
    </w:p>
    <w:p w:rsidR="00000000" w:rsidDel="00000000" w:rsidP="00000000" w:rsidRDefault="00000000" w:rsidRPr="00000000" w14:paraId="00000027">
      <w:pPr>
        <w:ind w:firstLine="720"/>
        <w:rPr/>
      </w:pPr>
      <w:r w:rsidDel="00000000" w:rsidR="00000000" w:rsidRPr="00000000">
        <w:rPr>
          <w:rtl w:val="0"/>
        </w:rPr>
        <w:t xml:space="preserve">The class hit the streets of Whittier for a six-mile morning run before class. Dropping out wasn’t an option; if you started missing runs, you were out. Yelling cadence, they woke up the neighborhood, as hundreds of classes of recruits before them had done. The locals knew who they were, and with LASD patrol cars escorting them, there was little chance of anyone interfering.</w:t>
      </w:r>
    </w:p>
    <w:p w:rsidR="00000000" w:rsidDel="00000000" w:rsidP="00000000" w:rsidRDefault="00000000" w:rsidRPr="00000000" w14:paraId="00000028">
      <w:pPr>
        <w:ind w:firstLine="720"/>
        <w:rPr/>
      </w:pPr>
      <w:r w:rsidDel="00000000" w:rsidR="00000000" w:rsidRPr="00000000">
        <w:rPr>
          <w:rtl w:val="0"/>
        </w:rPr>
        <w:t xml:space="preserve">After the run, the class cleaned up, put their suits back on, and filed into the classroom for their morning session on narcotics. This topic immediately caught Ryan Steele’s attention; he already knew his path on the streets—chasing guns and dope. He wanted to be a ghetto cop. Coming from a long line of Los Angeles County Sheriff’s Department members, Ryan had grown up speaking in radio codes at the dinner table.</w:t>
      </w:r>
    </w:p>
    <w:p w:rsidR="00000000" w:rsidDel="00000000" w:rsidP="00000000" w:rsidRDefault="00000000" w:rsidRPr="00000000" w14:paraId="00000029">
      <w:pPr>
        <w:ind w:firstLine="720"/>
        <w:rPr/>
      </w:pPr>
      <w:r w:rsidDel="00000000" w:rsidR="00000000" w:rsidRPr="00000000">
        <w:rPr>
          <w:rtl w:val="0"/>
        </w:rPr>
        <w:t xml:space="preserve">As the instructor walked in, Ryan recognized him instantly. This was never a good sign. Due to his family's deep ties to the department, he often encountered deputies he knew. This particular instructor was a narcotics deputy who had worked closely with Ryan’s uncle for years and had even spent a Thanksgiving at their house after one of his marital disputes. Ryan did what he usually did in these situations: lay low and act like he didn’t know the guy. The less attention, the better.</w:t>
      </w:r>
    </w:p>
    <w:p w:rsidR="00000000" w:rsidDel="00000000" w:rsidP="00000000" w:rsidRDefault="00000000" w:rsidRPr="00000000" w14:paraId="0000002A">
      <w:pPr>
        <w:ind w:firstLine="720"/>
        <w:rPr/>
      </w:pPr>
      <w:r w:rsidDel="00000000" w:rsidR="00000000" w:rsidRPr="00000000">
        <w:rPr>
          <w:rtl w:val="0"/>
        </w:rPr>
        <w:t xml:space="preserve">Five minutes into the class, that plan unraveled. “Hey Steele, you should know this stuff—your uncle’s a narc!” the instructor shouted, grinning from the front of the room. He knew exactly what he was doing. In the academy, any attention was bad news. Ryan glanced toward the "shark tank," a small room at the front with one-way mirrors where instructors watched the recruits. He hoped they hadn’t heard the comment.</w:t>
      </w:r>
    </w:p>
    <w:p w:rsidR="00000000" w:rsidDel="00000000" w:rsidP="00000000" w:rsidRDefault="00000000" w:rsidRPr="00000000" w14:paraId="0000002B">
      <w:pPr>
        <w:ind w:firstLine="720"/>
        <w:rPr/>
      </w:pPr>
      <w:r w:rsidDel="00000000" w:rsidR="00000000" w:rsidRPr="00000000">
        <w:rPr>
          <w:rtl w:val="0"/>
        </w:rPr>
        <w:t xml:space="preserve">No such luck. The door to the shark tank creaked open, and Deputy Wilcox’s flat-topped head emerged. He locked eyes with Ryan. “You think knowing people is going to help you? It’s not!” Wilcox barked before slamming the door shut and disappearing behind the glass again.</w:t>
      </w:r>
    </w:p>
    <w:p w:rsidR="00000000" w:rsidDel="00000000" w:rsidP="00000000" w:rsidRDefault="00000000" w:rsidRPr="00000000" w14:paraId="0000002C">
      <w:pPr>
        <w:ind w:firstLine="720"/>
        <w:rPr/>
      </w:pPr>
      <w:r w:rsidDel="00000000" w:rsidR="00000000" w:rsidRPr="00000000">
        <w:rPr>
          <w:rtl w:val="0"/>
        </w:rPr>
        <w:t xml:space="preserve">The day finally dragged to a close, and after the evening formation, the deputy instructors released the class for the night. Ryan linked up with Dan for the quick carpool back to his truck, eager to get out of there.</w:t>
      </w:r>
    </w:p>
    <w:p w:rsidR="00000000" w:rsidDel="00000000" w:rsidP="00000000" w:rsidRDefault="00000000" w:rsidRPr="00000000" w14:paraId="0000002D">
      <w:pPr>
        <w:ind w:firstLine="720"/>
        <w:rPr/>
      </w:pPr>
      <w:r w:rsidDel="00000000" w:rsidR="00000000" w:rsidRPr="00000000">
        <w:rPr>
          <w:rtl w:val="0"/>
        </w:rPr>
        <w:t xml:space="preserve">After dropping off Dan, Ryan headed to his condo in Belmont Shore, Long Beach. He was sharing the place with another recruit from his class, Grant.</w:t>
      </w:r>
    </w:p>
    <w:p w:rsidR="00000000" w:rsidDel="00000000" w:rsidP="00000000" w:rsidRDefault="00000000" w:rsidRPr="00000000" w14:paraId="0000002E">
      <w:pPr>
        <w:ind w:firstLine="720"/>
        <w:rPr/>
      </w:pPr>
      <w:r w:rsidDel="00000000" w:rsidR="00000000" w:rsidRPr="00000000">
        <w:rPr>
          <w:rtl w:val="0"/>
        </w:rPr>
        <w:t xml:space="preserve">Grant was an ex-Navy SEAL who excelled in the academy, especially in firearms. Despite his extensive experience, Grant knew there was a lot to learn about being a deputy. Rather than being arrogant, he was as humble as they came, and he and Ryan quickly became close.</w:t>
      </w:r>
    </w:p>
    <w:p w:rsidR="00000000" w:rsidDel="00000000" w:rsidP="00000000" w:rsidRDefault="00000000" w:rsidRPr="00000000" w14:paraId="0000002F">
      <w:pPr>
        <w:ind w:firstLine="720"/>
        <w:rPr/>
      </w:pPr>
      <w:r w:rsidDel="00000000" w:rsidR="00000000" w:rsidRPr="00000000">
        <w:rPr>
          <w:rtl w:val="0"/>
        </w:rPr>
        <w:t xml:space="preserve">When they weren’t playing daddy daycare with their young kids on visitation weekends, the two spent their time studying, prepping their uniforms, cleaning guns, and, of course, drinking a bit too much on the weekends.</w:t>
      </w:r>
    </w:p>
    <w:p w:rsidR="00000000" w:rsidDel="00000000" w:rsidP="00000000" w:rsidRDefault="00000000" w:rsidRPr="00000000" w14:paraId="00000030">
      <w:pPr>
        <w:ind w:firstLine="720"/>
        <w:rPr/>
      </w:pPr>
      <w:r w:rsidDel="00000000" w:rsidR="00000000" w:rsidRPr="00000000">
        <w:rPr>
          <w:rtl w:val="0"/>
        </w:rPr>
        <w:t xml:space="preserve">***</w:t>
      </w:r>
    </w:p>
    <w:p w:rsidR="00000000" w:rsidDel="00000000" w:rsidP="00000000" w:rsidRDefault="00000000" w:rsidRPr="00000000" w14:paraId="00000031">
      <w:pPr>
        <w:ind w:firstLine="720"/>
        <w:rPr/>
      </w:pPr>
      <w:r w:rsidDel="00000000" w:rsidR="00000000" w:rsidRPr="00000000">
        <w:rPr>
          <w:rtl w:val="0"/>
        </w:rPr>
        <w:t xml:space="preserve">Five months into the Academy, the recruit class had dwindled down to just 73 potential deputies. They had gone through the rituals of earning their uniforms and firearms and were now nearing the end of their training. Grant and Ryan found themselves in the same squad, navigating the grueling process together. Once they graduated, their first assignment would be working in the jails, waiting for their turn to move up to patrol.</w:t>
      </w:r>
    </w:p>
    <w:p w:rsidR="00000000" w:rsidDel="00000000" w:rsidP="00000000" w:rsidRDefault="00000000" w:rsidRPr="00000000" w14:paraId="00000032">
      <w:pPr>
        <w:ind w:firstLine="720"/>
        <w:rPr/>
      </w:pPr>
      <w:r w:rsidDel="00000000" w:rsidR="00000000" w:rsidRPr="00000000">
        <w:rPr>
          <w:rtl w:val="0"/>
        </w:rPr>
        <w:t xml:space="preserve">In the Los Angeles County Sheriff's Department (LASD), there was always a pecking order. Graduating from the Academy made them deputies, but they were still the rookies. Starting in the jails or courts meant they were the new guys, and even when they eventually moved to patrol, they'd be the new guys once again. The Department was a series of benchmarks, each one putting you back at the bottom of the ladder, whether it was a new assignment or a promotion.</w:t>
      </w:r>
    </w:p>
    <w:p w:rsidR="00000000" w:rsidDel="00000000" w:rsidP="00000000" w:rsidRDefault="00000000" w:rsidRPr="00000000" w14:paraId="00000033">
      <w:pPr>
        <w:ind w:firstLine="720"/>
        <w:rPr/>
      </w:pPr>
      <w:r w:rsidDel="00000000" w:rsidR="00000000" w:rsidRPr="00000000">
        <w:rPr>
          <w:rtl w:val="0"/>
        </w:rPr>
        <w:t xml:space="preserve">Ryan knew about how it worked from personal experience, not just his family history. He had been working as a Community Service Officer (CSO) out of Lakewood Station for several years before starting the academy. They were civilians who handled routine patrol calls and wrote crime reports, to lessen the load for Deputy Sheriffs. They were dispatched calls, used the computers in the cars, talked on the radio, and wote reports. He had made a lot of contacts on the Department on his own already.</w:t>
      </w:r>
    </w:p>
    <w:p w:rsidR="00000000" w:rsidDel="00000000" w:rsidP="00000000" w:rsidRDefault="00000000" w:rsidRPr="00000000" w14:paraId="00000034">
      <w:pPr>
        <w:ind w:firstLine="720"/>
        <w:rPr/>
      </w:pPr>
      <w:r w:rsidDel="00000000" w:rsidR="00000000" w:rsidRPr="00000000">
        <w:rPr>
          <w:rtl w:val="0"/>
        </w:rPr>
        <w:t xml:space="preserve">One Sunday evening, the two sat in their condo, performing their weekly ritual of shining their boots in preparation for the coming week. As Ryan spit-polished his boots, he began breaking down the Department’s inner workings for Grant. “Grant, you haven’t been around the Department like I have. I grew up in this environment, and there’s a right way and a wrong way to move up here. You have to control it as much as you can. It matters where you come from, what jail you worked in, where you train, and how you roll as a deputy. All of it matters. The Department is divided into two teams: the deputies who get the job done and the admin types. These two groups don’t get along. The admin types climb the ranks fast, avoiding the hard, dangerous jobs like patrol. They make sergeant before they even know what’s happening out in the field, and nobody respects them.”</w:t>
      </w:r>
    </w:p>
    <w:p w:rsidR="00000000" w:rsidDel="00000000" w:rsidP="00000000" w:rsidRDefault="00000000" w:rsidRPr="00000000" w14:paraId="00000035">
      <w:pPr>
        <w:ind w:firstLine="720"/>
        <w:rPr/>
      </w:pPr>
      <w:r w:rsidDel="00000000" w:rsidR="00000000" w:rsidRPr="00000000">
        <w:rPr>
          <w:rtl w:val="0"/>
        </w:rPr>
        <w:t xml:space="preserve">Grant continued shining his boots, absorbing Ryan’s words. “It all starts now, in the Academy. When it’s time for jail assignments, the calls start coming in from the teams in the jails, asking the instructors who’s who in the recruit class. What they say will shape our careers. If they don’t like us or think we’re weak, they’ll tell the training and scheduling staff at the jails and courts, and our assignments will reflect that. Reputation is everything here, and it’s already begun. But I think we’re in good shape.”</w:t>
      </w:r>
    </w:p>
    <w:p w:rsidR="00000000" w:rsidDel="00000000" w:rsidP="00000000" w:rsidRDefault="00000000" w:rsidRPr="00000000" w14:paraId="00000036">
      <w:pPr>
        <w:ind w:firstLine="720"/>
        <w:rPr/>
      </w:pPr>
      <w:r w:rsidDel="00000000" w:rsidR="00000000" w:rsidRPr="00000000">
        <w:rPr>
          <w:rtl w:val="0"/>
        </w:rPr>
        <w:t xml:space="preserve">Grant looked up and asked, “What’s the best assignment we can hope for?”</w:t>
      </w:r>
    </w:p>
    <w:p w:rsidR="00000000" w:rsidDel="00000000" w:rsidP="00000000" w:rsidRDefault="00000000" w:rsidRPr="00000000" w14:paraId="00000037">
      <w:pPr>
        <w:ind w:firstLine="720"/>
        <w:rPr/>
      </w:pPr>
      <w:r w:rsidDel="00000000" w:rsidR="00000000" w:rsidRPr="00000000">
        <w:rPr>
          <w:rtl w:val="0"/>
        </w:rPr>
        <w:t xml:space="preserve">Ryan responded, “CJ—Men’s Central Jail. That’s the roughest spot, and you’ll command the most respect for having worked there. Of course, once you’re there, it matters where exactly you worked, but we won’t know our first assignments, let alone where in the jail we’ll be, for another month. Just keep your head down and do your work, and we’ll get there.”</w:t>
      </w:r>
    </w:p>
    <w:p w:rsidR="00000000" w:rsidDel="00000000" w:rsidP="00000000" w:rsidRDefault="00000000" w:rsidRPr="00000000" w14:paraId="00000038">
      <w:pPr>
        <w:ind w:firstLine="720"/>
        <w:rPr/>
      </w:pPr>
      <w:r w:rsidDel="00000000" w:rsidR="00000000" w:rsidRPr="00000000">
        <w:rPr>
          <w:rtl w:val="0"/>
        </w:rPr>
        <w:t xml:space="preserve">“Why CJ?” Grant asked.</w:t>
      </w:r>
    </w:p>
    <w:p w:rsidR="00000000" w:rsidDel="00000000" w:rsidP="00000000" w:rsidRDefault="00000000" w:rsidRPr="00000000" w14:paraId="00000039">
      <w:pPr>
        <w:ind w:firstLine="720"/>
        <w:rPr/>
      </w:pPr>
      <w:r w:rsidDel="00000000" w:rsidR="00000000" w:rsidRPr="00000000">
        <w:rPr>
          <w:rtl w:val="0"/>
        </w:rPr>
        <w:t xml:space="preserve">“Because it’s six or seven thousand inmates controlled by 100 to 200 deputies, depending on the shift. The real test of whether you can handle your business is how you perform in that environment. The place is filled with gangsters and killers,” Ryan replied.</w:t>
      </w:r>
    </w:p>
    <w:p w:rsidR="00000000" w:rsidDel="00000000" w:rsidP="00000000" w:rsidRDefault="00000000" w:rsidRPr="00000000" w14:paraId="0000003A">
      <w:pPr>
        <w:ind w:firstLine="720"/>
        <w:rPr/>
      </w:pPr>
      <w:r w:rsidDel="00000000" w:rsidR="00000000" w:rsidRPr="00000000">
        <w:rPr>
          <w:rtl w:val="0"/>
        </w:rPr>
        <w:t xml:space="preserve">"Guys like Wilcox are the ones who call the shots, and he's going to get calls asking about the recruits," Ryan added. "If he puts in a good word for us, we'll be in good shape. I'm pretty sure we're solid with him."</w:t>
      </w:r>
    </w:p>
    <w:p w:rsidR="00000000" w:rsidDel="00000000" w:rsidP="00000000" w:rsidRDefault="00000000" w:rsidRPr="00000000" w14:paraId="0000003B">
      <w:pPr>
        <w:ind w:firstLine="720"/>
        <w:rPr/>
      </w:pPr>
      <w:r w:rsidDel="00000000" w:rsidR="00000000" w:rsidRPr="00000000">
        <w:rPr>
          <w:rtl w:val="0"/>
        </w:rPr>
        <w:t xml:space="preserve">The next morning, the class assembled at the Wayside Honor Ranch, north of Santa Clarita, for one of their final range days. Weeks had been spent on the range, honing their skills with handguns and shotguns, and those who remained had become proficient marksmen. Ryan excelled, and Grant, with his SEAL experience, stood out even more.</w:t>
      </w:r>
    </w:p>
    <w:p w:rsidR="00000000" w:rsidDel="00000000" w:rsidP="00000000" w:rsidRDefault="00000000" w:rsidRPr="00000000" w14:paraId="0000003C">
      <w:pPr>
        <w:ind w:firstLine="720"/>
        <w:rPr/>
      </w:pPr>
      <w:r w:rsidDel="00000000" w:rsidR="00000000" w:rsidRPr="00000000">
        <w:rPr>
          <w:rtl w:val="0"/>
        </w:rPr>
        <w:t xml:space="preserve">As the day wound down, their thumbs were sore from reloading, and their skin was sunburned from hours spent under the relentless sun. Confidence was building among the recruits. Just as they were wrapping up, Deputy Wilcox appeared and barked, "Get in the classroom and have a seat, we have a guest speaker." The class quickly hustled into the classroom located just behind the range.</w:t>
      </w:r>
    </w:p>
    <w:p w:rsidR="00000000" w:rsidDel="00000000" w:rsidP="00000000" w:rsidRDefault="00000000" w:rsidRPr="00000000" w14:paraId="0000003D">
      <w:pPr>
        <w:ind w:firstLine="720"/>
        <w:rPr/>
      </w:pPr>
      <w:r w:rsidDel="00000000" w:rsidR="00000000" w:rsidRPr="00000000">
        <w:rPr>
          <w:rtl w:val="0"/>
        </w:rPr>
        <w:t xml:space="preserve">Once inside, a deputy from Century Station stood before them to share a harrowing story. He spoke about a life-or-death struggle he had with a parolee in South Central Los Angeles. This was a recurring theme throughout the Academy, as the instructors knew that many of these recruits would one day face similar situations. The ability to fight and the determination to survive could very well be what kept them alive.</w:t>
      </w:r>
    </w:p>
    <w:p w:rsidR="00000000" w:rsidDel="00000000" w:rsidP="00000000" w:rsidRDefault="00000000" w:rsidRPr="00000000" w14:paraId="0000003E">
      <w:pPr>
        <w:ind w:firstLine="720"/>
        <w:rPr/>
      </w:pPr>
      <w:r w:rsidDel="00000000" w:rsidR="00000000" w:rsidRPr="00000000">
        <w:rPr>
          <w:rtl w:val="0"/>
        </w:rPr>
        <w:t xml:space="preserve">The deputy introduced himself as Terry Stokes. Ryan immediately recognized the name—Stokes’ story was legendary in the Department. Standing tall and imposing, Stokes was a slim but muscular man with a shaved head, a strong jaw, and a scar running from his left eye to the corner of his mouth, giving him an unsettling resemblance to the Joker.</w:t>
      </w:r>
    </w:p>
    <w:p w:rsidR="00000000" w:rsidDel="00000000" w:rsidP="00000000" w:rsidRDefault="00000000" w:rsidRPr="00000000" w14:paraId="0000003F">
      <w:pPr>
        <w:ind w:firstLine="720"/>
        <w:rPr/>
      </w:pPr>
      <w:r w:rsidDel="00000000" w:rsidR="00000000" w:rsidRPr="00000000">
        <w:rPr>
          <w:rtl w:val="0"/>
        </w:rPr>
        <w:t xml:space="preserve">"I’m not here to sound cool or play the tough guy," Stokes began. "I’m here to make sure each and every one of you understands that one day, you may have to fight for your life. And I want to engrain it in your minds that if you don’t give up, you can survive."</w:t>
      </w:r>
    </w:p>
    <w:p w:rsidR="00000000" w:rsidDel="00000000" w:rsidP="00000000" w:rsidRDefault="00000000" w:rsidRPr="00000000" w14:paraId="00000040">
      <w:pPr>
        <w:ind w:firstLine="720"/>
        <w:rPr/>
      </w:pPr>
      <w:r w:rsidDel="00000000" w:rsidR="00000000" w:rsidRPr="00000000">
        <w:rPr>
          <w:rtl w:val="0"/>
        </w:rPr>
        <w:t xml:space="preserve">He continued, recounting his story with a calm intensity that commanded the room. "I was working patrol in the Firestone area of Century Station. I saw a gangster make a hand-to-hand dope sale while driving down the street. As soon as I cracked my door open to go after him, the chase was on. The guy was a big, ripped, 250-pound thug, probably fresh out of prison. He jumped two fences, and I stayed right on him, about 20 yards behind, calling in the pursuit over the radio. But in my excitement, I made a mistake. I rounded a corner without clearing it properly—something you should never do. And that’s when he was waiting for me. He clocked me in the jaw, and the next thing I knew, I was on the ground with this massive guy mounted on my chest, pounding my face in. My Beretta was gone—I didn’t know if he had it or if it had flown off somewhere when he hit me."</w:t>
      </w:r>
    </w:p>
    <w:p w:rsidR="00000000" w:rsidDel="00000000" w:rsidP="00000000" w:rsidRDefault="00000000" w:rsidRPr="00000000" w14:paraId="00000041">
      <w:pPr>
        <w:ind w:firstLine="720"/>
        <w:rPr/>
      </w:pPr>
      <w:r w:rsidDel="00000000" w:rsidR="00000000" w:rsidRPr="00000000">
        <w:rPr>
          <w:rtl w:val="0"/>
        </w:rPr>
        <w:t xml:space="preserve">Stokes’ voice remained steady as he described the brutal encounter. "I could hear the sirens getting closer, but I knew they wouldn’t find me right away. I had to get this guy off me. I tried to move, to dodge his punches and grab his arms, but he kept connecting. I almost blacked out again. Then, I remembered my backup gun, a five-shot snub nose .38 in my back pocket. Somehow, I managed to get it out with my right hand and started to bring it up to shoot him. I had no other choice—I thought he might have my pistol. But as soon as he saw my hand, he went for the gun too. He punched me in the face again, splitting it open, as you can see from this scar. I was barely holding on, but I knew I had to hang in there a little longer."</w:t>
      </w:r>
    </w:p>
    <w:p w:rsidR="00000000" w:rsidDel="00000000" w:rsidP="00000000" w:rsidRDefault="00000000" w:rsidRPr="00000000" w14:paraId="00000042">
      <w:pPr>
        <w:ind w:firstLine="720"/>
        <w:rPr/>
      </w:pPr>
      <w:r w:rsidDel="00000000" w:rsidR="00000000" w:rsidRPr="00000000">
        <w:rPr>
          <w:rtl w:val="0"/>
        </w:rPr>
        <w:t xml:space="preserve">The class was riveted, hanging on every word as Stokes continued. "We fought over the gun, and he ripped it out of my hand, shoving it into my face. But I managed to jam my hand into the trigger guard to keep him from firing. My right hand was fighting for control of the revolver, and with my left hand, I pulled out my Spyderco folding knife from my sap pocket, opened it, and reached up to stab him in the side of the neck. I pulled the knife toward me, slicing right over his jugular. He immediately dropped the gun and grabbed his throat as blood poured out. I pushed him off me and got back on my feet. Somehow, I had the presence of mind to get him at gunpoint and get back on the radio, but by then, I was disoriented. A deputy eventually found my car and located me in the backyard. They rushed in and cuffed the suspect, who bled out and died right there. I spent the next two days in the hospital with staples, stitches, and a fractured orbital."</w:t>
      </w:r>
    </w:p>
    <w:p w:rsidR="00000000" w:rsidDel="00000000" w:rsidP="00000000" w:rsidRDefault="00000000" w:rsidRPr="00000000" w14:paraId="00000043">
      <w:pPr>
        <w:ind w:firstLine="720"/>
        <w:rPr/>
      </w:pPr>
      <w:r w:rsidDel="00000000" w:rsidR="00000000" w:rsidRPr="00000000">
        <w:rPr>
          <w:rtl w:val="0"/>
        </w:rPr>
        <w:t xml:space="preserve">Stokes paused, letting his words sink in. "While I was fighting for my life, I knew one thing—I wanted to go home to my wife and kids. You have to be prepared to go through anything, endure it, and win. The streets are unforgiving, and this job isn’t a game. You have to mentally prepare yourself to get your face bashed in, or worse, and still come out on top. Never forget that. And now, I’m asking you to do a gut check. If you don’t think you can handle something like that, then maybe this job isn’t for you. There’s no shame in it. This isn’t for everyone. If you have any doubt, I’d rather you walk out that door right now than make it to the streets and be my backup when I need you."</w:t>
      </w:r>
    </w:p>
    <w:p w:rsidR="00000000" w:rsidDel="00000000" w:rsidP="00000000" w:rsidRDefault="00000000" w:rsidRPr="00000000" w14:paraId="00000044">
      <w:pPr>
        <w:ind w:firstLine="720"/>
        <w:rPr/>
      </w:pPr>
      <w:r w:rsidDel="00000000" w:rsidR="00000000" w:rsidRPr="00000000">
        <w:rPr>
          <w:rtl w:val="0"/>
        </w:rPr>
        <w:t xml:space="preserve">Stokes scanned the room, making eye contact with each recruit for a full minute before turning and walking out of the classroom without another word. The entire class sat in stunned silence, absorbing the gravity of what had just been said.</w:t>
      </w:r>
    </w:p>
    <w:p w:rsidR="00000000" w:rsidDel="00000000" w:rsidP="00000000" w:rsidRDefault="00000000" w:rsidRPr="00000000" w14:paraId="00000045">
      <w:pPr>
        <w:ind w:firstLine="720"/>
        <w:rPr/>
      </w:pPr>
      <w:r w:rsidDel="00000000" w:rsidR="00000000" w:rsidRPr="00000000">
        <w:rPr>
          <w:rtl w:val="0"/>
        </w:rPr>
        <w:t xml:space="preserve">***</w:t>
      </w:r>
    </w:p>
    <w:p w:rsidR="00000000" w:rsidDel="00000000" w:rsidP="00000000" w:rsidRDefault="00000000" w:rsidRPr="00000000" w14:paraId="00000046">
      <w:pPr>
        <w:ind w:firstLine="720"/>
        <w:rPr/>
      </w:pPr>
      <w:r w:rsidDel="00000000" w:rsidR="00000000" w:rsidRPr="00000000">
        <w:rPr>
          <w:rtl w:val="0"/>
        </w:rPr>
        <w:t xml:space="preserve">The final week of the Academy had arrived. Only 68 recruits remained from the initial 110 who had lined up on the first day. Some had "double-tapped," meaning they failed two academic classes twice, others had quit, and some couldn’t pass the physical testing. Even more were eliminated due to failing to qualify with firearms or during critical role-playing exercises. In these scenarios, recruits had to act as if they were patrol deputies responding to calls for service, ranging from armed robbery responses to rape report calls. If a recruit couldn’t handle the pressure of an instructor watching over them with a clipboard while managing these scenarios, it was clear that this job wasn’t for them. The class lost a few more during this phase.</w:t>
      </w:r>
    </w:p>
    <w:p w:rsidR="00000000" w:rsidDel="00000000" w:rsidP="00000000" w:rsidRDefault="00000000" w:rsidRPr="00000000" w14:paraId="00000047">
      <w:pPr>
        <w:ind w:firstLine="720"/>
        <w:rPr/>
      </w:pPr>
      <w:r w:rsidDel="00000000" w:rsidR="00000000" w:rsidRPr="00000000">
        <w:rPr>
          <w:rtl w:val="0"/>
        </w:rPr>
        <w:t xml:space="preserve">The final test for the class was the "Fight for Your Life." Stokes' speech had been etched in everyone’s mind since he told his tale of the parolee fight in South Central. Now the instructors were going to push the recruits to see who would break.</w:t>
      </w:r>
    </w:p>
    <w:p w:rsidR="00000000" w:rsidDel="00000000" w:rsidP="00000000" w:rsidRDefault="00000000" w:rsidRPr="00000000" w14:paraId="00000048">
      <w:pPr>
        <w:ind w:firstLine="720"/>
        <w:rPr/>
      </w:pPr>
      <w:r w:rsidDel="00000000" w:rsidR="00000000" w:rsidRPr="00000000">
        <w:rPr>
          <w:rtl w:val="0"/>
        </w:rPr>
        <w:t xml:space="preserve">Ryan rolled into the locker room and saw Dan, whom he had identified as a weaker, future admin type and had mostly avoided a few months back. “What’s up, loser? You ready to fight the RedMan?” Ryan teased. Dan, who had struggled through the academy and was likely going to make it, hadn’t excelled at anything and had mostly stayed under the radar. Ryan saw him as weak.</w:t>
      </w:r>
    </w:p>
    <w:p w:rsidR="00000000" w:rsidDel="00000000" w:rsidP="00000000" w:rsidRDefault="00000000" w:rsidRPr="00000000" w14:paraId="00000049">
      <w:pPr>
        <w:ind w:firstLine="720"/>
        <w:rPr/>
      </w:pPr>
      <w:r w:rsidDel="00000000" w:rsidR="00000000" w:rsidRPr="00000000">
        <w:rPr>
          <w:rtl w:val="0"/>
        </w:rPr>
        <w:t xml:space="preserve">The class formed up in their PT gear on the grinder on a blistering hot day. Deputy Wilcox bellowed, “Alright class. Today is one of the days you’ve been waiting for. It’s time to see if you have what it takes to survive outside of this safe academy environment. It’s pass or fail today, recruits. There are no make-ups and no second chances. Pass or fail. Welcome to the fight of your life.”</w:t>
      </w:r>
    </w:p>
    <w:p w:rsidR="00000000" w:rsidDel="00000000" w:rsidP="00000000" w:rsidRDefault="00000000" w:rsidRPr="00000000" w14:paraId="0000004A">
      <w:pPr>
        <w:ind w:firstLine="720"/>
        <w:rPr/>
      </w:pPr>
      <w:r w:rsidDel="00000000" w:rsidR="00000000" w:rsidRPr="00000000">
        <w:rPr>
          <w:rtl w:val="0"/>
        </w:rPr>
        <w:t xml:space="preserve">The class lined up in the parking lot outside two portable classroom trailers where some of the training was taking place. From the parking lot, nobody could see what was happening inside, and they hadn’t been told what to expect. Ryan leaned over and told Grant, “I don’t know everything that’s going to happen today, but I know we’re about to go through it. Expect a fight with a man in the RedMan suit, and running, at the very least.”</w:t>
      </w:r>
    </w:p>
    <w:p w:rsidR="00000000" w:rsidDel="00000000" w:rsidP="00000000" w:rsidRDefault="00000000" w:rsidRPr="00000000" w14:paraId="0000004B">
      <w:pPr>
        <w:ind w:firstLine="720"/>
        <w:rPr/>
      </w:pPr>
      <w:r w:rsidDel="00000000" w:rsidR="00000000" w:rsidRPr="00000000">
        <w:rPr>
          <w:rtl w:val="0"/>
        </w:rPr>
        <w:t xml:space="preserve">A "RedMan Suit" is a specialized protective suit used in law enforcement and self-defense training scenarios. The suit is designed to provide maximum protection to the wearer during realistic training exercises, particularly those involving physical confrontations, such as defensive tactics, hand-to-hand combat, and subduing suspects. The suit is typically bright red, hence the name "RedMan," and is made of high-density foam padding that covers the entire body, including the head, torso, arms, and legs. This level of protection allows instructors or other trainees to strike the wearer with considerable force without causing injury. The wearer of the RedMan Suit usually plays the role of the aggressor or suspect, allowing officers or trainees to practice techniques like strikes, grappling, and baton use in a controlled but realistic environment. The purpose of using a RedMan Suit in training is to simulate real-life situations as closely as possible, helping trainees build muscle memory, confidence, and the ability to handle violent encounters while minimizing the risk of injury. This type of training is crucial for law enforcement officers as it prepares them for the physical demands of their job and ensures they can respond effectively in high-stress, combative situations.</w:t>
      </w:r>
    </w:p>
    <w:p w:rsidR="00000000" w:rsidDel="00000000" w:rsidP="00000000" w:rsidRDefault="00000000" w:rsidRPr="00000000" w14:paraId="0000004C">
      <w:pPr>
        <w:ind w:firstLine="720"/>
        <w:rPr/>
      </w:pPr>
      <w:r w:rsidDel="00000000" w:rsidR="00000000" w:rsidRPr="00000000">
        <w:rPr>
          <w:rtl w:val="0"/>
        </w:rPr>
        <w:t xml:space="preserve">Grant and Ryan were about ten recruits back in line, and every five minutes, a new recruit was taken inside the trailer. Nobody came out the same way they went in, and the recruits were nowhere to be seen. They were in their Class B uniforms with sewn-on name tapes and patches, complete with training weapons on their gun belts instead of real firearms or OC.</w:t>
      </w:r>
    </w:p>
    <w:p w:rsidR="00000000" w:rsidDel="00000000" w:rsidP="00000000" w:rsidRDefault="00000000" w:rsidRPr="00000000" w14:paraId="0000004D">
      <w:pPr>
        <w:ind w:firstLine="720"/>
        <w:rPr/>
      </w:pPr>
      <w:r w:rsidDel="00000000" w:rsidR="00000000" w:rsidRPr="00000000">
        <w:rPr>
          <w:rtl w:val="0"/>
        </w:rPr>
        <w:t xml:space="preserve">The two trailers were separate but next to each other, and it seemed like both were being used. The door swung open, and Wilcox yelled, “Steele, you’re up! Let’s GO!” Ryan double-timed it inside the door. He immediately knew what he was in for. Inside was the who’s who of the defensive tactics instructor teams, all of them Brazilian Jiu-Jitsu grapplers. Ryan had been introduced to BJJ via the legendary Royce Gracie in Torrance while he was a civilian in the department, so he had an edge when it came to the training.</w:t>
      </w:r>
    </w:p>
    <w:p w:rsidR="00000000" w:rsidDel="00000000" w:rsidP="00000000" w:rsidRDefault="00000000" w:rsidRPr="00000000" w14:paraId="0000004E">
      <w:pPr>
        <w:ind w:firstLine="720"/>
        <w:rPr/>
      </w:pPr>
      <w:r w:rsidDel="00000000" w:rsidR="00000000" w:rsidRPr="00000000">
        <w:rPr>
          <w:rtl w:val="0"/>
        </w:rPr>
        <w:t xml:space="preserve">“Get on your back, Steele. Your mission is to stay alive for seven minutes and not lose your weapon,” Wilcox ordered. The floor was made of a wrestling mat, and about a dozen deputies from the academy training and defensive tactics staff circled around the mat like sharks. Steele looked up and saw his friend Charles, who was wearing his grappling gear and walking toward him with a smile. Charles had been a deputy in the same area where Ryan worked as a CSO, and they were good friends. Charles was the guy who got him into the Torrance academy with the Gracie family, but it didn’t seem like Charles was going to be friendly today.</w:t>
      </w:r>
    </w:p>
    <w:p w:rsidR="00000000" w:rsidDel="00000000" w:rsidP="00000000" w:rsidRDefault="00000000" w:rsidRPr="00000000" w14:paraId="0000004F">
      <w:pPr>
        <w:ind w:firstLine="720"/>
        <w:rPr/>
      </w:pPr>
      <w:r w:rsidDel="00000000" w:rsidR="00000000" w:rsidRPr="00000000">
        <w:rPr>
          <w:rtl w:val="0"/>
        </w:rPr>
        <w:t xml:space="preserve">Ryan started from his back, and Charles immediately jumped on him. Steele pulled "guard" in a defensive position, wrapping his legs around Charles' midsection to control him and immediately put his hands on his weapon, which Charles was already trying to pull out of his gun belt.</w:t>
      </w:r>
    </w:p>
    <w:p w:rsidR="00000000" w:rsidDel="00000000" w:rsidP="00000000" w:rsidRDefault="00000000" w:rsidRPr="00000000" w14:paraId="00000050">
      <w:pPr>
        <w:ind w:firstLine="720"/>
        <w:rPr/>
      </w:pPr>
      <w:r w:rsidDel="00000000" w:rsidR="00000000" w:rsidRPr="00000000">
        <w:rPr>
          <w:rtl w:val="0"/>
        </w:rPr>
        <w:t xml:space="preserve">Ryan knew that if he lost his gun, he was in danger of failing, and that wasn’t going to happen. Steele kept his cool while Charles continued trying to get his gun, transitioning to a side control position. Ryan could feel Charles letting him move a little bit, but it was probably because Charles knew what he was doing. Charles whispered to Ryan, “Just make it through the end of the timer,” and they continued to grapple. Charles was quickly replaced by another, fresher deputy about four minutes into the match, and Ryan realized they weren’t really trying to get his gun; they were just testing if recruits would panic or quit. Neither of those things was going to happen.</w:t>
      </w:r>
    </w:p>
    <w:p w:rsidR="00000000" w:rsidDel="00000000" w:rsidP="00000000" w:rsidRDefault="00000000" w:rsidRPr="00000000" w14:paraId="00000051">
      <w:pPr>
        <w:ind w:firstLine="720"/>
        <w:rPr/>
      </w:pPr>
      <w:r w:rsidDel="00000000" w:rsidR="00000000" w:rsidRPr="00000000">
        <w:rPr>
          <w:rtl w:val="0"/>
        </w:rPr>
        <w:t xml:space="preserve">Ryan made it to the seven-minute mark and was told to go out the back door. As soon as he opened it, he knew there was more ahead. Wilcox was standing next to an old football sled with a harness and bungee cord strapped to it. “Get over here so I can put this on you; your fight’s not over yet, Steele.” Ryan ran over and put the shoulder harness on. “This is the foot pursuit simulator. When I say go, start running and drag this sled for the next 100 yards. Do not stop. Put out radio traffic on your direction of travel and suspect description while you’re running so your partners can find you before you’re dead!” Wilcox yelled.</w:t>
      </w:r>
    </w:p>
    <w:p w:rsidR="00000000" w:rsidDel="00000000" w:rsidP="00000000" w:rsidRDefault="00000000" w:rsidRPr="00000000" w14:paraId="00000052">
      <w:pPr>
        <w:ind w:firstLine="720"/>
        <w:rPr/>
      </w:pPr>
      <w:r w:rsidDel="00000000" w:rsidR="00000000" w:rsidRPr="00000000">
        <w:rPr>
          <w:rtl w:val="0"/>
        </w:rPr>
        <w:t xml:space="preserve">Ryan began running and pulling the sled, yelling, “214 Henry in foot pursuit, northbound through the alley toward Whittier Boulevard…” Wilcox began running next to Steele as he continued his radio traffic. “Suspect is male Black, 6 ft, medium build, wearing a white shirt and dark pants, armed with a handgun. Send me two units code three and an airship!”</w:t>
      </w:r>
    </w:p>
    <w:p w:rsidR="00000000" w:rsidDel="00000000" w:rsidP="00000000" w:rsidRDefault="00000000" w:rsidRPr="00000000" w14:paraId="00000053">
      <w:pPr>
        <w:ind w:firstLine="720"/>
        <w:rPr/>
      </w:pPr>
      <w:r w:rsidDel="00000000" w:rsidR="00000000" w:rsidRPr="00000000">
        <w:rPr>
          <w:rtl w:val="0"/>
        </w:rPr>
        <w:t xml:space="preserve">Ryan reached the 100-yard marker and removed his harness. Wilcox ran up, stopped him, and got right in his face. “Why are you using callsigns from my station, Century Station, Steele? Did you know that’s what 214 Henry was? Are you trying to impress me?!”</w:t>
      </w:r>
    </w:p>
    <w:p w:rsidR="00000000" w:rsidDel="00000000" w:rsidP="00000000" w:rsidRDefault="00000000" w:rsidRPr="00000000" w14:paraId="00000054">
      <w:pPr>
        <w:ind w:firstLine="720"/>
        <w:rPr/>
      </w:pPr>
      <w:r w:rsidDel="00000000" w:rsidR="00000000" w:rsidRPr="00000000">
        <w:rPr>
          <w:rtl w:val="0"/>
        </w:rPr>
        <w:t xml:space="preserve">Steele fired back, “Because that’s where I want to work, Sir!” Wilcox replied, “Good, I think you just might. But first, run the 100 yards back and arrest the RedMan.”</w:t>
      </w:r>
    </w:p>
    <w:p w:rsidR="00000000" w:rsidDel="00000000" w:rsidP="00000000" w:rsidRDefault="00000000" w:rsidRPr="00000000" w14:paraId="00000055">
      <w:pPr>
        <w:ind w:firstLine="720"/>
        <w:rPr/>
      </w:pPr>
      <w:r w:rsidDel="00000000" w:rsidR="00000000" w:rsidRPr="00000000">
        <w:rPr>
          <w:rtl w:val="0"/>
        </w:rPr>
        <w:t xml:space="preserve">Steele looked up and saw the dreaded RedMan on the opposite end of the parking lot where he had just come from. He started running toward him and stopped to make contact. “Let me see your hands!” Ryan yelled as he pulled out his training pistol and aimed it at the RedMan. “Fuck you, make me,” the deputy in the RedMan suit replied.</w:t>
      </w:r>
    </w:p>
    <w:p w:rsidR="00000000" w:rsidDel="00000000" w:rsidP="00000000" w:rsidRDefault="00000000" w:rsidRPr="00000000" w14:paraId="00000056">
      <w:pPr>
        <w:ind w:firstLine="720"/>
        <w:rPr/>
      </w:pPr>
      <w:r w:rsidDel="00000000" w:rsidR="00000000" w:rsidRPr="00000000">
        <w:rPr>
          <w:rtl w:val="0"/>
        </w:rPr>
        <w:t xml:space="preserve">Steele holstered his weapon, grabbed his training baton, and ordered him to the ground one more time. The RedMan refused and started to walk toward Steele. Steele struck him in the legs twice and tripped him, throwing him to the ground. After about a minute of struggling, he got him handcuffed, and the drill was over.</w:t>
      </w:r>
    </w:p>
    <w:p w:rsidR="00000000" w:rsidDel="00000000" w:rsidP="00000000" w:rsidRDefault="00000000" w:rsidRPr="00000000" w14:paraId="00000057">
      <w:pPr>
        <w:ind w:firstLine="720"/>
        <w:rPr/>
      </w:pPr>
      <w:r w:rsidDel="00000000" w:rsidR="00000000" w:rsidRPr="00000000">
        <w:rPr>
          <w:rtl w:val="0"/>
        </w:rPr>
        <w:t xml:space="preserve">Ryan stood up and glanced at Wilcox, who wore a wide grin. “Go get some water, Steele, you passed,” Wilcox said. Ryan nodded and made his way to the bathroom, quickly walking to one of the stalls. As soon as he closed the door, he vomited, his body finally giving in after the grueling ordeal. Just as he thought it couldn’t get worse, a voice came from the stall next to him. “Jesus Christ, you nasty recruit, at least give a courtesy flush. Pussy.” Ryan winced but was just relieved that this phase was finally over.</w:t>
      </w:r>
    </w:p>
    <w:p w:rsidR="00000000" w:rsidDel="00000000" w:rsidP="00000000" w:rsidRDefault="00000000" w:rsidRPr="00000000" w14:paraId="00000058">
      <w:pPr>
        <w:ind w:firstLine="720"/>
        <w:rPr/>
      </w:pPr>
      <w:r w:rsidDel="00000000" w:rsidR="00000000" w:rsidRPr="00000000">
        <w:rPr>
          <w:rtl w:val="0"/>
        </w:rPr>
        <w:t xml:space="preserve">The next morning, Steele and Grant walked toward the instructor’s office to receive their first assignments. Graduation was just a day away, and the entire class was being called in pairs to learn where they’d be starting once they were officially deputies.</w:t>
      </w:r>
    </w:p>
    <w:p w:rsidR="00000000" w:rsidDel="00000000" w:rsidP="00000000" w:rsidRDefault="00000000" w:rsidRPr="00000000" w14:paraId="00000059">
      <w:pPr>
        <w:ind w:firstLine="720"/>
        <w:rPr/>
      </w:pPr>
      <w:r w:rsidDel="00000000" w:rsidR="00000000" w:rsidRPr="00000000">
        <w:rPr>
          <w:rtl w:val="0"/>
        </w:rPr>
        <w:t xml:space="preserve">Steele knocked on the door three times, standing at attention beside Grant. The door swung open, and Deputy Wilcox poked his head out. “What do you want?” he snapped.</w:t>
      </w:r>
    </w:p>
    <w:p w:rsidR="00000000" w:rsidDel="00000000" w:rsidP="00000000" w:rsidRDefault="00000000" w:rsidRPr="00000000" w14:paraId="0000005A">
      <w:pPr>
        <w:ind w:firstLine="720"/>
        <w:rPr/>
      </w:pPr>
      <w:r w:rsidDel="00000000" w:rsidR="00000000" w:rsidRPr="00000000">
        <w:rPr>
          <w:rtl w:val="0"/>
        </w:rPr>
        <w:t xml:space="preserve">“Sir, Recruits Steele and Grant reporting as ordered,” Ryan answered crisply.</w:t>
      </w:r>
    </w:p>
    <w:p w:rsidR="00000000" w:rsidDel="00000000" w:rsidP="00000000" w:rsidRDefault="00000000" w:rsidRPr="00000000" w14:paraId="0000005B">
      <w:pPr>
        <w:ind w:firstLine="720"/>
        <w:rPr/>
      </w:pPr>
      <w:r w:rsidDel="00000000" w:rsidR="00000000" w:rsidRPr="00000000">
        <w:rPr>
          <w:rtl w:val="0"/>
        </w:rPr>
        <w:t xml:space="preserve">“Fine, you may enter,” Wilcox ordered. “Come inside and take a seat.”</w:t>
      </w:r>
    </w:p>
    <w:p w:rsidR="00000000" w:rsidDel="00000000" w:rsidP="00000000" w:rsidRDefault="00000000" w:rsidRPr="00000000" w14:paraId="0000005C">
      <w:pPr>
        <w:ind w:firstLine="720"/>
        <w:rPr/>
      </w:pPr>
      <w:r w:rsidDel="00000000" w:rsidR="00000000" w:rsidRPr="00000000">
        <w:rPr>
          <w:rtl w:val="0"/>
        </w:rPr>
        <w:t xml:space="preserve">Wilcox leaned back in his chair, his eyes narrowing. “Look, you two did a good job here, but this was the easy part. The real work starts Monday at your unit. You’re both going to CJ—Men’s Central Jail. I made a call to the training unit there and made sure you both get assigned to someone strong. Don’t screw it up. Now get out of here. See you at graduation tomorrow.”</w:t>
      </w:r>
    </w:p>
    <w:p w:rsidR="00000000" w:rsidDel="00000000" w:rsidP="00000000" w:rsidRDefault="00000000" w:rsidRPr="00000000" w14:paraId="0000005D">
      <w:pPr>
        <w:ind w:firstLine="720"/>
        <w:rPr/>
      </w:pPr>
      <w:r w:rsidDel="00000000" w:rsidR="00000000" w:rsidRPr="00000000">
        <w:rPr>
          <w:rtl w:val="0"/>
        </w:rPr>
        <w:t xml:space="preserve">Steele and Grant exchanged a look as they exited the office and headed back toward the locker room.</w:t>
      </w:r>
    </w:p>
    <w:p w:rsidR="00000000" w:rsidDel="00000000" w:rsidP="00000000" w:rsidRDefault="00000000" w:rsidRPr="00000000" w14:paraId="0000005E">
      <w:pPr>
        <w:ind w:firstLine="720"/>
        <w:rPr/>
      </w:pPr>
      <w:r w:rsidDel="00000000" w:rsidR="00000000" w:rsidRPr="00000000">
        <w:rPr>
          <w:rtl w:val="0"/>
        </w:rPr>
        <w:t xml:space="preserve">“All right, brother, we got sent to CJ. That’s the first hurdle—getting the right resume. Game time,” Ryan said, feeling a sense of accomplishment.</w:t>
      </w:r>
    </w:p>
    <w:p w:rsidR="00000000" w:rsidDel="00000000" w:rsidP="00000000" w:rsidRDefault="00000000" w:rsidRPr="00000000" w14:paraId="0000005F">
      <w:pPr>
        <w:ind w:firstLine="720"/>
        <w:rPr/>
      </w:pPr>
      <w:r w:rsidDel="00000000" w:rsidR="00000000" w:rsidRPr="00000000">
        <w:rPr>
          <w:rtl w:val="0"/>
        </w:rPr>
        <w:t xml:space="preserve">***</w:t>
      </w:r>
    </w:p>
    <w:p w:rsidR="00000000" w:rsidDel="00000000" w:rsidP="00000000" w:rsidRDefault="00000000" w:rsidRPr="00000000" w14:paraId="00000060">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ind w:firstLine="720"/>
        <w:rPr/>
      </w:pPr>
      <w:r w:rsidDel="00000000" w:rsidR="00000000" w:rsidRPr="00000000">
        <w:rPr>
          <w:rtl w:val="0"/>
        </w:rPr>
        <w:t xml:space="preserve">CHAPTER 2</w:t>
      </w:r>
    </w:p>
    <w:p w:rsidR="00000000" w:rsidDel="00000000" w:rsidP="00000000" w:rsidRDefault="00000000" w:rsidRPr="00000000" w14:paraId="00000062">
      <w:pPr>
        <w:ind w:firstLine="720"/>
        <w:rPr/>
      </w:pPr>
      <w:r w:rsidDel="00000000" w:rsidR="00000000" w:rsidRPr="00000000">
        <w:rPr>
          <w:rtl w:val="0"/>
        </w:rPr>
      </w:r>
    </w:p>
    <w:p w:rsidR="00000000" w:rsidDel="00000000" w:rsidP="00000000" w:rsidRDefault="00000000" w:rsidRPr="00000000" w14:paraId="00000063">
      <w:pPr>
        <w:ind w:firstLine="720"/>
        <w:rPr/>
      </w:pPr>
      <w:r w:rsidDel="00000000" w:rsidR="00000000" w:rsidRPr="00000000">
        <w:rPr>
          <w:rtl w:val="0"/>
        </w:rPr>
        <w:t xml:space="preserve">On their first day at Men’s Central Jail, the freshly graduated recruits gathered in the briefing room, waiting for the Captain. The room was tense, filled with 25 brand new deputies assigned to one of the toughest commands in the Department.</w:t>
      </w:r>
    </w:p>
    <w:p w:rsidR="00000000" w:rsidDel="00000000" w:rsidP="00000000" w:rsidRDefault="00000000" w:rsidRPr="00000000" w14:paraId="00000064">
      <w:pPr>
        <w:ind w:firstLine="720"/>
        <w:rPr/>
      </w:pPr>
      <w:r w:rsidDel="00000000" w:rsidR="00000000" w:rsidRPr="00000000">
        <w:rPr>
          <w:rtl w:val="0"/>
        </w:rPr>
        <w:t xml:space="preserve">Captain Jefferson strode into the room, sizing up the rookies seated before him. In his mid-40s, Jefferson was a hardened veteran of the job, worn from years in the field.</w:t>
      </w:r>
    </w:p>
    <w:p w:rsidR="00000000" w:rsidDel="00000000" w:rsidP="00000000" w:rsidRDefault="00000000" w:rsidRPr="00000000" w14:paraId="00000065">
      <w:pPr>
        <w:ind w:firstLine="720"/>
        <w:rPr/>
      </w:pPr>
      <w:r w:rsidDel="00000000" w:rsidR="00000000" w:rsidRPr="00000000">
        <w:rPr>
          <w:rtl w:val="0"/>
        </w:rPr>
        <w:t xml:space="preserve">“Listen up,” he began, his voice firm. “You’ve been deputies for about five minutes. Keep your eyes open, your mouths shut, and do what your training officer tells you to do, and you might make it. At least a few of you will probably quit before you’re even off training. This isn’t for everyone.</w:t>
      </w:r>
    </w:p>
    <w:p w:rsidR="00000000" w:rsidDel="00000000" w:rsidP="00000000" w:rsidRDefault="00000000" w:rsidRPr="00000000" w14:paraId="00000066">
      <w:pPr>
        <w:ind w:firstLine="720"/>
        <w:rPr/>
      </w:pPr>
      <w:r w:rsidDel="00000000" w:rsidR="00000000" w:rsidRPr="00000000">
        <w:rPr>
          <w:rtl w:val="0"/>
        </w:rPr>
        <w:t xml:space="preserve">"This isn’t the Academy anymore. You’re now surrounded by the worst 6,000 people Los Angeles County has to offer, and they’ve got nothing but time to figure out how to hurt or kill you. A lot of them have nothing to lose, and they’ll gain street cred for a successful attack.</w:t>
      </w:r>
    </w:p>
    <w:p w:rsidR="00000000" w:rsidDel="00000000" w:rsidP="00000000" w:rsidRDefault="00000000" w:rsidRPr="00000000" w14:paraId="00000067">
      <w:pPr>
        <w:ind w:firstLine="720"/>
        <w:rPr/>
      </w:pPr>
      <w:r w:rsidDel="00000000" w:rsidR="00000000" w:rsidRPr="00000000">
        <w:rPr>
          <w:rtl w:val="0"/>
        </w:rPr>
        <w:t xml:space="preserve">“Also, don’t do something stupid on your time off that leads to me getting a phone call. Off-duty stupidity will end your career faster than anything that can happen on duty, so be smart. That brass badge you’ve had for all of two days weighs a lot heavier than you realize, and you’d better get used to it. Don’t screw it up.</w:t>
      </w:r>
    </w:p>
    <w:p w:rsidR="00000000" w:rsidDel="00000000" w:rsidP="00000000" w:rsidRDefault="00000000" w:rsidRPr="00000000" w14:paraId="00000068">
      <w:pPr>
        <w:ind w:firstLine="720"/>
        <w:rPr/>
      </w:pPr>
      <w:r w:rsidDel="00000000" w:rsidR="00000000" w:rsidRPr="00000000">
        <w:rPr>
          <w:rtl w:val="0"/>
        </w:rPr>
        <w:t xml:space="preserve">“And one more thing—my door is not open to you. This isn’t college, and I’m not your counselor. Use the chain of command. Your TO is the first link in that chain. That’s all I’ve got.”</w:t>
      </w:r>
    </w:p>
    <w:p w:rsidR="00000000" w:rsidDel="00000000" w:rsidP="00000000" w:rsidRDefault="00000000" w:rsidRPr="00000000" w14:paraId="00000069">
      <w:pPr>
        <w:ind w:firstLine="720"/>
        <w:rPr/>
      </w:pPr>
      <w:r w:rsidDel="00000000" w:rsidR="00000000" w:rsidRPr="00000000">
        <w:rPr>
          <w:rtl w:val="0"/>
        </w:rPr>
        <w:t xml:space="preserve">The recruits sat in silence, absorbing the harsh reality of their new environment. The Academy was behind them, and the real challenge was just beginning.</w:t>
      </w:r>
    </w:p>
    <w:p w:rsidR="00000000" w:rsidDel="00000000" w:rsidP="00000000" w:rsidRDefault="00000000" w:rsidRPr="00000000" w14:paraId="0000006A">
      <w:pPr>
        <w:ind w:firstLine="720"/>
        <w:rPr/>
      </w:pPr>
      <w:r w:rsidDel="00000000" w:rsidR="00000000" w:rsidRPr="00000000">
        <w:rPr>
          <w:rtl w:val="0"/>
        </w:rPr>
        <w:t xml:space="preserve">The captain exited the room, and Deputy Mason strode in, his flat-top haircut impeccably sharp, the result of obvious time and effort. His demeanor oozed arrogance. Mason was part of the training unit at Men’s Central Jail, responsible for both mandated training and overseeing the jail training program for fresh academy graduates.</w:t>
      </w:r>
    </w:p>
    <w:p w:rsidR="00000000" w:rsidDel="00000000" w:rsidP="00000000" w:rsidRDefault="00000000" w:rsidRPr="00000000" w14:paraId="0000006B">
      <w:pPr>
        <w:ind w:firstLine="720"/>
        <w:rPr/>
      </w:pPr>
      <w:r w:rsidDel="00000000" w:rsidR="00000000" w:rsidRPr="00000000">
        <w:rPr>
          <w:rtl w:val="0"/>
        </w:rPr>
        <w:t xml:space="preserve">“You may have graduated the academy, but you’re still boots who know nothing. Don’t forget that,” Mason began, his tone cutting. “You’re on probation for the next 18 months, and you can be fired without cause at any time. We’ll weed out those of you who managed to slip through the academy who don’t belong here.”</w:t>
      </w:r>
    </w:p>
    <w:p w:rsidR="00000000" w:rsidDel="00000000" w:rsidP="00000000" w:rsidRDefault="00000000" w:rsidRPr="00000000" w14:paraId="0000006C">
      <w:pPr>
        <w:ind w:firstLine="720"/>
        <w:rPr/>
      </w:pPr>
      <w:r w:rsidDel="00000000" w:rsidR="00000000" w:rsidRPr="00000000">
        <w:rPr>
          <w:rtl w:val="0"/>
        </w:rPr>
        <w:t xml:space="preserve">“Today’s not just orientation. I see 25 new deputies here, and we can use the manpower. We’re going to do cell searches today,” he announced.</w:t>
      </w:r>
    </w:p>
    <w:p w:rsidR="00000000" w:rsidDel="00000000" w:rsidP="00000000" w:rsidRDefault="00000000" w:rsidRPr="00000000" w14:paraId="0000006D">
      <w:pPr>
        <w:ind w:firstLine="720"/>
        <w:rPr/>
      </w:pPr>
      <w:r w:rsidDel="00000000" w:rsidR="00000000" w:rsidRPr="00000000">
        <w:rPr>
          <w:rtl w:val="0"/>
        </w:rPr>
        <w:t xml:space="preserve">Mason continued, “We’ll be searching the dayrooms on the old side, 2000 floor. Do not put your hands under or in anything you can’t see—if you do, you’ll get cut or poked. These inmates spend all day figuring out how to make weapons to harm you or each other. Don’t touch narcotics or get exposed. Wear gloves at all times. There will be seasoned deputies in there with you, and they’ll direct you if you find something. Now, line up in the hallway. Let’s get to work.”</w:t>
      </w:r>
    </w:p>
    <w:p w:rsidR="00000000" w:rsidDel="00000000" w:rsidP="00000000" w:rsidRDefault="00000000" w:rsidRPr="00000000" w14:paraId="0000006E">
      <w:pPr>
        <w:ind w:firstLine="720"/>
        <w:rPr/>
      </w:pPr>
      <w:r w:rsidDel="00000000" w:rsidR="00000000" w:rsidRPr="00000000">
        <w:rPr>
          <w:rtl w:val="0"/>
        </w:rPr>
        <w:t xml:space="preserve">Steele stood up and followed the rest of the new deputies out of the room. Grant walked alongside him as they lined up in the hallway, just outside jail security. “Here we go, brother. Don’t screw this up,” Steele joked, trying to ease the tension between them.</w:t>
      </w:r>
    </w:p>
    <w:p w:rsidR="00000000" w:rsidDel="00000000" w:rsidP="00000000" w:rsidRDefault="00000000" w:rsidRPr="00000000" w14:paraId="0000006F">
      <w:pPr>
        <w:ind w:firstLine="720"/>
        <w:rPr/>
      </w:pPr>
      <w:r w:rsidDel="00000000" w:rsidR="00000000" w:rsidRPr="00000000">
        <w:rPr>
          <w:rtl w:val="0"/>
        </w:rPr>
        <w:t xml:space="preserve">The group of deputies made their way to the main sally port adjacent to "main control," which acted as the nerve center of the jail. All communications were monitored and logged there, and jail-wide announcements were made. Main control also handled the keys, which were checked in and out daily.</w:t>
      </w:r>
    </w:p>
    <w:p w:rsidR="00000000" w:rsidDel="00000000" w:rsidP="00000000" w:rsidRDefault="00000000" w:rsidRPr="00000000" w14:paraId="00000070">
      <w:pPr>
        <w:ind w:firstLine="720"/>
        <w:rPr/>
      </w:pPr>
      <w:r w:rsidDel="00000000" w:rsidR="00000000" w:rsidRPr="00000000">
        <w:rPr>
          <w:rtl w:val="0"/>
        </w:rPr>
        <w:t xml:space="preserve">To enter the secure side of the jail, as opposed to the non-secure business side, they had to pass through a massive steel gate that looked like something straight out of a prison movie. The gate swung open, and the deputies stepped into a holding area about 10 yards away from another set of bars that remained closed. Once all the deputies were inside the sally port, the first set of bars closed. After securing the outer gate, the inside barred gate swung open, allowing them entry into the jail.</w:t>
      </w:r>
    </w:p>
    <w:p w:rsidR="00000000" w:rsidDel="00000000" w:rsidP="00000000" w:rsidRDefault="00000000" w:rsidRPr="00000000" w14:paraId="00000071">
      <w:pPr>
        <w:ind w:firstLine="720"/>
        <w:rPr/>
      </w:pPr>
      <w:r w:rsidDel="00000000" w:rsidR="00000000" w:rsidRPr="00000000">
        <w:rPr>
          <w:rtl w:val="0"/>
        </w:rPr>
        <w:t xml:space="preserve">This two-gate system prevented inmates from simply making a run for it when staff entered or exited the secure area. There was nowhere to go, as one gate was always locked when the other was open.</w:t>
      </w:r>
    </w:p>
    <w:p w:rsidR="00000000" w:rsidDel="00000000" w:rsidP="00000000" w:rsidRDefault="00000000" w:rsidRPr="00000000" w14:paraId="00000072">
      <w:pPr>
        <w:ind w:firstLine="720"/>
        <w:rPr/>
      </w:pPr>
      <w:r w:rsidDel="00000000" w:rsidR="00000000" w:rsidRPr="00000000">
        <w:rPr>
          <w:rtl w:val="0"/>
        </w:rPr>
        <w:t xml:space="preserve">Inside Men’s Central Jail, colored lines painted on the smooth concrete floors indicated pathways for inmates. Inmates moved freely with passes in their pockets, heading to places like medical, visiting, the law library, and dental.</w:t>
      </w:r>
    </w:p>
    <w:p w:rsidR="00000000" w:rsidDel="00000000" w:rsidP="00000000" w:rsidRDefault="00000000" w:rsidRPr="00000000" w14:paraId="00000073">
      <w:pPr>
        <w:ind w:firstLine="720"/>
        <w:rPr/>
      </w:pPr>
      <w:r w:rsidDel="00000000" w:rsidR="00000000" w:rsidRPr="00000000">
        <w:rPr>
          <w:rtl w:val="0"/>
        </w:rPr>
        <w:t xml:space="preserve">“Why are these inmates just walking around unsupervised?” Grant asked, a hint of unease in his voice.</w:t>
      </w:r>
    </w:p>
    <w:p w:rsidR="00000000" w:rsidDel="00000000" w:rsidP="00000000" w:rsidRDefault="00000000" w:rsidRPr="00000000" w14:paraId="00000074">
      <w:pPr>
        <w:ind w:firstLine="720"/>
        <w:rPr/>
      </w:pPr>
      <w:r w:rsidDel="00000000" w:rsidR="00000000" w:rsidRPr="00000000">
        <w:rPr>
          <w:rtl w:val="0"/>
        </w:rPr>
        <w:t xml:space="preserve">“Because there aren’t enough deputies to escort everyone,” Steele replied. “And they know if they screw up, they’ll get their ass kicked.”</w:t>
      </w:r>
    </w:p>
    <w:p w:rsidR="00000000" w:rsidDel="00000000" w:rsidP="00000000" w:rsidRDefault="00000000" w:rsidRPr="00000000" w14:paraId="00000075">
      <w:pPr>
        <w:ind w:firstLine="720"/>
        <w:rPr/>
      </w:pPr>
      <w:r w:rsidDel="00000000" w:rsidR="00000000" w:rsidRPr="00000000">
        <w:rPr>
          <w:rtl w:val="0"/>
        </w:rPr>
        <w:t xml:space="preserve">Grant shot Steele a look of concern, as if what Steele had just said was bad news. Steele shrugged and continued, “Look, man, my dad worked here in the '70s—it’s always been like this. How do you think 100 to 200 deputies manage to control 6,000 inmates? It’s all about fear and the Green Machine.”</w:t>
      </w:r>
    </w:p>
    <w:p w:rsidR="00000000" w:rsidDel="00000000" w:rsidP="00000000" w:rsidRDefault="00000000" w:rsidRPr="00000000" w14:paraId="00000076">
      <w:pPr>
        <w:ind w:firstLine="720"/>
        <w:rPr/>
      </w:pPr>
      <w:r w:rsidDel="00000000" w:rsidR="00000000" w:rsidRPr="00000000">
        <w:rPr>
          <w:rtl w:val="0"/>
        </w:rPr>
        <w:t xml:space="preserve">“What’s the Green Machine?” Grant asked, clearly unfamiliar with the term.</w:t>
      </w:r>
    </w:p>
    <w:p w:rsidR="00000000" w:rsidDel="00000000" w:rsidP="00000000" w:rsidRDefault="00000000" w:rsidRPr="00000000" w14:paraId="00000077">
      <w:pPr>
        <w:ind w:firstLine="720"/>
        <w:rPr/>
      </w:pPr>
      <w:r w:rsidDel="00000000" w:rsidR="00000000" w:rsidRPr="00000000">
        <w:rPr>
          <w:rtl w:val="0"/>
        </w:rPr>
        <w:t xml:space="preserve">“That’s the sound you hear when a deputy gets into a fight. You’ll hear the pounding of boots as a hundred deputies come running. The whole place shakes when they charge through the jail. And when they show up, you can bet someone’s getting their ass kicked,” Steele explained.</w:t>
      </w:r>
    </w:p>
    <w:p w:rsidR="00000000" w:rsidDel="00000000" w:rsidP="00000000" w:rsidRDefault="00000000" w:rsidRPr="00000000" w14:paraId="00000078">
      <w:pPr>
        <w:ind w:firstLine="720"/>
        <w:rPr/>
      </w:pPr>
      <w:r w:rsidDel="00000000" w:rsidR="00000000" w:rsidRPr="00000000">
        <w:rPr>
          <w:rtl w:val="0"/>
        </w:rPr>
        <w:t xml:space="preserve">The rules for inmates were simple but strict. They were required to walk with their hands in their pockets at all times, keeping their right shoulder against the wall as they moved through the hallways. Silence was mandatory, and they were expected to keep moving without stopping. The walls, polished smooth from years of shoulders brushing against them, told the story of countless prisoners who had passed through.</w:t>
      </w:r>
    </w:p>
    <w:p w:rsidR="00000000" w:rsidDel="00000000" w:rsidP="00000000" w:rsidRDefault="00000000" w:rsidRPr="00000000" w14:paraId="00000079">
      <w:pPr>
        <w:ind w:firstLine="720"/>
        <w:rPr/>
      </w:pPr>
      <w:r w:rsidDel="00000000" w:rsidR="00000000" w:rsidRPr="00000000">
        <w:rPr>
          <w:rtl w:val="0"/>
        </w:rPr>
        <w:t xml:space="preserve">Built in the 1960s, Men’s Central Jail (MCJ) was the largest county jail in the country, housing some of the most notorious criminals in Los Angeles. Infamous inmates like the Night Stalker Richard Ramirez, O.J. Simpson, and the Menendez Brothers had all called this place home at one point.</w:t>
      </w:r>
    </w:p>
    <w:p w:rsidR="00000000" w:rsidDel="00000000" w:rsidP="00000000" w:rsidRDefault="00000000" w:rsidRPr="00000000" w14:paraId="0000007A">
      <w:pPr>
        <w:ind w:firstLine="720"/>
        <w:rPr/>
      </w:pPr>
      <w:r w:rsidDel="00000000" w:rsidR="00000000" w:rsidRPr="00000000">
        <w:rPr>
          <w:rtl w:val="0"/>
        </w:rPr>
        <w:t xml:space="preserve">MCJ was divided into two sections—the new side and the old side. Both sections consisted of cell modules made up of old iron bars, with 4-6 man cells stacked two rows high on each side of a central corridor. On the old side, deputies worked from a cage in the middle of the unit, operating the gates and popping the doors to the central hallway. They were locked behind bars just like the inmates, making them vulnerable to spear attacks and “gassing,” a nasty tactic where inmates would throw containers filled with urine or feces at deputies. Spear attacks involved inmates rolling up newspapers to create long poles, attaching shanks to the ends to stab through the bars.</w:t>
      </w:r>
    </w:p>
    <w:p w:rsidR="00000000" w:rsidDel="00000000" w:rsidP="00000000" w:rsidRDefault="00000000" w:rsidRPr="00000000" w14:paraId="0000007B">
      <w:pPr>
        <w:ind w:firstLine="720"/>
        <w:rPr/>
      </w:pPr>
      <w:r w:rsidDel="00000000" w:rsidR="00000000" w:rsidRPr="00000000">
        <w:rPr>
          <w:rtl w:val="0"/>
        </w:rPr>
        <w:t xml:space="preserve">The main difference between the old side and the new side was that on the new side, the deputies operated from inside a long, skinny box with solid doors and walls, instead of iron bars. This provided better protection, making it harder for inmates to launch surprise attacks.</w:t>
      </w:r>
    </w:p>
    <w:p w:rsidR="00000000" w:rsidDel="00000000" w:rsidP="00000000" w:rsidRDefault="00000000" w:rsidRPr="00000000" w14:paraId="0000007C">
      <w:pPr>
        <w:ind w:firstLine="720"/>
        <w:rPr/>
      </w:pPr>
      <w:r w:rsidDel="00000000" w:rsidR="00000000" w:rsidRPr="00000000">
        <w:rPr>
          <w:rtl w:val="0"/>
        </w:rPr>
        <w:t xml:space="preserve">As they moved down a hallway, Deputy Mason led the group of new deputies, giving them their first real lesson in jail life. “Okay, up the escalators is the 2000 floor. The trustees—what they now call ‘inmate workers’—wear white shirts instead of blue. Don’t be fooled. They’re just as dangerous as the other inmates, and don’t ever think they’re your friends. Deputies aren’t going to mop the floors, so we use them, but don’t trust them for a second.”</w:t>
      </w:r>
    </w:p>
    <w:p w:rsidR="00000000" w:rsidDel="00000000" w:rsidP="00000000" w:rsidRDefault="00000000" w:rsidRPr="00000000" w14:paraId="0000007D">
      <w:pPr>
        <w:ind w:firstLine="720"/>
        <w:rPr/>
      </w:pPr>
      <w:r w:rsidDel="00000000" w:rsidR="00000000" w:rsidRPr="00000000">
        <w:rPr>
          <w:rtl w:val="0"/>
        </w:rPr>
        <w:t xml:space="preserve">The group stepped onto a long, silver escalator enclosed by chain-link fencing, ascending to the 2000 floor. Adjacent to the escalator was a control booth—2000 Control—which coordinated operations on the floor between the different housing units. At the top, a long, straight hallway stretched out, lined with several doors leading to the housing units where the worst of the worst from LA County were held. The day was just beginning, and the new deputies were about to step into their first real taste of the chaos that was Men’s Central Jail.</w:t>
      </w:r>
    </w:p>
    <w:p w:rsidR="00000000" w:rsidDel="00000000" w:rsidP="00000000" w:rsidRDefault="00000000" w:rsidRPr="00000000" w14:paraId="0000007E">
      <w:pPr>
        <w:ind w:firstLine="720"/>
        <w:rPr/>
      </w:pPr>
      <w:r w:rsidDel="00000000" w:rsidR="00000000" w:rsidRPr="00000000">
        <w:rPr>
          <w:rtl w:val="0"/>
        </w:rPr>
        <w:t xml:space="preserve">***</w:t>
      </w:r>
    </w:p>
    <w:p w:rsidR="00000000" w:rsidDel="00000000" w:rsidP="00000000" w:rsidRDefault="00000000" w:rsidRPr="00000000" w14:paraId="0000007F">
      <w:pPr>
        <w:ind w:firstLine="720"/>
        <w:rPr/>
      </w:pPr>
      <w:r w:rsidDel="00000000" w:rsidR="00000000" w:rsidRPr="00000000">
        <w:rPr>
          <w:rtl w:val="0"/>
        </w:rPr>
        <w:t xml:space="preserve">Deputy Mason bellowed, “Alright, line up here!” as he pointed toward the 2500 module. “We’ve got six deputies leading you, and they actually know what they’re doing. Do what they say and watch each other’s back. Remember: Ask, Tell, Make. Ask the inmate to do what you want. If they don’t listen, tell them. If they still don’t listen, make them.”</w:t>
      </w:r>
    </w:p>
    <w:p w:rsidR="00000000" w:rsidDel="00000000" w:rsidP="00000000" w:rsidRDefault="00000000" w:rsidRPr="00000000" w14:paraId="00000080">
      <w:pPr>
        <w:ind w:firstLine="720"/>
        <w:rPr/>
      </w:pPr>
      <w:r w:rsidDel="00000000" w:rsidR="00000000" w:rsidRPr="00000000">
        <w:rPr>
          <w:rtl w:val="0"/>
        </w:rPr>
        <w:t xml:space="preserve">The new deputies, along with the experienced search team, lined up and started moving into the housing unit toward the dayroom, which housed about 50 inmates in a single room with bunks. The only way to see inside was through the front door, as there were no cameras.</w:t>
      </w:r>
    </w:p>
    <w:p w:rsidR="00000000" w:rsidDel="00000000" w:rsidP="00000000" w:rsidRDefault="00000000" w:rsidRPr="00000000" w14:paraId="00000081">
      <w:pPr>
        <w:ind w:firstLine="720"/>
        <w:rPr/>
      </w:pPr>
      <w:r w:rsidDel="00000000" w:rsidR="00000000" w:rsidRPr="00000000">
        <w:rPr>
          <w:rtl w:val="0"/>
        </w:rPr>
        <w:t xml:space="preserve">The first two deputies walked up to the door, flung it open, and immediately bellowed orders, commanding the inmates to file out. The inmates quickly shuffled out and were escorted to the showers, where several deputies with less-lethal devices, like bean bag and rubber bullet launchers, stood guard.</w:t>
      </w:r>
    </w:p>
    <w:p w:rsidR="00000000" w:rsidDel="00000000" w:rsidP="00000000" w:rsidRDefault="00000000" w:rsidRPr="00000000" w14:paraId="00000082">
      <w:pPr>
        <w:ind w:firstLine="720"/>
        <w:rPr/>
      </w:pPr>
      <w:r w:rsidDel="00000000" w:rsidR="00000000" w:rsidRPr="00000000">
        <w:rPr>
          <w:rtl w:val="0"/>
        </w:rPr>
        <w:t xml:space="preserve">Grant stepped through the door, immediately hit by the stench. “It smells like ass and feet in here,” he remarked to Steele, who followed close behind. Steele just chuckled.</w:t>
      </w:r>
    </w:p>
    <w:p w:rsidR="00000000" w:rsidDel="00000000" w:rsidP="00000000" w:rsidRDefault="00000000" w:rsidRPr="00000000" w14:paraId="00000083">
      <w:pPr>
        <w:ind w:firstLine="720"/>
        <w:rPr/>
      </w:pPr>
      <w:r w:rsidDel="00000000" w:rsidR="00000000" w:rsidRPr="00000000">
        <w:rPr>
          <w:rtl w:val="0"/>
        </w:rPr>
        <w:t xml:space="preserve">For the next 30 minutes, the deputies tore apart the dayroom, searching for contraband, especially weapons. They stacked the mattresses into a massive pile in the center of the room and dumped all the inmates’ belongings onto their bunks.</w:t>
      </w:r>
    </w:p>
    <w:p w:rsidR="00000000" w:rsidDel="00000000" w:rsidP="00000000" w:rsidRDefault="00000000" w:rsidRPr="00000000" w14:paraId="00000084">
      <w:pPr>
        <w:ind w:firstLine="720"/>
        <w:rPr/>
      </w:pPr>
      <w:r w:rsidDel="00000000" w:rsidR="00000000" w:rsidRPr="00000000">
        <w:rPr>
          <w:rtl w:val="0"/>
        </w:rPr>
        <w:t xml:space="preserve">By the end of the search, the deputies had uncovered four jail-made shanks, fashioned from sharpened pieces of metal, and about 10 gallons of pruno, the infamous homemade wine that sometimes left inmates not just drunk but also temporarily blind.</w:t>
      </w:r>
    </w:p>
    <w:p w:rsidR="00000000" w:rsidDel="00000000" w:rsidP="00000000" w:rsidRDefault="00000000" w:rsidRPr="00000000" w14:paraId="00000085">
      <w:pPr>
        <w:ind w:firstLine="720"/>
        <w:rPr/>
      </w:pPr>
      <w:r w:rsidDel="00000000" w:rsidR="00000000" w:rsidRPr="00000000">
        <w:rPr>
          <w:rtl w:val="0"/>
        </w:rPr>
        <w:t xml:space="preserve">Looking at the pile of contraband, Steele remarked, “If they used all this energy to do something good instead of making pruno and shanks, they wouldn’t even be here.”</w:t>
      </w:r>
    </w:p>
    <w:p w:rsidR="00000000" w:rsidDel="00000000" w:rsidP="00000000" w:rsidRDefault="00000000" w:rsidRPr="00000000" w14:paraId="00000086">
      <w:pPr>
        <w:ind w:firstLine="720"/>
        <w:rPr/>
      </w:pPr>
      <w:r w:rsidDel="00000000" w:rsidR="00000000" w:rsidRPr="00000000">
        <w:rPr>
          <w:rtl w:val="0"/>
        </w:rPr>
        <w:t xml:space="preserve">After packing up the evidence from the contraband, the deputies began returning the inmates to their now-destroyed dayroom. As the inmates shuffled back in single file with their hands in their pockets, a call erupted over the radio: “3200, large fight in the dayroom, multiple inmates fighting, one down. Send backup.”</w:t>
      </w:r>
    </w:p>
    <w:p w:rsidR="00000000" w:rsidDel="00000000" w:rsidP="00000000" w:rsidRDefault="00000000" w:rsidRPr="00000000" w14:paraId="00000087">
      <w:pPr>
        <w:ind w:firstLine="720"/>
        <w:rPr/>
      </w:pPr>
      <w:r w:rsidDel="00000000" w:rsidR="00000000" w:rsidRPr="00000000">
        <w:rPr>
          <w:rtl w:val="0"/>
        </w:rPr>
        <w:t xml:space="preserve">The Green Machine was activated. The deputies quickly shoved the inmates back into the freshly searched dayroom and secured the door. Then, the hallway door cracked open, and the deputies sprinted toward the fight upstairs. The new deputies, unsure of where to go, followed the senior officers.</w:t>
      </w:r>
    </w:p>
    <w:p w:rsidR="00000000" w:rsidDel="00000000" w:rsidP="00000000" w:rsidRDefault="00000000" w:rsidRPr="00000000" w14:paraId="00000088">
      <w:pPr>
        <w:ind w:firstLine="720"/>
        <w:rPr/>
      </w:pPr>
      <w:r w:rsidDel="00000000" w:rsidR="00000000" w:rsidRPr="00000000">
        <w:rPr>
          <w:rtl w:val="0"/>
        </w:rPr>
        <w:t xml:space="preserve">Steele raced up the escalator and landed on the 3000 floor, where he saw a door with several deputies pouring through. As he entered the module, the noise was overwhelming, with inmates rattling their bars and yelling. Steele lined up outside the dayroom, just as he had earlier, preparing for what he assumed would be the next step.</w:t>
      </w:r>
    </w:p>
    <w:p w:rsidR="00000000" w:rsidDel="00000000" w:rsidP="00000000" w:rsidRDefault="00000000" w:rsidRPr="00000000" w14:paraId="00000089">
      <w:pPr>
        <w:ind w:firstLine="720"/>
        <w:rPr/>
      </w:pPr>
      <w:r w:rsidDel="00000000" w:rsidR="00000000" w:rsidRPr="00000000">
        <w:rPr>
          <w:rtl w:val="0"/>
        </w:rPr>
        <w:t xml:space="preserve">Mason quickly corralled the fresh, untrained deputies. “Look,” he said, “there are no deputies in there. It’s just inmates fighting. We’re gonna let them tire themselves out before we step in. We aren’t getting hurt for these guys.”</w:t>
      </w:r>
    </w:p>
    <w:p w:rsidR="00000000" w:rsidDel="00000000" w:rsidP="00000000" w:rsidRDefault="00000000" w:rsidRPr="00000000" w14:paraId="0000008A">
      <w:pPr>
        <w:ind w:firstLine="720"/>
        <w:rPr/>
      </w:pPr>
      <w:r w:rsidDel="00000000" w:rsidR="00000000" w:rsidRPr="00000000">
        <w:rPr>
          <w:rtl w:val="0"/>
        </w:rPr>
        <w:t xml:space="preserve">At the door, a massive deputy—one who looked like he spent every spare moment in the gym—was barking orders at the inmates, telling them to stop fighting. When they ignored him, he casually tossed two stingball grenades into the room. The grenades exploded with a deafening boom, flinging rubber balls at high speeds.</w:t>
      </w:r>
    </w:p>
    <w:p w:rsidR="00000000" w:rsidDel="00000000" w:rsidP="00000000" w:rsidRDefault="00000000" w:rsidRPr="00000000" w14:paraId="0000008B">
      <w:pPr>
        <w:ind w:firstLine="720"/>
        <w:rPr/>
      </w:pPr>
      <w:r w:rsidDel="00000000" w:rsidR="00000000" w:rsidRPr="00000000">
        <w:rPr>
          <w:rtl w:val="0"/>
        </w:rPr>
        <w:t xml:space="preserve">As the chaos unfolded, Steele could hear the jail alarms blaring and the radio crackling with, “ERT report to main control. ERT report to main control,” summoning the Emergency Response Team—the riot squad that would show up armed with gear and weapons to restore order.</w:t>
      </w:r>
    </w:p>
    <w:p w:rsidR="00000000" w:rsidDel="00000000" w:rsidP="00000000" w:rsidRDefault="00000000" w:rsidRPr="00000000" w14:paraId="0000008C">
      <w:pPr>
        <w:ind w:firstLine="720"/>
        <w:rPr/>
      </w:pPr>
      <w:r w:rsidDel="00000000" w:rsidR="00000000" w:rsidRPr="00000000">
        <w:rPr>
          <w:rtl w:val="0"/>
        </w:rPr>
        <w:t xml:space="preserve">After several tense minutes, the door to the hall popped open, and a salty sergeant strolled in, calm as can be. He walked up to the deputy assigned to the module and, without any hint of urgency, asked, “What’s going on in there?”</w:t>
      </w:r>
    </w:p>
    <w:p w:rsidR="00000000" w:rsidDel="00000000" w:rsidP="00000000" w:rsidRDefault="00000000" w:rsidRPr="00000000" w14:paraId="0000008D">
      <w:pPr>
        <w:ind w:firstLine="720"/>
        <w:rPr/>
      </w:pPr>
      <w:r w:rsidDel="00000000" w:rsidR="00000000" w:rsidRPr="00000000">
        <w:rPr>
          <w:rtl w:val="0"/>
        </w:rPr>
        <w:t xml:space="preserve">The young deputy, who couldn’t have been much older than 21, replied, “Sir, we’ve got 50 inmates fighting in dayroom A. They’ve refused orders to stop, and we’ve already deployed two stingballs.” The sergeant said nothing in response, instead walking straight to the door. Without hesitation, he bellowed, “Listen up, you fuckers! Stop fighting and get on the ground, or you’re in for an ass-kicking!”</w:t>
      </w:r>
    </w:p>
    <w:p w:rsidR="00000000" w:rsidDel="00000000" w:rsidP="00000000" w:rsidRDefault="00000000" w:rsidRPr="00000000" w14:paraId="0000008E">
      <w:pPr>
        <w:ind w:firstLine="720"/>
        <w:rPr/>
      </w:pPr>
      <w:r w:rsidDel="00000000" w:rsidR="00000000" w:rsidRPr="00000000">
        <w:rPr>
          <w:rtl w:val="0"/>
        </w:rPr>
        <w:t xml:space="preserve">The inmates, knowing the game all too well, hit the deck immediately. When the sergeant stepped in, it meant playtime was over.</w:t>
      </w:r>
    </w:p>
    <w:p w:rsidR="00000000" w:rsidDel="00000000" w:rsidP="00000000" w:rsidRDefault="00000000" w:rsidRPr="00000000" w14:paraId="0000008F">
      <w:pPr>
        <w:ind w:firstLine="720"/>
        <w:rPr/>
      </w:pPr>
      <w:r w:rsidDel="00000000" w:rsidR="00000000" w:rsidRPr="00000000">
        <w:rPr>
          <w:rtl w:val="0"/>
        </w:rPr>
        <w:t xml:space="preserve">“Open the door,” the sergeant ordered. The module deputy opened it wide.</w:t>
      </w:r>
    </w:p>
    <w:p w:rsidR="00000000" w:rsidDel="00000000" w:rsidP="00000000" w:rsidRDefault="00000000" w:rsidRPr="00000000" w14:paraId="00000090">
      <w:pPr>
        <w:ind w:firstLine="720"/>
        <w:rPr/>
      </w:pPr>
      <w:r w:rsidDel="00000000" w:rsidR="00000000" w:rsidRPr="00000000">
        <w:rPr>
          <w:rtl w:val="0"/>
        </w:rPr>
        <w:t xml:space="preserve">“One by one, crawl on your bellies out of the dayroom and into the hallway,” the module deputy barked.</w:t>
      </w:r>
    </w:p>
    <w:p w:rsidR="00000000" w:rsidDel="00000000" w:rsidP="00000000" w:rsidRDefault="00000000" w:rsidRPr="00000000" w14:paraId="00000091">
      <w:pPr>
        <w:ind w:firstLine="720"/>
        <w:rPr/>
      </w:pPr>
      <w:r w:rsidDel="00000000" w:rsidR="00000000" w:rsidRPr="00000000">
        <w:rPr>
          <w:rtl w:val="0"/>
        </w:rPr>
        <w:t xml:space="preserve">The deputies formed two lines, creating a gauntlet on either side of the door. The inmates began low-crawling between the lines and into the hallway, inching along the floor until the last inmate had exited the dayroom—except for one, who appeared unconscious inside.</w:t>
      </w:r>
    </w:p>
    <w:p w:rsidR="00000000" w:rsidDel="00000000" w:rsidP="00000000" w:rsidRDefault="00000000" w:rsidRPr="00000000" w14:paraId="00000092">
      <w:pPr>
        <w:ind w:firstLine="720"/>
        <w:rPr/>
      </w:pPr>
      <w:r w:rsidDel="00000000" w:rsidR="00000000" w:rsidRPr="00000000">
        <w:rPr>
          <w:rtl w:val="0"/>
        </w:rPr>
        <w:t xml:space="preserve">“Four of you, go in and secure that last inmate. The rest of you, get these assholes in cuffs and check their knuckles,” the sergeant instructed.</w:t>
      </w:r>
    </w:p>
    <w:p w:rsidR="00000000" w:rsidDel="00000000" w:rsidP="00000000" w:rsidRDefault="00000000" w:rsidRPr="00000000" w14:paraId="00000093">
      <w:pPr>
        <w:ind w:firstLine="720"/>
        <w:rPr/>
      </w:pPr>
      <w:r w:rsidDel="00000000" w:rsidR="00000000" w:rsidRPr="00000000">
        <w:rPr>
          <w:rtl w:val="0"/>
        </w:rPr>
        <w:t xml:space="preserve">Four deputies rushed in to find the supposedly unconscious inmate. He was still breathing but had been stabbed twice in the back and was bleeding. “Medical, respond to 3200 dayroom A for a possible stabbing,” a deputy radioed. The Black inmate had been brutally beaten and stabbed by Hispanic gang members.</w:t>
      </w:r>
    </w:p>
    <w:p w:rsidR="00000000" w:rsidDel="00000000" w:rsidP="00000000" w:rsidRDefault="00000000" w:rsidRPr="00000000" w14:paraId="00000094">
      <w:pPr>
        <w:ind w:firstLine="720"/>
        <w:rPr/>
      </w:pPr>
      <w:r w:rsidDel="00000000" w:rsidR="00000000" w:rsidRPr="00000000">
        <w:rPr>
          <w:rtl w:val="0"/>
        </w:rPr>
        <w:t xml:space="preserve">Meanwhile, Steele and Grant moved to the hallway, beginning the process of searching and handcuffing the inmates. Deputy Mason, overseeing the trainees, gave quick instructions: “Check their knuckles. If they’re messed up, they were fighting, and they’ll be disciplined. If anyone’s seriously injured, pull them out for medical attention after we deal with the guy full of new holes.”</w:t>
      </w:r>
    </w:p>
    <w:p w:rsidR="00000000" w:rsidDel="00000000" w:rsidP="00000000" w:rsidRDefault="00000000" w:rsidRPr="00000000" w14:paraId="00000095">
      <w:pPr>
        <w:ind w:firstLine="720"/>
        <w:rPr/>
      </w:pPr>
      <w:r w:rsidDel="00000000" w:rsidR="00000000" w:rsidRPr="00000000">
        <w:rPr>
          <w:rtl w:val="0"/>
        </w:rPr>
        <w:t xml:space="preserve">The reality of life inside Men’s Central Jail was setting in fast for the new deputies, and Steele knew this was just the beginning.</w:t>
      </w:r>
    </w:p>
    <w:p w:rsidR="00000000" w:rsidDel="00000000" w:rsidP="00000000" w:rsidRDefault="00000000" w:rsidRPr="00000000" w14:paraId="00000096">
      <w:pPr>
        <w:ind w:firstLine="720"/>
        <w:rPr/>
      </w:pPr>
      <w:r w:rsidDel="00000000" w:rsidR="00000000" w:rsidRPr="00000000">
        <w:rPr>
          <w:rtl w:val="0"/>
        </w:rPr>
        <w:t xml:space="preserve">***</w:t>
      </w:r>
    </w:p>
    <w:p w:rsidR="00000000" w:rsidDel="00000000" w:rsidP="00000000" w:rsidRDefault="00000000" w:rsidRPr="00000000" w14:paraId="00000097">
      <w:pPr>
        <w:ind w:firstLine="720"/>
        <w:rPr/>
      </w:pPr>
      <w:r w:rsidDel="00000000" w:rsidR="00000000" w:rsidRPr="00000000">
        <w:rPr>
          <w:rtl w:val="0"/>
        </w:rPr>
        <w:t xml:space="preserve">Steele sat in the control booth of the 4700 unit on the new side of the jail. He had just completed "Jail Operations" training—a grueling two-week course covering riot response, jail investigations, firefighting, and more—and this was his first full day as a deputy at MCJ. Steele had been assigned to work the 4000 floor on the new side, while Grant was on the 2000 floor. Luckily, they were on the same shift, so their carpool arrangement remained intact.</w:t>
      </w:r>
    </w:p>
    <w:p w:rsidR="00000000" w:rsidDel="00000000" w:rsidP="00000000" w:rsidRDefault="00000000" w:rsidRPr="00000000" w14:paraId="00000098">
      <w:pPr>
        <w:ind w:firstLine="720"/>
        <w:rPr/>
      </w:pPr>
      <w:r w:rsidDel="00000000" w:rsidR="00000000" w:rsidRPr="00000000">
        <w:rPr>
          <w:rtl w:val="0"/>
        </w:rPr>
        <w:t xml:space="preserve">The control booth in 4700 was positioned between two tiers of inmates, one above and one below, separated by one-way glass that allowed Steele to observe the cells holding 4-6 inmates each. The jail’s population adhered to a strict, self-imposed racial segregation. The Hispanic inmates had their own rules and stuck together, as did the Blacks, Asians, and Whites. In the LA County Jail system, the Hispanic population was the largest, followed by Blacks, Whites, and then Asians. This segregation even determined how resources like phones and TV time in the dayroom were divided.</w:t>
      </w:r>
    </w:p>
    <w:p w:rsidR="00000000" w:rsidDel="00000000" w:rsidP="00000000" w:rsidRDefault="00000000" w:rsidRPr="00000000" w14:paraId="00000099">
      <w:pPr>
        <w:ind w:firstLine="720"/>
        <w:rPr/>
      </w:pPr>
      <w:r w:rsidDel="00000000" w:rsidR="00000000" w:rsidRPr="00000000">
        <w:rPr>
          <w:rtl w:val="0"/>
        </w:rPr>
        <w:t xml:space="preserve">No sooner had Steele sat down for his first shift than the phone in the booth rang. “4700, Deputy Steele here,” he answered.</w:t>
      </w:r>
    </w:p>
    <w:p w:rsidR="00000000" w:rsidDel="00000000" w:rsidP="00000000" w:rsidRDefault="00000000" w:rsidRPr="00000000" w14:paraId="0000009A">
      <w:pPr>
        <w:ind w:firstLine="720"/>
        <w:rPr/>
      </w:pPr>
      <w:r w:rsidDel="00000000" w:rsidR="00000000" w:rsidRPr="00000000">
        <w:rPr>
          <w:rtl w:val="0"/>
        </w:rPr>
        <w:t xml:space="preserve">“This is main control. What’s your count?”</w:t>
      </w:r>
    </w:p>
    <w:p w:rsidR="00000000" w:rsidDel="00000000" w:rsidP="00000000" w:rsidRDefault="00000000" w:rsidRPr="00000000" w14:paraId="0000009B">
      <w:pPr>
        <w:ind w:firstLine="720"/>
        <w:rPr/>
      </w:pPr>
      <w:r w:rsidDel="00000000" w:rsidR="00000000" w:rsidRPr="00000000">
        <w:rPr>
          <w:rtl w:val="0"/>
        </w:rPr>
        <w:t xml:space="preserve">Steele froze, unsure how to respond. He hadn’t even met his training officer yet and had no clue what a “count” entailed. “Uh, I’m working on it, sir,” was all he could muster.</w:t>
      </w:r>
    </w:p>
    <w:p w:rsidR="00000000" w:rsidDel="00000000" w:rsidP="00000000" w:rsidRDefault="00000000" w:rsidRPr="00000000" w14:paraId="0000009C">
      <w:pPr>
        <w:ind w:firstLine="720"/>
        <w:rPr/>
      </w:pPr>
      <w:r w:rsidDel="00000000" w:rsidR="00000000" w:rsidRPr="00000000">
        <w:rPr>
          <w:rtl w:val="0"/>
        </w:rPr>
        <w:t xml:space="preserve">“Get it done,” came the curt response before the line went dead.</w:t>
      </w:r>
    </w:p>
    <w:p w:rsidR="00000000" w:rsidDel="00000000" w:rsidP="00000000" w:rsidRDefault="00000000" w:rsidRPr="00000000" w14:paraId="0000009D">
      <w:pPr>
        <w:ind w:firstLine="720"/>
        <w:rPr/>
      </w:pPr>
      <w:r w:rsidDel="00000000" w:rsidR="00000000" w:rsidRPr="00000000">
        <w:rPr>
          <w:rtl w:val="0"/>
        </w:rPr>
        <w:t xml:space="preserve">Steele glanced at the wooden board in front of him, filled with hundreds of inmate cards. He knew the count was crucial—it was how the jail ensured every inmate was where they were supposed to be—but he had no idea how to perform one.</w:t>
      </w:r>
    </w:p>
    <w:p w:rsidR="00000000" w:rsidDel="00000000" w:rsidP="00000000" w:rsidRDefault="00000000" w:rsidRPr="00000000" w14:paraId="0000009E">
      <w:pPr>
        <w:ind w:firstLine="720"/>
        <w:rPr/>
      </w:pPr>
      <w:r w:rsidDel="00000000" w:rsidR="00000000" w:rsidRPr="00000000">
        <w:rPr>
          <w:rtl w:val="0"/>
        </w:rPr>
        <w:t xml:space="preserve">A tapping on the glass interrupted his thoughts. Steele looked up to see a trustee, a Black man in his 30s covered in gang tattoos, trying to get his attention. It felt strange to Steele that the trustee was on the outside while he was locked in the control booth, but that was how things worked at CJ.</w:t>
      </w:r>
    </w:p>
    <w:p w:rsidR="00000000" w:rsidDel="00000000" w:rsidP="00000000" w:rsidRDefault="00000000" w:rsidRPr="00000000" w14:paraId="0000009F">
      <w:pPr>
        <w:ind w:firstLine="720"/>
        <w:rPr/>
      </w:pPr>
      <w:r w:rsidDel="00000000" w:rsidR="00000000" w:rsidRPr="00000000">
        <w:rPr>
          <w:rtl w:val="0"/>
        </w:rPr>
        <w:t xml:space="preserve">“Hey, Dep! Sir, let me help you with the count,” the trustee offered.</w:t>
      </w:r>
    </w:p>
    <w:p w:rsidR="00000000" w:rsidDel="00000000" w:rsidP="00000000" w:rsidRDefault="00000000" w:rsidRPr="00000000" w14:paraId="000000A0">
      <w:pPr>
        <w:ind w:firstLine="720"/>
        <w:rPr/>
      </w:pPr>
      <w:r w:rsidDel="00000000" w:rsidR="00000000" w:rsidRPr="00000000">
        <w:rPr>
          <w:rtl w:val="0"/>
        </w:rPr>
        <w:t xml:space="preserve">Steele, still unsure, replied, “Sure, how does it work?”</w:t>
      </w:r>
    </w:p>
    <w:p w:rsidR="00000000" w:rsidDel="00000000" w:rsidP="00000000" w:rsidRDefault="00000000" w:rsidRPr="00000000" w14:paraId="000000A1">
      <w:pPr>
        <w:ind w:firstLine="720"/>
        <w:rPr/>
      </w:pPr>
      <w:r w:rsidDel="00000000" w:rsidR="00000000" w:rsidRPr="00000000">
        <w:rPr>
          <w:rtl w:val="0"/>
        </w:rPr>
        <w:t xml:space="preserve">The trustee, clearly familiar with the process, nodded. “Okay, Dep. Grab those cards on that wooden board to your left. First, count them all. Then, grab the mic next to it and yell, ‘Headcount now, put your bracelets out.’ The inmates will stand up and put their arms out with their wristbands. All you gotta do is walk down the row, count the bodies, and match them to the cards on the board. If anything’s off, let me know, and I’ll help you figure it out.”</w:t>
      </w:r>
    </w:p>
    <w:p w:rsidR="00000000" w:rsidDel="00000000" w:rsidP="00000000" w:rsidRDefault="00000000" w:rsidRPr="00000000" w14:paraId="000000A2">
      <w:pPr>
        <w:ind w:firstLine="720"/>
        <w:rPr/>
      </w:pPr>
      <w:r w:rsidDel="00000000" w:rsidR="00000000" w:rsidRPr="00000000">
        <w:rPr>
          <w:rtl w:val="0"/>
        </w:rPr>
        <w:t xml:space="preserve">Steele, knowing this was part of the unspoken tradition—new deputies often learned the ropes from trustees—nodded his thanks and got to work. He grabbed the microphone and called out the headcount, then began walking the row, comparing the inmates to the cards.</w:t>
      </w:r>
    </w:p>
    <w:p w:rsidR="00000000" w:rsidDel="00000000" w:rsidP="00000000" w:rsidRDefault="00000000" w:rsidRPr="00000000" w14:paraId="000000A3">
      <w:pPr>
        <w:ind w:firstLine="720"/>
        <w:rPr/>
      </w:pPr>
      <w:r w:rsidDel="00000000" w:rsidR="00000000" w:rsidRPr="00000000">
        <w:rPr>
          <w:rtl w:val="0"/>
        </w:rPr>
        <w:t xml:space="preserve">Halfway through the count, the phone rang again. Steele rushed back to the booth and answered. “4700, Deputy Steele here.”</w:t>
      </w:r>
    </w:p>
    <w:p w:rsidR="00000000" w:rsidDel="00000000" w:rsidP="00000000" w:rsidRDefault="00000000" w:rsidRPr="00000000" w14:paraId="000000A4">
      <w:pPr>
        <w:ind w:firstLine="720"/>
        <w:rPr/>
      </w:pPr>
      <w:r w:rsidDel="00000000" w:rsidR="00000000" w:rsidRPr="00000000">
        <w:rPr>
          <w:rtl w:val="0"/>
        </w:rPr>
        <w:t xml:space="preserve">“What’s your count, rookie?” came the voice on the other end.</w:t>
      </w:r>
    </w:p>
    <w:p w:rsidR="00000000" w:rsidDel="00000000" w:rsidP="00000000" w:rsidRDefault="00000000" w:rsidRPr="00000000" w14:paraId="000000A5">
      <w:pPr>
        <w:ind w:firstLine="720"/>
        <w:rPr/>
      </w:pPr>
      <w:r w:rsidDel="00000000" w:rsidR="00000000" w:rsidRPr="00000000">
        <w:rPr>
          <w:rtl w:val="0"/>
        </w:rPr>
        <w:t xml:space="preserve">“I’m halfway done, sir. I’ll call back when it’s finished,” Steele replied before hearing a click as the line disconnected.</w:t>
      </w:r>
    </w:p>
    <w:p w:rsidR="00000000" w:rsidDel="00000000" w:rsidP="00000000" w:rsidRDefault="00000000" w:rsidRPr="00000000" w14:paraId="000000A6">
      <w:pPr>
        <w:ind w:firstLine="720"/>
        <w:rPr/>
      </w:pPr>
      <w:r w:rsidDel="00000000" w:rsidR="00000000" w:rsidRPr="00000000">
        <w:rPr>
          <w:rtl w:val="0"/>
        </w:rPr>
        <w:t xml:space="preserve">He hurried down the row, finishing the count as quickly as he could. Once he completed it, Steele called 4000 control with the updated numbers, only for them to hang up on him without a word.</w:t>
      </w:r>
    </w:p>
    <w:p w:rsidR="00000000" w:rsidDel="00000000" w:rsidP="00000000" w:rsidRDefault="00000000" w:rsidRPr="00000000" w14:paraId="000000A7">
      <w:pPr>
        <w:ind w:firstLine="720"/>
        <w:rPr/>
      </w:pPr>
      <w:r w:rsidDel="00000000" w:rsidR="00000000" w:rsidRPr="00000000">
        <w:rPr>
          <w:rtl w:val="0"/>
        </w:rPr>
        <w:t xml:space="preserve">Sinking back into his chair, Steele realized he was only 40 minutes into his shift—it was going to be a long day. Turning to the trustee, he nodded in appreciation. “Thanks, trustee,” he said.</w:t>
      </w:r>
    </w:p>
    <w:p w:rsidR="00000000" w:rsidDel="00000000" w:rsidP="00000000" w:rsidRDefault="00000000" w:rsidRPr="00000000" w14:paraId="000000A8">
      <w:pPr>
        <w:ind w:firstLine="720"/>
        <w:rPr/>
      </w:pPr>
      <w:r w:rsidDel="00000000" w:rsidR="00000000" w:rsidRPr="00000000">
        <w:rPr>
          <w:rtl w:val="0"/>
        </w:rPr>
        <w:t xml:space="preserve">The trustee gave a knowing smile. “No problem, Dep. First day’s always the hardest.”</w:t>
      </w:r>
    </w:p>
    <w:p w:rsidR="00000000" w:rsidDel="00000000" w:rsidP="00000000" w:rsidRDefault="00000000" w:rsidRPr="00000000" w14:paraId="000000A9">
      <w:pPr>
        <w:ind w:firstLine="720"/>
        <w:rPr/>
      </w:pPr>
      <w:r w:rsidDel="00000000" w:rsidR="00000000" w:rsidRPr="00000000">
        <w:rPr>
          <w:rtl w:val="0"/>
        </w:rPr>
        <w:t xml:space="preserve">***</w:t>
      </w:r>
    </w:p>
    <w:p w:rsidR="00000000" w:rsidDel="00000000" w:rsidP="00000000" w:rsidRDefault="00000000" w:rsidRPr="00000000" w14:paraId="000000AA">
      <w:pPr>
        <w:ind w:firstLine="720"/>
        <w:rPr/>
      </w:pPr>
      <w:r w:rsidDel="00000000" w:rsidR="00000000" w:rsidRPr="00000000">
        <w:rPr>
          <w:rtl w:val="0"/>
        </w:rPr>
        <w:t xml:space="preserve">Three weeks into his assignment, Steele had started to get the hang of daily operations in the 4700 module. The next rung on the ladder was becoming a "prowler"—the deputies who roamed the floor instead of being locked in a module. Prowlers were responsible for escorting inmates, responding to fights and medical emergencies, conducting cell searches, and typically got involved in more use-of-force incidents. Being a prowler at MCJ was a status symbol—it meant you had your act together. Steele knew it would take at least six months to a year before he had a shot at that position.</w:t>
      </w:r>
    </w:p>
    <w:p w:rsidR="00000000" w:rsidDel="00000000" w:rsidP="00000000" w:rsidRDefault="00000000" w:rsidRPr="00000000" w14:paraId="000000AB">
      <w:pPr>
        <w:ind w:firstLine="720"/>
        <w:rPr/>
      </w:pPr>
      <w:r w:rsidDel="00000000" w:rsidR="00000000" w:rsidRPr="00000000">
        <w:rPr>
          <w:rtl w:val="0"/>
        </w:rPr>
        <w:t xml:space="preserve">Steele sat at his control desk, skimming through the LA Times while the Hispanic inmates across the way were in the dayroom watching TV. The glass in this part of the deputy office wasn’t mirrored or tinted, meaning the inmates could see him as clearly as he could see them. Sometimes, Steele wondered who was really in control.</w:t>
      </w:r>
    </w:p>
    <w:p w:rsidR="00000000" w:rsidDel="00000000" w:rsidP="00000000" w:rsidRDefault="00000000" w:rsidRPr="00000000" w14:paraId="000000AC">
      <w:pPr>
        <w:ind w:firstLine="720"/>
        <w:rPr/>
      </w:pPr>
      <w:r w:rsidDel="00000000" w:rsidR="00000000" w:rsidRPr="00000000">
        <w:rPr>
          <w:rtl w:val="0"/>
        </w:rPr>
        <w:t xml:space="preserve">A sudden click of the door to the hallway caught Steele's attention. The control booth had popped the door to let in the lead trustee. This was the same trustee who worked under Deputy Mason in the training unit and often seemed to handle tasks that were a little off the books. Mason, now a prowler, seemed to enjoy messing with the trainees, and Steele had been on the receiving end more than once.</w:t>
      </w:r>
    </w:p>
    <w:p w:rsidR="00000000" w:rsidDel="00000000" w:rsidP="00000000" w:rsidRDefault="00000000" w:rsidRPr="00000000" w14:paraId="000000AD">
      <w:pPr>
        <w:ind w:firstLine="720"/>
        <w:rPr/>
      </w:pPr>
      <w:r w:rsidDel="00000000" w:rsidR="00000000" w:rsidRPr="00000000">
        <w:rPr>
          <w:rtl w:val="0"/>
        </w:rPr>
        <w:t xml:space="preserve">The lead trustee—a massive Samoan man, easily over 300 pounds—entered and tapped on the door to get Steele’s attention. This particular trustee was Dep. Mason’s go-to guy for all kinds of tasks, including defusing inmate tensions before they escalated into stabbings or riots.</w:t>
      </w:r>
    </w:p>
    <w:p w:rsidR="00000000" w:rsidDel="00000000" w:rsidP="00000000" w:rsidRDefault="00000000" w:rsidRPr="00000000" w14:paraId="000000AE">
      <w:pPr>
        <w:ind w:firstLine="720"/>
        <w:rPr/>
      </w:pPr>
      <w:r w:rsidDel="00000000" w:rsidR="00000000" w:rsidRPr="00000000">
        <w:rPr>
          <w:rtl w:val="0"/>
        </w:rPr>
        <w:t xml:space="preserve">Steele walked over and asked, “What’s up, trustee?”</w:t>
      </w:r>
    </w:p>
    <w:p w:rsidR="00000000" w:rsidDel="00000000" w:rsidP="00000000" w:rsidRDefault="00000000" w:rsidRPr="00000000" w14:paraId="000000AF">
      <w:pPr>
        <w:ind w:firstLine="720"/>
        <w:rPr/>
      </w:pPr>
      <w:r w:rsidDel="00000000" w:rsidR="00000000" w:rsidRPr="00000000">
        <w:rPr>
          <w:rtl w:val="0"/>
        </w:rPr>
        <w:t xml:space="preserve">“Dep. Mason sent me to get your airpack for testing,” the trustee replied. The airpack, much like the ones firefighters wear, was crucial equipment in case of a fire inside the jail, and each module had one on hand.</w:t>
      </w:r>
    </w:p>
    <w:p w:rsidR="00000000" w:rsidDel="00000000" w:rsidP="00000000" w:rsidRDefault="00000000" w:rsidRPr="00000000" w14:paraId="000000B0">
      <w:pPr>
        <w:ind w:firstLine="720"/>
        <w:rPr/>
      </w:pPr>
      <w:r w:rsidDel="00000000" w:rsidR="00000000" w:rsidRPr="00000000">
        <w:rPr>
          <w:rtl w:val="0"/>
        </w:rPr>
        <w:t xml:space="preserve">Steele hesitated. Handing over a critical piece of equipment to an inmate, not to mention opening the secure door to the deputy area, was a major risk. If an inmate ever gained control of the housing control office, they could open all the cells, and chaos would ensue. Steele weighed his options—he knew the right thing was to refuse, but the thought of pissing off Deputy Mason weighed on him heavily.</w:t>
      </w:r>
    </w:p>
    <w:p w:rsidR="00000000" w:rsidDel="00000000" w:rsidP="00000000" w:rsidRDefault="00000000" w:rsidRPr="00000000" w14:paraId="000000B1">
      <w:pPr>
        <w:ind w:firstLine="720"/>
        <w:rPr/>
      </w:pPr>
      <w:r w:rsidDel="00000000" w:rsidR="00000000" w:rsidRPr="00000000">
        <w:rPr>
          <w:rtl w:val="0"/>
        </w:rPr>
        <w:t xml:space="preserve">Against his better judgment, Steele decided to comply. He walked over to the wall, unhooked the airpack, and stepped toward the secure door. He popped the lock and handed the airpack to the trustee before closing the door again. The trustee nodded and walked out into the hallway.</w:t>
      </w:r>
    </w:p>
    <w:p w:rsidR="00000000" w:rsidDel="00000000" w:rsidP="00000000" w:rsidRDefault="00000000" w:rsidRPr="00000000" w14:paraId="000000B2">
      <w:pPr>
        <w:ind w:firstLine="720"/>
        <w:rPr/>
      </w:pPr>
      <w:r w:rsidDel="00000000" w:rsidR="00000000" w:rsidRPr="00000000">
        <w:rPr>
          <w:rtl w:val="0"/>
        </w:rPr>
        <w:t xml:space="preserve">Steele sat back down, convincing himself he had done the right thing and that everything would work out.</w:t>
      </w:r>
    </w:p>
    <w:p w:rsidR="00000000" w:rsidDel="00000000" w:rsidP="00000000" w:rsidRDefault="00000000" w:rsidRPr="00000000" w14:paraId="000000B3">
      <w:pPr>
        <w:ind w:firstLine="720"/>
        <w:rPr/>
      </w:pPr>
      <w:r w:rsidDel="00000000" w:rsidR="00000000" w:rsidRPr="00000000">
        <w:rPr>
          <w:rtl w:val="0"/>
        </w:rPr>
        <w:t xml:space="preserve">Two minutes later, the door to the hallway flew open, and Dep. Mason stormed inside, his face a mix of fury and disbelief. Without a word, he signaled for Steele to unlock the module door. Steele hit the button, and Mason stepped in the moment the door buzzed open. Steele already knew he was in deep trouble.</w:t>
      </w:r>
    </w:p>
    <w:p w:rsidR="00000000" w:rsidDel="00000000" w:rsidP="00000000" w:rsidRDefault="00000000" w:rsidRPr="00000000" w14:paraId="000000B4">
      <w:pPr>
        <w:ind w:firstLine="720"/>
        <w:rPr/>
      </w:pPr>
      <w:r w:rsidDel="00000000" w:rsidR="00000000" w:rsidRPr="00000000">
        <w:rPr>
          <w:rtl w:val="0"/>
        </w:rPr>
        <w:t xml:space="preserve">“What the absolute hell are you thinking, rookie? Handing over the Sheriff’s equipment to a felon? Are you trying to let an inmate take control of the 4700 module? How the hell did an inmate get access to the secure area of this housing unit? You could have been killed! That 300-pound man could have beaten you to death with that airpack and opened every cell in here!” Mason yelled, his voice reverberating off the walls.</w:t>
      </w:r>
    </w:p>
    <w:p w:rsidR="00000000" w:rsidDel="00000000" w:rsidP="00000000" w:rsidRDefault="00000000" w:rsidRPr="00000000" w14:paraId="000000B5">
      <w:pPr>
        <w:ind w:firstLine="720"/>
        <w:rPr/>
      </w:pPr>
      <w:r w:rsidDel="00000000" w:rsidR="00000000" w:rsidRPr="00000000">
        <w:rPr>
          <w:rtl w:val="0"/>
        </w:rPr>
        <w:t xml:space="preserve">“Dep. Mason, I thought you sent the lead trustee, and I didn’t want to get in trouble. I thought it was okay,” Steele replied, his voice faltering.</w:t>
      </w:r>
    </w:p>
    <w:p w:rsidR="00000000" w:rsidDel="00000000" w:rsidP="00000000" w:rsidRDefault="00000000" w:rsidRPr="00000000" w14:paraId="000000B6">
      <w:pPr>
        <w:ind w:firstLine="720"/>
        <w:rPr/>
      </w:pPr>
      <w:r w:rsidDel="00000000" w:rsidR="00000000" w:rsidRPr="00000000">
        <w:rPr>
          <w:rtl w:val="0"/>
        </w:rPr>
        <w:t xml:space="preserve">“No, it wasn’t fucking okay! You’re an idiot, and you almost got yourself killed. The only reason you’re not dead is because I trust that man, and he knows I’d end him if he so much as touched you. I know his family outside of this place, which is why I used him to test you. And guess what? You failed.”</w:t>
      </w:r>
    </w:p>
    <w:p w:rsidR="00000000" w:rsidDel="00000000" w:rsidP="00000000" w:rsidRDefault="00000000" w:rsidRPr="00000000" w14:paraId="000000B7">
      <w:pPr>
        <w:ind w:firstLine="720"/>
        <w:rPr/>
      </w:pPr>
      <w:r w:rsidDel="00000000" w:rsidR="00000000" w:rsidRPr="00000000">
        <w:rPr>
          <w:rtl w:val="0"/>
        </w:rPr>
        <w:t xml:space="preserve">Mason’s eyes narrowed. “Now, here’s what you’re going to do. Tonight, when you go home, you’re going to write your own obituary. Write about how you died working MCJ because you were stupid. I want it on my desk in the morning, Steele.”</w:t>
      </w:r>
    </w:p>
    <w:p w:rsidR="00000000" w:rsidDel="00000000" w:rsidP="00000000" w:rsidRDefault="00000000" w:rsidRPr="00000000" w14:paraId="000000B8">
      <w:pPr>
        <w:ind w:firstLine="720"/>
        <w:rPr/>
      </w:pPr>
      <w:r w:rsidDel="00000000" w:rsidR="00000000" w:rsidRPr="00000000">
        <w:rPr>
          <w:rtl w:val="0"/>
        </w:rPr>
        <w:t xml:space="preserve">Without waiting for a response, Mason turned and stormed out, leaving Steele standing there, fully aware of the gravity of his mistake.</w:t>
      </w:r>
    </w:p>
    <w:p w:rsidR="00000000" w:rsidDel="00000000" w:rsidP="00000000" w:rsidRDefault="00000000" w:rsidRPr="00000000" w14:paraId="000000B9">
      <w:pPr>
        <w:ind w:firstLine="720"/>
        <w:rPr/>
      </w:pPr>
      <w:r w:rsidDel="00000000" w:rsidR="00000000" w:rsidRPr="00000000">
        <w:rPr>
          <w:rtl w:val="0"/>
        </w:rPr>
        <w:t xml:space="preserve">***</w:t>
      </w:r>
    </w:p>
    <w:p w:rsidR="00000000" w:rsidDel="00000000" w:rsidP="00000000" w:rsidRDefault="00000000" w:rsidRPr="00000000" w14:paraId="000000BA">
      <w:pPr>
        <w:ind w:firstLine="720"/>
        <w:rPr/>
      </w:pPr>
      <w:r w:rsidDel="00000000" w:rsidR="00000000" w:rsidRPr="00000000">
        <w:rPr>
          <w:rtl w:val="0"/>
        </w:rPr>
        <w:t xml:space="preserve">Steele met up with Grant outside the facility at the end of their shift, the weight of the day heavy on his shoulders. “I really messed up today with the airpack thing, man,” Steele confessed. “Mason’s making me write my own obituary and turn it in first thing tomorrow morning.”</w:t>
      </w:r>
    </w:p>
    <w:p w:rsidR="00000000" w:rsidDel="00000000" w:rsidP="00000000" w:rsidRDefault="00000000" w:rsidRPr="00000000" w14:paraId="000000BB">
      <w:pPr>
        <w:ind w:firstLine="720"/>
        <w:rPr/>
      </w:pPr>
      <w:r w:rsidDel="00000000" w:rsidR="00000000" w:rsidRPr="00000000">
        <w:rPr>
          <w:rtl w:val="0"/>
        </w:rPr>
        <w:t xml:space="preserve">Grant gave him a reassuring pat on the back. “Don’t sweat it, brother. If you learned from it and lived to tell the tale, you’re good.”</w:t>
      </w:r>
    </w:p>
    <w:p w:rsidR="00000000" w:rsidDel="00000000" w:rsidP="00000000" w:rsidRDefault="00000000" w:rsidRPr="00000000" w14:paraId="000000BC">
      <w:pPr>
        <w:ind w:firstLine="720"/>
        <w:rPr/>
      </w:pPr>
      <w:r w:rsidDel="00000000" w:rsidR="00000000" w:rsidRPr="00000000">
        <w:rPr>
          <w:rtl w:val="0"/>
        </w:rPr>
        <w:t xml:space="preserve">The two deputies walked down Bauchet Street, just outside the jail. Across the road, the Twin Towers jail loomed, its surroundings bustling with the usual mix of attorneys, newly released inmates carrying their property bags, and people visiting their loved ones. The jail’s revolving door never stopped, the flow of life continuing day and night.</w:t>
      </w:r>
    </w:p>
    <w:p w:rsidR="00000000" w:rsidDel="00000000" w:rsidP="00000000" w:rsidRDefault="00000000" w:rsidRPr="00000000" w14:paraId="000000BD">
      <w:pPr>
        <w:ind w:firstLine="720"/>
        <w:rPr/>
      </w:pPr>
      <w:r w:rsidDel="00000000" w:rsidR="00000000" w:rsidRPr="00000000">
        <w:rPr>
          <w:rtl w:val="0"/>
        </w:rPr>
        <w:t xml:space="preserve">They passed by the food trucks parked outside, where deputies usually stopped for a quick bite after their shift. Steele didn’t feel much like eating; his mistake weighed heavily on his mind, making it hard to think about anything else.</w:t>
      </w:r>
    </w:p>
    <w:p w:rsidR="00000000" w:rsidDel="00000000" w:rsidP="00000000" w:rsidRDefault="00000000" w:rsidRPr="00000000" w14:paraId="000000BE">
      <w:pPr>
        <w:ind w:firstLine="720"/>
        <w:rPr/>
      </w:pPr>
      <w:r w:rsidDel="00000000" w:rsidR="00000000" w:rsidRPr="00000000">
        <w:rPr>
          <w:rtl w:val="0"/>
        </w:rPr>
        <w:t xml:space="preserve">As they arrived at the parking garage at the end of the street, they climbed into Grant’s truck and began the hour-long drive back to Long Beach. The ride was quiet, both men lost in their thoughts, the tension from the day still lingering in the air.</w:t>
      </w:r>
    </w:p>
    <w:p w:rsidR="00000000" w:rsidDel="00000000" w:rsidP="00000000" w:rsidRDefault="00000000" w:rsidRPr="00000000" w14:paraId="000000BF">
      <w:pPr>
        <w:ind w:firstLine="720"/>
        <w:rPr/>
      </w:pPr>
      <w:r w:rsidDel="00000000" w:rsidR="00000000" w:rsidRPr="00000000">
        <w:rPr>
          <w:rtl w:val="0"/>
        </w:rPr>
        <w:t xml:space="preserve">When they finally got home, Steele skipped their usual routine of winding down with a couple of beers. Instead, he went straight to his room, where he had the unenviable task of writing his own obituary—a task Mason had ordered as punishment for his mistake.</w:t>
      </w:r>
    </w:p>
    <w:p w:rsidR="00000000" w:rsidDel="00000000" w:rsidP="00000000" w:rsidRDefault="00000000" w:rsidRPr="00000000" w14:paraId="000000C0">
      <w:pPr>
        <w:ind w:firstLine="720"/>
        <w:rPr/>
      </w:pPr>
      <w:r w:rsidDel="00000000" w:rsidR="00000000" w:rsidRPr="00000000">
        <w:rPr>
          <w:rtl w:val="0"/>
        </w:rPr>
        <w:t xml:space="preserve">Steele sat down and began to write:</w:t>
      </w:r>
    </w:p>
    <w:p w:rsidR="00000000" w:rsidDel="00000000" w:rsidP="00000000" w:rsidRDefault="00000000" w:rsidRPr="00000000" w14:paraId="000000C1">
      <w:pPr>
        <w:ind w:firstLine="720"/>
        <w:rPr>
          <w:i w:val="1"/>
        </w:rPr>
      </w:pPr>
      <w:r w:rsidDel="00000000" w:rsidR="00000000" w:rsidRPr="00000000">
        <w:rPr>
          <w:b w:val="1"/>
          <w:rtl w:val="0"/>
        </w:rPr>
        <w:t xml:space="preserve">Deputy Ryan Steele (1975-2000)</w:t>
      </w:r>
      <w:r w:rsidDel="00000000" w:rsidR="00000000" w:rsidRPr="00000000">
        <w:rPr>
          <w:rtl w:val="0"/>
        </w:rPr>
        <w:br w:type="textWrapping"/>
      </w:r>
      <w:r w:rsidDel="00000000" w:rsidR="00000000" w:rsidRPr="00000000">
        <w:rPr>
          <w:i w:val="1"/>
          <w:rtl w:val="0"/>
        </w:rPr>
        <w:t xml:space="preserve">The Los Angeles County Sheriff’s Department is mourning the tragic loss of Deputy Ryan Steele, who passed away in the line of duty on September 10, 2000, at Men’s Central Jail in downtown Los Angeles. Deputy Steele, who had been with the department for seven months, was killed after an inmate gained access to the secured area of his housing unit under circumstances that are still under investigation.</w:t>
      </w:r>
    </w:p>
    <w:p w:rsidR="00000000" w:rsidDel="00000000" w:rsidP="00000000" w:rsidRDefault="00000000" w:rsidRPr="00000000" w14:paraId="000000C2">
      <w:pPr>
        <w:ind w:firstLine="720"/>
        <w:rPr>
          <w:i w:val="1"/>
        </w:rPr>
      </w:pPr>
      <w:r w:rsidDel="00000000" w:rsidR="00000000" w:rsidRPr="00000000">
        <w:rPr>
          <w:i w:val="1"/>
          <w:rtl w:val="0"/>
        </w:rPr>
        <w:t xml:space="preserve">Preliminary reports suggest that Deputy Steele violated department procedures by neglecting to follow proper protocol regarding secured zones within the jail. His decision to allow an inmate into the secure section of his module without following required safety measures proved fatal. The inmate overpowered him, seizing control of the housing unit. This breach of security led to chaos throughout the module, requiring specialized units to regain control after several tense hours.</w:t>
      </w:r>
    </w:p>
    <w:p w:rsidR="00000000" w:rsidDel="00000000" w:rsidP="00000000" w:rsidRDefault="00000000" w:rsidRPr="00000000" w14:paraId="000000C3">
      <w:pPr>
        <w:ind w:firstLine="720"/>
        <w:rPr>
          <w:i w:val="1"/>
        </w:rPr>
      </w:pPr>
      <w:r w:rsidDel="00000000" w:rsidR="00000000" w:rsidRPr="00000000">
        <w:rPr>
          <w:i w:val="1"/>
          <w:rtl w:val="0"/>
        </w:rPr>
        <w:t xml:space="preserve">Deputy Ryan Steele is survived by his daughter, Madison, as well as his loving parents, friends, and colleagues.</w:t>
      </w:r>
    </w:p>
    <w:p w:rsidR="00000000" w:rsidDel="00000000" w:rsidP="00000000" w:rsidRDefault="00000000" w:rsidRPr="00000000" w14:paraId="000000C4">
      <w:pPr>
        <w:ind w:firstLine="720"/>
        <w:rPr/>
      </w:pPr>
      <w:r w:rsidDel="00000000" w:rsidR="00000000" w:rsidRPr="00000000">
        <w:rPr>
          <w:rtl w:val="0"/>
        </w:rPr>
        <w:t xml:space="preserve">Steele stared at the words for a moment, feeling the weight of his mistake even more now that it was laid out in black and white. Tomorrow, he would hand it over to Mason and, hopefully, leave this lesson behind.</w:t>
      </w:r>
    </w:p>
    <w:p w:rsidR="00000000" w:rsidDel="00000000" w:rsidP="00000000" w:rsidRDefault="00000000" w:rsidRPr="00000000" w14:paraId="000000C5">
      <w:pPr>
        <w:ind w:firstLine="720"/>
        <w:rPr/>
      </w:pPr>
      <w:r w:rsidDel="00000000" w:rsidR="00000000" w:rsidRPr="00000000">
        <w:rPr>
          <w:rtl w:val="0"/>
        </w:rPr>
        <w:t xml:space="preserve">***</w:t>
      </w:r>
    </w:p>
    <w:p w:rsidR="00000000" w:rsidDel="00000000" w:rsidP="00000000" w:rsidRDefault="00000000" w:rsidRPr="00000000" w14:paraId="000000C6">
      <w:pPr>
        <w:ind w:firstLine="720"/>
        <w:rPr/>
      </w:pPr>
      <w:r w:rsidDel="00000000" w:rsidR="00000000" w:rsidRPr="00000000">
        <w:rPr>
          <w:rtl w:val="0"/>
        </w:rPr>
        <w:t xml:space="preserve">Six months had passed, and Steele was now a prowler on the 4000 floor, working the graveyard shift. He had successfully completed his training without any further incidents, and now enjoyed the freedom and responsibility that came with being a prowler. The graveyard shift covered 2200 to 0600 hours, a time most deputies avoided. Now, with more inmate interaction and autonomy, Steele spent much of the downtime coordinating cell searches, often discovering narcotics and homemade weapons.</w:t>
      </w:r>
    </w:p>
    <w:p w:rsidR="00000000" w:rsidDel="00000000" w:rsidP="00000000" w:rsidRDefault="00000000" w:rsidRPr="00000000" w14:paraId="000000C7">
      <w:pPr>
        <w:ind w:firstLine="720"/>
        <w:rPr/>
      </w:pPr>
      <w:r w:rsidDel="00000000" w:rsidR="00000000" w:rsidRPr="00000000">
        <w:rPr>
          <w:rtl w:val="0"/>
        </w:rPr>
        <w:t xml:space="preserve">On this particular shift, Steele sat in the control booth, eating inmate cereal with two other deputies—another prowler and the floor control deputy. It was 0545, and they watched the clock, keeping an eye on the escalator for the day shift crew to arrive and relieve them. The jail never closed, and there was no clocking out at 0600 sharp; everything had to be secure and fully staffed.</w:t>
      </w:r>
    </w:p>
    <w:p w:rsidR="00000000" w:rsidDel="00000000" w:rsidP="00000000" w:rsidRDefault="00000000" w:rsidRPr="00000000" w14:paraId="000000C8">
      <w:pPr>
        <w:ind w:firstLine="720"/>
        <w:rPr/>
      </w:pPr>
      <w:r w:rsidDel="00000000" w:rsidR="00000000" w:rsidRPr="00000000">
        <w:rPr>
          <w:rtl w:val="0"/>
        </w:rPr>
        <w:t xml:space="preserve">After a long night, Steele was more than ready to head home and get some sleep. His old carpool partner, Grant, had been moved to day shift, which meant Steele was now facing the dreaded Los Angeles morning commute alone. It would take him nearly an hour to drive the 25 miles back to Long Beach.</w:t>
      </w:r>
    </w:p>
    <w:p w:rsidR="00000000" w:rsidDel="00000000" w:rsidP="00000000" w:rsidRDefault="00000000" w:rsidRPr="00000000" w14:paraId="000000C9">
      <w:pPr>
        <w:ind w:firstLine="720"/>
        <w:rPr/>
      </w:pPr>
      <w:r w:rsidDel="00000000" w:rsidR="00000000" w:rsidRPr="00000000">
        <w:rPr>
          <w:rtl w:val="0"/>
        </w:rPr>
        <w:t xml:space="preserve">The day shift crew finally arrived, and Steele quickly gave the briefing. “The count is good, no incidents overnight, the trustees finished cleaning the floors, and the court bodies have already been sent across the street. You should be set. See you tomorrow.”</w:t>
      </w:r>
    </w:p>
    <w:p w:rsidR="00000000" w:rsidDel="00000000" w:rsidP="00000000" w:rsidRDefault="00000000" w:rsidRPr="00000000" w14:paraId="000000CA">
      <w:pPr>
        <w:ind w:firstLine="720"/>
        <w:rPr/>
      </w:pPr>
      <w:r w:rsidDel="00000000" w:rsidR="00000000" w:rsidRPr="00000000">
        <w:rPr>
          <w:rtl w:val="0"/>
        </w:rPr>
        <w:t xml:space="preserve">With their shift done, Steele and his fellow deputies grabbed their backpacks and headed toward the escalator to exit through main control. When they reached the main control sally port, the gate closed behind them. As it was shift change, about 25 deputies crowded the sally port, all anxious to go home. The PA system crackled, “Attention in the sally port, we need four deputies to hold over for day shift. Volunteers first. Raise your hand if you want the overtime.”</w:t>
      </w:r>
    </w:p>
    <w:p w:rsidR="00000000" w:rsidDel="00000000" w:rsidP="00000000" w:rsidRDefault="00000000" w:rsidRPr="00000000" w14:paraId="000000CB">
      <w:pPr>
        <w:ind w:firstLine="720"/>
        <w:rPr/>
      </w:pPr>
      <w:r w:rsidDel="00000000" w:rsidR="00000000" w:rsidRPr="00000000">
        <w:rPr>
          <w:rtl w:val="0"/>
        </w:rPr>
        <w:t xml:space="preserve">Steele knew the drill. With only six months on the job, he was likely to be "voluntold" if he didn’t step up. Besides, the extra money from a double shift would be useful, and time-and-a-half pay was hard to pass up. Steele raised his hand and offered to stay for the next eight hours. Another deputy volunteered, and two of the least senior deputies were "drafted" for the shift as well.</w:t>
      </w:r>
    </w:p>
    <w:p w:rsidR="00000000" w:rsidDel="00000000" w:rsidP="00000000" w:rsidRDefault="00000000" w:rsidRPr="00000000" w14:paraId="000000CC">
      <w:pPr>
        <w:ind w:firstLine="720"/>
        <w:rPr/>
      </w:pPr>
      <w:r w:rsidDel="00000000" w:rsidR="00000000" w:rsidRPr="00000000">
        <w:rPr>
          <w:rtl w:val="0"/>
        </w:rPr>
        <w:t xml:space="preserve">The gate to the jail swung open, and the four deputies who were assigned the double shift trudged back inside as the rest of the crew headed home. Steele had learned early on there were two types of deputies: those who chased every hour of overtime, and those who did everything possible to avoid it.</w:t>
      </w:r>
    </w:p>
    <w:p w:rsidR="00000000" w:rsidDel="00000000" w:rsidP="00000000" w:rsidRDefault="00000000" w:rsidRPr="00000000" w14:paraId="000000CD">
      <w:pPr>
        <w:ind w:firstLine="720"/>
        <w:rPr/>
      </w:pPr>
      <w:r w:rsidDel="00000000" w:rsidR="00000000" w:rsidRPr="00000000">
        <w:rPr>
          <w:rtl w:val="0"/>
        </w:rPr>
        <w:t xml:space="preserve">The only ways out of MCJ were through the main control gate, the hospital section, or the tunnel that led to Twin Towers and the Inmate Reception Center. Jail supervision knew that some deputies would try to sneak out to avoid getting drafted for overtime, and if you were caught, you’d be in serious trouble.</w:t>
      </w:r>
    </w:p>
    <w:p w:rsidR="00000000" w:rsidDel="00000000" w:rsidP="00000000" w:rsidRDefault="00000000" w:rsidRPr="00000000" w14:paraId="000000CE">
      <w:pPr>
        <w:ind w:firstLine="720"/>
        <w:rPr/>
      </w:pPr>
      <w:r w:rsidDel="00000000" w:rsidR="00000000" w:rsidRPr="00000000">
        <w:rPr>
          <w:rtl w:val="0"/>
        </w:rPr>
        <w:t xml:space="preserve">Steele went to the main control window to get his overtime assignment. He was given 1750 module duty—also known as the "High Power" unit. This area housed some of the worst inmates, held in administrative segregation. Though the headcount was only around fifty, the unit required four deputies due to the heightened risk of violence. Steele knew he’d be working where the most dangerous inmates were kept—leaders of the Mexican Mafia, Black Guerrilla Family, and other notorious prison gangs. This module had also housed high-profile inmates like O.J. Simpson, Richard Ramirez (the Night Stalker), and the Menendez Brothers.</w:t>
      </w:r>
    </w:p>
    <w:p w:rsidR="00000000" w:rsidDel="00000000" w:rsidP="00000000" w:rsidRDefault="00000000" w:rsidRPr="00000000" w14:paraId="000000CF">
      <w:pPr>
        <w:ind w:firstLine="720"/>
        <w:rPr/>
      </w:pPr>
      <w:r w:rsidDel="00000000" w:rsidR="00000000" w:rsidRPr="00000000">
        <w:rPr>
          <w:rtl w:val="0"/>
        </w:rPr>
        <w:t xml:space="preserve">Steele walked up to the 1750 control booth and was buzzed in. “What’s up, fellas,” he said to the three deputies on duty. He didn’t know them well, but their worn uniforms and confident demeanor made it clear they were seasoned veterans.</w:t>
      </w:r>
    </w:p>
    <w:p w:rsidR="00000000" w:rsidDel="00000000" w:rsidP="00000000" w:rsidRDefault="00000000" w:rsidRPr="00000000" w14:paraId="000000D0">
      <w:pPr>
        <w:ind w:firstLine="720"/>
        <w:rPr/>
      </w:pPr>
      <w:r w:rsidDel="00000000" w:rsidR="00000000" w:rsidRPr="00000000">
        <w:rPr>
          <w:rtl w:val="0"/>
        </w:rPr>
        <w:t xml:space="preserve">One of the senior prowlers greeted him. “What’s up, Steele. Glad you’re here. One of our guys called in sick—apparently drank himself into oblivion last night. You ever worked here before?”</w:t>
      </w:r>
    </w:p>
    <w:p w:rsidR="00000000" w:rsidDel="00000000" w:rsidP="00000000" w:rsidRDefault="00000000" w:rsidRPr="00000000" w14:paraId="000000D1">
      <w:pPr>
        <w:ind w:firstLine="720"/>
        <w:rPr/>
      </w:pPr>
      <w:r w:rsidDel="00000000" w:rsidR="00000000" w:rsidRPr="00000000">
        <w:rPr>
          <w:rtl w:val="0"/>
        </w:rPr>
        <w:t xml:space="preserve">“No, first time,” Steele replied.</w:t>
      </w:r>
    </w:p>
    <w:p w:rsidR="00000000" w:rsidDel="00000000" w:rsidP="00000000" w:rsidRDefault="00000000" w:rsidRPr="00000000" w14:paraId="000000D2">
      <w:pPr>
        <w:ind w:firstLine="720"/>
        <w:rPr/>
      </w:pPr>
      <w:r w:rsidDel="00000000" w:rsidR="00000000" w:rsidRPr="00000000">
        <w:rPr>
          <w:rtl w:val="0"/>
        </w:rPr>
        <w:t xml:space="preserve">“No worries. We’re gonna take it easy today. In this unit, we don’t just do security checks every hour like the rest of the jail—we do them every 30 minutes. When it’s feeding time, nobody leaves their cells. We deliver trays to each cell with two deputies for safety. You can be the second man on feeding, so you can learn the ropes. And just so you know, you’ve gotta be extra careful in this unit. It’s full of killers and guys with a history of assaulting staff.”</w:t>
      </w:r>
    </w:p>
    <w:p w:rsidR="00000000" w:rsidDel="00000000" w:rsidP="00000000" w:rsidRDefault="00000000" w:rsidRPr="00000000" w14:paraId="000000D3">
      <w:pPr>
        <w:ind w:firstLine="720"/>
        <w:rPr/>
      </w:pPr>
      <w:r w:rsidDel="00000000" w:rsidR="00000000" w:rsidRPr="00000000">
        <w:rPr>
          <w:rtl w:val="0"/>
        </w:rPr>
        <w:t xml:space="preserve">“Got it,” Steele nodded.</w:t>
      </w:r>
    </w:p>
    <w:p w:rsidR="00000000" w:rsidDel="00000000" w:rsidP="00000000" w:rsidRDefault="00000000" w:rsidRPr="00000000" w14:paraId="000000D4">
      <w:pPr>
        <w:ind w:firstLine="720"/>
        <w:rPr/>
      </w:pPr>
      <w:r w:rsidDel="00000000" w:rsidR="00000000" w:rsidRPr="00000000">
        <w:rPr>
          <w:rtl w:val="0"/>
        </w:rPr>
        <w:t xml:space="preserve">The senior prowler grinned. “Here’s how we decide who walks the row every 30 minutes—we play a hand of poker. Worst hand walks. Until then, grab a cup of coffee, find a newspaper, and chill.”</w:t>
      </w:r>
    </w:p>
    <w:p w:rsidR="00000000" w:rsidDel="00000000" w:rsidP="00000000" w:rsidRDefault="00000000" w:rsidRPr="00000000" w14:paraId="000000D5">
      <w:pPr>
        <w:ind w:firstLine="720"/>
        <w:rPr/>
      </w:pPr>
      <w:r w:rsidDel="00000000" w:rsidR="00000000" w:rsidRPr="00000000">
        <w:rPr>
          <w:rtl w:val="0"/>
        </w:rPr>
        <w:t xml:space="preserve">Steele settled in, knowing that in the High Power unit, you could never be too careful—but a quiet shift with these seasoned pros didn’t sound so bad.</w:t>
      </w:r>
    </w:p>
    <w:p w:rsidR="00000000" w:rsidDel="00000000" w:rsidP="00000000" w:rsidRDefault="00000000" w:rsidRPr="00000000" w14:paraId="000000D6">
      <w:pPr>
        <w:ind w:firstLine="720"/>
        <w:rPr/>
      </w:pPr>
      <w:r w:rsidDel="00000000" w:rsidR="00000000" w:rsidRPr="00000000">
        <w:rPr>
          <w:rtl w:val="0"/>
        </w:rPr>
        <w:t xml:space="preserve">A few hours passed, and it was time for the next round of poker. Steele’s luck had held up so far—he hadn’t drawn the worst hand yet. Truthfully, he was itching to walk the row and get a closer look at the unit, but he didn’t want to seem too eager. This hand, however, would be his opportunity. His cards were terrible, with just an Ace as his high card.</w:t>
      </w:r>
    </w:p>
    <w:p w:rsidR="00000000" w:rsidDel="00000000" w:rsidP="00000000" w:rsidRDefault="00000000" w:rsidRPr="00000000" w14:paraId="000000D7">
      <w:pPr>
        <w:ind w:firstLine="720"/>
        <w:rPr/>
      </w:pPr>
      <w:r w:rsidDel="00000000" w:rsidR="00000000" w:rsidRPr="00000000">
        <w:rPr>
          <w:rtl w:val="0"/>
        </w:rPr>
        <w:t xml:space="preserve">“Alright, Steele, you’re up,” the senior prowler said with a grin. “We’ll be watching on the cameras, so be careful.”</w:t>
      </w:r>
    </w:p>
    <w:p w:rsidR="00000000" w:rsidDel="00000000" w:rsidP="00000000" w:rsidRDefault="00000000" w:rsidRPr="00000000" w14:paraId="000000D8">
      <w:pPr>
        <w:ind w:firstLine="720"/>
        <w:rPr/>
      </w:pPr>
      <w:r w:rsidDel="00000000" w:rsidR="00000000" w:rsidRPr="00000000">
        <w:rPr>
          <w:rtl w:val="0"/>
        </w:rPr>
        <w:t xml:space="preserve">1750 was one of the few units with cameras in the early 2000s, necessary due to the frequent assaults in the high-power section. “Listen, man,” the senior added, “I know you know this, but this unit runs 100% on respect. That’s all these guys have left, so act accordingly.”</w:t>
      </w:r>
    </w:p>
    <w:p w:rsidR="00000000" w:rsidDel="00000000" w:rsidP="00000000" w:rsidRDefault="00000000" w:rsidRPr="00000000" w14:paraId="000000D9">
      <w:pPr>
        <w:ind w:firstLine="720"/>
        <w:rPr/>
      </w:pPr>
      <w:r w:rsidDel="00000000" w:rsidR="00000000" w:rsidRPr="00000000">
        <w:rPr>
          <w:rtl w:val="0"/>
        </w:rPr>
        <w:t xml:space="preserve">Steele nodded as he stood up, grabbing his flashlight and heading out of the booth. His task was simple: ensure each inmate was present, alive, and not doing anything they weren’t supposed to be doing. At the end of each row, a clipboard hung on the wall where he’d sign his initials and mark the time. If something went wrong—like an inmate suicide—the first thing investigators would check was that clipboard, and if the checks weren’t done properly, jobs were at risk.</w:t>
      </w:r>
    </w:p>
    <w:p w:rsidR="00000000" w:rsidDel="00000000" w:rsidP="00000000" w:rsidRDefault="00000000" w:rsidRPr="00000000" w14:paraId="000000DA">
      <w:pPr>
        <w:ind w:firstLine="720"/>
        <w:rPr/>
      </w:pPr>
      <w:r w:rsidDel="00000000" w:rsidR="00000000" w:rsidRPr="00000000">
        <w:rPr>
          <w:rtl w:val="0"/>
        </w:rPr>
        <w:t xml:space="preserve">As Steele made his way down the first row, he encountered a mix of violent, mentally ill inmates and hardened gangsters. Steele recognized the name from his two-week jail operations class, which covered the latest intelligence on prison gangs.</w:t>
      </w:r>
    </w:p>
    <w:p w:rsidR="00000000" w:rsidDel="00000000" w:rsidP="00000000" w:rsidRDefault="00000000" w:rsidRPr="00000000" w14:paraId="000000DB">
      <w:pPr>
        <w:ind w:firstLine="720"/>
        <w:rPr/>
      </w:pPr>
      <w:r w:rsidDel="00000000" w:rsidR="00000000" w:rsidRPr="00000000">
        <w:rPr>
          <w:rtl w:val="0"/>
        </w:rPr>
        <w:t xml:space="preserve">As Steele continued his checks, he couldn’t help but feel the weight of the responsibility. These weren’t ordinary inmates; these were the ones who dictated what happened in the streets from behind bars.</w:t>
      </w:r>
    </w:p>
    <w:p w:rsidR="00000000" w:rsidDel="00000000" w:rsidP="00000000" w:rsidRDefault="00000000" w:rsidRPr="00000000" w14:paraId="000000DC">
      <w:pPr>
        <w:ind w:firstLine="720"/>
        <w:rPr/>
      </w:pPr>
      <w:r w:rsidDel="00000000" w:rsidR="00000000" w:rsidRPr="00000000">
        <w:rPr>
          <w:rtl w:val="0"/>
        </w:rPr>
        <w:t xml:space="preserve">As Steele walked down the row of 1750, he reached the cell of "Lil Diablo," the Mexican Mafia’s number two. The man sat calmly on his bunk, eyes locked on Steele as he approached. Lil Diablo had a reputation for being a smooth talker, always working an angle, and Steele knew this encounter wouldn’t be straightforward.</w:t>
      </w:r>
    </w:p>
    <w:p w:rsidR="00000000" w:rsidDel="00000000" w:rsidP="00000000" w:rsidRDefault="00000000" w:rsidRPr="00000000" w14:paraId="000000DD">
      <w:pPr>
        <w:ind w:firstLine="720"/>
        <w:rPr/>
      </w:pPr>
      <w:r w:rsidDel="00000000" w:rsidR="00000000" w:rsidRPr="00000000">
        <w:rPr>
          <w:rtl w:val="0"/>
        </w:rPr>
        <w:t xml:space="preserve">The Mexican Mafia, or "La Eme," controlled much of the county jails and passed down orders to soldiers on the streets. From "green light lists"—essentially hit lists—to instructions on how street gangs were to operate in L.A. County, all of it flowed through the Mafia. Finding a "kite" during a cell search—typically a tiny, folded piece of paper with gang orders or hit lists—was a major win. The intel would be passed on to the jail’s gang unit, known as Operation Safe Jails (OSJ), where it would be analyzed and shared with gang units across the state. This kind of intelligence led to countless arrests and the prevention of violent attacks both inside and outside of the jail. Steele had been briefed on “Lil Diablo” during his jail operations class.</w:t>
      </w:r>
    </w:p>
    <w:p w:rsidR="00000000" w:rsidDel="00000000" w:rsidP="00000000" w:rsidRDefault="00000000" w:rsidRPr="00000000" w14:paraId="000000DE">
      <w:pPr>
        <w:ind w:firstLine="720"/>
        <w:rPr/>
      </w:pPr>
      <w:r w:rsidDel="00000000" w:rsidR="00000000" w:rsidRPr="00000000">
        <w:rPr>
          <w:rtl w:val="0"/>
        </w:rPr>
        <w:t xml:space="preserve">Steele shined his flashlight through the bars, checking to make sure everything was in order. “Morning,” Steele said, his voice neutral.</w:t>
      </w:r>
    </w:p>
    <w:p w:rsidR="00000000" w:rsidDel="00000000" w:rsidP="00000000" w:rsidRDefault="00000000" w:rsidRPr="00000000" w14:paraId="000000DF">
      <w:pPr>
        <w:ind w:firstLine="720"/>
        <w:rPr/>
      </w:pPr>
      <w:r w:rsidDel="00000000" w:rsidR="00000000" w:rsidRPr="00000000">
        <w:rPr>
          <w:rtl w:val="0"/>
        </w:rPr>
        <w:t xml:space="preserve">Lil Diablo leaned forward, a sly grin spreading across his face. “Morning, Dep. You new around here? Haven’t seen you walk this row before.”</w:t>
      </w:r>
    </w:p>
    <w:p w:rsidR="00000000" w:rsidDel="00000000" w:rsidP="00000000" w:rsidRDefault="00000000" w:rsidRPr="00000000" w14:paraId="000000E0">
      <w:pPr>
        <w:ind w:firstLine="720"/>
        <w:rPr/>
      </w:pPr>
      <w:r w:rsidDel="00000000" w:rsidR="00000000" w:rsidRPr="00000000">
        <w:rPr>
          <w:rtl w:val="0"/>
        </w:rPr>
        <w:t xml:space="preserve">“Just doing my job,” Steele replied, not giving much away.</w:t>
      </w:r>
    </w:p>
    <w:p w:rsidR="00000000" w:rsidDel="00000000" w:rsidP="00000000" w:rsidRDefault="00000000" w:rsidRPr="00000000" w14:paraId="000000E1">
      <w:pPr>
        <w:ind w:firstLine="720"/>
        <w:rPr/>
      </w:pPr>
      <w:r w:rsidDel="00000000" w:rsidR="00000000" w:rsidRPr="00000000">
        <w:rPr>
          <w:rtl w:val="0"/>
        </w:rPr>
        <w:t xml:space="preserve">Lil Diablo chuckled softly. “Ah, just doing your job. I respect that. You know, it’s rare to see someone on their grind like you, doing things by the book. Must be hard, huh? All these rules, regulations... watching your back every second.”</w:t>
      </w:r>
    </w:p>
    <w:p w:rsidR="00000000" w:rsidDel="00000000" w:rsidP="00000000" w:rsidRDefault="00000000" w:rsidRPr="00000000" w14:paraId="000000E2">
      <w:pPr>
        <w:ind w:firstLine="720"/>
        <w:rPr/>
      </w:pPr>
      <w:r w:rsidDel="00000000" w:rsidR="00000000" w:rsidRPr="00000000">
        <w:rPr>
          <w:rtl w:val="0"/>
        </w:rPr>
        <w:t xml:space="preserve">Steele kept his eyes on the inmate, not taking the bait. “Not that hard. I manage.”</w:t>
      </w:r>
    </w:p>
    <w:p w:rsidR="00000000" w:rsidDel="00000000" w:rsidP="00000000" w:rsidRDefault="00000000" w:rsidRPr="00000000" w14:paraId="000000E3">
      <w:pPr>
        <w:ind w:firstLine="720"/>
        <w:rPr/>
      </w:pPr>
      <w:r w:rsidDel="00000000" w:rsidR="00000000" w:rsidRPr="00000000">
        <w:rPr>
          <w:rtl w:val="0"/>
        </w:rPr>
        <w:t xml:space="preserve">Lil Diablo tilted his head, his tone turning more conversational. “Sure, sure. But you know... you don’t have to make things so difficult on yourself. You help me out, I help you out. We both walk away better for it. There’s no harm in a little... arrangement. I could make things easier for you.”</w:t>
      </w:r>
    </w:p>
    <w:p w:rsidR="00000000" w:rsidDel="00000000" w:rsidP="00000000" w:rsidRDefault="00000000" w:rsidRPr="00000000" w14:paraId="000000E4">
      <w:pPr>
        <w:ind w:firstLine="720"/>
        <w:rPr/>
      </w:pPr>
      <w:r w:rsidDel="00000000" w:rsidR="00000000" w:rsidRPr="00000000">
        <w:rPr>
          <w:rtl w:val="0"/>
        </w:rPr>
        <w:t xml:space="preserve">Steele’s eyes narrowed slightly, but he kept his face neutral. “What kind of arrangement are we talking about?”</w:t>
      </w:r>
    </w:p>
    <w:p w:rsidR="00000000" w:rsidDel="00000000" w:rsidP="00000000" w:rsidRDefault="00000000" w:rsidRPr="00000000" w14:paraId="000000E5">
      <w:pPr>
        <w:ind w:firstLine="720"/>
        <w:rPr/>
      </w:pPr>
      <w:r w:rsidDel="00000000" w:rsidR="00000000" w:rsidRPr="00000000">
        <w:rPr>
          <w:rtl w:val="0"/>
        </w:rPr>
        <w:t xml:space="preserve">Lil Diablo leaned in closer, lowering his voice like they were sharing a secret. “I’ve got some people on the outside, people with money. They’d be happy to send a little something your way—cash, gifts, whatever you need. All you’d have to do is look the other way once in a while. Maybe let something small through, nothing that’ll get you in trouble. Just a favor between two guys trying to get by.”</w:t>
      </w:r>
    </w:p>
    <w:p w:rsidR="00000000" w:rsidDel="00000000" w:rsidP="00000000" w:rsidRDefault="00000000" w:rsidRPr="00000000" w14:paraId="000000E6">
      <w:pPr>
        <w:ind w:firstLine="720"/>
        <w:rPr/>
      </w:pPr>
      <w:r w:rsidDel="00000000" w:rsidR="00000000" w:rsidRPr="00000000">
        <w:rPr>
          <w:rtl w:val="0"/>
        </w:rPr>
        <w:t xml:space="preserve">Steele straightened up, the flashlight still trained on Lil Diablo. “I’m not interested.”</w:t>
      </w:r>
    </w:p>
    <w:p w:rsidR="00000000" w:rsidDel="00000000" w:rsidP="00000000" w:rsidRDefault="00000000" w:rsidRPr="00000000" w14:paraId="000000E7">
      <w:pPr>
        <w:ind w:firstLine="720"/>
        <w:rPr/>
      </w:pPr>
      <w:r w:rsidDel="00000000" w:rsidR="00000000" w:rsidRPr="00000000">
        <w:rPr>
          <w:rtl w:val="0"/>
        </w:rPr>
        <w:t xml:space="preserve">Lil Diablo’s grin widened. “Not interested... yet. You’re new. You’ve got a lot of time ahead of you here, Steele. Trust me, things get tiring. And when they do, you’ll remember this conversation. You don’t have to answer now, but my door’s always open. Just think about it.”</w:t>
      </w:r>
    </w:p>
    <w:p w:rsidR="00000000" w:rsidDel="00000000" w:rsidP="00000000" w:rsidRDefault="00000000" w:rsidRPr="00000000" w14:paraId="000000E8">
      <w:pPr>
        <w:ind w:firstLine="720"/>
        <w:rPr/>
      </w:pPr>
      <w:r w:rsidDel="00000000" w:rsidR="00000000" w:rsidRPr="00000000">
        <w:rPr>
          <w:rtl w:val="0"/>
        </w:rPr>
        <w:t xml:space="preserve">Steele didn’t respond, instead turning to continue his walk down the row.</w:t>
      </w:r>
    </w:p>
    <w:p w:rsidR="00000000" w:rsidDel="00000000" w:rsidP="00000000" w:rsidRDefault="00000000" w:rsidRPr="00000000" w14:paraId="000000E9">
      <w:pPr>
        <w:ind w:firstLine="720"/>
        <w:rPr/>
      </w:pPr>
      <w:r w:rsidDel="00000000" w:rsidR="00000000" w:rsidRPr="00000000">
        <w:rPr>
          <w:rtl w:val="0"/>
        </w:rPr>
        <w:t xml:space="preserve">Behind him, Lil Diablo called out with a laugh, “One day, Dep. One day you’ll see it my way. They always do.”</w:t>
      </w:r>
    </w:p>
    <w:p w:rsidR="00000000" w:rsidDel="00000000" w:rsidP="00000000" w:rsidRDefault="00000000" w:rsidRPr="00000000" w14:paraId="000000EA">
      <w:pPr>
        <w:ind w:firstLine="720"/>
        <w:rPr/>
      </w:pPr>
      <w:r w:rsidDel="00000000" w:rsidR="00000000" w:rsidRPr="00000000">
        <w:rPr>
          <w:rtl w:val="0"/>
        </w:rPr>
        <w:t xml:space="preserve">Steele kept walking, the weight of the encounter settling in. He knew this wouldn’t be the last time an inmate would try to get him to compromise. It was a constant test, and Lil Diablo had just thrown down the first challenge.</w:t>
      </w:r>
    </w:p>
    <w:p w:rsidR="00000000" w:rsidDel="00000000" w:rsidP="00000000" w:rsidRDefault="00000000" w:rsidRPr="00000000" w14:paraId="000000EB">
      <w:pPr>
        <w:ind w:firstLine="720"/>
        <w:rPr/>
      </w:pPr>
      <w:r w:rsidDel="00000000" w:rsidR="00000000" w:rsidRPr="00000000">
        <w:rPr>
          <w:rtl w:val="0"/>
        </w:rPr>
        <w:t xml:space="preserve">***</w:t>
      </w:r>
    </w:p>
    <w:p w:rsidR="00000000" w:rsidDel="00000000" w:rsidP="00000000" w:rsidRDefault="00000000" w:rsidRPr="00000000" w14:paraId="000000EC">
      <w:pPr>
        <w:ind w:firstLine="720"/>
        <w:rPr/>
      </w:pPr>
      <w:r w:rsidDel="00000000" w:rsidR="00000000" w:rsidRPr="00000000">
        <w:rPr>
          <w:rtl w:val="0"/>
        </w:rPr>
        <w:t xml:space="preserve">Steele was now on PM shift, assigned as a prowler on the 4000 floor working from 1400-2200 hours. This was the busiest shift in the jail, and also the most violent. The inmates typically slept in late and started doing their illicit drugs and pruno adventures in the afternoons, meaning their would be drunk and stoned inmates to deal with in the evenings.</w:t>
      </w:r>
    </w:p>
    <w:p w:rsidR="00000000" w:rsidDel="00000000" w:rsidP="00000000" w:rsidRDefault="00000000" w:rsidRPr="00000000" w14:paraId="000000ED">
      <w:pPr>
        <w:ind w:firstLine="720"/>
        <w:rPr/>
      </w:pPr>
      <w:r w:rsidDel="00000000" w:rsidR="00000000" w:rsidRPr="00000000">
        <w:rPr>
          <w:rtl w:val="0"/>
        </w:rPr>
        <w:t xml:space="preserve">At the beginning of a shift, Steele met up with the other prowlers in the control booth on the 4000 floor, grabbing a cup of coffee before joining them at the table. Two seasoned deputies, Reyes and Mitchell, were already there, reviewing some notes.</w:t>
      </w:r>
    </w:p>
    <w:p w:rsidR="00000000" w:rsidDel="00000000" w:rsidP="00000000" w:rsidRDefault="00000000" w:rsidRPr="00000000" w14:paraId="000000EE">
      <w:pPr>
        <w:ind w:firstLine="720"/>
        <w:rPr/>
      </w:pPr>
      <w:r w:rsidDel="00000000" w:rsidR="00000000" w:rsidRPr="00000000">
        <w:rPr>
          <w:rtl w:val="0"/>
        </w:rPr>
        <w:t xml:space="preserve">Reyes glanced up as Steele approached. “Steele, you’re just in time. We’re about to put together a cell search. Figured we could hit a few today, maybe shake things up a bit.”</w:t>
      </w:r>
    </w:p>
    <w:p w:rsidR="00000000" w:rsidDel="00000000" w:rsidP="00000000" w:rsidRDefault="00000000" w:rsidRPr="00000000" w14:paraId="000000EF">
      <w:pPr>
        <w:ind w:firstLine="720"/>
        <w:rPr/>
      </w:pPr>
      <w:r w:rsidDel="00000000" w:rsidR="00000000" w:rsidRPr="00000000">
        <w:rPr>
          <w:rtl w:val="0"/>
        </w:rPr>
        <w:t xml:space="preserve">Steele sat down, setting his cup aside. “Sounds good. Any targets in mind?”</w:t>
      </w:r>
    </w:p>
    <w:p w:rsidR="00000000" w:rsidDel="00000000" w:rsidP="00000000" w:rsidRDefault="00000000" w:rsidRPr="00000000" w14:paraId="000000F0">
      <w:pPr>
        <w:ind w:firstLine="720"/>
        <w:rPr/>
      </w:pPr>
      <w:r w:rsidDel="00000000" w:rsidR="00000000" w:rsidRPr="00000000">
        <w:rPr>
          <w:rtl w:val="0"/>
        </w:rPr>
        <w:t xml:space="preserve">Mitchell, the more senior of the two, nodded. “Yeah, we’re looking at module 4700. Got word from OSJ that some of the inmates in there might be stashing contraband—narcotics, possibly some homemade shanks. We’re thinking a coordinated search should turn up something useful.”</w:t>
      </w:r>
    </w:p>
    <w:p w:rsidR="00000000" w:rsidDel="00000000" w:rsidP="00000000" w:rsidRDefault="00000000" w:rsidRPr="00000000" w14:paraId="000000F1">
      <w:pPr>
        <w:ind w:firstLine="720"/>
        <w:rPr/>
      </w:pPr>
      <w:r w:rsidDel="00000000" w:rsidR="00000000" w:rsidRPr="00000000">
        <w:rPr>
          <w:rtl w:val="0"/>
        </w:rPr>
        <w:t xml:space="preserve">Steele leaned in. “Anyone specific we’re focusing on, or are we sweeping the whole module?”</w:t>
      </w:r>
    </w:p>
    <w:p w:rsidR="00000000" w:rsidDel="00000000" w:rsidP="00000000" w:rsidRDefault="00000000" w:rsidRPr="00000000" w14:paraId="000000F2">
      <w:pPr>
        <w:ind w:firstLine="720"/>
        <w:rPr/>
      </w:pPr>
      <w:r w:rsidDel="00000000" w:rsidR="00000000" w:rsidRPr="00000000">
        <w:rPr>
          <w:rtl w:val="0"/>
        </w:rPr>
        <w:t xml:space="preserve">Reyes flipped through a few pages of notes. “There are a couple of guys flagged as potential trouble. One of them, Hector ‘Ghost’ Ramirez—shot-caller for the Sureno gangs. Word is, he’s been coordinating with some of the younger guys, possibly moving drugs. We’ll start with him and work our way down. But we need to do this clean. No warning, no noise. We hit them before they even realize what's happening.”</w:t>
      </w:r>
    </w:p>
    <w:p w:rsidR="00000000" w:rsidDel="00000000" w:rsidP="00000000" w:rsidRDefault="00000000" w:rsidRPr="00000000" w14:paraId="000000F3">
      <w:pPr>
        <w:ind w:firstLine="720"/>
        <w:rPr/>
      </w:pPr>
      <w:r w:rsidDel="00000000" w:rsidR="00000000" w:rsidRPr="00000000">
        <w:rPr>
          <w:rtl w:val="0"/>
        </w:rPr>
        <w:t xml:space="preserve">Steele nodded, the plan forming in his head. “How many deputies are we bringing in for this?”</w:t>
      </w:r>
    </w:p>
    <w:p w:rsidR="00000000" w:rsidDel="00000000" w:rsidP="00000000" w:rsidRDefault="00000000" w:rsidRPr="00000000" w14:paraId="000000F4">
      <w:pPr>
        <w:ind w:firstLine="720"/>
        <w:rPr/>
      </w:pPr>
      <w:r w:rsidDel="00000000" w:rsidR="00000000" w:rsidRPr="00000000">
        <w:rPr>
          <w:rtl w:val="0"/>
        </w:rPr>
        <w:t xml:space="preserve">Mitchell tapped his fingers on the table. “We’re thinking four prowlers, plus the module control deputy watching us on the rows. We don’t want too many bodies in there, but we need enough to secure the unit quickly. Reyes and I will handle Ghost’s cell. You and Jones can handle the adjacent ones. If anyone gives us a hard time, we handle it. No one gets out of hand.”</w:t>
      </w:r>
    </w:p>
    <w:p w:rsidR="00000000" w:rsidDel="00000000" w:rsidP="00000000" w:rsidRDefault="00000000" w:rsidRPr="00000000" w14:paraId="000000F5">
      <w:pPr>
        <w:ind w:firstLine="720"/>
        <w:rPr/>
      </w:pPr>
      <w:r w:rsidDel="00000000" w:rsidR="00000000" w:rsidRPr="00000000">
        <w:rPr>
          <w:rtl w:val="0"/>
        </w:rPr>
        <w:t xml:space="preserve">Steele took a sip of his coffee, then set the cup down with a quiet thud. “Sounds like a plan. When do we move?”</w:t>
      </w:r>
    </w:p>
    <w:p w:rsidR="00000000" w:rsidDel="00000000" w:rsidP="00000000" w:rsidRDefault="00000000" w:rsidRPr="00000000" w14:paraId="000000F6">
      <w:pPr>
        <w:ind w:firstLine="720"/>
        <w:rPr/>
      </w:pPr>
      <w:r w:rsidDel="00000000" w:rsidR="00000000" w:rsidRPr="00000000">
        <w:rPr>
          <w:rtl w:val="0"/>
        </w:rPr>
        <w:t xml:space="preserve">Reyes checked his watch. “In about 30 minutes. That gives us time to gear up and make sure everyone knows the plan. We want this to be fast and smooth. Everyone stays safe.”</w:t>
      </w:r>
    </w:p>
    <w:p w:rsidR="00000000" w:rsidDel="00000000" w:rsidP="00000000" w:rsidRDefault="00000000" w:rsidRPr="00000000" w14:paraId="000000F7">
      <w:pPr>
        <w:ind w:firstLine="720"/>
        <w:rPr/>
      </w:pPr>
      <w:r w:rsidDel="00000000" w:rsidR="00000000" w:rsidRPr="00000000">
        <w:rPr>
          <w:rtl w:val="0"/>
        </w:rPr>
        <w:t xml:space="preserve">Steele stood up, already mentally preparing. “Let’s do it. I’ll check in with Jones, and we’ll be ready.”</w:t>
      </w:r>
    </w:p>
    <w:p w:rsidR="00000000" w:rsidDel="00000000" w:rsidP="00000000" w:rsidRDefault="00000000" w:rsidRPr="00000000" w14:paraId="000000F8">
      <w:pPr>
        <w:ind w:firstLine="720"/>
        <w:rPr/>
      </w:pPr>
      <w:r w:rsidDel="00000000" w:rsidR="00000000" w:rsidRPr="00000000">
        <w:rPr>
          <w:rtl w:val="0"/>
        </w:rPr>
        <w:t xml:space="preserve">Mitchell gave a nod. “Alright. Once we’re geared up, we’ll move in. If you see anything suspicious—kites, contraband, anything—flag it. OSJ’s waiting for intel, and we can’t afford to miss anything.”</w:t>
      </w:r>
    </w:p>
    <w:p w:rsidR="00000000" w:rsidDel="00000000" w:rsidP="00000000" w:rsidRDefault="00000000" w:rsidRPr="00000000" w14:paraId="000000F9">
      <w:pPr>
        <w:ind w:firstLine="720"/>
        <w:rPr/>
      </w:pPr>
      <w:r w:rsidDel="00000000" w:rsidR="00000000" w:rsidRPr="00000000">
        <w:rPr>
          <w:rtl w:val="0"/>
        </w:rPr>
        <w:t xml:space="preserve">Steele exchanged glances with Reyes and Mitchell. “Let’s catch them by surprise.”</w:t>
      </w:r>
    </w:p>
    <w:p w:rsidR="00000000" w:rsidDel="00000000" w:rsidP="00000000" w:rsidRDefault="00000000" w:rsidRPr="00000000" w14:paraId="000000FA">
      <w:pPr>
        <w:ind w:firstLine="720"/>
        <w:rPr/>
      </w:pPr>
      <w:r w:rsidDel="00000000" w:rsidR="00000000" w:rsidRPr="00000000">
        <w:rPr>
          <w:rtl w:val="0"/>
        </w:rPr>
        <w:t xml:space="preserve">With the plan in place, the group finished their coffee, and Steele headed to find Jones. The next 30 minutes would be critical, and Steele knew that a well-executed search could make all the difference in maintaining control of the floor.</w:t>
      </w:r>
    </w:p>
    <w:p w:rsidR="00000000" w:rsidDel="00000000" w:rsidP="00000000" w:rsidRDefault="00000000" w:rsidRPr="00000000" w14:paraId="000000FB">
      <w:pPr>
        <w:ind w:firstLine="720"/>
        <w:rPr/>
      </w:pPr>
      <w:r w:rsidDel="00000000" w:rsidR="00000000" w:rsidRPr="00000000">
        <w:rPr>
          <w:rtl w:val="0"/>
        </w:rPr>
        <w:t xml:space="preserve">Steele walked down the hallway, searching for Jones, the fourth prowler assigned to the upcoming search. He spotted him down the hallway leaning against the wall, chatting with another deputy. Jones was a no-nonsense type—tall, broad-shouldered, and always ready for action.</w:t>
      </w:r>
    </w:p>
    <w:p w:rsidR="00000000" w:rsidDel="00000000" w:rsidP="00000000" w:rsidRDefault="00000000" w:rsidRPr="00000000" w14:paraId="000000FC">
      <w:pPr>
        <w:ind w:firstLine="720"/>
        <w:rPr/>
      </w:pPr>
      <w:r w:rsidDel="00000000" w:rsidR="00000000" w:rsidRPr="00000000">
        <w:rPr>
          <w:rtl w:val="0"/>
        </w:rPr>
        <w:t xml:space="preserve">“Jones,” Steele called out as he approached. “We’re on for the 4700 module in 30. Mitchell and Reyes want to do a sweep, hit a couple of cells, including Ghost’s.”</w:t>
      </w:r>
    </w:p>
    <w:p w:rsidR="00000000" w:rsidDel="00000000" w:rsidP="00000000" w:rsidRDefault="00000000" w:rsidRPr="00000000" w14:paraId="000000FD">
      <w:pPr>
        <w:ind w:firstLine="720"/>
        <w:rPr/>
      </w:pPr>
      <w:r w:rsidDel="00000000" w:rsidR="00000000" w:rsidRPr="00000000">
        <w:rPr>
          <w:rtl w:val="0"/>
        </w:rPr>
        <w:t xml:space="preserve">Jones raised an eyebrow, his interest piqued. “Ghost, huh? That’ll be interesting. Heard the guy’s been getting bold lately. Think we’ll find anything?”</w:t>
      </w:r>
    </w:p>
    <w:p w:rsidR="00000000" w:rsidDel="00000000" w:rsidP="00000000" w:rsidRDefault="00000000" w:rsidRPr="00000000" w14:paraId="000000FE">
      <w:pPr>
        <w:ind w:firstLine="720"/>
        <w:rPr/>
      </w:pPr>
      <w:r w:rsidDel="00000000" w:rsidR="00000000" w:rsidRPr="00000000">
        <w:rPr>
          <w:rtl w:val="0"/>
        </w:rPr>
        <w:t xml:space="preserve">“OSJ seems to think so,” Steele replied, nodding. “Could be narcotics, could be weapons. Either way, we’re going in hard and fast. Mitchell wants us to handle the adjacent cells while he and Reyes take Ghost’s. You good with that?”</w:t>
      </w:r>
    </w:p>
    <w:p w:rsidR="00000000" w:rsidDel="00000000" w:rsidP="00000000" w:rsidRDefault="00000000" w:rsidRPr="00000000" w14:paraId="000000FF">
      <w:pPr>
        <w:ind w:firstLine="720"/>
        <w:rPr/>
      </w:pPr>
      <w:r w:rsidDel="00000000" w:rsidR="00000000" w:rsidRPr="00000000">
        <w:rPr>
          <w:rtl w:val="0"/>
        </w:rPr>
        <w:t xml:space="preserve">Jones pushed himself off the wall, straightening up. “Yeah, I’m good. Let’s gear up. I’m guessing this isn’t gonna be a quiet morning.”</w:t>
      </w:r>
    </w:p>
    <w:p w:rsidR="00000000" w:rsidDel="00000000" w:rsidP="00000000" w:rsidRDefault="00000000" w:rsidRPr="00000000" w14:paraId="00000100">
      <w:pPr>
        <w:ind w:firstLine="720"/>
        <w:rPr/>
      </w:pPr>
      <w:r w:rsidDel="00000000" w:rsidR="00000000" w:rsidRPr="00000000">
        <w:rPr>
          <w:rtl w:val="0"/>
        </w:rPr>
        <w:t xml:space="preserve">Steele smirked. “When is it ever?”</w:t>
      </w:r>
    </w:p>
    <w:p w:rsidR="00000000" w:rsidDel="00000000" w:rsidP="00000000" w:rsidRDefault="00000000" w:rsidRPr="00000000" w14:paraId="00000101">
      <w:pPr>
        <w:ind w:firstLine="720"/>
        <w:rPr/>
      </w:pPr>
      <w:r w:rsidDel="00000000" w:rsidR="00000000" w:rsidRPr="00000000">
        <w:rPr>
          <w:rtl w:val="0"/>
        </w:rPr>
        <w:t xml:space="preserve">The two deputies headed to the equipment locker, grabbing the essentials—flashlights, gloves, evidence bags, and extra flex cuffs. “We’re going in with four prowlers plus the module deputy watching us on the rows. Reyes wants it clean and quick—no warning, no noise. We hit the cells before they know what’s happening.”</w:t>
      </w:r>
    </w:p>
    <w:p w:rsidR="00000000" w:rsidDel="00000000" w:rsidP="00000000" w:rsidRDefault="00000000" w:rsidRPr="00000000" w14:paraId="00000102">
      <w:pPr>
        <w:ind w:firstLine="720"/>
        <w:rPr/>
      </w:pPr>
      <w:r w:rsidDel="00000000" w:rsidR="00000000" w:rsidRPr="00000000">
        <w:rPr>
          <w:rtl w:val="0"/>
        </w:rPr>
        <w:t xml:space="preserve">Jones grinned as he holstered his cuffs. “My kind of operation. Who else is in on it?”</w:t>
      </w:r>
    </w:p>
    <w:p w:rsidR="00000000" w:rsidDel="00000000" w:rsidP="00000000" w:rsidRDefault="00000000" w:rsidRPr="00000000" w14:paraId="00000103">
      <w:pPr>
        <w:ind w:firstLine="720"/>
        <w:rPr/>
      </w:pPr>
      <w:r w:rsidDel="00000000" w:rsidR="00000000" w:rsidRPr="00000000">
        <w:rPr>
          <w:rtl w:val="0"/>
        </w:rPr>
        <w:t xml:space="preserve">“Just the four of us prowlers. Mitchell and Reyes will handle Ghost’s cell, and we’re on the others. Floor control’s monitoring the whole thing for backup, but if anyone gives us trouble, we’ll handle it.”</w:t>
      </w:r>
    </w:p>
    <w:p w:rsidR="00000000" w:rsidDel="00000000" w:rsidP="00000000" w:rsidRDefault="00000000" w:rsidRPr="00000000" w14:paraId="00000104">
      <w:pPr>
        <w:ind w:firstLine="720"/>
        <w:rPr/>
      </w:pPr>
      <w:r w:rsidDel="00000000" w:rsidR="00000000" w:rsidRPr="00000000">
        <w:rPr>
          <w:rtl w:val="0"/>
        </w:rPr>
        <w:t xml:space="preserve">Jones nodded, pulling on his gloves. “Got it. Just hope none of these guys try to get cute. Last thing we need is someone trying to hide a shank while we’re in the middle of a search.”</w:t>
      </w:r>
    </w:p>
    <w:p w:rsidR="00000000" w:rsidDel="00000000" w:rsidP="00000000" w:rsidRDefault="00000000" w:rsidRPr="00000000" w14:paraId="00000105">
      <w:pPr>
        <w:ind w:firstLine="720"/>
        <w:rPr/>
      </w:pPr>
      <w:r w:rsidDel="00000000" w:rsidR="00000000" w:rsidRPr="00000000">
        <w:rPr>
          <w:rtl w:val="0"/>
        </w:rPr>
        <w:t xml:space="preserve">Steele checked his watch. “We’ve got 20 minutes before we move. Let’s go over the plan once more with the team.”</w:t>
      </w:r>
    </w:p>
    <w:p w:rsidR="00000000" w:rsidDel="00000000" w:rsidP="00000000" w:rsidRDefault="00000000" w:rsidRPr="00000000" w14:paraId="00000106">
      <w:pPr>
        <w:ind w:firstLine="720"/>
        <w:rPr/>
      </w:pPr>
      <w:r w:rsidDel="00000000" w:rsidR="00000000" w:rsidRPr="00000000">
        <w:rPr>
          <w:rtl w:val="0"/>
        </w:rPr>
        <w:t xml:space="preserve">They headed back toward the floor control room, where Reyes and Mitchell were finalizing the details. As Steele and Jones entered, Mitchell looked up from the table, where a map of the module lay spread out.</w:t>
      </w:r>
    </w:p>
    <w:p w:rsidR="00000000" w:rsidDel="00000000" w:rsidP="00000000" w:rsidRDefault="00000000" w:rsidRPr="00000000" w14:paraId="00000107">
      <w:pPr>
        <w:ind w:firstLine="720"/>
        <w:rPr/>
      </w:pPr>
      <w:r w:rsidDel="00000000" w:rsidR="00000000" w:rsidRPr="00000000">
        <w:rPr>
          <w:rtl w:val="0"/>
        </w:rPr>
        <w:t xml:space="preserve">“You guys ready?” Mitchell asked.</w:t>
      </w:r>
    </w:p>
    <w:p w:rsidR="00000000" w:rsidDel="00000000" w:rsidP="00000000" w:rsidRDefault="00000000" w:rsidRPr="00000000" w14:paraId="00000108">
      <w:pPr>
        <w:ind w:firstLine="720"/>
        <w:rPr/>
      </w:pPr>
      <w:r w:rsidDel="00000000" w:rsidR="00000000" w:rsidRPr="00000000">
        <w:rPr>
          <w:rtl w:val="0"/>
        </w:rPr>
        <w:t xml:space="preserve">“Yeah, we’re good to go,” Steele replied, glancing at the map. “We’ll hit the adjacent cells while you handle Ghost.”</w:t>
      </w:r>
    </w:p>
    <w:p w:rsidR="00000000" w:rsidDel="00000000" w:rsidP="00000000" w:rsidRDefault="00000000" w:rsidRPr="00000000" w14:paraId="00000109">
      <w:pPr>
        <w:ind w:firstLine="720"/>
        <w:rPr/>
      </w:pPr>
      <w:r w:rsidDel="00000000" w:rsidR="00000000" w:rsidRPr="00000000">
        <w:rPr>
          <w:rtl w:val="0"/>
        </w:rPr>
        <w:t xml:space="preserve">Reyes leaned in, tapping the map. “Jones, you and Steele will start on the south end, then move west. Stay sharp—there’s a couple of guys in there with known affiliations, so don’t get too comfortable. If you find anything, flag it immediately. We’ll bring it to OSJ.”</w:t>
      </w:r>
    </w:p>
    <w:p w:rsidR="00000000" w:rsidDel="00000000" w:rsidP="00000000" w:rsidRDefault="00000000" w:rsidRPr="00000000" w14:paraId="0000010A">
      <w:pPr>
        <w:ind w:firstLine="720"/>
        <w:rPr/>
      </w:pPr>
      <w:r w:rsidDel="00000000" w:rsidR="00000000" w:rsidRPr="00000000">
        <w:rPr>
          <w:rtl w:val="0"/>
        </w:rPr>
        <w:t xml:space="preserve">Steele nodded, looking over the map one last time. “Sounds good. We go in, we get it done, and we’re out before anyone has a chance to react.”</w:t>
      </w:r>
    </w:p>
    <w:p w:rsidR="00000000" w:rsidDel="00000000" w:rsidP="00000000" w:rsidRDefault="00000000" w:rsidRPr="00000000" w14:paraId="0000010B">
      <w:pPr>
        <w:ind w:firstLine="720"/>
        <w:rPr/>
      </w:pPr>
      <w:r w:rsidDel="00000000" w:rsidR="00000000" w:rsidRPr="00000000">
        <w:rPr>
          <w:rtl w:val="0"/>
        </w:rPr>
        <w:t xml:space="preserve">Mitchell checked his watch, then looked at the team. “Alright, 10 minutes. Gear up, and we’ll meet by the 4700 module entrance. Remember—respect is key. These guys may be inmates, but they know the game. Handle yourselves, and don’t get played.”</w:t>
      </w:r>
    </w:p>
    <w:p w:rsidR="00000000" w:rsidDel="00000000" w:rsidP="00000000" w:rsidRDefault="00000000" w:rsidRPr="00000000" w14:paraId="0000010C">
      <w:pPr>
        <w:ind w:firstLine="720"/>
        <w:rPr/>
      </w:pPr>
      <w:r w:rsidDel="00000000" w:rsidR="00000000" w:rsidRPr="00000000">
        <w:rPr>
          <w:rtl w:val="0"/>
        </w:rPr>
        <w:t xml:space="preserve">Steele and Jones exchanged glances, then headed out. As they approached the entrance to the 4700 module, Steele felt the familiar rush of adrenaline. This was what being a prowler was about—direct interaction, maintaining control, and keeping the floor secure.</w:t>
      </w:r>
    </w:p>
    <w:p w:rsidR="00000000" w:rsidDel="00000000" w:rsidP="00000000" w:rsidRDefault="00000000" w:rsidRPr="00000000" w14:paraId="0000010D">
      <w:pPr>
        <w:ind w:firstLine="720"/>
        <w:rPr/>
      </w:pPr>
      <w:r w:rsidDel="00000000" w:rsidR="00000000" w:rsidRPr="00000000">
        <w:rPr>
          <w:rtl w:val="0"/>
        </w:rPr>
        <w:t xml:space="preserve">The other prowlers were already gathered at the entrance, checking their gear one last time. Mitchell turned to the group. “Let’s keep this tight. We’re in and out. No heroics, no slip-ups. Ready?”</w:t>
      </w:r>
    </w:p>
    <w:p w:rsidR="00000000" w:rsidDel="00000000" w:rsidP="00000000" w:rsidRDefault="00000000" w:rsidRPr="00000000" w14:paraId="0000010E">
      <w:pPr>
        <w:ind w:firstLine="720"/>
        <w:rPr/>
      </w:pPr>
      <w:r w:rsidDel="00000000" w:rsidR="00000000" w:rsidRPr="00000000">
        <w:rPr>
          <w:rtl w:val="0"/>
        </w:rPr>
        <w:t xml:space="preserve">With a collective nod, the team moved into position. Steele and Jones took their spots, ready to move as soon as the door buzzed open.</w:t>
      </w:r>
    </w:p>
    <w:p w:rsidR="00000000" w:rsidDel="00000000" w:rsidP="00000000" w:rsidRDefault="00000000" w:rsidRPr="00000000" w14:paraId="0000010F">
      <w:pPr>
        <w:ind w:firstLine="720"/>
        <w:rPr/>
      </w:pPr>
      <w:r w:rsidDel="00000000" w:rsidR="00000000" w:rsidRPr="00000000">
        <w:rPr>
          <w:rtl w:val="0"/>
        </w:rPr>
        <w:t xml:space="preserve">Steele glanced at Jones, who gave him a quick nod. “Let’s do this.”</w:t>
      </w:r>
    </w:p>
    <w:p w:rsidR="00000000" w:rsidDel="00000000" w:rsidP="00000000" w:rsidRDefault="00000000" w:rsidRPr="00000000" w14:paraId="00000110">
      <w:pPr>
        <w:ind w:firstLine="720"/>
        <w:rPr/>
      </w:pPr>
      <w:r w:rsidDel="00000000" w:rsidR="00000000" w:rsidRPr="00000000">
        <w:rPr>
          <w:rtl w:val="0"/>
        </w:rPr>
        <w:t xml:space="preserve">The door buzzed, and the four deputies moved down the lower row on the left, stopping in front of the cells they were assigned to search. The senior deputies quickly located Ghost’s cell and wasted no time. They had him up and handcuffed through the bars almost immediately, securing the shot-caller before anything could escalate.</w:t>
      </w:r>
    </w:p>
    <w:p w:rsidR="00000000" w:rsidDel="00000000" w:rsidP="00000000" w:rsidRDefault="00000000" w:rsidRPr="00000000" w14:paraId="00000111">
      <w:pPr>
        <w:ind w:firstLine="720"/>
        <w:rPr/>
      </w:pPr>
      <w:r w:rsidDel="00000000" w:rsidR="00000000" w:rsidRPr="00000000">
        <w:rPr>
          <w:rtl w:val="0"/>
        </w:rPr>
        <w:t xml:space="preserve">Steele moved to his assigned cell and barked, “Everyone up. Strip down to your boxers and back up to the gate to be cuffed.” The cell, like most, housed four inmates, balanced as evenly as possible by race to avoid unnecessary tensions.</w:t>
      </w:r>
    </w:p>
    <w:p w:rsidR="00000000" w:rsidDel="00000000" w:rsidP="00000000" w:rsidRDefault="00000000" w:rsidRPr="00000000" w14:paraId="00000112">
      <w:pPr>
        <w:ind w:firstLine="720"/>
        <w:rPr/>
      </w:pPr>
      <w:r w:rsidDel="00000000" w:rsidR="00000000" w:rsidRPr="00000000">
        <w:rPr>
          <w:rtl w:val="0"/>
        </w:rPr>
        <w:t xml:space="preserve">The inmates complied without much resistance, backing up to the gate and allowing themselves to be cuffed without protest. Steele glanced down the row, seeing that all the other inmates were being cooperative as well. So far, everything was going smoothly.</w:t>
      </w:r>
    </w:p>
    <w:p w:rsidR="00000000" w:rsidDel="00000000" w:rsidP="00000000" w:rsidRDefault="00000000" w:rsidRPr="00000000" w14:paraId="00000113">
      <w:pPr>
        <w:ind w:firstLine="720"/>
        <w:rPr/>
      </w:pPr>
      <w:r w:rsidDel="00000000" w:rsidR="00000000" w:rsidRPr="00000000">
        <w:rPr>
          <w:rtl w:val="0"/>
        </w:rPr>
        <w:t xml:space="preserve">The deputies escorted the cuffed inmates to the empty dayroom at the end of the row and locked them inside, clearing the way for the cell searches.</w:t>
      </w:r>
    </w:p>
    <w:p w:rsidR="00000000" w:rsidDel="00000000" w:rsidP="00000000" w:rsidRDefault="00000000" w:rsidRPr="00000000" w14:paraId="00000114">
      <w:pPr>
        <w:ind w:firstLine="720"/>
        <w:rPr/>
      </w:pPr>
      <w:r w:rsidDel="00000000" w:rsidR="00000000" w:rsidRPr="00000000">
        <w:rPr>
          <w:rtl w:val="0"/>
        </w:rPr>
        <w:t xml:space="preserve">“Alright, fellas, let’s get to work,” Mitchell instructed, eyeing the cells. “Remember, watch your hands—don’t stick them anywhere you can’t see. We don’t need anyone getting cut or poked. Let’s find some dope or weapons.”</w:t>
      </w:r>
    </w:p>
    <w:p w:rsidR="00000000" w:rsidDel="00000000" w:rsidP="00000000" w:rsidRDefault="00000000" w:rsidRPr="00000000" w14:paraId="00000115">
      <w:pPr>
        <w:ind w:firstLine="720"/>
        <w:rPr/>
      </w:pPr>
      <w:r w:rsidDel="00000000" w:rsidR="00000000" w:rsidRPr="00000000">
        <w:rPr>
          <w:rtl w:val="0"/>
        </w:rPr>
        <w:t xml:space="preserve">With that, the deputies got to it, tossing the cells and meticulously searching through the inmates’ property. Steele started with the bunks, feeling under the mattresses and going through the makeshift shelves the inmates used to store their personal belongings.</w:t>
      </w:r>
    </w:p>
    <w:p w:rsidR="00000000" w:rsidDel="00000000" w:rsidP="00000000" w:rsidRDefault="00000000" w:rsidRPr="00000000" w14:paraId="00000116">
      <w:pPr>
        <w:ind w:firstLine="720"/>
        <w:rPr/>
      </w:pPr>
      <w:r w:rsidDel="00000000" w:rsidR="00000000" w:rsidRPr="00000000">
        <w:rPr>
          <w:rtl w:val="0"/>
        </w:rPr>
        <w:t xml:space="preserve">A few minutes into the search, Steele found a large trash bag full of pruno hidden beneath one of the bunks. The stench of the homemade alcohol hit him as soon as he opened the bag. “Got some pruno over here,” he called out.</w:t>
      </w:r>
    </w:p>
    <w:p w:rsidR="00000000" w:rsidDel="00000000" w:rsidP="00000000" w:rsidRDefault="00000000" w:rsidRPr="00000000" w14:paraId="00000117">
      <w:pPr>
        <w:ind w:firstLine="720"/>
        <w:rPr/>
      </w:pPr>
      <w:r w:rsidDel="00000000" w:rsidR="00000000" w:rsidRPr="00000000">
        <w:rPr>
          <w:rtl w:val="0"/>
        </w:rPr>
        <w:t xml:space="preserve">Jones, working the next cell over, pulled a chunk of metal from inside a hollowed-out book. “Found this,” he said, holding it up. The metal wasn’t sharpened yet, but it was clear that the inmate had plans to turn it into a weapon. “They were probably working on making a shank,” Jones added.</w:t>
      </w:r>
    </w:p>
    <w:p w:rsidR="00000000" w:rsidDel="00000000" w:rsidP="00000000" w:rsidRDefault="00000000" w:rsidRPr="00000000" w14:paraId="00000118">
      <w:pPr>
        <w:ind w:firstLine="720"/>
        <w:rPr/>
      </w:pPr>
      <w:r w:rsidDel="00000000" w:rsidR="00000000" w:rsidRPr="00000000">
        <w:rPr>
          <w:rtl w:val="0"/>
        </w:rPr>
        <w:t xml:space="preserve">The deputies piled the confiscated items in the center of the cell—clothing, personal items, and contraband all stacked together. Before they left, Jones grabbed the bag of pruno, hoisted it onto the top of the pile, and used his pen to open the side. The foul-smelling liquid spilled out, soaking the inmates' belongings.</w:t>
      </w:r>
    </w:p>
    <w:p w:rsidR="00000000" w:rsidDel="00000000" w:rsidP="00000000" w:rsidRDefault="00000000" w:rsidRPr="00000000" w14:paraId="00000119">
      <w:pPr>
        <w:ind w:firstLine="720"/>
        <w:rPr/>
      </w:pPr>
      <w:r w:rsidDel="00000000" w:rsidR="00000000" w:rsidRPr="00000000">
        <w:rPr>
          <w:rtl w:val="0"/>
        </w:rPr>
        <w:t xml:space="preserve">“Fuck these guys,” Jones said with a smirk. “They won’t do anything to them for the pruno anyway. Might as well teach them a lesson.”</w:t>
      </w:r>
    </w:p>
    <w:p w:rsidR="00000000" w:rsidDel="00000000" w:rsidP="00000000" w:rsidRDefault="00000000" w:rsidRPr="00000000" w14:paraId="0000011A">
      <w:pPr>
        <w:ind w:firstLine="720"/>
        <w:rPr/>
      </w:pPr>
      <w:r w:rsidDel="00000000" w:rsidR="00000000" w:rsidRPr="00000000">
        <w:rPr>
          <w:rtl w:val="0"/>
        </w:rPr>
        <w:t xml:space="preserve">Steele watched in silence. He didn’t particularly care about the inmates’ property, but he knew that blatant disrespect like this could stir up trouble in the module later. Instead of saying anything, he shrugged it off and continued with his search, knowing that, in the jail, small actions could lead to big consequences.</w:t>
      </w:r>
    </w:p>
    <w:p w:rsidR="00000000" w:rsidDel="00000000" w:rsidP="00000000" w:rsidRDefault="00000000" w:rsidRPr="00000000" w14:paraId="0000011B">
      <w:pPr>
        <w:ind w:firstLine="720"/>
        <w:rPr/>
      </w:pPr>
      <w:r w:rsidDel="00000000" w:rsidR="00000000" w:rsidRPr="00000000">
        <w:rPr>
          <w:rtl w:val="0"/>
        </w:rPr>
        <w:t xml:space="preserve">After the search, the deputies ordered the inmates back to their cells to clean up the mess left behind. As expected, the inmates assigned to the cell with the spilt pruno were furious. The smell of jailhouse wine now soaked into their belongings, and they weren’t happy about it.</w:t>
      </w:r>
    </w:p>
    <w:p w:rsidR="00000000" w:rsidDel="00000000" w:rsidP="00000000" w:rsidRDefault="00000000" w:rsidRPr="00000000" w14:paraId="0000011C">
      <w:pPr>
        <w:ind w:firstLine="720"/>
        <w:rPr/>
      </w:pPr>
      <w:r w:rsidDel="00000000" w:rsidR="00000000" w:rsidRPr="00000000">
        <w:rPr>
          <w:rtl w:val="0"/>
        </w:rPr>
        <w:t xml:space="preserve">"Yo, what the hell, Dep?!" one of the inmates shouted as they filed back inside. “You trashed our shit for nothing!”</w:t>
      </w:r>
    </w:p>
    <w:p w:rsidR="00000000" w:rsidDel="00000000" w:rsidP="00000000" w:rsidRDefault="00000000" w:rsidRPr="00000000" w14:paraId="0000011D">
      <w:pPr>
        <w:ind w:firstLine="720"/>
        <w:rPr/>
      </w:pPr>
      <w:r w:rsidDel="00000000" w:rsidR="00000000" w:rsidRPr="00000000">
        <w:rPr>
          <w:rtl w:val="0"/>
        </w:rPr>
        <w:t xml:space="preserve">Another inmate chimed in, “You didn’t find nothing, so you mess up our stuff? That’s how it’s gonna be?”</w:t>
      </w:r>
    </w:p>
    <w:p w:rsidR="00000000" w:rsidDel="00000000" w:rsidP="00000000" w:rsidRDefault="00000000" w:rsidRPr="00000000" w14:paraId="0000011E">
      <w:pPr>
        <w:ind w:firstLine="720"/>
        <w:rPr/>
      </w:pPr>
      <w:r w:rsidDel="00000000" w:rsidR="00000000" w:rsidRPr="00000000">
        <w:rPr>
          <w:rtl w:val="0"/>
        </w:rPr>
        <w:t xml:space="preserve">Steele kept his face neutral as they yelled, but he could feel the tension building. He glanced at Jones, who had a slight smirk on his face, clearly unfazed by the inmates’ complaints.</w:t>
      </w:r>
    </w:p>
    <w:p w:rsidR="00000000" w:rsidDel="00000000" w:rsidP="00000000" w:rsidRDefault="00000000" w:rsidRPr="00000000" w14:paraId="0000011F">
      <w:pPr>
        <w:ind w:firstLine="720"/>
        <w:rPr/>
      </w:pPr>
      <w:r w:rsidDel="00000000" w:rsidR="00000000" w:rsidRPr="00000000">
        <w:rPr>
          <w:rtl w:val="0"/>
        </w:rPr>
        <w:t xml:space="preserve">The module deputy quickly slammed the gate closed behind the inmates, the loud clang signaling that the conversation was over. Steele could hear the muffled protests continuing as the inmates begrudgingly started cleaning up.</w:t>
      </w:r>
    </w:p>
    <w:p w:rsidR="00000000" w:rsidDel="00000000" w:rsidP="00000000" w:rsidRDefault="00000000" w:rsidRPr="00000000" w14:paraId="00000120">
      <w:pPr>
        <w:ind w:firstLine="720"/>
        <w:rPr/>
      </w:pPr>
      <w:r w:rsidDel="00000000" w:rsidR="00000000" w:rsidRPr="00000000">
        <w:rPr>
          <w:rtl w:val="0"/>
        </w:rPr>
        <w:t xml:space="preserve">Mitchell returned from Ghost’s cell, his expression a mix of satisfaction and frustration. "Search went great," he said as he approached Steele and Jones. “We found a small stash of meth, but it was in a common area—gonna be tough to pin it on anyone.”</w:t>
      </w:r>
    </w:p>
    <w:p w:rsidR="00000000" w:rsidDel="00000000" w:rsidP="00000000" w:rsidRDefault="00000000" w:rsidRPr="00000000" w14:paraId="00000121">
      <w:pPr>
        <w:ind w:firstLine="720"/>
        <w:rPr/>
      </w:pPr>
      <w:r w:rsidDel="00000000" w:rsidR="00000000" w:rsidRPr="00000000">
        <w:rPr>
          <w:rtl w:val="0"/>
        </w:rPr>
        <w:t xml:space="preserve">“Yeah?” Steele asked, raising an eyebrow. “So, no charges?”</w:t>
      </w:r>
    </w:p>
    <w:p w:rsidR="00000000" w:rsidDel="00000000" w:rsidP="00000000" w:rsidRDefault="00000000" w:rsidRPr="00000000" w14:paraId="00000122">
      <w:pPr>
        <w:ind w:firstLine="720"/>
        <w:rPr/>
      </w:pPr>
      <w:r w:rsidDel="00000000" w:rsidR="00000000" w:rsidRPr="00000000">
        <w:rPr>
          <w:rtl w:val="0"/>
        </w:rPr>
        <w:t xml:space="preserve">Mitchell shook his head. “Not on the meth, but that’s not the big find. We got something better.”</w:t>
      </w:r>
    </w:p>
    <w:p w:rsidR="00000000" w:rsidDel="00000000" w:rsidP="00000000" w:rsidRDefault="00000000" w:rsidRPr="00000000" w14:paraId="00000123">
      <w:pPr>
        <w:ind w:firstLine="720"/>
        <w:rPr/>
      </w:pPr>
      <w:r w:rsidDel="00000000" w:rsidR="00000000" w:rsidRPr="00000000">
        <w:rPr>
          <w:rtl w:val="0"/>
        </w:rPr>
        <w:t xml:space="preserve">He reached into his pocket and pulled out a small plastic bag, holding it up for Steele and Jones to see. Inside was a tiny, folded piece of paper. Steele immediately knew what it was before Mitchell even explained.</w:t>
      </w:r>
    </w:p>
    <w:p w:rsidR="00000000" w:rsidDel="00000000" w:rsidP="00000000" w:rsidRDefault="00000000" w:rsidRPr="00000000" w14:paraId="00000124">
      <w:pPr>
        <w:ind w:firstLine="720"/>
        <w:rPr/>
      </w:pPr>
      <w:r w:rsidDel="00000000" w:rsidR="00000000" w:rsidRPr="00000000">
        <w:rPr>
          <w:rtl w:val="0"/>
        </w:rPr>
        <w:t xml:space="preserve">“It was tucked inside a shampoo bottle under Ghost’s bunk,” Mitchell continued, his voice low. “Looks like we found the latest La Eme green light list—23 names.”</w:t>
      </w:r>
    </w:p>
    <w:p w:rsidR="00000000" w:rsidDel="00000000" w:rsidP="00000000" w:rsidRDefault="00000000" w:rsidRPr="00000000" w14:paraId="00000125">
      <w:pPr>
        <w:ind w:firstLine="720"/>
        <w:rPr/>
      </w:pPr>
      <w:r w:rsidDel="00000000" w:rsidR="00000000" w:rsidRPr="00000000">
        <w:rPr>
          <w:rtl w:val="0"/>
        </w:rPr>
        <w:t xml:space="preserve">Jones whistled, clearly impressed. “That’s a hell of a find. Who’s on it?”</w:t>
      </w:r>
    </w:p>
    <w:p w:rsidR="00000000" w:rsidDel="00000000" w:rsidP="00000000" w:rsidRDefault="00000000" w:rsidRPr="00000000" w14:paraId="00000126">
      <w:pPr>
        <w:ind w:firstLine="720"/>
        <w:rPr/>
      </w:pPr>
      <w:r w:rsidDel="00000000" w:rsidR="00000000" w:rsidRPr="00000000">
        <w:rPr>
          <w:rtl w:val="0"/>
        </w:rPr>
        <w:t xml:space="preserve">Mitchell handed the bag over to Steele, who unfolded the paper carefully. “A bunch of mid-level gangsters,” Mitchell said, watching Steele scan the names. “Mostly guys who wronged the Mexican Mafia, but this list is gold for OSJ. They can pass this on to other gang units and maybe even flip some of these guys.”</w:t>
      </w:r>
    </w:p>
    <w:p w:rsidR="00000000" w:rsidDel="00000000" w:rsidP="00000000" w:rsidRDefault="00000000" w:rsidRPr="00000000" w14:paraId="00000127">
      <w:pPr>
        <w:ind w:firstLine="720"/>
        <w:rPr/>
      </w:pPr>
      <w:r w:rsidDel="00000000" w:rsidR="00000000" w:rsidRPr="00000000">
        <w:rPr>
          <w:rtl w:val="0"/>
        </w:rPr>
        <w:t xml:space="preserve">Steele nodded, still looking at the list. "The usual deal, huh? 'Wanna stay on the streets and die, or work with us?' Could work with a few of them."</w:t>
      </w:r>
    </w:p>
    <w:p w:rsidR="00000000" w:rsidDel="00000000" w:rsidP="00000000" w:rsidRDefault="00000000" w:rsidRPr="00000000" w14:paraId="00000128">
      <w:pPr>
        <w:ind w:firstLine="720"/>
        <w:rPr/>
      </w:pPr>
      <w:r w:rsidDel="00000000" w:rsidR="00000000" w:rsidRPr="00000000">
        <w:rPr>
          <w:rtl w:val="0"/>
        </w:rPr>
        <w:t xml:space="preserve">Mitchell grinned. “Exactly. OSJ loves this stuff. They’ll push it to the gang units, maybe try to save a couple of these guys in exchange for info. A lot of them won’t take the deal, but all we need is one or two to flip, and we’re golden.”</w:t>
      </w:r>
    </w:p>
    <w:p w:rsidR="00000000" w:rsidDel="00000000" w:rsidP="00000000" w:rsidRDefault="00000000" w:rsidRPr="00000000" w14:paraId="00000129">
      <w:pPr>
        <w:ind w:firstLine="720"/>
        <w:rPr/>
      </w:pPr>
      <w:r w:rsidDel="00000000" w:rsidR="00000000" w:rsidRPr="00000000">
        <w:rPr>
          <w:rtl w:val="0"/>
        </w:rPr>
        <w:t xml:space="preserve">Jones chuckled. “Guess Ghost won’t be too happy when he finds out we snagged his hit list.”</w:t>
      </w:r>
    </w:p>
    <w:p w:rsidR="00000000" w:rsidDel="00000000" w:rsidP="00000000" w:rsidRDefault="00000000" w:rsidRPr="00000000" w14:paraId="0000012A">
      <w:pPr>
        <w:ind w:firstLine="720"/>
        <w:rPr/>
      </w:pPr>
      <w:r w:rsidDel="00000000" w:rsidR="00000000" w:rsidRPr="00000000">
        <w:rPr>
          <w:rtl w:val="0"/>
        </w:rPr>
        <w:t xml:space="preserve">Steele folded the paper back up and handed it to Mitchell. “Yeah, well, he’s gonna have a bigger problem once OSJ gets their hands on this. Who knows how many of these guys will turn on him now?”</w:t>
      </w:r>
    </w:p>
    <w:p w:rsidR="00000000" w:rsidDel="00000000" w:rsidP="00000000" w:rsidRDefault="00000000" w:rsidRPr="00000000" w14:paraId="0000012B">
      <w:pPr>
        <w:ind w:firstLine="720"/>
        <w:rPr/>
      </w:pPr>
      <w:r w:rsidDel="00000000" w:rsidR="00000000" w:rsidRPr="00000000">
        <w:rPr>
          <w:rtl w:val="0"/>
        </w:rPr>
        <w:t xml:space="preserve">Mitchell pocketed the paper, his tone more serious. “We gotta move quick on this, though. If Ghost catches wind we found it, he’ll figure out a way to take care of anyone on that list before OSJ even has a chance.”</w:t>
      </w:r>
    </w:p>
    <w:p w:rsidR="00000000" w:rsidDel="00000000" w:rsidP="00000000" w:rsidRDefault="00000000" w:rsidRPr="00000000" w14:paraId="0000012C">
      <w:pPr>
        <w:ind w:firstLine="720"/>
        <w:rPr/>
      </w:pPr>
      <w:r w:rsidDel="00000000" w:rsidR="00000000" w:rsidRPr="00000000">
        <w:rPr>
          <w:rtl w:val="0"/>
        </w:rPr>
        <w:t xml:space="preserve">Steele looked back at the cell where Ghost was being held, his mind turning. “Let’s make sure this doesn’t backfire. We don’t need more blood on the floor.”</w:t>
      </w:r>
    </w:p>
    <w:p w:rsidR="00000000" w:rsidDel="00000000" w:rsidP="00000000" w:rsidRDefault="00000000" w:rsidRPr="00000000" w14:paraId="0000012D">
      <w:pPr>
        <w:ind w:firstLine="720"/>
        <w:rPr/>
      </w:pPr>
      <w:r w:rsidDel="00000000" w:rsidR="00000000" w:rsidRPr="00000000">
        <w:rPr>
          <w:rtl w:val="0"/>
        </w:rPr>
        <w:t xml:space="preserve">Mitchell nodded in agreement. “We’ll brief OSJ as soon as we get back to the office. They’ll know how to handle it. In the meantime, let’s wrap this up and get the paperwork done.”</w:t>
      </w:r>
    </w:p>
    <w:p w:rsidR="00000000" w:rsidDel="00000000" w:rsidP="00000000" w:rsidRDefault="00000000" w:rsidRPr="00000000" w14:paraId="0000012E">
      <w:pPr>
        <w:ind w:firstLine="720"/>
        <w:rPr/>
      </w:pPr>
      <w:r w:rsidDel="00000000" w:rsidR="00000000" w:rsidRPr="00000000">
        <w:rPr>
          <w:rtl w:val="0"/>
        </w:rPr>
        <w:t xml:space="preserve">As the deputies gathered their findings and prepared to head back, Steele glanced once more at the row of cells. The inmates inside were still grumbling, but they had no idea how big of a hit Ghost and his crew had just taken. In a place like MCJ, power shifted with every piece of information. Today, it looked like the deputies had come out on top.</w:t>
      </w:r>
    </w:p>
    <w:p w:rsidR="00000000" w:rsidDel="00000000" w:rsidP="00000000" w:rsidRDefault="00000000" w:rsidRPr="00000000" w14:paraId="0000012F">
      <w:pPr>
        <w:ind w:firstLine="720"/>
        <w:rPr/>
      </w:pPr>
      <w:r w:rsidDel="00000000" w:rsidR="00000000" w:rsidRPr="00000000">
        <w:rPr>
          <w:rtl w:val="0"/>
        </w:rPr>
        <w:t xml:space="preserve">***</w:t>
      </w:r>
    </w:p>
    <w:p w:rsidR="00000000" w:rsidDel="00000000" w:rsidP="00000000" w:rsidRDefault="00000000" w:rsidRPr="00000000" w14:paraId="00000130">
      <w:pPr>
        <w:ind w:firstLine="720"/>
        <w:rPr/>
      </w:pPr>
      <w:r w:rsidDel="00000000" w:rsidR="00000000" w:rsidRPr="00000000">
        <w:rPr>
          <w:rtl w:val="0"/>
        </w:rPr>
        <w:t xml:space="preserve">The victory from the earlier cell search was short-lived. Just a few hours into the shift, Steele’s radio crackled with a call from the 4700 module deputy. “Steele, can you meet me inside 4700? We’ve got a situation.”</w:t>
      </w:r>
    </w:p>
    <w:p w:rsidR="00000000" w:rsidDel="00000000" w:rsidP="00000000" w:rsidRDefault="00000000" w:rsidRPr="00000000" w14:paraId="00000131">
      <w:pPr>
        <w:ind w:firstLine="720"/>
        <w:rPr/>
      </w:pPr>
      <w:r w:rsidDel="00000000" w:rsidR="00000000" w:rsidRPr="00000000">
        <w:rPr>
          <w:rtl w:val="0"/>
        </w:rPr>
        <w:t xml:space="preserve">As the door buzzed and Steele entered the module, he immediately knew what the problem was. The sound of water splashing echoed through the space, and he could see a steady stream pouring from the second tier onto the floor below. The inmates in the cell where the pruno had been spilled had flooded their cell by stuffing the toilets and sink drain. They had left the water running and flushed the toilets repeatedly, causing water to spill out and cascade down onto the lower tier, soaking everything in its path. The inmates below, now getting an unwanted toilet bath, were starting to get agitated.</w:t>
      </w:r>
    </w:p>
    <w:p w:rsidR="00000000" w:rsidDel="00000000" w:rsidP="00000000" w:rsidRDefault="00000000" w:rsidRPr="00000000" w14:paraId="00000132">
      <w:pPr>
        <w:ind w:firstLine="720"/>
        <w:rPr/>
      </w:pPr>
      <w:r w:rsidDel="00000000" w:rsidR="00000000" w:rsidRPr="00000000">
        <w:rPr>
          <w:rtl w:val="0"/>
        </w:rPr>
        <w:t xml:space="preserve">Steele made his way into the module office where Griffin, the deputy on duty, was pacing nervously. Griffin was even newer than Steele and clearly stressed by the situation.</w:t>
      </w:r>
    </w:p>
    <w:p w:rsidR="00000000" w:rsidDel="00000000" w:rsidP="00000000" w:rsidRDefault="00000000" w:rsidRPr="00000000" w14:paraId="00000133">
      <w:pPr>
        <w:ind w:firstLine="720"/>
        <w:rPr/>
      </w:pPr>
      <w:r w:rsidDel="00000000" w:rsidR="00000000" w:rsidRPr="00000000">
        <w:rPr>
          <w:rtl w:val="0"/>
        </w:rPr>
        <w:t xml:space="preserve">“I see the guys in cell 12 are a little upset,” Steele said, giving Griffin a knowing look.</w:t>
      </w:r>
    </w:p>
    <w:p w:rsidR="00000000" w:rsidDel="00000000" w:rsidP="00000000" w:rsidRDefault="00000000" w:rsidRPr="00000000" w14:paraId="00000134">
      <w:pPr>
        <w:ind w:firstLine="720"/>
        <w:rPr/>
      </w:pPr>
      <w:r w:rsidDel="00000000" w:rsidR="00000000" w:rsidRPr="00000000">
        <w:rPr>
          <w:rtl w:val="0"/>
        </w:rPr>
        <w:t xml:space="preserve">Griffin shook his head, clearly frustrated. “Yeah, they haven’t shut the hell up since the search. Now they’re flooding the place. This is getting out of hand.”</w:t>
      </w:r>
    </w:p>
    <w:p w:rsidR="00000000" w:rsidDel="00000000" w:rsidP="00000000" w:rsidRDefault="00000000" w:rsidRPr="00000000" w14:paraId="00000135">
      <w:pPr>
        <w:ind w:firstLine="720"/>
        <w:rPr/>
      </w:pPr>
      <w:r w:rsidDel="00000000" w:rsidR="00000000" w:rsidRPr="00000000">
        <w:rPr>
          <w:rtl w:val="0"/>
        </w:rPr>
        <w:t xml:space="preserve">Steele nodded, assessing the situation. “Alright, we’ll need a few prowlers to get them out of the cell and stop the flood. I’ll also call classification and get them moved. We’ve got to diffuse this before it spreads to the other cells.”</w:t>
      </w:r>
    </w:p>
    <w:p w:rsidR="00000000" w:rsidDel="00000000" w:rsidP="00000000" w:rsidRDefault="00000000" w:rsidRPr="00000000" w14:paraId="00000136">
      <w:pPr>
        <w:ind w:firstLine="720"/>
        <w:rPr/>
      </w:pPr>
      <w:r w:rsidDel="00000000" w:rsidR="00000000" w:rsidRPr="00000000">
        <w:rPr>
          <w:rtl w:val="0"/>
        </w:rPr>
        <w:t xml:space="preserve">Not wanting to escalate the situation by drawing unnecessary attention, Steele called the 4000 control booth rather than using the radio. The last thing he wanted was for the floor sergeant to get involved, especially since the sergeant, a grizzled 25-year veteran recently returned to custody from detectives, preferred deputies to handle things on their own. He wasn’t one to micromanage and would rather avoid being responsible for the fallout from incidents like this.</w:t>
      </w:r>
    </w:p>
    <w:p w:rsidR="00000000" w:rsidDel="00000000" w:rsidP="00000000" w:rsidRDefault="00000000" w:rsidRPr="00000000" w14:paraId="00000137">
      <w:pPr>
        <w:ind w:firstLine="720"/>
        <w:rPr/>
      </w:pPr>
      <w:r w:rsidDel="00000000" w:rsidR="00000000" w:rsidRPr="00000000">
        <w:rPr>
          <w:rtl w:val="0"/>
        </w:rPr>
        <w:t xml:space="preserve">“Hey, this is Steele. We’ve got a cell flooding on the top tier in 4700. I need some prowlers over here, but let’s keep it off the radio for now,” Steele said into the phone.</w:t>
      </w:r>
    </w:p>
    <w:p w:rsidR="00000000" w:rsidDel="00000000" w:rsidP="00000000" w:rsidRDefault="00000000" w:rsidRPr="00000000" w14:paraId="00000138">
      <w:pPr>
        <w:ind w:firstLine="720"/>
        <w:rPr/>
      </w:pPr>
      <w:r w:rsidDel="00000000" w:rsidR="00000000" w:rsidRPr="00000000">
        <w:rPr>
          <w:rtl w:val="0"/>
        </w:rPr>
        <w:t xml:space="preserve">Within minutes, five deputies arrived, stepping into the 4700 booth for a quick briefing. The water continued to pour out of cell 12, and the inmates inside were shouting, rattling their bars in frustration. Other cells on the same side of the module had also started yelling, the noise and tension escalating by the minute. The opposite side of the module, unaware of the flood, was still relatively calm—for now.</w:t>
      </w:r>
    </w:p>
    <w:p w:rsidR="00000000" w:rsidDel="00000000" w:rsidP="00000000" w:rsidRDefault="00000000" w:rsidRPr="00000000" w14:paraId="00000139">
      <w:pPr>
        <w:ind w:firstLine="720"/>
        <w:rPr/>
      </w:pPr>
      <w:r w:rsidDel="00000000" w:rsidR="00000000" w:rsidRPr="00000000">
        <w:rPr>
          <w:rtl w:val="0"/>
        </w:rPr>
        <w:t xml:space="preserve">Steele turned to the deputies, most of whom were the same ones from the earlier search. “Alright, the guys in cell 12 are pissed about the search and they’re flooding their cell. We need to cuff them up and get them out so we can bring in maintenance to fix the mess. Jones,” Steele added, his eyes on the deputy who had cut the pruno bag earlier, “since you started this, you get the pleasure of going into the pipe chase and shutting off their water. Once you’ve done that, meet us back in the module so we can handle the inmates.”</w:t>
      </w:r>
    </w:p>
    <w:p w:rsidR="00000000" w:rsidDel="00000000" w:rsidP="00000000" w:rsidRDefault="00000000" w:rsidRPr="00000000" w14:paraId="0000013A">
      <w:pPr>
        <w:ind w:firstLine="720"/>
        <w:rPr/>
      </w:pPr>
      <w:r w:rsidDel="00000000" w:rsidR="00000000" w:rsidRPr="00000000">
        <w:rPr>
          <w:rtl w:val="0"/>
        </w:rPr>
        <w:t xml:space="preserve">Jones groaned, clearly annoyed but knowing he couldn’t argue. “Yeah, alright. Guess I owe you guys.” He grabbed a flashlight and made his way to the side of the module where the entrance to the narrow pipe chase was located.</w:t>
      </w:r>
    </w:p>
    <w:p w:rsidR="00000000" w:rsidDel="00000000" w:rsidP="00000000" w:rsidRDefault="00000000" w:rsidRPr="00000000" w14:paraId="0000013B">
      <w:pPr>
        <w:ind w:firstLine="720"/>
        <w:rPr/>
      </w:pPr>
      <w:r w:rsidDel="00000000" w:rsidR="00000000" w:rsidRPr="00000000">
        <w:rPr>
          <w:rtl w:val="0"/>
        </w:rPr>
        <w:t xml:space="preserve">The other deputies waited, exchanging glances. One of them, Morales, gave Steele a nod. “You think this is gonna blow up?”</w:t>
      </w:r>
    </w:p>
    <w:p w:rsidR="00000000" w:rsidDel="00000000" w:rsidP="00000000" w:rsidRDefault="00000000" w:rsidRPr="00000000" w14:paraId="0000013C">
      <w:pPr>
        <w:ind w:firstLine="720"/>
        <w:rPr/>
      </w:pPr>
      <w:r w:rsidDel="00000000" w:rsidR="00000000" w:rsidRPr="00000000">
        <w:rPr>
          <w:rtl w:val="0"/>
        </w:rPr>
        <w:t xml:space="preserve">Steele shrugged. “Hard to say. They’re mad, but if we handle it right, we can get them out without much trouble. Let’s just get them out before it gets worse.”</w:t>
      </w:r>
    </w:p>
    <w:p w:rsidR="00000000" w:rsidDel="00000000" w:rsidP="00000000" w:rsidRDefault="00000000" w:rsidRPr="00000000" w14:paraId="0000013D">
      <w:pPr>
        <w:ind w:firstLine="720"/>
        <w:rPr/>
      </w:pPr>
      <w:r w:rsidDel="00000000" w:rsidR="00000000" w:rsidRPr="00000000">
        <w:rPr>
          <w:rtl w:val="0"/>
        </w:rPr>
        <w:t xml:space="preserve">Several minutes later, Jones returned, his pants soaked and grimy from crawling through the pipe chase. He looked irritated, brushing off dirt from his uniform. “Water’s off, but I heard them talking inside. Sounds like they want a fight.”</w:t>
      </w:r>
    </w:p>
    <w:p w:rsidR="00000000" w:rsidDel="00000000" w:rsidP="00000000" w:rsidRDefault="00000000" w:rsidRPr="00000000" w14:paraId="0000013E">
      <w:pPr>
        <w:ind w:firstLine="720"/>
        <w:rPr/>
      </w:pPr>
      <w:r w:rsidDel="00000000" w:rsidR="00000000" w:rsidRPr="00000000">
        <w:rPr>
          <w:rtl w:val="0"/>
        </w:rPr>
        <w:t xml:space="preserve">Steele sighed, knowing this was about to get messy. “Figures. Alright, let’s keep it tight. We go in, get them cuffed, and move them out. No one makes a move unless they force it. We need to control this.”</w:t>
      </w:r>
    </w:p>
    <w:p w:rsidR="00000000" w:rsidDel="00000000" w:rsidP="00000000" w:rsidRDefault="00000000" w:rsidRPr="00000000" w14:paraId="0000013F">
      <w:pPr>
        <w:ind w:firstLine="720"/>
        <w:rPr/>
      </w:pPr>
      <w:r w:rsidDel="00000000" w:rsidR="00000000" w:rsidRPr="00000000">
        <w:rPr>
          <w:rtl w:val="0"/>
        </w:rPr>
        <w:t xml:space="preserve">Mitchell spoke up, checking his cuffs. “We go in together. No one goes in alone. Once they’re out, we’ll see what classification wants to do. We’re not looking for a fight, but we’re not backing down if they want one.”</w:t>
      </w:r>
    </w:p>
    <w:p w:rsidR="00000000" w:rsidDel="00000000" w:rsidP="00000000" w:rsidRDefault="00000000" w:rsidRPr="00000000" w14:paraId="00000140">
      <w:pPr>
        <w:ind w:firstLine="720"/>
        <w:rPr/>
      </w:pPr>
      <w:r w:rsidDel="00000000" w:rsidR="00000000" w:rsidRPr="00000000">
        <w:rPr>
          <w:rtl w:val="0"/>
        </w:rPr>
        <w:t xml:space="preserve">The group of deputies exchanged determined looks, ready for whatever came next.</w:t>
      </w:r>
    </w:p>
    <w:p w:rsidR="00000000" w:rsidDel="00000000" w:rsidP="00000000" w:rsidRDefault="00000000" w:rsidRPr="00000000" w14:paraId="00000141">
      <w:pPr>
        <w:ind w:firstLine="720"/>
        <w:rPr/>
      </w:pPr>
      <w:r w:rsidDel="00000000" w:rsidR="00000000" w:rsidRPr="00000000">
        <w:rPr>
          <w:rtl w:val="0"/>
        </w:rPr>
        <w:t xml:space="preserve">“Let’s do this,” Steele said, leading the way back into the module, the sound of water dripping and the murmur of angry inmates filling the air.</w:t>
      </w:r>
    </w:p>
    <w:p w:rsidR="00000000" w:rsidDel="00000000" w:rsidP="00000000" w:rsidRDefault="00000000" w:rsidRPr="00000000" w14:paraId="00000142">
      <w:pPr>
        <w:ind w:firstLine="720"/>
        <w:rPr/>
      </w:pPr>
      <w:r w:rsidDel="00000000" w:rsidR="00000000" w:rsidRPr="00000000">
        <w:rPr>
          <w:rtl w:val="0"/>
        </w:rPr>
        <w:t xml:space="preserve">The deputies trudged down the flooded row toward cell 12, their boots squelching in the several inches of filthy water that covered the floor. The water had stopped pouring out of the cell, but the damage was done. Steele could feel the cold, murky water seeping into his boots, making each step heavy and uncomfortable.</w:t>
      </w:r>
    </w:p>
    <w:p w:rsidR="00000000" w:rsidDel="00000000" w:rsidP="00000000" w:rsidRDefault="00000000" w:rsidRPr="00000000" w14:paraId="00000143">
      <w:pPr>
        <w:ind w:firstLine="720"/>
        <w:rPr/>
      </w:pPr>
      <w:r w:rsidDel="00000000" w:rsidR="00000000" w:rsidRPr="00000000">
        <w:rPr>
          <w:rtl w:val="0"/>
        </w:rPr>
        <w:t xml:space="preserve">As they reached the cell, the other four deputies hung back, positioning themselves in front of the adjacent cells. Steele stepped in front of cell 12, addressing the inmates inside. “Gentlemen, you flooded your cell, so now you need to come out. The plumbers need to get in here to fix this mess. Back up to the door and cuff up.”</w:t>
      </w:r>
    </w:p>
    <w:p w:rsidR="00000000" w:rsidDel="00000000" w:rsidP="00000000" w:rsidRDefault="00000000" w:rsidRPr="00000000" w14:paraId="00000144">
      <w:pPr>
        <w:ind w:firstLine="720"/>
        <w:rPr/>
      </w:pPr>
      <w:r w:rsidDel="00000000" w:rsidR="00000000" w:rsidRPr="00000000">
        <w:rPr>
          <w:rtl w:val="0"/>
        </w:rPr>
        <w:t xml:space="preserve">Inside the cell were four inmates—two Hispanics, one Black, and one White. The hierarchy was clear as one of the Hispanic inmates, heavily tattooed with a shaved head and bulging muscles, stepped forward as the spokesman.</w:t>
      </w:r>
    </w:p>
    <w:p w:rsidR="00000000" w:rsidDel="00000000" w:rsidP="00000000" w:rsidRDefault="00000000" w:rsidRPr="00000000" w14:paraId="00000145">
      <w:pPr>
        <w:ind w:firstLine="720"/>
        <w:rPr/>
      </w:pPr>
      <w:r w:rsidDel="00000000" w:rsidR="00000000" w:rsidRPr="00000000">
        <w:rPr>
          <w:rtl w:val="0"/>
        </w:rPr>
        <w:t xml:space="preserve">“We can’t do that, Dep,” the shotcaller said coldly. “We’ve been disrespected.”</w:t>
      </w:r>
    </w:p>
    <w:p w:rsidR="00000000" w:rsidDel="00000000" w:rsidP="00000000" w:rsidRDefault="00000000" w:rsidRPr="00000000" w14:paraId="00000146">
      <w:pPr>
        <w:ind w:firstLine="720"/>
        <w:rPr/>
      </w:pPr>
      <w:r w:rsidDel="00000000" w:rsidR="00000000" w:rsidRPr="00000000">
        <w:rPr>
          <w:rtl w:val="0"/>
        </w:rPr>
        <w:t xml:space="preserve">Steele kept his tone firm but calm. “Disrespect or not, you know how this ends if you refuse.”</w:t>
      </w:r>
    </w:p>
    <w:p w:rsidR="00000000" w:rsidDel="00000000" w:rsidP="00000000" w:rsidRDefault="00000000" w:rsidRPr="00000000" w14:paraId="00000147">
      <w:pPr>
        <w:ind w:firstLine="720"/>
        <w:rPr/>
      </w:pPr>
      <w:r w:rsidDel="00000000" w:rsidR="00000000" w:rsidRPr="00000000">
        <w:rPr>
          <w:rtl w:val="0"/>
        </w:rPr>
        <w:t xml:space="preserve">The shotcaller didn’t flinch. “Do what you gotta do. We’re not coming out.”</w:t>
      </w:r>
    </w:p>
    <w:p w:rsidR="00000000" w:rsidDel="00000000" w:rsidP="00000000" w:rsidRDefault="00000000" w:rsidRPr="00000000" w14:paraId="00000148">
      <w:pPr>
        <w:ind w:firstLine="720"/>
        <w:rPr/>
      </w:pPr>
      <w:r w:rsidDel="00000000" w:rsidR="00000000" w:rsidRPr="00000000">
        <w:rPr>
          <w:rtl w:val="0"/>
        </w:rPr>
        <w:t xml:space="preserve">Steele turned, motioning for the other deputies to follow him back to the module office so they could plan their next move. As they walked away, the inmates' murmuring grew louder, but no one made a move.</w:t>
      </w:r>
    </w:p>
    <w:p w:rsidR="00000000" w:rsidDel="00000000" w:rsidP="00000000" w:rsidRDefault="00000000" w:rsidRPr="00000000" w14:paraId="00000149">
      <w:pPr>
        <w:ind w:firstLine="720"/>
        <w:rPr/>
      </w:pPr>
      <w:r w:rsidDel="00000000" w:rsidR="00000000" w:rsidRPr="00000000">
        <w:rPr>
          <w:rtl w:val="0"/>
        </w:rPr>
        <w:t xml:space="preserve">Once inside the module, Steele turned to the group. “Alright, they’re not going to cuff up. We’ve got two options: activate the ERT for a formal cell extraction, get the sergeant involved, and deal with all the paperwork, or we handle this ourselves. What do you want to do?”</w:t>
      </w:r>
    </w:p>
    <w:p w:rsidR="00000000" w:rsidDel="00000000" w:rsidP="00000000" w:rsidRDefault="00000000" w:rsidRPr="00000000" w14:paraId="0000014A">
      <w:pPr>
        <w:ind w:firstLine="720"/>
        <w:rPr/>
      </w:pPr>
      <w:r w:rsidDel="00000000" w:rsidR="00000000" w:rsidRPr="00000000">
        <w:rPr>
          <w:rtl w:val="0"/>
        </w:rPr>
        <w:t xml:space="preserve">Jones, still carrying the weight of responsibility from earlier, quickly chimed in. “Let’s handle this shit ourselves.”</w:t>
      </w:r>
    </w:p>
    <w:p w:rsidR="00000000" w:rsidDel="00000000" w:rsidP="00000000" w:rsidRDefault="00000000" w:rsidRPr="00000000" w14:paraId="0000014B">
      <w:pPr>
        <w:ind w:firstLine="720"/>
        <w:rPr/>
      </w:pPr>
      <w:r w:rsidDel="00000000" w:rsidR="00000000" w:rsidRPr="00000000">
        <w:rPr>
          <w:rtl w:val="0"/>
        </w:rPr>
        <w:t xml:space="preserve">Steele shot him a look. “Yeah, I figured you’d say that since you started this mess.”</w:t>
      </w:r>
    </w:p>
    <w:p w:rsidR="00000000" w:rsidDel="00000000" w:rsidP="00000000" w:rsidRDefault="00000000" w:rsidRPr="00000000" w14:paraId="0000014C">
      <w:pPr>
        <w:ind w:firstLine="720"/>
        <w:rPr/>
      </w:pPr>
      <w:r w:rsidDel="00000000" w:rsidR="00000000" w:rsidRPr="00000000">
        <w:rPr>
          <w:rtl w:val="0"/>
        </w:rPr>
        <w:t xml:space="preserve">Jones smirked but said nothing.</w:t>
      </w:r>
    </w:p>
    <w:p w:rsidR="00000000" w:rsidDel="00000000" w:rsidP="00000000" w:rsidRDefault="00000000" w:rsidRPr="00000000" w14:paraId="0000014D">
      <w:pPr>
        <w:ind w:firstLine="720"/>
        <w:rPr/>
      </w:pPr>
      <w:r w:rsidDel="00000000" w:rsidR="00000000" w:rsidRPr="00000000">
        <w:rPr>
          <w:rtl w:val="0"/>
        </w:rPr>
        <w:t xml:space="preserve">Steele glanced around at the rest of the group. “Anyone else have a problem handling this ourselves?” None of the deputies objected. They all knew the unspoken rule at MCJ: handle it quietly, avoid bringing in the higher-ups unless absolutely necessary.</w:t>
      </w:r>
    </w:p>
    <w:p w:rsidR="00000000" w:rsidDel="00000000" w:rsidP="00000000" w:rsidRDefault="00000000" w:rsidRPr="00000000" w14:paraId="0000014E">
      <w:pPr>
        <w:ind w:firstLine="720"/>
        <w:rPr/>
      </w:pPr>
      <w:r w:rsidDel="00000000" w:rsidR="00000000" w:rsidRPr="00000000">
        <w:rPr>
          <w:rtl w:val="0"/>
        </w:rPr>
        <w:t xml:space="preserve">“Alright, I’ll call the 5000 floor for some extra prowlers to help out,” Steele said.</w:t>
      </w:r>
    </w:p>
    <w:p w:rsidR="00000000" w:rsidDel="00000000" w:rsidP="00000000" w:rsidRDefault="00000000" w:rsidRPr="00000000" w14:paraId="0000014F">
      <w:pPr>
        <w:ind w:firstLine="720"/>
        <w:rPr/>
      </w:pPr>
      <w:r w:rsidDel="00000000" w:rsidR="00000000" w:rsidRPr="00000000">
        <w:rPr>
          <w:rtl w:val="0"/>
        </w:rPr>
        <w:t xml:space="preserve">After making the call, Steele leaned back, waiting for the extra help to arrive. They were flying outside of official policy now, but this was the way things got done at Men’s Central Jail. As long as no one got seriously hurt, they wouldn’t have to worry about the sergeant breathing down their necks.</w:t>
      </w:r>
    </w:p>
    <w:p w:rsidR="00000000" w:rsidDel="00000000" w:rsidP="00000000" w:rsidRDefault="00000000" w:rsidRPr="00000000" w14:paraId="00000150">
      <w:pPr>
        <w:ind w:firstLine="720"/>
        <w:rPr/>
      </w:pPr>
      <w:r w:rsidDel="00000000" w:rsidR="00000000" w:rsidRPr="00000000">
        <w:rPr>
          <w:rtl w:val="0"/>
        </w:rPr>
        <w:t xml:space="preserve">Within minutes, four deputies from the 5000 floor arrived, and Steele quickly briefed them. “Here’s the deal: we’ve got four inmates up there who aren’t coming out voluntarily. We need to get them out. We’ll start by opening the door and giving them one more chance to step out. If they refuse, we go in and pull them out ourselves. This side of the module is watching us, and we can’t afford to look weak. Doesn’t matter how this started—we’re finishing it.”</w:t>
      </w:r>
    </w:p>
    <w:p w:rsidR="00000000" w:rsidDel="00000000" w:rsidP="00000000" w:rsidRDefault="00000000" w:rsidRPr="00000000" w14:paraId="00000151">
      <w:pPr>
        <w:ind w:firstLine="720"/>
        <w:rPr/>
      </w:pPr>
      <w:r w:rsidDel="00000000" w:rsidR="00000000" w:rsidRPr="00000000">
        <w:rPr>
          <w:rtl w:val="0"/>
        </w:rPr>
        <w:t xml:space="preserve">Mitchell added, “We’ll use hands and flashlights if we have to. Try not to use pepper spray unless it’s absolutely necessary—we don’t want to be stuck dealing with that contamination all shift.”</w:t>
      </w:r>
    </w:p>
    <w:p w:rsidR="00000000" w:rsidDel="00000000" w:rsidP="00000000" w:rsidRDefault="00000000" w:rsidRPr="00000000" w14:paraId="00000152">
      <w:pPr>
        <w:ind w:firstLine="720"/>
        <w:rPr/>
      </w:pPr>
      <w:r w:rsidDel="00000000" w:rsidR="00000000" w:rsidRPr="00000000">
        <w:rPr>
          <w:rtl w:val="0"/>
        </w:rPr>
        <w:t xml:space="preserve">Steele nodded. “Let’s move.”</w:t>
      </w:r>
    </w:p>
    <w:p w:rsidR="00000000" w:rsidDel="00000000" w:rsidP="00000000" w:rsidRDefault="00000000" w:rsidRPr="00000000" w14:paraId="00000153">
      <w:pPr>
        <w:ind w:firstLine="720"/>
        <w:rPr/>
      </w:pPr>
      <w:r w:rsidDel="00000000" w:rsidR="00000000" w:rsidRPr="00000000">
        <w:rPr>
          <w:rtl w:val="0"/>
        </w:rPr>
        <w:t xml:space="preserve">The team of eleven deputies walked back up the tier and formed up in front of cell 12. The shotcaller, still standing at the bars, watched them approach with a stony expression. He took a step toward the door as Steele gave one last order.</w:t>
      </w:r>
    </w:p>
    <w:p w:rsidR="00000000" w:rsidDel="00000000" w:rsidP="00000000" w:rsidRDefault="00000000" w:rsidRPr="00000000" w14:paraId="00000154">
      <w:pPr>
        <w:ind w:firstLine="720"/>
        <w:rPr/>
      </w:pPr>
      <w:r w:rsidDel="00000000" w:rsidR="00000000" w:rsidRPr="00000000">
        <w:rPr>
          <w:rtl w:val="0"/>
        </w:rPr>
        <w:t xml:space="preserve">“Last chance. Back up to the door and cuff up.”</w:t>
      </w:r>
    </w:p>
    <w:p w:rsidR="00000000" w:rsidDel="00000000" w:rsidP="00000000" w:rsidRDefault="00000000" w:rsidRPr="00000000" w14:paraId="00000155">
      <w:pPr>
        <w:ind w:firstLine="720"/>
        <w:rPr/>
      </w:pPr>
      <w:r w:rsidDel="00000000" w:rsidR="00000000" w:rsidRPr="00000000">
        <w:rPr>
          <w:rtl w:val="0"/>
        </w:rPr>
        <w:t xml:space="preserve">The shotcaller’s face remained defiant. “Sorry, Dep. We’re not doing that.”</w:t>
      </w:r>
    </w:p>
    <w:p w:rsidR="00000000" w:rsidDel="00000000" w:rsidP="00000000" w:rsidRDefault="00000000" w:rsidRPr="00000000" w14:paraId="00000156">
      <w:pPr>
        <w:ind w:firstLine="720"/>
        <w:rPr/>
      </w:pPr>
      <w:r w:rsidDel="00000000" w:rsidR="00000000" w:rsidRPr="00000000">
        <w:rPr>
          <w:rtl w:val="0"/>
        </w:rPr>
        <w:t xml:space="preserve">Steele raised his hand and waved it, signaling to the module deputy to open the gate. The door buzzed open, removing the only physical barrier between the deputies and the four inmates.</w:t>
      </w:r>
    </w:p>
    <w:p w:rsidR="00000000" w:rsidDel="00000000" w:rsidP="00000000" w:rsidRDefault="00000000" w:rsidRPr="00000000" w14:paraId="00000157">
      <w:pPr>
        <w:ind w:firstLine="720"/>
        <w:rPr/>
      </w:pPr>
      <w:r w:rsidDel="00000000" w:rsidR="00000000" w:rsidRPr="00000000">
        <w:rPr>
          <w:rtl w:val="0"/>
        </w:rPr>
        <w:t xml:space="preserve">“Get on your knees and face away from us! On your knees, now!” Steele barked.</w:t>
      </w:r>
    </w:p>
    <w:p w:rsidR="00000000" w:rsidDel="00000000" w:rsidP="00000000" w:rsidRDefault="00000000" w:rsidRPr="00000000" w14:paraId="00000158">
      <w:pPr>
        <w:ind w:firstLine="720"/>
        <w:rPr/>
      </w:pPr>
      <w:r w:rsidDel="00000000" w:rsidR="00000000" w:rsidRPr="00000000">
        <w:rPr>
          <w:rtl w:val="0"/>
        </w:rPr>
        <w:t xml:space="preserve">The Black and White inmates wasted no time, dropping to their knees. They clearly weren’t interested in taking part in whatever fight was brewing. “You two, scoot back out of the cell, but stay on your knees,” Steele ordered.</w:t>
      </w:r>
    </w:p>
    <w:p w:rsidR="00000000" w:rsidDel="00000000" w:rsidP="00000000" w:rsidRDefault="00000000" w:rsidRPr="00000000" w14:paraId="00000159">
      <w:pPr>
        <w:ind w:firstLine="720"/>
        <w:rPr/>
      </w:pPr>
      <w:r w:rsidDel="00000000" w:rsidR="00000000" w:rsidRPr="00000000">
        <w:rPr>
          <w:rtl w:val="0"/>
        </w:rPr>
        <w:t xml:space="preserve">The two inmates complied, shuffling backward out of the cell. The deputies cuffed them quickly and escorted them to a nearby shower to get them out of the way.</w:t>
      </w:r>
    </w:p>
    <w:p w:rsidR="00000000" w:rsidDel="00000000" w:rsidP="00000000" w:rsidRDefault="00000000" w:rsidRPr="00000000" w14:paraId="0000015A">
      <w:pPr>
        <w:ind w:firstLine="720"/>
        <w:rPr/>
      </w:pPr>
      <w:r w:rsidDel="00000000" w:rsidR="00000000" w:rsidRPr="00000000">
        <w:rPr>
          <w:rtl w:val="0"/>
        </w:rPr>
        <w:t xml:space="preserve">That left the two Hispanic inmates, both sitting silently on their bunks, refusing to make eye contact. Steele could see their hands were empty, so the immediate threat of a weapon was low, but he knew a confrontation was inevitable.</w:t>
      </w:r>
    </w:p>
    <w:p w:rsidR="00000000" w:rsidDel="00000000" w:rsidP="00000000" w:rsidRDefault="00000000" w:rsidRPr="00000000" w14:paraId="0000015B">
      <w:pPr>
        <w:ind w:firstLine="720"/>
        <w:rPr/>
      </w:pPr>
      <w:r w:rsidDel="00000000" w:rsidR="00000000" w:rsidRPr="00000000">
        <w:rPr>
          <w:rtl w:val="0"/>
        </w:rPr>
        <w:t xml:space="preserve">“Alright, let’s go get them,” Steele said, nodding to the other deputies.</w:t>
      </w:r>
    </w:p>
    <w:p w:rsidR="00000000" w:rsidDel="00000000" w:rsidP="00000000" w:rsidRDefault="00000000" w:rsidRPr="00000000" w14:paraId="0000015C">
      <w:pPr>
        <w:ind w:firstLine="720"/>
        <w:rPr/>
      </w:pPr>
      <w:r w:rsidDel="00000000" w:rsidR="00000000" w:rsidRPr="00000000">
        <w:rPr>
          <w:rtl w:val="0"/>
        </w:rPr>
        <w:t xml:space="preserve">Six deputies surged into the cell, tackling the two remaining inmates to the wet floor with a loud thud. The inmates resisted, squirming and refusing to put their hands behind their backs. Steele could hear the grunts and punches as deputies worked to subdue them, throwing calculated hits to their upper bodies.</w:t>
      </w:r>
    </w:p>
    <w:p w:rsidR="00000000" w:rsidDel="00000000" w:rsidP="00000000" w:rsidRDefault="00000000" w:rsidRPr="00000000" w14:paraId="0000015D">
      <w:pPr>
        <w:ind w:firstLine="720"/>
        <w:rPr/>
      </w:pPr>
      <w:r w:rsidDel="00000000" w:rsidR="00000000" w:rsidRPr="00000000">
        <w:rPr>
          <w:rtl w:val="0"/>
        </w:rPr>
        <w:t xml:space="preserve">Jones delivered a sharp elbow to the shotcaller’s head, finally gaining his compliance. Within seconds, both inmates were cuffed and dragged out of the cell by two deputies each, one on each elbow, as water sloshed beneath them.</w:t>
      </w:r>
    </w:p>
    <w:p w:rsidR="00000000" w:rsidDel="00000000" w:rsidP="00000000" w:rsidRDefault="00000000" w:rsidRPr="00000000" w14:paraId="0000015E">
      <w:pPr>
        <w:ind w:firstLine="720"/>
        <w:rPr/>
      </w:pPr>
      <w:r w:rsidDel="00000000" w:rsidR="00000000" w:rsidRPr="00000000">
        <w:rPr>
          <w:rtl w:val="0"/>
        </w:rPr>
        <w:t xml:space="preserve">The noise from the rest of the module exploded. Inmates on both tiers shook their bars, yelling and banging in protest at the rough treatment of their fellow inmates. It was a boiling pot of tension, but for now, with the ringleaders removed, the module quieted down.</w:t>
      </w:r>
    </w:p>
    <w:p w:rsidR="00000000" w:rsidDel="00000000" w:rsidP="00000000" w:rsidRDefault="00000000" w:rsidRPr="00000000" w14:paraId="0000015F">
      <w:pPr>
        <w:ind w:firstLine="720"/>
        <w:rPr/>
      </w:pPr>
      <w:r w:rsidDel="00000000" w:rsidR="00000000" w:rsidRPr="00000000">
        <w:rPr>
          <w:rtl w:val="0"/>
        </w:rPr>
        <w:t xml:space="preserve">The two Hispanic inmates were taken to another shower and locked down, leaving the row temporarily peaceful.</w:t>
      </w:r>
    </w:p>
    <w:p w:rsidR="00000000" w:rsidDel="00000000" w:rsidP="00000000" w:rsidRDefault="00000000" w:rsidRPr="00000000" w14:paraId="00000160">
      <w:pPr>
        <w:ind w:firstLine="720"/>
        <w:rPr/>
      </w:pPr>
      <w:r w:rsidDel="00000000" w:rsidR="00000000" w:rsidRPr="00000000">
        <w:rPr>
          <w:rtl w:val="0"/>
        </w:rPr>
        <w:t xml:space="preserve">Steele gathered the deputies back in the module booth. “Good job. None of them have any visible injuries, so we don’t need to document this. I’ll call classification and get these guys transferred to the old side, where they’ll be out of our hair.”</w:t>
      </w:r>
    </w:p>
    <w:p w:rsidR="00000000" w:rsidDel="00000000" w:rsidP="00000000" w:rsidRDefault="00000000" w:rsidRPr="00000000" w14:paraId="00000161">
      <w:pPr>
        <w:ind w:firstLine="720"/>
        <w:rPr/>
      </w:pPr>
      <w:r w:rsidDel="00000000" w:rsidR="00000000" w:rsidRPr="00000000">
        <w:rPr>
          <w:rtl w:val="0"/>
        </w:rPr>
        <w:t xml:space="preserve">Jones wiped the sweat from his brow, glancing around at the others. “Guess that’s what they get for flooding their cell.”</w:t>
      </w:r>
    </w:p>
    <w:p w:rsidR="00000000" w:rsidDel="00000000" w:rsidP="00000000" w:rsidRDefault="00000000" w:rsidRPr="00000000" w14:paraId="00000162">
      <w:pPr>
        <w:ind w:firstLine="720"/>
        <w:rPr/>
      </w:pPr>
      <w:r w:rsidDel="00000000" w:rsidR="00000000" w:rsidRPr="00000000">
        <w:rPr>
          <w:rtl w:val="0"/>
        </w:rPr>
        <w:t xml:space="preserve">Steele gave a small grin. “Yeah, and hopefully that’s the last time we have to deal with them in this module. Let’s get them moved before they stir up any more trouble.”</w:t>
      </w:r>
    </w:p>
    <w:p w:rsidR="00000000" w:rsidDel="00000000" w:rsidP="00000000" w:rsidRDefault="00000000" w:rsidRPr="00000000" w14:paraId="00000163">
      <w:pPr>
        <w:ind w:firstLine="720"/>
        <w:rPr/>
      </w:pPr>
      <w:r w:rsidDel="00000000" w:rsidR="00000000" w:rsidRPr="00000000">
        <w:rPr>
          <w:rtl w:val="0"/>
        </w:rPr>
        <w:t xml:space="preserve">***</w:t>
      </w:r>
    </w:p>
    <w:p w:rsidR="00000000" w:rsidDel="00000000" w:rsidP="00000000" w:rsidRDefault="00000000" w:rsidRPr="00000000" w14:paraId="00000164">
      <w:pPr>
        <w:ind w:firstLine="720"/>
        <w:rPr/>
      </w:pPr>
      <w:r w:rsidDel="00000000" w:rsidR="00000000" w:rsidRPr="00000000">
        <w:rPr>
          <w:rtl w:val="0"/>
        </w:rPr>
        <w:t xml:space="preserve">Steele had been working at Men’s Central Jail for over a year now. Not long enough to be considered a "salty" vet, but with four academy classes having dumped new trainees into the jail since his own, he was no longer the rookie. Assigned to the PM shift prowler on the 4000 floor, Steele had settled into the clockwork-like routine of the jail and had become used to its rhythm.</w:t>
      </w:r>
    </w:p>
    <w:p w:rsidR="00000000" w:rsidDel="00000000" w:rsidP="00000000" w:rsidRDefault="00000000" w:rsidRPr="00000000" w14:paraId="00000165">
      <w:pPr>
        <w:ind w:firstLine="720"/>
        <w:rPr/>
      </w:pPr>
      <w:r w:rsidDel="00000000" w:rsidR="00000000" w:rsidRPr="00000000">
        <w:rPr>
          <w:rtl w:val="0"/>
        </w:rPr>
        <w:t xml:space="preserve">Today, he was heading to the 4500 module to check on Trejo, one of the newer deputies. Trejo had been out of the academy for only two months and had just finished his official training. The kid was young—no older than 22, short, and skinny, with a nervous energy that reminded Steele of himself when he first started.</w:t>
      </w:r>
    </w:p>
    <w:p w:rsidR="00000000" w:rsidDel="00000000" w:rsidP="00000000" w:rsidRDefault="00000000" w:rsidRPr="00000000" w14:paraId="00000166">
      <w:pPr>
        <w:ind w:firstLine="720"/>
        <w:rPr/>
      </w:pPr>
      <w:r w:rsidDel="00000000" w:rsidR="00000000" w:rsidRPr="00000000">
        <w:rPr>
          <w:rtl w:val="0"/>
        </w:rPr>
        <w:t xml:space="preserve">The 4500 module was unique. Unlike other units, it housed inmates in one-man cells and was designated as administrative segregation. On one side were juveniles being charged as adults, most for murder or assaulting staff. They wore red uniforms, separate from the general population, who donned blue, to avoid any mixing of minors with adults—a hard rule. The other side housed overflow from the notorious 1750 module, along with snitches. Being a snitch at MCJ was a death sentence for inmates and not much better for deputies. No one liked a rat.</w:t>
      </w:r>
    </w:p>
    <w:p w:rsidR="00000000" w:rsidDel="00000000" w:rsidP="00000000" w:rsidRDefault="00000000" w:rsidRPr="00000000" w14:paraId="00000167">
      <w:pPr>
        <w:ind w:firstLine="720"/>
        <w:rPr/>
      </w:pPr>
      <w:r w:rsidDel="00000000" w:rsidR="00000000" w:rsidRPr="00000000">
        <w:rPr>
          <w:rtl w:val="0"/>
        </w:rPr>
        <w:t xml:space="preserve">“Deputy Steele,” Trejo called out as Steele entered the module. “The inmate in cell 7, ‘Psycho,’ wants to talk to you.”</w:t>
      </w:r>
    </w:p>
    <w:p w:rsidR="00000000" w:rsidDel="00000000" w:rsidP="00000000" w:rsidRDefault="00000000" w:rsidRPr="00000000" w14:paraId="00000168">
      <w:pPr>
        <w:ind w:firstLine="720"/>
        <w:rPr/>
      </w:pPr>
      <w:r w:rsidDel="00000000" w:rsidR="00000000" w:rsidRPr="00000000">
        <w:rPr>
          <w:rtl w:val="0"/>
        </w:rPr>
        <w:t xml:space="preserve">Psycho was a shot caller from Long Beach, a high-ranking member in the Sureno network. Over the last year, Steele had built up a rapport with him, developing a knack for getting information out of the more dangerous inmates. It was a fine line—maintaining respect while getting useful intelligence.</w:t>
      </w:r>
    </w:p>
    <w:p w:rsidR="00000000" w:rsidDel="00000000" w:rsidP="00000000" w:rsidRDefault="00000000" w:rsidRPr="00000000" w14:paraId="00000169">
      <w:pPr>
        <w:ind w:firstLine="720"/>
        <w:rPr/>
      </w:pPr>
      <w:r w:rsidDel="00000000" w:rsidR="00000000" w:rsidRPr="00000000">
        <w:rPr>
          <w:rtl w:val="0"/>
        </w:rPr>
        <w:t xml:space="preserve">“Alright, I’ll swing down. Keep an eye on me, though. I might crack his door open to talk,” Steele replied.</w:t>
      </w:r>
    </w:p>
    <w:p w:rsidR="00000000" w:rsidDel="00000000" w:rsidP="00000000" w:rsidRDefault="00000000" w:rsidRPr="00000000" w14:paraId="0000016A">
      <w:pPr>
        <w:ind w:firstLine="720"/>
        <w:rPr/>
      </w:pPr>
      <w:r w:rsidDel="00000000" w:rsidR="00000000" w:rsidRPr="00000000">
        <w:rPr>
          <w:rtl w:val="0"/>
        </w:rPr>
        <w:t xml:space="preserve">“Copy that,” Trejo responded, looking somewhat relieved to have a more experienced deputy handle the situation.</w:t>
      </w:r>
    </w:p>
    <w:p w:rsidR="00000000" w:rsidDel="00000000" w:rsidP="00000000" w:rsidRDefault="00000000" w:rsidRPr="00000000" w14:paraId="0000016B">
      <w:pPr>
        <w:ind w:firstLine="720"/>
        <w:rPr/>
      </w:pPr>
      <w:r w:rsidDel="00000000" w:rsidR="00000000" w:rsidRPr="00000000">
        <w:rPr>
          <w:rtl w:val="0"/>
        </w:rPr>
        <w:t xml:space="preserve">Steele walked down to cell 7, where Psycho stood, his massive frame filling the small space. Psycho had been down from state prison for a while, fighting a new case, and his body showed it. Years of daily workouts had made him ripped, and at 6'4", he easily towered over Steele, who stood at 5'10".</w:t>
      </w:r>
    </w:p>
    <w:p w:rsidR="00000000" w:rsidDel="00000000" w:rsidP="00000000" w:rsidRDefault="00000000" w:rsidRPr="00000000" w14:paraId="0000016C">
      <w:pPr>
        <w:ind w:firstLine="720"/>
        <w:rPr/>
      </w:pPr>
      <w:r w:rsidDel="00000000" w:rsidR="00000000" w:rsidRPr="00000000">
        <w:rPr>
          <w:rtl w:val="0"/>
        </w:rPr>
        <w:t xml:space="preserve">The single-man cells on this side still had bars and a food tray slot. Steele stopped in front of Psycho's cell and greeted him. “What’s up, Psycho?”</w:t>
      </w:r>
    </w:p>
    <w:p w:rsidR="00000000" w:rsidDel="00000000" w:rsidP="00000000" w:rsidRDefault="00000000" w:rsidRPr="00000000" w14:paraId="0000016D">
      <w:pPr>
        <w:ind w:firstLine="720"/>
        <w:rPr/>
      </w:pPr>
      <w:r w:rsidDel="00000000" w:rsidR="00000000" w:rsidRPr="00000000">
        <w:rPr>
          <w:rtl w:val="0"/>
        </w:rPr>
        <w:t xml:space="preserve">“Hey Steele,” Psycho said, his voice low but controlled. “I need to talk to you, man. This guy in the booth isn’t honoring my pass to see my attorney. It’s screwing me up with my case.”</w:t>
      </w:r>
    </w:p>
    <w:p w:rsidR="00000000" w:rsidDel="00000000" w:rsidP="00000000" w:rsidRDefault="00000000" w:rsidRPr="00000000" w14:paraId="0000016E">
      <w:pPr>
        <w:ind w:firstLine="720"/>
        <w:rPr/>
      </w:pPr>
      <w:r w:rsidDel="00000000" w:rsidR="00000000" w:rsidRPr="00000000">
        <w:rPr>
          <w:rtl w:val="0"/>
        </w:rPr>
        <w:t xml:space="preserve">Steele could tell that Psycho wasn’t worked up yet, so he took the opportunity to try and get some information. The recent uptick in tensions between Hispanic and Black inmates had caused problems, and any insight from a shot caller like Psycho could help the gang unit and classification teams move inmates around to cool things off.</w:t>
      </w:r>
    </w:p>
    <w:p w:rsidR="00000000" w:rsidDel="00000000" w:rsidP="00000000" w:rsidRDefault="00000000" w:rsidRPr="00000000" w14:paraId="0000016F">
      <w:pPr>
        <w:ind w:firstLine="720"/>
        <w:rPr/>
      </w:pPr>
      <w:r w:rsidDel="00000000" w:rsidR="00000000" w:rsidRPr="00000000">
        <w:rPr>
          <w:rtl w:val="0"/>
        </w:rPr>
        <w:t xml:space="preserve">“I’ll take care of it,” Steele said. “Your legal appointment is important, and I’ll make sure it happens. But, how about you help me out? What’s going on with the fights on the old side between Black and Brown? Anything we can do to calm that down?”</w:t>
      </w:r>
    </w:p>
    <w:p w:rsidR="00000000" w:rsidDel="00000000" w:rsidP="00000000" w:rsidRDefault="00000000" w:rsidRPr="00000000" w14:paraId="00000170">
      <w:pPr>
        <w:ind w:firstLine="720"/>
        <w:rPr/>
      </w:pPr>
      <w:r w:rsidDel="00000000" w:rsidR="00000000" w:rsidRPr="00000000">
        <w:rPr>
          <w:rtl w:val="0"/>
        </w:rPr>
        <w:t xml:space="preserve">Psycho crossed his arms, thinking for a moment. “Honestly, Dep, the problem is over in 2500. There’s a couple of Blacks in there who shouldn’t be in gen pop. They’re causing problems. The homies are just trying to keep the program running.”</w:t>
      </w:r>
    </w:p>
    <w:p w:rsidR="00000000" w:rsidDel="00000000" w:rsidP="00000000" w:rsidRDefault="00000000" w:rsidRPr="00000000" w14:paraId="00000171">
      <w:pPr>
        <w:ind w:firstLine="720"/>
        <w:rPr/>
      </w:pPr>
      <w:r w:rsidDel="00000000" w:rsidR="00000000" w:rsidRPr="00000000">
        <w:rPr>
          <w:rtl w:val="0"/>
        </w:rPr>
        <w:t xml:space="preserve">Steele nodded, glancing at Trejo in the booth. He raised his right hand and signaled to open Psycho’s cell door. The bars clanged open with a groan.</w:t>
      </w:r>
    </w:p>
    <w:p w:rsidR="00000000" w:rsidDel="00000000" w:rsidP="00000000" w:rsidRDefault="00000000" w:rsidRPr="00000000" w14:paraId="00000172">
      <w:pPr>
        <w:ind w:firstLine="720"/>
        <w:rPr/>
      </w:pPr>
      <w:r w:rsidDel="00000000" w:rsidR="00000000" w:rsidRPr="00000000">
        <w:rPr>
          <w:rtl w:val="0"/>
        </w:rPr>
        <w:t xml:space="preserve">Stepping inside the cell, Steele said “Alright, I’ll pass that on to the prowlers and see if we can fix things,” Steele said. But just as he finished speaking, he heard the unmistakable sound of the bars clanking shut behind him. Trejo had closed the door—leaving Steele locked inside with Psycho.</w:t>
      </w:r>
    </w:p>
    <w:p w:rsidR="00000000" w:rsidDel="00000000" w:rsidP="00000000" w:rsidRDefault="00000000" w:rsidRPr="00000000" w14:paraId="00000173">
      <w:pPr>
        <w:ind w:firstLine="720"/>
        <w:rPr/>
      </w:pPr>
      <w:r w:rsidDel="00000000" w:rsidR="00000000" w:rsidRPr="00000000">
        <w:rPr>
          <w:rtl w:val="0"/>
        </w:rPr>
        <w:t xml:space="preserve">Psycho stood up from his bunk, a slow grin spreading across his face. “Well, well, Dep,” he said, towering over Steele. “Looks like you’re locked in here with me now. Ain’t nobody coming to help you.”</w:t>
      </w:r>
    </w:p>
    <w:p w:rsidR="00000000" w:rsidDel="00000000" w:rsidP="00000000" w:rsidRDefault="00000000" w:rsidRPr="00000000" w14:paraId="00000174">
      <w:pPr>
        <w:ind w:firstLine="720"/>
        <w:rPr/>
      </w:pPr>
      <w:r w:rsidDel="00000000" w:rsidR="00000000" w:rsidRPr="00000000">
        <w:rPr>
          <w:rtl w:val="0"/>
        </w:rPr>
        <w:t xml:space="preserve">Steele’s pulse quickened, but he kept his voice calm. He couldn’t show any fear. “Maybe, Psycho. But remember this: by the end of the night, both us are going to the hospital, or worse. You wanna take that chance?”</w:t>
      </w:r>
    </w:p>
    <w:p w:rsidR="00000000" w:rsidDel="00000000" w:rsidP="00000000" w:rsidRDefault="00000000" w:rsidRPr="00000000" w14:paraId="00000175">
      <w:pPr>
        <w:ind w:firstLine="720"/>
        <w:rPr/>
      </w:pPr>
      <w:r w:rsidDel="00000000" w:rsidR="00000000" w:rsidRPr="00000000">
        <w:rPr>
          <w:rtl w:val="0"/>
        </w:rPr>
        <w:t xml:space="preserve">For a moment, the air between them was thick with tension. Psycho’s grin faded, and he glared at Steele. The silence stretched, and then, to Steele’s surprise, Psycho let out a deep laugh.</w:t>
      </w:r>
    </w:p>
    <w:p w:rsidR="00000000" w:rsidDel="00000000" w:rsidP="00000000" w:rsidRDefault="00000000" w:rsidRPr="00000000" w14:paraId="00000176">
      <w:pPr>
        <w:ind w:firstLine="720"/>
        <w:rPr/>
      </w:pPr>
      <w:r w:rsidDel="00000000" w:rsidR="00000000" w:rsidRPr="00000000">
        <w:rPr>
          <w:rtl w:val="0"/>
        </w:rPr>
        <w:t xml:space="preserve">“You’re alright, Dep,” Psycho said, shaking his head. “I’m not gonna fuck with you today.”</w:t>
      </w:r>
    </w:p>
    <w:p w:rsidR="00000000" w:rsidDel="00000000" w:rsidP="00000000" w:rsidRDefault="00000000" w:rsidRPr="00000000" w14:paraId="00000177">
      <w:pPr>
        <w:ind w:firstLine="720"/>
        <w:rPr/>
      </w:pPr>
      <w:r w:rsidDel="00000000" w:rsidR="00000000" w:rsidRPr="00000000">
        <w:rPr>
          <w:rtl w:val="0"/>
        </w:rPr>
        <w:t xml:space="preserve">Steele, still on edge, gave a slight nod. “Good. Now, turn around and cuff up so I can go kick my partner’s ass.”</w:t>
      </w:r>
    </w:p>
    <w:p w:rsidR="00000000" w:rsidDel="00000000" w:rsidP="00000000" w:rsidRDefault="00000000" w:rsidRPr="00000000" w14:paraId="00000178">
      <w:pPr>
        <w:ind w:firstLine="720"/>
        <w:rPr/>
      </w:pPr>
      <w:r w:rsidDel="00000000" w:rsidR="00000000" w:rsidRPr="00000000">
        <w:rPr>
          <w:rtl w:val="0"/>
        </w:rPr>
        <w:t xml:space="preserve">Psycho smirked but complied, turning his back to Steele and offering his wrists. Steele quickly cuffed him and let him sit back down on the bunk. “Trejo—Steele. Open #7,” he called into the radio.</w:t>
      </w:r>
    </w:p>
    <w:p w:rsidR="00000000" w:rsidDel="00000000" w:rsidP="00000000" w:rsidRDefault="00000000" w:rsidRPr="00000000" w14:paraId="00000179">
      <w:pPr>
        <w:ind w:firstLine="720"/>
        <w:rPr/>
      </w:pPr>
      <w:r w:rsidDel="00000000" w:rsidR="00000000" w:rsidRPr="00000000">
        <w:rPr>
          <w:rtl w:val="0"/>
        </w:rPr>
        <w:t xml:space="preserve">The gate buzzed open, and Steele stepped back out into the row, finally free from the confined space. He glanced back at Psycho, who remained seated, his hands still cuffed. “Come to the door and let me uncuff you,” Steele ordered. Psycho got up and backed up to the bars, allowing Steele to remove the handcuffs.</w:t>
      </w:r>
    </w:p>
    <w:p w:rsidR="00000000" w:rsidDel="00000000" w:rsidP="00000000" w:rsidRDefault="00000000" w:rsidRPr="00000000" w14:paraId="0000017A">
      <w:pPr>
        <w:ind w:firstLine="720"/>
        <w:rPr/>
      </w:pPr>
      <w:r w:rsidDel="00000000" w:rsidR="00000000" w:rsidRPr="00000000">
        <w:rPr>
          <w:rtl w:val="0"/>
        </w:rPr>
        <w:t xml:space="preserve">Steele took a deep breath, his anger boiling as he marched back toward the module office. The door buzzed open, and Steele stepped inside, his eyes locked on Trejo, who looked up, clueless to what had just happened.</w:t>
      </w:r>
    </w:p>
    <w:p w:rsidR="00000000" w:rsidDel="00000000" w:rsidP="00000000" w:rsidRDefault="00000000" w:rsidRPr="00000000" w14:paraId="0000017B">
      <w:pPr>
        <w:ind w:firstLine="720"/>
        <w:rPr/>
      </w:pPr>
      <w:r w:rsidDel="00000000" w:rsidR="00000000" w:rsidRPr="00000000">
        <w:rPr>
          <w:rtl w:val="0"/>
        </w:rPr>
        <w:t xml:space="preserve">“What the fuck were you thinking, Trejo?” Steele growled, stepping right up to him. Before Trejo could respond, Steele threw a punch, landing it squarely on the younger deputy’s eye.</w:t>
      </w:r>
    </w:p>
    <w:p w:rsidR="00000000" w:rsidDel="00000000" w:rsidP="00000000" w:rsidRDefault="00000000" w:rsidRPr="00000000" w14:paraId="0000017C">
      <w:pPr>
        <w:ind w:firstLine="720"/>
        <w:rPr/>
      </w:pPr>
      <w:r w:rsidDel="00000000" w:rsidR="00000000" w:rsidRPr="00000000">
        <w:rPr>
          <w:rtl w:val="0"/>
        </w:rPr>
        <w:t xml:space="preserve">Trejo stumbled back, clutching his face in shock. “You locked me inside with a fucking inmate!” Steele shouted, standing over him. “Next time you leave a deputy in a cell, I’ll kick your ass again—and this time, you’ll lose your job! You NEVER take your eyes off a deputy when they’re in with an inmate. Do you understand?”</w:t>
      </w:r>
    </w:p>
    <w:p w:rsidR="00000000" w:rsidDel="00000000" w:rsidP="00000000" w:rsidRDefault="00000000" w:rsidRPr="00000000" w14:paraId="0000017D">
      <w:pPr>
        <w:ind w:firstLine="720"/>
        <w:rPr/>
      </w:pPr>
      <w:r w:rsidDel="00000000" w:rsidR="00000000" w:rsidRPr="00000000">
        <w:rPr>
          <w:rtl w:val="0"/>
        </w:rPr>
        <w:t xml:space="preserve">Trejo, still reeling from the punch, nodded, his hand pressed to his swelling eye. “Yes, Deputy Steele. I’m sorry. I thought you had already left. I didn’t know you were still in there.”</w:t>
      </w:r>
    </w:p>
    <w:p w:rsidR="00000000" w:rsidDel="00000000" w:rsidP="00000000" w:rsidRDefault="00000000" w:rsidRPr="00000000" w14:paraId="0000017E">
      <w:pPr>
        <w:ind w:firstLine="720"/>
        <w:rPr/>
      </w:pPr>
      <w:r w:rsidDel="00000000" w:rsidR="00000000" w:rsidRPr="00000000">
        <w:rPr>
          <w:rtl w:val="0"/>
        </w:rPr>
        <w:t xml:space="preserve">Steele glared at him for a moment longer before backing off. “You’re lucky I’m walking out of here on my own. Don’t let it happen again.”</w:t>
      </w:r>
    </w:p>
    <w:p w:rsidR="00000000" w:rsidDel="00000000" w:rsidP="00000000" w:rsidRDefault="00000000" w:rsidRPr="00000000" w14:paraId="0000017F">
      <w:pPr>
        <w:ind w:firstLine="720"/>
        <w:rPr/>
      </w:pPr>
      <w:r w:rsidDel="00000000" w:rsidR="00000000" w:rsidRPr="00000000">
        <w:rPr>
          <w:rtl w:val="0"/>
        </w:rPr>
        <w:t xml:space="preserve">Trejo, humiliated and in pain, muttered, “It won’t. I swear.”</w:t>
      </w:r>
    </w:p>
    <w:p w:rsidR="00000000" w:rsidDel="00000000" w:rsidP="00000000" w:rsidRDefault="00000000" w:rsidRPr="00000000" w14:paraId="00000180">
      <w:pPr>
        <w:ind w:firstLine="720"/>
        <w:rPr/>
      </w:pPr>
      <w:r w:rsidDel="00000000" w:rsidR="00000000" w:rsidRPr="00000000">
        <w:rPr>
          <w:rtl w:val="0"/>
        </w:rPr>
        <w:t xml:space="preserve">Steele stormed out of the office, shaking off the adrenaline. The day had taken a turn, but at least he’d handled Psycho—and Trejo—without things getting too far out of hand.</w:t>
      </w:r>
    </w:p>
    <w:p w:rsidR="00000000" w:rsidDel="00000000" w:rsidP="00000000" w:rsidRDefault="00000000" w:rsidRPr="00000000" w14:paraId="00000181">
      <w:pPr>
        <w:ind w:firstLine="720"/>
        <w:rPr/>
      </w:pPr>
      <w:r w:rsidDel="00000000" w:rsidR="00000000" w:rsidRPr="00000000">
        <w:rPr>
          <w:rtl w:val="0"/>
        </w:rPr>
        <w:t xml:space="preserve">***</w:t>
      </w:r>
    </w:p>
    <w:p w:rsidR="00000000" w:rsidDel="00000000" w:rsidP="00000000" w:rsidRDefault="00000000" w:rsidRPr="00000000" w14:paraId="00000182">
      <w:pPr>
        <w:ind w:firstLine="720"/>
        <w:rPr/>
      </w:pPr>
      <w:r w:rsidDel="00000000" w:rsidR="00000000" w:rsidRPr="00000000">
        <w:rPr>
          <w:rtl w:val="0"/>
        </w:rPr>
        <w:t xml:space="preserve">Steele pulled into his parents' driveway in Lakewood, a quiet corner of Los Angeles County that somehow retained its small-town charm despite being surrounded by the urban sprawl of LA. The neighborhood was a far cry from the chaos of Men’s Central Jail, where Steele spent most of his time these days. His parents had both retired from long careers with the department—his mother Jane as a detective, and his father Rich had also served as a sergeant.</w:t>
      </w:r>
    </w:p>
    <w:p w:rsidR="00000000" w:rsidDel="00000000" w:rsidP="00000000" w:rsidRDefault="00000000" w:rsidRPr="00000000" w14:paraId="00000183">
      <w:pPr>
        <w:ind w:firstLine="720"/>
        <w:rPr/>
      </w:pPr>
      <w:r w:rsidDel="00000000" w:rsidR="00000000" w:rsidRPr="00000000">
        <w:rPr>
          <w:rtl w:val="0"/>
        </w:rPr>
        <w:t xml:space="preserve">It had been tough to make it to family dinners lately, between the Academy and his grueling schedule at MCJ. But tonight, he finally had the time.</w:t>
      </w:r>
    </w:p>
    <w:p w:rsidR="00000000" w:rsidDel="00000000" w:rsidP="00000000" w:rsidRDefault="00000000" w:rsidRPr="00000000" w14:paraId="00000184">
      <w:pPr>
        <w:ind w:firstLine="720"/>
        <w:rPr/>
      </w:pPr>
      <w:r w:rsidDel="00000000" w:rsidR="00000000" w:rsidRPr="00000000">
        <w:rPr>
          <w:rtl w:val="0"/>
        </w:rPr>
        <w:t xml:space="preserve">His mom greeted him at the door with a warm smile. "Hey, honey! Your dad’s outside barbecuing. Come in, relax a bit."</w:t>
      </w:r>
    </w:p>
    <w:p w:rsidR="00000000" w:rsidDel="00000000" w:rsidP="00000000" w:rsidRDefault="00000000" w:rsidRPr="00000000" w14:paraId="00000185">
      <w:pPr>
        <w:ind w:firstLine="720"/>
        <w:rPr/>
      </w:pPr>
      <w:r w:rsidDel="00000000" w:rsidR="00000000" w:rsidRPr="00000000">
        <w:rPr>
          <w:rtl w:val="0"/>
        </w:rPr>
        <w:t xml:space="preserve">Steele stepped in, breathing in the familiar smell of home-cooked food. “Sounds good, Mom. I’ve pulled two doubles this week, so I’m beat.”</w:t>
      </w:r>
    </w:p>
    <w:p w:rsidR="00000000" w:rsidDel="00000000" w:rsidP="00000000" w:rsidRDefault="00000000" w:rsidRPr="00000000" w14:paraId="00000186">
      <w:pPr>
        <w:ind w:firstLine="720"/>
        <w:rPr/>
      </w:pPr>
      <w:r w:rsidDel="00000000" w:rsidR="00000000" w:rsidRPr="00000000">
        <w:rPr>
          <w:rtl w:val="0"/>
        </w:rPr>
        <w:t xml:space="preserve">Monday Night Football was on in the background as he and his mom sat down to catch up. The familiar noise of the game, along with the warmth of home, helped him unwind. After a few minutes, Rich walked in from the backyard, holding a plate piled high with burgers.</w:t>
      </w:r>
    </w:p>
    <w:p w:rsidR="00000000" w:rsidDel="00000000" w:rsidP="00000000" w:rsidRDefault="00000000" w:rsidRPr="00000000" w14:paraId="00000187">
      <w:pPr>
        <w:ind w:firstLine="720"/>
        <w:rPr/>
      </w:pPr>
      <w:r w:rsidDel="00000000" w:rsidR="00000000" w:rsidRPr="00000000">
        <w:rPr>
          <w:rtl w:val="0"/>
        </w:rPr>
        <w:t xml:space="preserve">“Hey, son! Long time, no see,” Rich said, giving him a hearty handshake.</w:t>
      </w:r>
    </w:p>
    <w:p w:rsidR="00000000" w:rsidDel="00000000" w:rsidP="00000000" w:rsidRDefault="00000000" w:rsidRPr="00000000" w14:paraId="00000188">
      <w:pPr>
        <w:ind w:firstLine="720"/>
        <w:rPr/>
      </w:pPr>
      <w:r w:rsidDel="00000000" w:rsidR="00000000" w:rsidRPr="00000000">
        <w:rPr>
          <w:rtl w:val="0"/>
        </w:rPr>
        <w:t xml:space="preserve">“Good to see you, Dad,” Steele replied with a grin.</w:t>
      </w:r>
    </w:p>
    <w:p w:rsidR="00000000" w:rsidDel="00000000" w:rsidP="00000000" w:rsidRDefault="00000000" w:rsidRPr="00000000" w14:paraId="00000189">
      <w:pPr>
        <w:ind w:firstLine="720"/>
        <w:rPr/>
      </w:pPr>
      <w:r w:rsidDel="00000000" w:rsidR="00000000" w:rsidRPr="00000000">
        <w:rPr>
          <w:rtl w:val="0"/>
        </w:rPr>
        <w:t xml:space="preserve">A few minutes later, they were seated around the dinner table, ready to dig in. As they settled into the meal, Rich leaned forward with a knowing look. “So, how’s MCJ treating you these days? Staying out of trouble?”</w:t>
      </w:r>
    </w:p>
    <w:p w:rsidR="00000000" w:rsidDel="00000000" w:rsidP="00000000" w:rsidRDefault="00000000" w:rsidRPr="00000000" w14:paraId="0000018A">
      <w:pPr>
        <w:ind w:firstLine="720"/>
        <w:rPr/>
      </w:pPr>
      <w:r w:rsidDel="00000000" w:rsidR="00000000" w:rsidRPr="00000000">
        <w:rPr>
          <w:rtl w:val="0"/>
        </w:rPr>
        <w:t xml:space="preserve">“I’m trying,” Steele said with a smirk. “Still working the 4000 floor as a prowler, getting as much overtime as I can. I’m pretty used to the schedule now. But I’ve finally put in my transfer requests for patrol, so I’m starting to focus on that.”</w:t>
      </w:r>
    </w:p>
    <w:p w:rsidR="00000000" w:rsidDel="00000000" w:rsidP="00000000" w:rsidRDefault="00000000" w:rsidRPr="00000000" w14:paraId="0000018B">
      <w:pPr>
        <w:ind w:firstLine="720"/>
        <w:rPr/>
      </w:pPr>
      <w:r w:rsidDel="00000000" w:rsidR="00000000" w:rsidRPr="00000000">
        <w:rPr>
          <w:rtl w:val="0"/>
        </w:rPr>
        <w:t xml:space="preserve">Rich nodded, knowing how big of a step this was in his son's career. In the LA County Sheriff’s Department, a transfer to patrol was the next required assignment after serving time in the jails or courts. But there was some choice involved, and Steele had finally submitted his picks.</w:t>
      </w:r>
    </w:p>
    <w:p w:rsidR="00000000" w:rsidDel="00000000" w:rsidP="00000000" w:rsidRDefault="00000000" w:rsidRPr="00000000" w14:paraId="0000018C">
      <w:pPr>
        <w:ind w:firstLine="720"/>
        <w:rPr/>
      </w:pPr>
      <w:r w:rsidDel="00000000" w:rsidR="00000000" w:rsidRPr="00000000">
        <w:rPr>
          <w:rtl w:val="0"/>
        </w:rPr>
        <w:t xml:space="preserve">“What stations did you put in for?” Rich asked, leaning back in his chair.</w:t>
      </w:r>
    </w:p>
    <w:p w:rsidR="00000000" w:rsidDel="00000000" w:rsidP="00000000" w:rsidRDefault="00000000" w:rsidRPr="00000000" w14:paraId="0000018D">
      <w:pPr>
        <w:ind w:firstLine="720"/>
        <w:rPr/>
      </w:pPr>
      <w:r w:rsidDel="00000000" w:rsidR="00000000" w:rsidRPr="00000000">
        <w:rPr>
          <w:rtl w:val="0"/>
        </w:rPr>
        <w:t xml:space="preserve">“Century, Lennox, and Compton,” Steele said, not hesitating. “All Region II.”</w:t>
      </w:r>
    </w:p>
    <w:p w:rsidR="00000000" w:rsidDel="00000000" w:rsidP="00000000" w:rsidRDefault="00000000" w:rsidRPr="00000000" w14:paraId="0000018E">
      <w:pPr>
        <w:ind w:firstLine="720"/>
        <w:rPr/>
      </w:pPr>
      <w:r w:rsidDel="00000000" w:rsidR="00000000" w:rsidRPr="00000000">
        <w:rPr>
          <w:rtl w:val="0"/>
        </w:rPr>
        <w:t xml:space="preserve">Rich raised an eyebrow. “Century, Lennox, and Compton? Going for the fast stations, huh?”</w:t>
      </w:r>
    </w:p>
    <w:p w:rsidR="00000000" w:rsidDel="00000000" w:rsidP="00000000" w:rsidRDefault="00000000" w:rsidRPr="00000000" w14:paraId="0000018F">
      <w:pPr>
        <w:ind w:firstLine="720"/>
        <w:rPr/>
      </w:pPr>
      <w:r w:rsidDel="00000000" w:rsidR="00000000" w:rsidRPr="00000000">
        <w:rPr>
          <w:rtl w:val="0"/>
        </w:rPr>
        <w:t xml:space="preserve">“You know me, Dad,” Steele said with a grin. “I want to be where the action is.”</w:t>
      </w:r>
    </w:p>
    <w:p w:rsidR="00000000" w:rsidDel="00000000" w:rsidP="00000000" w:rsidRDefault="00000000" w:rsidRPr="00000000" w14:paraId="00000190">
      <w:pPr>
        <w:ind w:firstLine="720"/>
        <w:rPr/>
      </w:pPr>
      <w:r w:rsidDel="00000000" w:rsidR="00000000" w:rsidRPr="00000000">
        <w:rPr>
          <w:rtl w:val="0"/>
        </w:rPr>
        <w:t xml:space="preserve">Century Station covered some of the toughest neighborhoods in South Central LA, including Firestone, Willowbrook, and Athens Park. Lennox handled equally rough areas in southwest LA, and Compton—well, Compton was infamous. All three were considered the "fastest" stations in the department, meaning they were the busiest and the most dangerous.</w:t>
      </w:r>
    </w:p>
    <w:p w:rsidR="00000000" w:rsidDel="00000000" w:rsidP="00000000" w:rsidRDefault="00000000" w:rsidRPr="00000000" w14:paraId="00000191">
      <w:pPr>
        <w:ind w:firstLine="720"/>
        <w:rPr/>
      </w:pPr>
      <w:r w:rsidDel="00000000" w:rsidR="00000000" w:rsidRPr="00000000">
        <w:rPr>
          <w:rtl w:val="0"/>
        </w:rPr>
        <w:t xml:space="preserve">“Well, you’re not one to shy away from a challenge,” Rich said with a chuckle. “But that’s smart. The faster you get out of the jail, the faster you can start your real career in patrol. The experience you’ll gain in those stations will be invaluable, but remember—you’ll be in the thick of it every single day.”</w:t>
      </w:r>
    </w:p>
    <w:p w:rsidR="00000000" w:rsidDel="00000000" w:rsidP="00000000" w:rsidRDefault="00000000" w:rsidRPr="00000000" w14:paraId="00000192">
      <w:pPr>
        <w:ind w:firstLine="720"/>
        <w:rPr/>
      </w:pPr>
      <w:r w:rsidDel="00000000" w:rsidR="00000000" w:rsidRPr="00000000">
        <w:rPr>
          <w:rtl w:val="0"/>
        </w:rPr>
        <w:t xml:space="preserve">Jane, listening quietly, chimed in. “Your dad and I worked Lennox in the 70s, and it was no joke back then. It's even worse now. Just promise me you’ll be careful out there.”</w:t>
      </w:r>
    </w:p>
    <w:p w:rsidR="00000000" w:rsidDel="00000000" w:rsidP="00000000" w:rsidRDefault="00000000" w:rsidRPr="00000000" w14:paraId="00000193">
      <w:pPr>
        <w:ind w:firstLine="720"/>
        <w:rPr/>
      </w:pPr>
      <w:r w:rsidDel="00000000" w:rsidR="00000000" w:rsidRPr="00000000">
        <w:rPr>
          <w:rtl w:val="0"/>
        </w:rPr>
        <w:t xml:space="preserve">“Don’t worry, Mom. I’ll be fine,” Steele reassured her, but he could see the concern in her eyes.</w:t>
      </w:r>
    </w:p>
    <w:p w:rsidR="00000000" w:rsidDel="00000000" w:rsidP="00000000" w:rsidRDefault="00000000" w:rsidRPr="00000000" w14:paraId="00000194">
      <w:pPr>
        <w:ind w:firstLine="720"/>
        <w:rPr/>
      </w:pPr>
      <w:r w:rsidDel="00000000" w:rsidR="00000000" w:rsidRPr="00000000">
        <w:rPr>
          <w:rtl w:val="0"/>
        </w:rPr>
        <w:t xml:space="preserve">They continued to eat, the conversation flowing naturally as they discussed work, family, and the usual department gossip. Steele realized just how much he missed these dinners.</w:t>
      </w:r>
    </w:p>
    <w:p w:rsidR="00000000" w:rsidDel="00000000" w:rsidP="00000000" w:rsidRDefault="00000000" w:rsidRPr="00000000" w14:paraId="00000195">
      <w:pPr>
        <w:ind w:firstLine="720"/>
        <w:rPr/>
      </w:pPr>
      <w:r w:rsidDel="00000000" w:rsidR="00000000" w:rsidRPr="00000000">
        <w:rPr>
          <w:rtl w:val="0"/>
        </w:rPr>
        <w:t xml:space="preserve">After a while, Rich set down his fork and looked at his son. “I’ve still got some friends over in Personnel. I’ll have them keep an eye out for your name on the next transfer list and give me a heads-up. Maybe I can get you some notice before the transfer comes through, so you can be ready.”</w:t>
      </w:r>
    </w:p>
    <w:p w:rsidR="00000000" w:rsidDel="00000000" w:rsidP="00000000" w:rsidRDefault="00000000" w:rsidRPr="00000000" w14:paraId="00000196">
      <w:pPr>
        <w:ind w:firstLine="720"/>
        <w:rPr/>
      </w:pPr>
      <w:r w:rsidDel="00000000" w:rsidR="00000000" w:rsidRPr="00000000">
        <w:rPr>
          <w:rtl w:val="0"/>
        </w:rPr>
        <w:t xml:space="preserve">“Thanks, Dad. That would be great,” Steele replied, feeling grateful for his father’s connections.</w:t>
      </w:r>
    </w:p>
    <w:p w:rsidR="00000000" w:rsidDel="00000000" w:rsidP="00000000" w:rsidRDefault="00000000" w:rsidRPr="00000000" w14:paraId="00000197">
      <w:pPr>
        <w:ind w:firstLine="720"/>
        <w:rPr/>
      </w:pPr>
      <w:r w:rsidDel="00000000" w:rsidR="00000000" w:rsidRPr="00000000">
        <w:rPr>
          <w:rtl w:val="0"/>
        </w:rPr>
        <w:t xml:space="preserve">As dinner wound down, the conversation turned back to MCJ and how little things had changed over the years. Steele’s parents swapped stories from their time working in the same jail, and they all laughed at how predictable the place could be.</w:t>
      </w:r>
    </w:p>
    <w:p w:rsidR="00000000" w:rsidDel="00000000" w:rsidP="00000000" w:rsidRDefault="00000000" w:rsidRPr="00000000" w14:paraId="00000198">
      <w:pPr>
        <w:ind w:firstLine="720"/>
        <w:rPr/>
      </w:pPr>
      <w:r w:rsidDel="00000000" w:rsidR="00000000" w:rsidRPr="00000000">
        <w:rPr>
          <w:rtl w:val="0"/>
        </w:rPr>
        <w:t xml:space="preserve">“Some things never change, huh?” Steele said, shaking his head.</w:t>
      </w:r>
    </w:p>
    <w:p w:rsidR="00000000" w:rsidDel="00000000" w:rsidP="00000000" w:rsidRDefault="00000000" w:rsidRPr="00000000" w14:paraId="00000199">
      <w:pPr>
        <w:ind w:firstLine="720"/>
        <w:rPr/>
      </w:pPr>
      <w:r w:rsidDel="00000000" w:rsidR="00000000" w:rsidRPr="00000000">
        <w:rPr>
          <w:rtl w:val="0"/>
        </w:rPr>
        <w:t xml:space="preserve">“Nope,” Rich said with a grin. “Same jail, different inmates.”</w:t>
      </w:r>
    </w:p>
    <w:p w:rsidR="00000000" w:rsidDel="00000000" w:rsidP="00000000" w:rsidRDefault="00000000" w:rsidRPr="00000000" w14:paraId="0000019A">
      <w:pPr>
        <w:ind w:firstLine="720"/>
        <w:rPr/>
      </w:pPr>
      <w:r w:rsidDel="00000000" w:rsidR="00000000" w:rsidRPr="00000000">
        <w:rPr>
          <w:rtl w:val="0"/>
        </w:rPr>
        <w:t xml:space="preserve">Steele leaned back in his chair, content. It felt good to be home, surrounded by the people who understood his world better than anyone else. Even if that world was about to get a whole lot crazier.</w:t>
      </w:r>
    </w:p>
    <w:p w:rsidR="00000000" w:rsidDel="00000000" w:rsidP="00000000" w:rsidRDefault="00000000" w:rsidRPr="00000000" w14:paraId="0000019B">
      <w:pPr>
        <w:ind w:firstLine="720"/>
        <w:rPr/>
      </w:pPr>
      <w:r w:rsidDel="00000000" w:rsidR="00000000" w:rsidRPr="00000000">
        <w:rPr>
          <w:rtl w:val="0"/>
        </w:rPr>
        <w:t xml:space="preserve">***</w:t>
      </w:r>
    </w:p>
    <w:p w:rsidR="00000000" w:rsidDel="00000000" w:rsidP="00000000" w:rsidRDefault="00000000" w:rsidRPr="00000000" w14:paraId="0000019C">
      <w:pPr>
        <w:ind w:firstLine="720"/>
        <w:rPr/>
      </w:pPr>
      <w:r w:rsidDel="00000000" w:rsidR="00000000" w:rsidRPr="00000000">
        <w:rPr>
          <w:rtl w:val="0"/>
        </w:rPr>
        <w:t xml:space="preserve">Five months later, Steele was relaxing at home in Long Beach on a Friday evening, hanging out with Grant. They had managed to sync up their days off again and were back to carpooling to Men’s Central Jail. Of course, with the unpredictability of overtime, they often had to bring both cars at the start of the week. One of them usually got stuck with a double shift at some point.</w:t>
      </w:r>
    </w:p>
    <w:p w:rsidR="00000000" w:rsidDel="00000000" w:rsidP="00000000" w:rsidRDefault="00000000" w:rsidRPr="00000000" w14:paraId="0000019D">
      <w:pPr>
        <w:ind w:firstLine="720"/>
        <w:rPr/>
      </w:pPr>
      <w:r w:rsidDel="00000000" w:rsidR="00000000" w:rsidRPr="00000000">
        <w:rPr>
          <w:rtl w:val="0"/>
        </w:rPr>
        <w:t xml:space="preserve">Grant had settled into life at MCJ and was well-liked by his peers. He and Steele had grown close since their Academy days, and both had put in for the same patrol stations. The friendship had strengthened as they worked through the grind of the jail together. Tonight, they were kicking back, beer in hand, when Steele’s phone rang. He glanced down and saw it was his dad.</w:t>
      </w:r>
    </w:p>
    <w:p w:rsidR="00000000" w:rsidDel="00000000" w:rsidP="00000000" w:rsidRDefault="00000000" w:rsidRPr="00000000" w14:paraId="0000019E">
      <w:pPr>
        <w:ind w:firstLine="720"/>
        <w:rPr/>
      </w:pPr>
      <w:r w:rsidDel="00000000" w:rsidR="00000000" w:rsidRPr="00000000">
        <w:rPr>
          <w:rtl w:val="0"/>
        </w:rPr>
        <w:t xml:space="preserve">“What's up, Dad?” Steele answered.</w:t>
      </w:r>
    </w:p>
    <w:p w:rsidR="00000000" w:rsidDel="00000000" w:rsidP="00000000" w:rsidRDefault="00000000" w:rsidRPr="00000000" w14:paraId="0000019F">
      <w:pPr>
        <w:ind w:firstLine="720"/>
        <w:rPr/>
      </w:pPr>
      <w:r w:rsidDel="00000000" w:rsidR="00000000" w:rsidRPr="00000000">
        <w:rPr>
          <w:rtl w:val="0"/>
        </w:rPr>
        <w:t xml:space="preserve">“Hey, son. Get ready for some big news,” his dad replied, excitement in his voice. “You and your buddy Grant are both going to Century Station. You start patrol school in three weeks. It’s game time.”</w:t>
      </w:r>
    </w:p>
    <w:p w:rsidR="00000000" w:rsidDel="00000000" w:rsidP="00000000" w:rsidRDefault="00000000" w:rsidRPr="00000000" w14:paraId="000001A0">
      <w:pPr>
        <w:ind w:firstLine="720"/>
        <w:rPr/>
      </w:pPr>
      <w:r w:rsidDel="00000000" w:rsidR="00000000" w:rsidRPr="00000000">
        <w:rPr>
          <w:rtl w:val="0"/>
        </w:rPr>
        <w:t xml:space="preserve">Steele sat up, a grin spreading across his face. “No way! That’s awesome! Thanks for the heads-up. When’s the list coming out?”</w:t>
      </w:r>
    </w:p>
    <w:p w:rsidR="00000000" w:rsidDel="00000000" w:rsidP="00000000" w:rsidRDefault="00000000" w:rsidRPr="00000000" w14:paraId="000001A1">
      <w:pPr>
        <w:ind w:firstLine="720"/>
        <w:rPr/>
      </w:pPr>
      <w:r w:rsidDel="00000000" w:rsidR="00000000" w:rsidRPr="00000000">
        <w:rPr>
          <w:rtl w:val="0"/>
        </w:rPr>
        <w:t xml:space="preserve">“It drops on Monday,” his dad said. “I know the training sergeant at Century. I’ll give him a heads-up that you guys are coming.”</w:t>
      </w:r>
    </w:p>
    <w:p w:rsidR="00000000" w:rsidDel="00000000" w:rsidP="00000000" w:rsidRDefault="00000000" w:rsidRPr="00000000" w14:paraId="000001A2">
      <w:pPr>
        <w:ind w:firstLine="720"/>
        <w:rPr/>
      </w:pPr>
      <w:r w:rsidDel="00000000" w:rsidR="00000000" w:rsidRPr="00000000">
        <w:rPr>
          <w:rtl w:val="0"/>
        </w:rPr>
        <w:t xml:space="preserve">“Thanks, Dad. I really appreciate it. I’ll talk to you later,” Steele said, hanging up the phone.</w:t>
      </w:r>
    </w:p>
    <w:p w:rsidR="00000000" w:rsidDel="00000000" w:rsidP="00000000" w:rsidRDefault="00000000" w:rsidRPr="00000000" w14:paraId="000001A3">
      <w:pPr>
        <w:ind w:firstLine="720"/>
        <w:rPr/>
      </w:pPr>
      <w:r w:rsidDel="00000000" w:rsidR="00000000" w:rsidRPr="00000000">
        <w:rPr>
          <w:rtl w:val="0"/>
        </w:rPr>
        <w:t xml:space="preserve">Turning to Grant, who was already eyeing him, Steele couldn’t hold back his excitement. “Well, bro, we’re going to Century. Time to get our shit together. The next six months are going to be nothing but work.”</w:t>
      </w:r>
    </w:p>
    <w:p w:rsidR="00000000" w:rsidDel="00000000" w:rsidP="00000000" w:rsidRDefault="00000000" w:rsidRPr="00000000" w14:paraId="000001A4">
      <w:pPr>
        <w:ind w:firstLine="720"/>
        <w:rPr/>
      </w:pPr>
      <w:r w:rsidDel="00000000" w:rsidR="00000000" w:rsidRPr="00000000">
        <w:rPr>
          <w:rtl w:val="0"/>
        </w:rPr>
        <w:t xml:space="preserve">Grant let out a whoop, grinning from ear to ear. “Hell yeah! First choice, baby!”</w:t>
      </w:r>
    </w:p>
    <w:p w:rsidR="00000000" w:rsidDel="00000000" w:rsidP="00000000" w:rsidRDefault="00000000" w:rsidRPr="00000000" w14:paraId="000001A5">
      <w:pPr>
        <w:ind w:firstLine="720"/>
        <w:rPr/>
      </w:pPr>
      <w:r w:rsidDel="00000000" w:rsidR="00000000" w:rsidRPr="00000000">
        <w:rPr>
          <w:rtl w:val="0"/>
        </w:rPr>
        <w:t xml:space="preserve">“First choice because it’s the most dangerous station and the hardest work,” Steele replied, his tone serious but proud. “But that’s exactly what I signed up for.”</w:t>
      </w:r>
    </w:p>
    <w:p w:rsidR="00000000" w:rsidDel="00000000" w:rsidP="00000000" w:rsidRDefault="00000000" w:rsidRPr="00000000" w14:paraId="000001A6">
      <w:pPr>
        <w:ind w:firstLine="720"/>
        <w:rPr/>
      </w:pPr>
      <w:r w:rsidDel="00000000" w:rsidR="00000000" w:rsidRPr="00000000">
        <w:rPr>
          <w:rtl w:val="0"/>
        </w:rPr>
        <w:t xml:space="preserve">Grant raised his beer. “To Century and surviving whatever it throws at us.”</w:t>
      </w:r>
    </w:p>
    <w:p w:rsidR="00000000" w:rsidDel="00000000" w:rsidP="00000000" w:rsidRDefault="00000000" w:rsidRPr="00000000" w14:paraId="000001A7">
      <w:pPr>
        <w:ind w:firstLine="720"/>
        <w:rPr/>
      </w:pPr>
      <w:r w:rsidDel="00000000" w:rsidR="00000000" w:rsidRPr="00000000">
        <w:rPr>
          <w:rtl w:val="0"/>
        </w:rPr>
        <w:t xml:space="preserve">Steele clinked his bottle against Grant’s. “To making it through the next six months.”</w:t>
      </w:r>
    </w:p>
    <w:p w:rsidR="00000000" w:rsidDel="00000000" w:rsidP="00000000" w:rsidRDefault="00000000" w:rsidRPr="00000000" w14:paraId="000001A8">
      <w:pPr>
        <w:ind w:firstLine="720"/>
        <w:rPr/>
      </w:pPr>
      <w:r w:rsidDel="00000000" w:rsidR="00000000" w:rsidRPr="00000000">
        <w:rPr>
          <w:rtl w:val="0"/>
        </w:rPr>
        <w:t xml:space="preserve">They both knew the reputation of Century Station—fast-paced, intense, and dangerous. The coming months would be a trial by fire, but it was exactly what they had wanted. As they sat there, the weight of what was coming slowly began to settle in.</w:t>
      </w:r>
    </w:p>
    <w:p w:rsidR="00000000" w:rsidDel="00000000" w:rsidP="00000000" w:rsidRDefault="00000000" w:rsidRPr="00000000" w14:paraId="000001A9">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1AA">
      <w:pPr>
        <w:pStyle w:val="Heading1"/>
        <w:ind w:firstLine="720"/>
        <w:rPr/>
      </w:pPr>
      <w:r w:rsidDel="00000000" w:rsidR="00000000" w:rsidRPr="00000000">
        <w:rPr>
          <w:rtl w:val="0"/>
        </w:rPr>
        <w:t xml:space="preserve">CHAPTER 3</w:t>
      </w:r>
    </w:p>
    <w:p w:rsidR="00000000" w:rsidDel="00000000" w:rsidP="00000000" w:rsidRDefault="00000000" w:rsidRPr="00000000" w14:paraId="000001AB">
      <w:pPr>
        <w:ind w:firstLine="720"/>
        <w:rPr/>
      </w:pPr>
      <w:r w:rsidDel="00000000" w:rsidR="00000000" w:rsidRPr="00000000">
        <w:rPr>
          <w:rtl w:val="0"/>
        </w:rPr>
      </w:r>
    </w:p>
    <w:p w:rsidR="00000000" w:rsidDel="00000000" w:rsidP="00000000" w:rsidRDefault="00000000" w:rsidRPr="00000000" w14:paraId="000001AC">
      <w:pPr>
        <w:ind w:firstLine="720"/>
        <w:rPr/>
      </w:pPr>
      <w:r w:rsidDel="00000000" w:rsidR="00000000" w:rsidRPr="00000000">
        <w:rPr>
          <w:rtl w:val="0"/>
        </w:rPr>
        <w:t xml:space="preserve">Steele and Grant sat in the academy classroom once again, surrounded by 50 deputies waiting for their final patrol school lecture to begin. It was a strange feeling, being back in the Academy after everything they'd been through, but this time they knew the stakes were higher.</w:t>
      </w:r>
    </w:p>
    <w:p w:rsidR="00000000" w:rsidDel="00000000" w:rsidP="00000000" w:rsidRDefault="00000000" w:rsidRPr="00000000" w14:paraId="000001AD">
      <w:pPr>
        <w:ind w:firstLine="720"/>
        <w:rPr/>
      </w:pPr>
      <w:r w:rsidDel="00000000" w:rsidR="00000000" w:rsidRPr="00000000">
        <w:rPr>
          <w:rtl w:val="0"/>
        </w:rPr>
        <w:t xml:space="preserve">“I’m glad this two weeks is almost over. I’m ready to pull the band-aid off and get out there,” Steele said, leaning back in his chair. “I’m ready for no food, no sleep... Let’s fucking go!” He laughed, the tension in his voice disguised by bravado.</w:t>
      </w:r>
    </w:p>
    <w:p w:rsidR="00000000" w:rsidDel="00000000" w:rsidP="00000000" w:rsidRDefault="00000000" w:rsidRPr="00000000" w14:paraId="000001AE">
      <w:pPr>
        <w:ind w:firstLine="720"/>
        <w:rPr/>
      </w:pPr>
      <w:r w:rsidDel="00000000" w:rsidR="00000000" w:rsidRPr="00000000">
        <w:rPr>
          <w:rtl w:val="0"/>
        </w:rPr>
        <w:t xml:space="preserve">Grant, seated next to him, nodded with a half-smile. “Yeah, man. My time as a SEAL may have prepped me for a lot, but patrol? That’s a whole different animal. I’m ready to learn, though—I know what I don’t know.”</w:t>
      </w:r>
    </w:p>
    <w:p w:rsidR="00000000" w:rsidDel="00000000" w:rsidP="00000000" w:rsidRDefault="00000000" w:rsidRPr="00000000" w14:paraId="000001AF">
      <w:pPr>
        <w:ind w:firstLine="720"/>
        <w:rPr/>
      </w:pPr>
      <w:r w:rsidDel="00000000" w:rsidR="00000000" w:rsidRPr="00000000">
        <w:rPr>
          <w:rtl w:val="0"/>
        </w:rPr>
        <w:t xml:space="preserve">For the past few weeks, Steele had been doing his best to get Grant up to speed on the realities of patrol training. His years as a Community Service Officer (CSO) out of Lakewood Station had given him a good view of how trainees were treated and the expectations they would face. And Steele knew all too well that respect was earned on patrol, not handed out.</w:t>
      </w:r>
    </w:p>
    <w:p w:rsidR="00000000" w:rsidDel="00000000" w:rsidP="00000000" w:rsidRDefault="00000000" w:rsidRPr="00000000" w14:paraId="000001B0">
      <w:pPr>
        <w:ind w:firstLine="720"/>
        <w:rPr/>
      </w:pPr>
      <w:r w:rsidDel="00000000" w:rsidR="00000000" w:rsidRPr="00000000">
        <w:rPr>
          <w:rtl w:val="0"/>
        </w:rPr>
        <w:t xml:space="preserve">“Patrol’s different, man,” Steele said, turning to Grant. “We haven’t earned anything yet. Passing patrol school means jack shit. Those deputies out there aren’t gonna trust us to watch their backs until we prove ourselves. And until then, they’ll treat us like rookies—and they should. We’re gonna take every call, especially the ones that require writing reports. And forget about sitting down with the crew for meals—while they’re eating, we’ll be grabbing a sandwich in the car. Don’t speak unless you’re spoken to, and when you do, keep it professional. And showing up an hour early? That’s the minimum.”</w:t>
      </w:r>
    </w:p>
    <w:p w:rsidR="00000000" w:rsidDel="00000000" w:rsidP="00000000" w:rsidRDefault="00000000" w:rsidRPr="00000000" w14:paraId="000001B1">
      <w:pPr>
        <w:ind w:firstLine="720"/>
        <w:rPr/>
      </w:pPr>
      <w:r w:rsidDel="00000000" w:rsidR="00000000" w:rsidRPr="00000000">
        <w:rPr>
          <w:rtl w:val="0"/>
        </w:rPr>
        <w:t xml:space="preserve">Grant listened carefully, taking it all in. “I just want to earn my spot and take the bad guys to jail,” he replied simply.</w:t>
      </w:r>
    </w:p>
    <w:p w:rsidR="00000000" w:rsidDel="00000000" w:rsidP="00000000" w:rsidRDefault="00000000" w:rsidRPr="00000000" w14:paraId="000001B2">
      <w:pPr>
        <w:ind w:firstLine="720"/>
        <w:rPr/>
      </w:pPr>
      <w:r w:rsidDel="00000000" w:rsidR="00000000" w:rsidRPr="00000000">
        <w:rPr>
          <w:rtl w:val="0"/>
        </w:rPr>
        <w:t xml:space="preserve">“It’ll happen. But we’ve gotta play the game and put in the work,” Steele said with a nod. He could tell Grant was eager to get out there, but he knew it wasn’t just about taking down criminals—it was about surviving the process.</w:t>
      </w:r>
    </w:p>
    <w:p w:rsidR="00000000" w:rsidDel="00000000" w:rsidP="00000000" w:rsidRDefault="00000000" w:rsidRPr="00000000" w14:paraId="000001B3">
      <w:pPr>
        <w:ind w:firstLine="720"/>
        <w:rPr/>
      </w:pPr>
      <w:r w:rsidDel="00000000" w:rsidR="00000000" w:rsidRPr="00000000">
        <w:rPr>
          <w:rtl w:val="0"/>
        </w:rPr>
        <w:t xml:space="preserve">Just then, the classroom door swung open, and in walked Deputy Wilcox, their old Academy instructor. He hadn’t changed a bit—his uniform was freshly pressed, his haircut still sharp as ever. He strode up to the podium, scanning the room with the same intimidating presence Steele remembered from day one.</w:t>
      </w:r>
    </w:p>
    <w:p w:rsidR="00000000" w:rsidDel="00000000" w:rsidP="00000000" w:rsidRDefault="00000000" w:rsidRPr="00000000" w14:paraId="000001B4">
      <w:pPr>
        <w:ind w:firstLine="720"/>
        <w:rPr/>
      </w:pPr>
      <w:r w:rsidDel="00000000" w:rsidR="00000000" w:rsidRPr="00000000">
        <w:rPr>
          <w:rtl w:val="0"/>
        </w:rPr>
        <w:t xml:space="preserve">“I see some familiar faces,” Wilcox began, his eyes moving across the deputies. “Some of you just finished the Academy, and some of you have been hiding out in the jail, waiting for an easier station. Well, none of this is easy, ladies and gentlemen, no matter where you’re headed. And for those of you going to Region II, buckle up. Those stations are seeing an average of one deputy-involved shooting a week right now. Things are popping.”</w:t>
      </w:r>
    </w:p>
    <w:p w:rsidR="00000000" w:rsidDel="00000000" w:rsidP="00000000" w:rsidRDefault="00000000" w:rsidRPr="00000000" w14:paraId="000001B5">
      <w:pPr>
        <w:ind w:firstLine="720"/>
        <w:rPr/>
      </w:pPr>
      <w:r w:rsidDel="00000000" w:rsidR="00000000" w:rsidRPr="00000000">
        <w:rPr>
          <w:rtl w:val="0"/>
        </w:rPr>
        <w:t xml:space="preserve">Wilcox’s voice was direct and commanding, cutting through the tension in the room. “You’ve completed your two-week patrol school. We’ve done everything we can in the classroom to prepare you for what’s out there. But now it’s time to put that into practice. Keep your head on a swivel, listen to your FTOs, and stay sharp. Do that, and you might just make it.”</w:t>
      </w:r>
    </w:p>
    <w:p w:rsidR="00000000" w:rsidDel="00000000" w:rsidP="00000000" w:rsidRDefault="00000000" w:rsidRPr="00000000" w14:paraId="000001B6">
      <w:pPr>
        <w:ind w:firstLine="720"/>
        <w:rPr/>
      </w:pPr>
      <w:r w:rsidDel="00000000" w:rsidR="00000000" w:rsidRPr="00000000">
        <w:rPr>
          <w:rtl w:val="0"/>
        </w:rPr>
        <w:t xml:space="preserve">He paused, letting the weight of his words sink in. “And one more thing—remember your ‘fight for your life’ training? That wasn’t just Academy fluff. You’ve got to have the mindset to survive out there. LA County is one of the most dangerous places in the country to be a cop. Half of you won’t make it to retirement—whether it’s because of injury, death, or misconduct. Don’t end up on the wrong half.”</w:t>
      </w:r>
    </w:p>
    <w:p w:rsidR="00000000" w:rsidDel="00000000" w:rsidP="00000000" w:rsidRDefault="00000000" w:rsidRPr="00000000" w14:paraId="000001B7">
      <w:pPr>
        <w:ind w:firstLine="720"/>
        <w:rPr/>
      </w:pPr>
      <w:r w:rsidDel="00000000" w:rsidR="00000000" w:rsidRPr="00000000">
        <w:rPr>
          <w:rtl w:val="0"/>
        </w:rPr>
        <w:t xml:space="preserve">The room went silent as Wilcox stepped back from the podium. The reality of what they were about to face had hit full force. These weren’t just words—they were warnings.</w:t>
      </w:r>
    </w:p>
    <w:p w:rsidR="00000000" w:rsidDel="00000000" w:rsidP="00000000" w:rsidRDefault="00000000" w:rsidRPr="00000000" w14:paraId="000001B8">
      <w:pPr>
        <w:ind w:firstLine="720"/>
        <w:rPr/>
      </w:pPr>
      <w:r w:rsidDel="00000000" w:rsidR="00000000" w:rsidRPr="00000000">
        <w:rPr>
          <w:rtl w:val="0"/>
        </w:rPr>
        <w:t xml:space="preserve">“You’re dismissed. Come see me in my office to get your shift assignments,” Wilcox added, before turning and walking out of the room.</w:t>
      </w:r>
    </w:p>
    <w:p w:rsidR="00000000" w:rsidDel="00000000" w:rsidP="00000000" w:rsidRDefault="00000000" w:rsidRPr="00000000" w14:paraId="000001B9">
      <w:pPr>
        <w:ind w:firstLine="720"/>
        <w:rPr/>
      </w:pPr>
      <w:r w:rsidDel="00000000" w:rsidR="00000000" w:rsidRPr="00000000">
        <w:rPr>
          <w:rtl w:val="0"/>
        </w:rPr>
        <w:t xml:space="preserve">Steele turned to Grant as they both stood up. “Well, there it is. No turning back now.”</w:t>
      </w:r>
    </w:p>
    <w:p w:rsidR="00000000" w:rsidDel="00000000" w:rsidP="00000000" w:rsidRDefault="00000000" w:rsidRPr="00000000" w14:paraId="000001BA">
      <w:pPr>
        <w:ind w:firstLine="720"/>
        <w:rPr/>
      </w:pPr>
      <w:r w:rsidDel="00000000" w:rsidR="00000000" w:rsidRPr="00000000">
        <w:rPr>
          <w:rtl w:val="0"/>
        </w:rPr>
        <w:t xml:space="preserve">Grant smirked, his nerves showing through. “Guess we’re about to find out what we’re made of.”</w:t>
      </w:r>
    </w:p>
    <w:p w:rsidR="00000000" w:rsidDel="00000000" w:rsidP="00000000" w:rsidRDefault="00000000" w:rsidRPr="00000000" w14:paraId="000001BB">
      <w:pPr>
        <w:ind w:firstLine="720"/>
        <w:rPr/>
      </w:pPr>
      <w:r w:rsidDel="00000000" w:rsidR="00000000" w:rsidRPr="00000000">
        <w:rPr>
          <w:rtl w:val="0"/>
        </w:rPr>
        <w:t xml:space="preserve">Steele clapped him on the back. “Let’s go get those assignments, bro. Time to hit the streets.”</w:t>
      </w:r>
    </w:p>
    <w:p w:rsidR="00000000" w:rsidDel="00000000" w:rsidP="00000000" w:rsidRDefault="00000000" w:rsidRPr="00000000" w14:paraId="000001BC">
      <w:pPr>
        <w:ind w:firstLine="720"/>
        <w:rPr/>
      </w:pPr>
      <w:r w:rsidDel="00000000" w:rsidR="00000000" w:rsidRPr="00000000">
        <w:rPr>
          <w:rtl w:val="0"/>
        </w:rPr>
        <w:t xml:space="preserve">***</w:t>
      </w:r>
    </w:p>
    <w:p w:rsidR="00000000" w:rsidDel="00000000" w:rsidP="00000000" w:rsidRDefault="00000000" w:rsidRPr="00000000" w14:paraId="000001BD">
      <w:pPr>
        <w:ind w:firstLine="720"/>
        <w:rPr/>
      </w:pPr>
      <w:r w:rsidDel="00000000" w:rsidR="00000000" w:rsidRPr="00000000">
        <w:rPr>
          <w:rtl w:val="0"/>
        </w:rPr>
        <w:t xml:space="preserve">After class was dismissed, Steele and Grant made their way to Wilcox’s office for their patrol assignments. The door was open, and they walked in to find Wilcox seated behind his desk, his posture as sharp as ever.</w:t>
      </w:r>
    </w:p>
    <w:p w:rsidR="00000000" w:rsidDel="00000000" w:rsidP="00000000" w:rsidRDefault="00000000" w:rsidRPr="00000000" w14:paraId="000001BE">
      <w:pPr>
        <w:ind w:firstLine="720"/>
        <w:rPr/>
      </w:pPr>
      <w:r w:rsidDel="00000000" w:rsidR="00000000" w:rsidRPr="00000000">
        <w:rPr>
          <w:rtl w:val="0"/>
        </w:rPr>
        <w:t xml:space="preserve">“Gentlemen. Good to see you. Have a seat, close the door,” Wilcox said, gesturing to the chairs in front of him.</w:t>
      </w:r>
    </w:p>
    <w:p w:rsidR="00000000" w:rsidDel="00000000" w:rsidP="00000000" w:rsidRDefault="00000000" w:rsidRPr="00000000" w14:paraId="000001BF">
      <w:pPr>
        <w:ind w:firstLine="720"/>
        <w:rPr/>
      </w:pPr>
      <w:r w:rsidDel="00000000" w:rsidR="00000000" w:rsidRPr="00000000">
        <w:rPr>
          <w:rtl w:val="0"/>
        </w:rPr>
        <w:t xml:space="preserve">Steele closed the door, and both men sat down.</w:t>
      </w:r>
    </w:p>
    <w:p w:rsidR="00000000" w:rsidDel="00000000" w:rsidP="00000000" w:rsidRDefault="00000000" w:rsidRPr="00000000" w14:paraId="000001C0">
      <w:pPr>
        <w:ind w:firstLine="720"/>
        <w:rPr/>
      </w:pPr>
      <w:r w:rsidDel="00000000" w:rsidR="00000000" w:rsidRPr="00000000">
        <w:rPr>
          <w:rtl w:val="0"/>
        </w:rPr>
        <w:t xml:space="preserve">Wilcox leaned forward, his eyes locking on them. “Listen, you two did great in the Academy, and I’ve been hearing good things about your time at MCJ. Now, you’re headed to my old stomping grounds—Century Station. I stuck my neck out for you guys and called in some favors with my people there. I want to make sure you both get trained by the right FTOs—people who know what they’re doing. Century’s a family, and it matters who you’re trained by. You’re going to early morning shift, and both of you have excellent FTOs, inked guys. One of them was even my trainee back in the day. Do what they say, stay safe, and if you need anything, don’t hesitate to call.” Wilcox slid a small slip of paper with his personal cell number across the desk.</w:t>
      </w:r>
    </w:p>
    <w:p w:rsidR="00000000" w:rsidDel="00000000" w:rsidP="00000000" w:rsidRDefault="00000000" w:rsidRPr="00000000" w14:paraId="000001C1">
      <w:pPr>
        <w:ind w:firstLine="720"/>
        <w:rPr/>
      </w:pPr>
      <w:r w:rsidDel="00000000" w:rsidR="00000000" w:rsidRPr="00000000">
        <w:rPr>
          <w:rtl w:val="0"/>
        </w:rPr>
        <w:t xml:space="preserve">Steele picked it up and nodded. “We appreciate it, Sir. We won’t let you down.”</w:t>
      </w:r>
    </w:p>
    <w:p w:rsidR="00000000" w:rsidDel="00000000" w:rsidP="00000000" w:rsidRDefault="00000000" w:rsidRPr="00000000" w14:paraId="000001C2">
      <w:pPr>
        <w:ind w:firstLine="720"/>
        <w:rPr/>
      </w:pPr>
      <w:r w:rsidDel="00000000" w:rsidR="00000000" w:rsidRPr="00000000">
        <w:rPr>
          <w:rtl w:val="0"/>
        </w:rPr>
        <w:t xml:space="preserve">“See that you don’t,” Wilcox replied, his face softening just a little. “Now, get out of here and get ready. You’ve got some work ahead of you.”</w:t>
      </w:r>
    </w:p>
    <w:p w:rsidR="00000000" w:rsidDel="00000000" w:rsidP="00000000" w:rsidRDefault="00000000" w:rsidRPr="00000000" w14:paraId="000001C3">
      <w:pPr>
        <w:ind w:firstLine="720"/>
        <w:rPr/>
      </w:pPr>
      <w:r w:rsidDel="00000000" w:rsidR="00000000" w:rsidRPr="00000000">
        <w:rPr>
          <w:rtl w:val="0"/>
        </w:rPr>
        <w:t xml:space="preserve">Steele and Grant stood up, gave Wilcox a quick nod, and headed out of the office toward the locker room. As they walked, Steele turned to Grant, his tone serious.</w:t>
      </w:r>
    </w:p>
    <w:p w:rsidR="00000000" w:rsidDel="00000000" w:rsidP="00000000" w:rsidRDefault="00000000" w:rsidRPr="00000000" w14:paraId="000001C4">
      <w:pPr>
        <w:ind w:firstLine="720"/>
        <w:rPr/>
      </w:pPr>
      <w:r w:rsidDel="00000000" w:rsidR="00000000" w:rsidRPr="00000000">
        <w:rPr>
          <w:rtl w:val="0"/>
        </w:rPr>
        <w:t xml:space="preserve">“Look, man, you know how this works—earning ink in the department is everything. At Century, they don’t play around. If you don’t get the right FTO, you’re not getting inked, plain and simple. They’ve already vetted everyone coming in, so they know where we stand. They know what our peers think of us, what our sergeants think of us. And there are only two reasons someone gets assigned to an inked FTO—either they see potential, or they want to weed you out.”</w:t>
      </w:r>
    </w:p>
    <w:p w:rsidR="00000000" w:rsidDel="00000000" w:rsidP="00000000" w:rsidRDefault="00000000" w:rsidRPr="00000000" w14:paraId="000001C5">
      <w:pPr>
        <w:ind w:firstLine="720"/>
        <w:rPr/>
      </w:pPr>
      <w:r w:rsidDel="00000000" w:rsidR="00000000" w:rsidRPr="00000000">
        <w:rPr>
          <w:rtl w:val="0"/>
        </w:rPr>
        <w:t xml:space="preserve">Grant nodded, understanding the weight of Steele’s words. Steele had spent months schooling him on the legacy of “getting ink” in the Los Angeles County Sheriff’s Department. Over the years, many of the department’s stations had developed their own unique station tattoos. It wasn’t just about having a tattoo—it was a symbol of brotherhood and pride, a badge of honor that only the best earned.</w:t>
      </w:r>
    </w:p>
    <w:p w:rsidR="00000000" w:rsidDel="00000000" w:rsidP="00000000" w:rsidRDefault="00000000" w:rsidRPr="00000000" w14:paraId="000001C6">
      <w:pPr>
        <w:ind w:firstLine="720"/>
        <w:rPr/>
      </w:pPr>
      <w:r w:rsidDel="00000000" w:rsidR="00000000" w:rsidRPr="00000000">
        <w:rPr>
          <w:rtl w:val="0"/>
        </w:rPr>
        <w:t xml:space="preserve">At Century Station, the tattoo was a skeleton cowboy, signifying the "Cowboys"—the nickname for deputies who earned their place at the station. The ink was placed on the inside of the left ankle, identical for each member except for a sequential number underneath, signifying their order of entry. To be invited to get inked, you needed a unanimous vote from all active inked deputies. A single “no” from any of them, and you were out.</w:t>
      </w:r>
    </w:p>
    <w:p w:rsidR="00000000" w:rsidDel="00000000" w:rsidP="00000000" w:rsidRDefault="00000000" w:rsidRPr="00000000" w14:paraId="000001C7">
      <w:pPr>
        <w:ind w:firstLine="720"/>
        <w:rPr/>
      </w:pPr>
      <w:r w:rsidDel="00000000" w:rsidR="00000000" w:rsidRPr="00000000">
        <w:rPr>
          <w:rtl w:val="0"/>
        </w:rPr>
        <w:t xml:space="preserve">Steele continued, “The media’s twisted it, calling it a ‘deputy gang’ in the past, but they’ve got no clue. This isn’t some gang—it’s about being the best. The guys with ink are the ones making the biggest arrests, doing the hardest work. It’s more like the military with unit tattoos—something that shows how much the brotherhood means.”</w:t>
      </w:r>
    </w:p>
    <w:p w:rsidR="00000000" w:rsidDel="00000000" w:rsidP="00000000" w:rsidRDefault="00000000" w:rsidRPr="00000000" w14:paraId="000001C8">
      <w:pPr>
        <w:ind w:firstLine="720"/>
        <w:rPr/>
      </w:pPr>
      <w:r w:rsidDel="00000000" w:rsidR="00000000" w:rsidRPr="00000000">
        <w:rPr>
          <w:rtl w:val="0"/>
        </w:rPr>
        <w:t xml:space="preserve">Grant raised an eyebrow, thinking it over. “So, getting inked... it’s not just a symbol. It’s like your entire career rides on it.”</w:t>
      </w:r>
    </w:p>
    <w:p w:rsidR="00000000" w:rsidDel="00000000" w:rsidP="00000000" w:rsidRDefault="00000000" w:rsidRPr="00000000" w14:paraId="000001C9">
      <w:pPr>
        <w:ind w:firstLine="720"/>
        <w:rPr/>
      </w:pPr>
      <w:r w:rsidDel="00000000" w:rsidR="00000000" w:rsidRPr="00000000">
        <w:rPr>
          <w:rtl w:val="0"/>
        </w:rPr>
        <w:t xml:space="preserve">“Exactly,” Steele said, nodding. “You get inked at Century? That follows you forever. Any other inked deputy will have your back, wherever you end up. It opens doors—assignments, promotions, transfers—you name it. It’s an unofficial hierarchy, but trust me, it’s real. And it holds this place together.”</w:t>
      </w:r>
    </w:p>
    <w:p w:rsidR="00000000" w:rsidDel="00000000" w:rsidP="00000000" w:rsidRDefault="00000000" w:rsidRPr="00000000" w14:paraId="000001CA">
      <w:pPr>
        <w:ind w:firstLine="720"/>
        <w:rPr/>
      </w:pPr>
      <w:r w:rsidDel="00000000" w:rsidR="00000000" w:rsidRPr="00000000">
        <w:rPr>
          <w:rtl w:val="0"/>
        </w:rPr>
        <w:t xml:space="preserve">Steele paused, his face growing more serious. “Here’s the thing, Grant. The department is split into two teams. On one side, you’ve got the admin weenies—the ones who want to climb the ladder as fast as they can to avoid the streets. On the other side, you’ve got the hard chargers—the ones who want to get out there, catch the bad guys, and put them away. The two sides don’t get along, and the admin types tend to promote faster, which is why they’re usually in charge.”</w:t>
      </w:r>
    </w:p>
    <w:p w:rsidR="00000000" w:rsidDel="00000000" w:rsidP="00000000" w:rsidRDefault="00000000" w:rsidRPr="00000000" w14:paraId="000001CB">
      <w:pPr>
        <w:ind w:firstLine="720"/>
        <w:rPr/>
      </w:pPr>
      <w:r w:rsidDel="00000000" w:rsidR="00000000" w:rsidRPr="00000000">
        <w:rPr>
          <w:rtl w:val="0"/>
        </w:rPr>
        <w:t xml:space="preserve">Grant chuckled, “So, we’re on the hard charger side, right?”</w:t>
      </w:r>
    </w:p>
    <w:p w:rsidR="00000000" w:rsidDel="00000000" w:rsidP="00000000" w:rsidRDefault="00000000" w:rsidRPr="00000000" w14:paraId="000001CC">
      <w:pPr>
        <w:ind w:firstLine="720"/>
        <w:rPr/>
      </w:pPr>
      <w:r w:rsidDel="00000000" w:rsidR="00000000" w:rsidRPr="00000000">
        <w:rPr>
          <w:rtl w:val="0"/>
        </w:rPr>
        <w:t xml:space="preserve">“Damn straight,” Steele replied. “That’s why we need to earn our ink. Once we do, we’re part of something bigger than the bullshit politics. It’s the only way we stick together and survive out there.”</w:t>
      </w:r>
    </w:p>
    <w:p w:rsidR="00000000" w:rsidDel="00000000" w:rsidP="00000000" w:rsidRDefault="00000000" w:rsidRPr="00000000" w14:paraId="000001CD">
      <w:pPr>
        <w:ind w:firstLine="720"/>
        <w:rPr/>
      </w:pPr>
      <w:r w:rsidDel="00000000" w:rsidR="00000000" w:rsidRPr="00000000">
        <w:rPr>
          <w:rtl w:val="0"/>
        </w:rPr>
        <w:t xml:space="preserve">Grant nodded, the weight of what they were stepping into finally sinking in. “Let’s do this, bro.”</w:t>
      </w:r>
    </w:p>
    <w:p w:rsidR="00000000" w:rsidDel="00000000" w:rsidP="00000000" w:rsidRDefault="00000000" w:rsidRPr="00000000" w14:paraId="000001CE">
      <w:pPr>
        <w:ind w:firstLine="720"/>
        <w:rPr/>
      </w:pPr>
      <w:r w:rsidDel="00000000" w:rsidR="00000000" w:rsidRPr="00000000">
        <w:rPr>
          <w:rtl w:val="0"/>
        </w:rPr>
        <w:t xml:space="preserve">Steele clapped Grant on the shoulder. “We’ve got this. Now let’s get ready for Century. It’s about to get real.”</w:t>
      </w:r>
    </w:p>
    <w:p w:rsidR="00000000" w:rsidDel="00000000" w:rsidP="00000000" w:rsidRDefault="00000000" w:rsidRPr="00000000" w14:paraId="000001CF">
      <w:pPr>
        <w:ind w:firstLine="720"/>
        <w:rPr/>
      </w:pPr>
      <w:r w:rsidDel="00000000" w:rsidR="00000000" w:rsidRPr="00000000">
        <w:rPr>
          <w:rtl w:val="0"/>
        </w:rPr>
        <w:t xml:space="preserve">***</w:t>
      </w:r>
    </w:p>
    <w:p w:rsidR="00000000" w:rsidDel="00000000" w:rsidP="00000000" w:rsidRDefault="00000000" w:rsidRPr="00000000" w14:paraId="000001D0">
      <w:pPr>
        <w:ind w:firstLine="720"/>
        <w:rPr/>
      </w:pPr>
      <w:r w:rsidDel="00000000" w:rsidR="00000000" w:rsidRPr="00000000">
        <w:rPr>
          <w:rtl w:val="0"/>
        </w:rPr>
        <w:t xml:space="preserve">Steele and Grant sat in the living room of their townhouse, the floor cluttered with gear laid out in front of them. They were organizing their “war bags,” large black equipment bags designed to carry everything they’d need for patrol. Inside, compartments held clipboards, flex cuffs, file folders packed with department forms, PR-24 batons, penal and traffic code books, maps, extra food, ammo, helmets, flashlights, gas masks, and more. Alongside the war bags were their “go bags,” smaller bags kept in the front of the patrol car for quick access. These contained spit masks, extra magazines, shotgun shells, rubber gloves, hobble restraints, and more.</w:t>
      </w:r>
    </w:p>
    <w:p w:rsidR="00000000" w:rsidDel="00000000" w:rsidP="00000000" w:rsidRDefault="00000000" w:rsidRPr="00000000" w14:paraId="000001D1">
      <w:pPr>
        <w:ind w:firstLine="720"/>
        <w:rPr/>
      </w:pPr>
      <w:r w:rsidDel="00000000" w:rsidR="00000000" w:rsidRPr="00000000">
        <w:rPr>
          <w:rtl w:val="0"/>
        </w:rPr>
        <w:t xml:space="preserve">“We’re expected to have all this gear on hand and know exactly where everything is,” Steele explained as he zipped up one of the bags. “When a deputy needs a form or something from your bag, you’d better be able to find it in seconds. Our patrol car’s gotta be an office on wheels and a mobile armory if we end up in a gunfight or some kind of critical incident.”</w:t>
      </w:r>
    </w:p>
    <w:p w:rsidR="00000000" w:rsidDel="00000000" w:rsidP="00000000" w:rsidRDefault="00000000" w:rsidRPr="00000000" w14:paraId="000001D2">
      <w:pPr>
        <w:ind w:firstLine="720"/>
        <w:rPr/>
      </w:pPr>
      <w:r w:rsidDel="00000000" w:rsidR="00000000" w:rsidRPr="00000000">
        <w:rPr>
          <w:rtl w:val="0"/>
        </w:rPr>
        <w:t xml:space="preserve">Grant looked over at his own gear, a bit overwhelmed. “Man, I’m glad we’re roommates. No way I’d be this squared away without your experience from working the station. I owe you.”</w:t>
      </w:r>
    </w:p>
    <w:p w:rsidR="00000000" w:rsidDel="00000000" w:rsidP="00000000" w:rsidRDefault="00000000" w:rsidRPr="00000000" w14:paraId="000001D3">
      <w:pPr>
        <w:ind w:firstLine="720"/>
        <w:rPr/>
      </w:pPr>
      <w:r w:rsidDel="00000000" w:rsidR="00000000" w:rsidRPr="00000000">
        <w:rPr>
          <w:rtl w:val="0"/>
        </w:rPr>
        <w:t xml:space="preserve">Steele smiled, shaking his head. “You don’t owe me anything, man. Being prepared is half the battle. It’s just going to make things easier when we’re out there trying to learn the job. I know how to do reports and follow policy, but actually being out there, boots on the ground, it’s a different beast.”</w:t>
      </w:r>
    </w:p>
    <w:p w:rsidR="00000000" w:rsidDel="00000000" w:rsidP="00000000" w:rsidRDefault="00000000" w:rsidRPr="00000000" w14:paraId="000001D4">
      <w:pPr>
        <w:ind w:firstLine="720"/>
        <w:rPr/>
      </w:pPr>
      <w:r w:rsidDel="00000000" w:rsidR="00000000" w:rsidRPr="00000000">
        <w:rPr>
          <w:rtl w:val="0"/>
        </w:rPr>
        <w:t xml:space="preserve">Grant nodded. “I still can’t believe we got the same shift assignment with the same days off. Makes life easier. But there’s no way we can pull off carpooling, right? We’re gonna be stuck at the station for an extra 20 hours a week minimum, and who knows when we’ll be staying over.”</w:t>
      </w:r>
    </w:p>
    <w:p w:rsidR="00000000" w:rsidDel="00000000" w:rsidP="00000000" w:rsidRDefault="00000000" w:rsidRPr="00000000" w14:paraId="000001D5">
      <w:pPr>
        <w:ind w:firstLine="720"/>
        <w:rPr/>
      </w:pPr>
      <w:r w:rsidDel="00000000" w:rsidR="00000000" w:rsidRPr="00000000">
        <w:rPr>
          <w:rtl w:val="0"/>
        </w:rPr>
        <w:t xml:space="preserve">Steele chuckled. “Yeah, no chance. Carpool’s a good idea in theory, but with how unpredictable this job is, we’d just be leaving each other stranded. Better to drive ourselves and have that flexibility.”</w:t>
      </w:r>
    </w:p>
    <w:p w:rsidR="00000000" w:rsidDel="00000000" w:rsidP="00000000" w:rsidRDefault="00000000" w:rsidRPr="00000000" w14:paraId="000001D6">
      <w:pPr>
        <w:ind w:firstLine="720"/>
        <w:rPr/>
      </w:pPr>
      <w:r w:rsidDel="00000000" w:rsidR="00000000" w:rsidRPr="00000000">
        <w:rPr>
          <w:rtl w:val="0"/>
        </w:rPr>
        <w:t xml:space="preserve">Grant zipped up his go bag and tossed it aside. “Alright, man, I think we’re set with the gear. Let’s call it a night and rest up for tomorrow—first shift.”</w:t>
      </w:r>
    </w:p>
    <w:p w:rsidR="00000000" w:rsidDel="00000000" w:rsidP="00000000" w:rsidRDefault="00000000" w:rsidRPr="00000000" w14:paraId="000001D7">
      <w:pPr>
        <w:ind w:firstLine="720"/>
        <w:rPr/>
      </w:pPr>
      <w:r w:rsidDel="00000000" w:rsidR="00000000" w:rsidRPr="00000000">
        <w:rPr>
          <w:rtl w:val="0"/>
        </w:rPr>
        <w:t xml:space="preserve">Steele nodded in agreement, standing up and stretching. “Night one, brother. Let’s get ready to hit the ground running.”</w:t>
      </w:r>
    </w:p>
    <w:p w:rsidR="00000000" w:rsidDel="00000000" w:rsidP="00000000" w:rsidRDefault="00000000" w:rsidRPr="00000000" w14:paraId="000001D8">
      <w:pPr>
        <w:ind w:firstLine="720"/>
        <w:rPr/>
      </w:pPr>
      <w:r w:rsidDel="00000000" w:rsidR="00000000" w:rsidRPr="00000000">
        <w:rPr>
          <w:rtl w:val="0"/>
        </w:rPr>
        <w:t xml:space="preserve">The two of them exchanged a final glance, knowing that the real test was just hours away. Tomorrow, the patrol cars, the radio calls, and the streets would be theirs to navigate.</w:t>
      </w:r>
    </w:p>
    <w:p w:rsidR="00000000" w:rsidDel="00000000" w:rsidP="00000000" w:rsidRDefault="00000000" w:rsidRPr="00000000" w14:paraId="000001D9">
      <w:pPr>
        <w:ind w:firstLine="720"/>
        <w:rPr/>
      </w:pPr>
      <w:r w:rsidDel="00000000" w:rsidR="00000000" w:rsidRPr="00000000">
        <w:rPr>
          <w:rtl w:val="0"/>
        </w:rPr>
        <w:t xml:space="preserve">***</w:t>
      </w:r>
    </w:p>
    <w:p w:rsidR="00000000" w:rsidDel="00000000" w:rsidP="00000000" w:rsidRDefault="00000000" w:rsidRPr="00000000" w14:paraId="000001DA">
      <w:pPr>
        <w:ind w:firstLine="720"/>
        <w:rPr/>
      </w:pPr>
      <w:r w:rsidDel="00000000" w:rsidR="00000000" w:rsidRPr="00000000">
        <w:rPr>
          <w:rtl w:val="0"/>
        </w:rPr>
        <w:t xml:space="preserve">Steele and Grant left their Long Beach home at around 1900 hours. Their shift officially started at 2100 and ended at 0700, but they left early to get to the station, meet their Field Training Officers (FTOs), and settle in. As they left the comfort of their Belmont Shore neighborhood and drove toward South Central LA, the reality of what lay ahead weighed heavily on Steele.</w:t>
      </w:r>
    </w:p>
    <w:p w:rsidR="00000000" w:rsidDel="00000000" w:rsidP="00000000" w:rsidRDefault="00000000" w:rsidRPr="00000000" w14:paraId="000001DB">
      <w:pPr>
        <w:ind w:firstLine="720"/>
        <w:rPr/>
      </w:pPr>
      <w:r w:rsidDel="00000000" w:rsidR="00000000" w:rsidRPr="00000000">
        <w:rPr>
          <w:rtl w:val="0"/>
        </w:rPr>
        <w:t xml:space="preserve">Century Station was only a short twenty-minute commute without much traffic, but it might as well have been in another world. The area they were heading into was the birthplace of LA's infamous street gangs. Both the Bloods and the Crips were founded within two miles of the station parking lot. Century itself stood directly across from the Imperial Courts Housing Projects in Watts, an area infamous for its violent crime. Every inch of Century's patrol zone was claimed by a gang, where crossing into the wrong territory could cost someone their life.</w:t>
      </w:r>
    </w:p>
    <w:p w:rsidR="00000000" w:rsidDel="00000000" w:rsidP="00000000" w:rsidRDefault="00000000" w:rsidRPr="00000000" w14:paraId="000001DC">
      <w:pPr>
        <w:ind w:firstLine="720"/>
        <w:rPr/>
      </w:pPr>
      <w:r w:rsidDel="00000000" w:rsidR="00000000" w:rsidRPr="00000000">
        <w:rPr>
          <w:rtl w:val="0"/>
        </w:rPr>
        <w:t xml:space="preserve">The scars of the 1992 Rodney King riots were still visible. Burned-down businesses left behind empty lots; those that remained were mostly liquor stores, churches, gas stations, and fast-food joints. There were no malls, auto centers, or recreational businesses. The streets were lined with abandoned vehicles, graffiti, stray dogs, and patrolled by both gang members and deputies alike.</w:t>
      </w:r>
    </w:p>
    <w:p w:rsidR="00000000" w:rsidDel="00000000" w:rsidP="00000000" w:rsidRDefault="00000000" w:rsidRPr="00000000" w14:paraId="000001DD">
      <w:pPr>
        <w:ind w:firstLine="720"/>
        <w:rPr/>
      </w:pPr>
      <w:r w:rsidDel="00000000" w:rsidR="00000000" w:rsidRPr="00000000">
        <w:rPr>
          <w:rtl w:val="0"/>
        </w:rPr>
        <w:t xml:space="preserve">Steele cranked up a Metallica song on the stereo as they got off the 710 Freeway and entered Lynwood. The blaring music pumped his adrenaline, but as he glanced out the window, the scenery made him feel like a foreigner. It wasn’t just a different part of the county; it was an entirely different reality.</w:t>
      </w:r>
    </w:p>
    <w:p w:rsidR="00000000" w:rsidDel="00000000" w:rsidP="00000000" w:rsidRDefault="00000000" w:rsidRPr="00000000" w14:paraId="000001DE">
      <w:pPr>
        <w:ind w:firstLine="720"/>
        <w:rPr/>
      </w:pPr>
      <w:r w:rsidDel="00000000" w:rsidR="00000000" w:rsidRPr="00000000">
        <w:rPr>
          <w:rtl w:val="0"/>
        </w:rPr>
        <w:t xml:space="preserve">Driving down Imperial Highway, Steele crossed Alameda Avenue and made the turn toward Century Station. The station shared its property with a courthouse and a jail, CRDF, which was mostly closed at that time. He rolled up to the 12-foot sliding security gate at the back of the lot and entered the access code. The gate creaked open, and Steele pulled his truck into the parking area, carefully choosing a spot as far away from the station as possible. The last thing he needed was to take a favorite parking spot of a seasoned patrol deputy on his first day.</w:t>
      </w:r>
    </w:p>
    <w:p w:rsidR="00000000" w:rsidDel="00000000" w:rsidP="00000000" w:rsidRDefault="00000000" w:rsidRPr="00000000" w14:paraId="000001DF">
      <w:pPr>
        <w:ind w:firstLine="720"/>
        <w:rPr/>
      </w:pPr>
      <w:r w:rsidDel="00000000" w:rsidR="00000000" w:rsidRPr="00000000">
        <w:rPr>
          <w:rtl w:val="0"/>
        </w:rPr>
        <w:t xml:space="preserve">Steele lugged his gear to an outside locker he had already been assigned to, stowing it away. He wore a white t-shirt, jeans, and his Beretta 92-F tucked into his belt. With a backpack containing some essentials and a handful of freshly dry-cleaned uniforms, he entered the station through the back door, feeling a bit lost as he walked inside for the first time.</w:t>
      </w:r>
    </w:p>
    <w:p w:rsidR="00000000" w:rsidDel="00000000" w:rsidP="00000000" w:rsidRDefault="00000000" w:rsidRPr="00000000" w14:paraId="000001E0">
      <w:pPr>
        <w:ind w:firstLine="720"/>
        <w:rPr/>
      </w:pPr>
      <w:r w:rsidDel="00000000" w:rsidR="00000000" w:rsidRPr="00000000">
        <w:rPr>
          <w:rtl w:val="0"/>
        </w:rPr>
        <w:t xml:space="preserve">Steele headed down a long hallway, looking for the Watch Commander's office and, hopefully, the locker room. His presence screamed "trainee," and he knew it. It was only 1930 hours, so he had 90 minutes to get squared away. As he walked through the hallway, he noticed portraits of deputies in uniform lining the walls. There were at least a dozen of them, each with a brass plaque underneath bearing the deputy's name and EOW (End of Watch) date.</w:t>
      </w:r>
    </w:p>
    <w:p w:rsidR="00000000" w:rsidDel="00000000" w:rsidP="00000000" w:rsidRDefault="00000000" w:rsidRPr="00000000" w14:paraId="000001E1">
      <w:pPr>
        <w:ind w:firstLine="720"/>
        <w:rPr/>
      </w:pPr>
      <w:r w:rsidDel="00000000" w:rsidR="00000000" w:rsidRPr="00000000">
        <w:rPr>
          <w:rtl w:val="0"/>
        </w:rPr>
        <w:t xml:space="preserve">“Holy fuck, this is the memorial hallway,” Steele muttered under his breath, realizing he was in the section of the station honoring deputies who had died in the line of duty. Century Station had lost more deputies than any other station in the department.</w:t>
      </w:r>
    </w:p>
    <w:p w:rsidR="00000000" w:rsidDel="00000000" w:rsidP="00000000" w:rsidRDefault="00000000" w:rsidRPr="00000000" w14:paraId="000001E2">
      <w:pPr>
        <w:ind w:firstLine="720"/>
        <w:rPr/>
      </w:pPr>
      <w:r w:rsidDel="00000000" w:rsidR="00000000" w:rsidRPr="00000000">
        <w:rPr>
          <w:rtl w:val="0"/>
        </w:rPr>
        <w:t xml:space="preserve">Just then, a deputy at the end of the hallway turned around and started walking briskly toward him.</w:t>
      </w:r>
    </w:p>
    <w:p w:rsidR="00000000" w:rsidDel="00000000" w:rsidP="00000000" w:rsidRDefault="00000000" w:rsidRPr="00000000" w14:paraId="000001E3">
      <w:pPr>
        <w:ind w:firstLine="720"/>
        <w:rPr/>
      </w:pPr>
      <w:r w:rsidDel="00000000" w:rsidR="00000000" w:rsidRPr="00000000">
        <w:rPr>
          <w:rtl w:val="0"/>
        </w:rPr>
        <w:t xml:space="preserve">"Hey, trainee! What the fuck do you think you're doing?" the deputy barked, his voice echoing off the hallway walls.</w:t>
      </w:r>
    </w:p>
    <w:p w:rsidR="00000000" w:rsidDel="00000000" w:rsidP="00000000" w:rsidRDefault="00000000" w:rsidRPr="00000000" w14:paraId="000001E4">
      <w:pPr>
        <w:ind w:firstLine="720"/>
        <w:rPr/>
      </w:pPr>
      <w:r w:rsidDel="00000000" w:rsidR="00000000" w:rsidRPr="00000000">
        <w:rPr>
          <w:rtl w:val="0"/>
        </w:rPr>
        <w:t xml:space="preserve">Steele snapped to attention. "Sir, I’m looking for the locker room. It's my first day."</w:t>
      </w:r>
    </w:p>
    <w:p w:rsidR="00000000" w:rsidDel="00000000" w:rsidP="00000000" w:rsidRDefault="00000000" w:rsidRPr="00000000" w14:paraId="000001E5">
      <w:pPr>
        <w:ind w:firstLine="720"/>
        <w:rPr/>
      </w:pPr>
      <w:r w:rsidDel="00000000" w:rsidR="00000000" w:rsidRPr="00000000">
        <w:rPr>
          <w:rtl w:val="0"/>
        </w:rPr>
        <w:t xml:space="preserve">“No fucking shit it’s your first day, boot,” the deputy shot back. “The locker room is the other way. Turn around and make your first left. And stay the fuck out of the memorial hallway; you haven’t earned it.”</w:t>
      </w:r>
    </w:p>
    <w:p w:rsidR="00000000" w:rsidDel="00000000" w:rsidP="00000000" w:rsidRDefault="00000000" w:rsidRPr="00000000" w14:paraId="000001E6">
      <w:pPr>
        <w:ind w:firstLine="720"/>
        <w:rPr/>
      </w:pPr>
      <w:r w:rsidDel="00000000" w:rsidR="00000000" w:rsidRPr="00000000">
        <w:rPr>
          <w:rtl w:val="0"/>
        </w:rPr>
        <w:t xml:space="preserve">“Yes, sir,” Steele responded, turning on his heels and hurrying down the hallway. His first screw-up was now officially on the books.</w:t>
      </w:r>
    </w:p>
    <w:p w:rsidR="00000000" w:rsidDel="00000000" w:rsidP="00000000" w:rsidRDefault="00000000" w:rsidRPr="00000000" w14:paraId="000001E7">
      <w:pPr>
        <w:ind w:firstLine="720"/>
        <w:rPr/>
      </w:pPr>
      <w:r w:rsidDel="00000000" w:rsidR="00000000" w:rsidRPr="00000000">
        <w:rPr>
          <w:rtl w:val="0"/>
        </w:rPr>
        <w:t xml:space="preserve">Finding the locker room, Steele sat down on the bench in front of his assigned locker. Moments later, Grant walked in and dropped his gear beside him.</w:t>
      </w:r>
    </w:p>
    <w:p w:rsidR="00000000" w:rsidDel="00000000" w:rsidP="00000000" w:rsidRDefault="00000000" w:rsidRPr="00000000" w14:paraId="000001E8">
      <w:pPr>
        <w:ind w:firstLine="720"/>
        <w:rPr/>
      </w:pPr>
      <w:r w:rsidDel="00000000" w:rsidR="00000000" w:rsidRPr="00000000">
        <w:rPr>
          <w:rtl w:val="0"/>
        </w:rPr>
        <w:t xml:space="preserve">“Well, at least we made it,” Steele said, shaking his head. “I already got yelled at for walking in the memorial hallway. Apparently, we’re not allowed in there.”</w:t>
      </w:r>
    </w:p>
    <w:p w:rsidR="00000000" w:rsidDel="00000000" w:rsidP="00000000" w:rsidRDefault="00000000" w:rsidRPr="00000000" w14:paraId="000001E9">
      <w:pPr>
        <w:ind w:firstLine="720"/>
        <w:rPr/>
      </w:pPr>
      <w:r w:rsidDel="00000000" w:rsidR="00000000" w:rsidRPr="00000000">
        <w:rPr>
          <w:rtl w:val="0"/>
        </w:rPr>
        <w:t xml:space="preserve">Grant laughed, clapping him on the shoulder. "Thanks for the heads up, brother. I’ll make sure to avoid that hallway."</w:t>
      </w:r>
    </w:p>
    <w:p w:rsidR="00000000" w:rsidDel="00000000" w:rsidP="00000000" w:rsidRDefault="00000000" w:rsidRPr="00000000" w14:paraId="000001EA">
      <w:pPr>
        <w:ind w:firstLine="720"/>
        <w:rPr/>
      </w:pPr>
      <w:r w:rsidDel="00000000" w:rsidR="00000000" w:rsidRPr="00000000">
        <w:rPr>
          <w:rtl w:val="0"/>
        </w:rPr>
        <w:t xml:space="preserve">The two changed into their uniforms, complete with tan shirts, green wool pants, and leather duty belts. Although newer nylon belts were approved, trainees were not allowed to wear them.</w:t>
      </w:r>
    </w:p>
    <w:p w:rsidR="00000000" w:rsidDel="00000000" w:rsidP="00000000" w:rsidRDefault="00000000" w:rsidRPr="00000000" w14:paraId="000001EB">
      <w:pPr>
        <w:ind w:firstLine="720"/>
        <w:rPr/>
      </w:pPr>
      <w:r w:rsidDel="00000000" w:rsidR="00000000" w:rsidRPr="00000000">
        <w:rPr>
          <w:rtl w:val="0"/>
        </w:rPr>
        <w:t xml:space="preserve">"Alright, bro," Steele said, adjusting his belt. "Let’s go find our units and get loaded up."</w:t>
      </w:r>
    </w:p>
    <w:p w:rsidR="00000000" w:rsidDel="00000000" w:rsidP="00000000" w:rsidRDefault="00000000" w:rsidRPr="00000000" w14:paraId="000001EC">
      <w:pPr>
        <w:ind w:firstLine="720"/>
        <w:rPr/>
      </w:pPr>
      <w:r w:rsidDel="00000000" w:rsidR="00000000" w:rsidRPr="00000000">
        <w:rPr>
          <w:rtl w:val="0"/>
        </w:rPr>
        <w:t xml:space="preserve">Grant nodded, taking a deep breath. “Let’s do this.”</w:t>
      </w:r>
    </w:p>
    <w:p w:rsidR="00000000" w:rsidDel="00000000" w:rsidP="00000000" w:rsidRDefault="00000000" w:rsidRPr="00000000" w14:paraId="000001ED">
      <w:pPr>
        <w:ind w:firstLine="720"/>
        <w:rPr/>
      </w:pPr>
      <w:r w:rsidDel="00000000" w:rsidR="00000000" w:rsidRPr="00000000">
        <w:rPr>
          <w:rtl w:val="0"/>
        </w:rPr>
        <w:t xml:space="preserve">They grabbed their war bags, shouldered their gear, and walked out of the locker room, ready to face their first night on patrol.</w:t>
      </w:r>
    </w:p>
    <w:p w:rsidR="00000000" w:rsidDel="00000000" w:rsidP="00000000" w:rsidRDefault="00000000" w:rsidRPr="00000000" w14:paraId="000001EE">
      <w:pPr>
        <w:ind w:firstLine="720"/>
        <w:rPr/>
      </w:pPr>
      <w:r w:rsidDel="00000000" w:rsidR="00000000" w:rsidRPr="00000000">
        <w:rPr>
          <w:rtl w:val="0"/>
        </w:rPr>
        <w:t xml:space="preserve">***</w:t>
      </w:r>
    </w:p>
    <w:p w:rsidR="00000000" w:rsidDel="00000000" w:rsidP="00000000" w:rsidRDefault="00000000" w:rsidRPr="00000000" w14:paraId="000001EF">
      <w:pPr>
        <w:ind w:firstLine="720"/>
        <w:rPr/>
      </w:pPr>
      <w:r w:rsidDel="00000000" w:rsidR="00000000" w:rsidRPr="00000000">
        <w:rPr>
          <w:rtl w:val="0"/>
        </w:rPr>
        <w:t xml:space="preserve">Steele managed to grab the "lineup" sheet from the Watch Commander's office, a crucial document detailing which deputies were assigned to which areas, along with their vehicle and radio assignments for the evening shift. Having this information was key; the trainees were expected to have their patrol cars fully loaded and ready to go before the shift briefing. If a hot call came in during the meeting, they needed to be out the door in seconds. This was a skill Steele was well-prepared for; his experience on countless ride-alongs, both as a deputy in the jail and a CSO in patrol, had familiarized him with the process. He knew how to load up vehicles, check weapons, and navigate the mobile data terminal (MDT) computers to receive dispatched calls.</w:t>
      </w:r>
    </w:p>
    <w:p w:rsidR="00000000" w:rsidDel="00000000" w:rsidP="00000000" w:rsidRDefault="00000000" w:rsidRPr="00000000" w14:paraId="000001F0">
      <w:pPr>
        <w:ind w:firstLine="720"/>
        <w:rPr/>
      </w:pPr>
      <w:r w:rsidDel="00000000" w:rsidR="00000000" w:rsidRPr="00000000">
        <w:rPr>
          <w:rtl w:val="0"/>
        </w:rPr>
        <w:t xml:space="preserve">“Here’s our lineup,” Steele said, handing a copy to Grant. "Looks like we're both in Willowbrook. Let's go grab our gear."</w:t>
      </w:r>
    </w:p>
    <w:p w:rsidR="00000000" w:rsidDel="00000000" w:rsidP="00000000" w:rsidRDefault="00000000" w:rsidRPr="00000000" w14:paraId="000001F1">
      <w:pPr>
        <w:ind w:firstLine="720"/>
        <w:rPr/>
      </w:pPr>
      <w:r w:rsidDel="00000000" w:rsidR="00000000" w:rsidRPr="00000000">
        <w:rPr>
          <w:rtl w:val="0"/>
        </w:rPr>
        <w:t xml:space="preserve">The two of them headed to the armory, checking out their shotguns and radios. Steele made sure to grab extra batteries and picked up the radios assigned to their Field Training Officers (FTOs). “Always take extra batteries,” Steele muttered, handing a set to Grant. "Nothing worse than a dead radio in the middle of a call."</w:t>
      </w:r>
    </w:p>
    <w:p w:rsidR="00000000" w:rsidDel="00000000" w:rsidP="00000000" w:rsidRDefault="00000000" w:rsidRPr="00000000" w14:paraId="000001F2">
      <w:pPr>
        <w:ind w:firstLine="720"/>
        <w:rPr/>
      </w:pPr>
      <w:r w:rsidDel="00000000" w:rsidR="00000000" w:rsidRPr="00000000">
        <w:rPr>
          <w:rtl w:val="0"/>
        </w:rPr>
        <w:t xml:space="preserve">Grant nodded, sliding the batteries into his back pocket. "Got it. Now let’s pull up our cars and get them ready."</w:t>
      </w:r>
    </w:p>
    <w:p w:rsidR="00000000" w:rsidDel="00000000" w:rsidP="00000000" w:rsidRDefault="00000000" w:rsidRPr="00000000" w14:paraId="000001F3">
      <w:pPr>
        <w:ind w:firstLine="720"/>
        <w:rPr/>
      </w:pPr>
      <w:r w:rsidDel="00000000" w:rsidR="00000000" w:rsidRPr="00000000">
        <w:rPr>
          <w:rtl w:val="0"/>
        </w:rPr>
        <w:t xml:space="preserve">They walked to the parking lot and located their assigned vehicles, backing them into the stalls next to the briefing room for easier loading. Steele was in his element; he methodically stowed the shotgun in the front rack, checked the first aid kit in the trunk, and arranged the crime scene tape, cones, and other equipment. He made sure the emergency lights, siren, and public address system were functional before logging into the MDT. Grant did the same with his vehicle, occasionally glancing over to Steele for reassurance.</w:t>
      </w:r>
    </w:p>
    <w:p w:rsidR="00000000" w:rsidDel="00000000" w:rsidP="00000000" w:rsidRDefault="00000000" w:rsidRPr="00000000" w14:paraId="000001F4">
      <w:pPr>
        <w:ind w:firstLine="720"/>
        <w:rPr/>
      </w:pPr>
      <w:r w:rsidDel="00000000" w:rsidR="00000000" w:rsidRPr="00000000">
        <w:rPr>
          <w:rtl w:val="0"/>
        </w:rPr>
        <w:t xml:space="preserve">By 2000 hours, both units were fully loaded and logged into the dispatch system, a full hour before their 2100 start time. Steele looked over at Grant, who was wiping some sweat off his forehead.</w:t>
      </w:r>
    </w:p>
    <w:p w:rsidR="00000000" w:rsidDel="00000000" w:rsidP="00000000" w:rsidRDefault="00000000" w:rsidRPr="00000000" w14:paraId="000001F5">
      <w:pPr>
        <w:ind w:firstLine="720"/>
        <w:rPr/>
      </w:pPr>
      <w:r w:rsidDel="00000000" w:rsidR="00000000" w:rsidRPr="00000000">
        <w:rPr>
          <w:rtl w:val="0"/>
        </w:rPr>
        <w:t xml:space="preserve">“Not bad,” Steele said, smirking. "We're ahead of schedule. Now, let’s just stay out of sight and avoid attention."</w:t>
      </w:r>
    </w:p>
    <w:p w:rsidR="00000000" w:rsidDel="00000000" w:rsidP="00000000" w:rsidRDefault="00000000" w:rsidRPr="00000000" w14:paraId="000001F6">
      <w:pPr>
        <w:ind w:firstLine="720"/>
        <w:rPr/>
      </w:pPr>
      <w:r w:rsidDel="00000000" w:rsidR="00000000" w:rsidRPr="00000000">
        <w:rPr>
          <w:rtl w:val="0"/>
        </w:rPr>
        <w:t xml:space="preserve">Grant laughed nervously. "Yeah, last thing we need is to make a rookie mistake right before the shift even starts."</w:t>
      </w:r>
    </w:p>
    <w:p w:rsidR="00000000" w:rsidDel="00000000" w:rsidP="00000000" w:rsidRDefault="00000000" w:rsidRPr="00000000" w14:paraId="000001F7">
      <w:pPr>
        <w:ind w:firstLine="720"/>
        <w:rPr/>
      </w:pPr>
      <w:r w:rsidDel="00000000" w:rsidR="00000000" w:rsidRPr="00000000">
        <w:rPr>
          <w:rtl w:val="0"/>
        </w:rPr>
        <w:t xml:space="preserve">They both climbed into the passenger seats of their cars and pulled out their pocket-sized penal code books. “Might as well cram some last-minute studying while we wait,” Steele suggested, flipping through the pages.</w:t>
      </w:r>
    </w:p>
    <w:p w:rsidR="00000000" w:rsidDel="00000000" w:rsidP="00000000" w:rsidRDefault="00000000" w:rsidRPr="00000000" w14:paraId="000001F8">
      <w:pPr>
        <w:ind w:firstLine="720"/>
        <w:rPr/>
      </w:pPr>
      <w:r w:rsidDel="00000000" w:rsidR="00000000" w:rsidRPr="00000000">
        <w:rPr>
          <w:rtl w:val="0"/>
        </w:rPr>
        <w:t xml:space="preserve">“No sign of our FTOs yet,” Grant noted, glancing around the parking lot.</w:t>
      </w:r>
    </w:p>
    <w:p w:rsidR="00000000" w:rsidDel="00000000" w:rsidP="00000000" w:rsidRDefault="00000000" w:rsidRPr="00000000" w14:paraId="000001F9">
      <w:pPr>
        <w:ind w:firstLine="720"/>
        <w:rPr/>
      </w:pPr>
      <w:r w:rsidDel="00000000" w:rsidR="00000000" w:rsidRPr="00000000">
        <w:rPr>
          <w:rtl w:val="0"/>
        </w:rPr>
        <w:t xml:space="preserve">Steele looked up from his book. "They’re probably hanging back, watching to see if we screw up anything before briefing." He paused, thinking for a moment. "Remember, our job right now is to blend in and keep quiet. No unnecessary conversations. Just do what we’re told and let our work speak for itself."</w:t>
      </w:r>
    </w:p>
    <w:p w:rsidR="00000000" w:rsidDel="00000000" w:rsidP="00000000" w:rsidRDefault="00000000" w:rsidRPr="00000000" w14:paraId="000001FA">
      <w:pPr>
        <w:ind w:firstLine="720"/>
        <w:rPr/>
      </w:pPr>
      <w:r w:rsidDel="00000000" w:rsidR="00000000" w:rsidRPr="00000000">
        <w:rPr>
          <w:rtl w:val="0"/>
        </w:rPr>
        <w:t xml:space="preserve">Grant nodded. “Got it. Head down, mouth shut.”</w:t>
      </w:r>
    </w:p>
    <w:p w:rsidR="00000000" w:rsidDel="00000000" w:rsidP="00000000" w:rsidRDefault="00000000" w:rsidRPr="00000000" w14:paraId="000001FB">
      <w:pPr>
        <w:ind w:firstLine="720"/>
        <w:rPr/>
      </w:pPr>
      <w:r w:rsidDel="00000000" w:rsidR="00000000" w:rsidRPr="00000000">
        <w:rPr>
          <w:rtl w:val="0"/>
        </w:rPr>
        <w:t xml:space="preserve">They continued to quietly study, ears perked for any sign of activity around them. The tension was palpable; even with their preparation, they knew that everything they’d done up to this point was just the prelude. The real test would begin as soon as that briefing room door opened.</w:t>
      </w:r>
    </w:p>
    <w:p w:rsidR="00000000" w:rsidDel="00000000" w:rsidP="00000000" w:rsidRDefault="00000000" w:rsidRPr="00000000" w14:paraId="000001FC">
      <w:pPr>
        <w:ind w:firstLine="720"/>
        <w:rPr/>
      </w:pPr>
      <w:r w:rsidDel="00000000" w:rsidR="00000000" w:rsidRPr="00000000">
        <w:rPr>
          <w:rtl w:val="0"/>
        </w:rPr>
        <w:t xml:space="preserve">***</w:t>
      </w:r>
    </w:p>
    <w:p w:rsidR="00000000" w:rsidDel="00000000" w:rsidP="00000000" w:rsidRDefault="00000000" w:rsidRPr="00000000" w14:paraId="000001FD">
      <w:pPr>
        <w:ind w:firstLine="720"/>
        <w:rPr/>
      </w:pPr>
      <w:r w:rsidDel="00000000" w:rsidR="00000000" w:rsidRPr="00000000">
        <w:rPr>
          <w:rtl w:val="0"/>
        </w:rPr>
        <w:t xml:space="preserve">The clock hit 2050 hours, and still, their FTOs were nowhere in sight. Steele glanced at Grant and nodded. "Alright, brother, let’s head to the briefing room and see what we’re in for," he said, his voice steady but carrying an edge of nervous excitement.</w:t>
      </w:r>
    </w:p>
    <w:p w:rsidR="00000000" w:rsidDel="00000000" w:rsidP="00000000" w:rsidRDefault="00000000" w:rsidRPr="00000000" w14:paraId="000001FE">
      <w:pPr>
        <w:ind w:firstLine="720"/>
        <w:rPr/>
      </w:pPr>
      <w:r w:rsidDel="00000000" w:rsidR="00000000" w:rsidRPr="00000000">
        <w:rPr>
          <w:rtl w:val="0"/>
        </w:rPr>
        <w:t xml:space="preserve">They locked up their units and made their way to the briefing room, entering through the security door that led from the parking lot. Inside, the room was set up with tables arranged in a U-shape, enough seating for about 25 deputies. At the open end of the U stood a desk where the sergeant would lead the briefing.</w:t>
      </w:r>
    </w:p>
    <w:p w:rsidR="00000000" w:rsidDel="00000000" w:rsidP="00000000" w:rsidRDefault="00000000" w:rsidRPr="00000000" w14:paraId="000001FF">
      <w:pPr>
        <w:ind w:firstLine="720"/>
        <w:rPr/>
      </w:pPr>
      <w:r w:rsidDel="00000000" w:rsidR="00000000" w:rsidRPr="00000000">
        <w:rPr>
          <w:rtl w:val="0"/>
        </w:rPr>
        <w:t xml:space="preserve">Steele had enough experience to know the unwritten rules: trainees sit up front. He took the frontmost seat, nodding to Grant to do the same. They both pulled out their notebooks and lineups, laying them neatly on the table, pencils in hand. The room was eerily quiet, the only sound was the faint scratching of Steele’s pencil as he made a few notes on his pad.</w:t>
      </w:r>
    </w:p>
    <w:p w:rsidR="00000000" w:rsidDel="00000000" w:rsidP="00000000" w:rsidRDefault="00000000" w:rsidRPr="00000000" w14:paraId="00000200">
      <w:pPr>
        <w:ind w:firstLine="720"/>
        <w:rPr/>
      </w:pPr>
      <w:r w:rsidDel="00000000" w:rsidR="00000000" w:rsidRPr="00000000">
        <w:rPr>
          <w:rtl w:val="0"/>
        </w:rPr>
        <w:t xml:space="preserve">"Feels like we’re in the calm before the storm," Grant muttered, eyes scanning the room.</w:t>
      </w:r>
    </w:p>
    <w:p w:rsidR="00000000" w:rsidDel="00000000" w:rsidP="00000000" w:rsidRDefault="00000000" w:rsidRPr="00000000" w14:paraId="00000201">
      <w:pPr>
        <w:ind w:firstLine="720"/>
        <w:rPr/>
      </w:pPr>
      <w:r w:rsidDel="00000000" w:rsidR="00000000" w:rsidRPr="00000000">
        <w:rPr>
          <w:rtl w:val="0"/>
        </w:rPr>
        <w:t xml:space="preserve">"You’re not wrong," Steele replied quietly. "Just remember, eyes forward, take notes, and only speak when spoken to."</w:t>
      </w:r>
    </w:p>
    <w:p w:rsidR="00000000" w:rsidDel="00000000" w:rsidP="00000000" w:rsidRDefault="00000000" w:rsidRPr="00000000" w14:paraId="00000202">
      <w:pPr>
        <w:ind w:firstLine="720"/>
        <w:rPr/>
      </w:pPr>
      <w:r w:rsidDel="00000000" w:rsidR="00000000" w:rsidRPr="00000000">
        <w:rPr>
          <w:rtl w:val="0"/>
        </w:rPr>
        <w:t xml:space="preserve">Around 2105 hours, five minutes into the shift, deputies started trickling into the room, casually strolling to their preferred spots. Steele observed the pecking order immediately: the grizzled veterans gravitated toward the back, chatting amongst themselves, while the newer deputies took seats closer to the front.</w:t>
      </w:r>
    </w:p>
    <w:p w:rsidR="00000000" w:rsidDel="00000000" w:rsidP="00000000" w:rsidRDefault="00000000" w:rsidRPr="00000000" w14:paraId="00000203">
      <w:pPr>
        <w:ind w:firstLine="720"/>
        <w:rPr/>
      </w:pPr>
      <w:r w:rsidDel="00000000" w:rsidR="00000000" w:rsidRPr="00000000">
        <w:rPr>
          <w:rtl w:val="0"/>
        </w:rPr>
        <w:t xml:space="preserve">As the room filled, an older deputy—probably pushing 50—entered, wearing a sheriff’s riot helmet with the chinstrap hanging loose. Steele recognized the look; back in the 70s and 80s, wearing a helmet was almost standard issue given the violence deputies faced daily. It looked like this guy had never given it up. He took a seat in the back without a word, leaning back as if he owned the room.</w:t>
      </w:r>
    </w:p>
    <w:p w:rsidR="00000000" w:rsidDel="00000000" w:rsidP="00000000" w:rsidRDefault="00000000" w:rsidRPr="00000000" w14:paraId="00000204">
      <w:pPr>
        <w:ind w:firstLine="720"/>
        <w:rPr/>
      </w:pPr>
      <w:r w:rsidDel="00000000" w:rsidR="00000000" w:rsidRPr="00000000">
        <w:rPr>
          <w:rtl w:val="0"/>
        </w:rPr>
        <w:t xml:space="preserve">“Now that’s old school,” Grant whispered, raising his eyebrows at the sight.</w:t>
      </w:r>
    </w:p>
    <w:p w:rsidR="00000000" w:rsidDel="00000000" w:rsidP="00000000" w:rsidRDefault="00000000" w:rsidRPr="00000000" w14:paraId="00000205">
      <w:pPr>
        <w:ind w:firstLine="720"/>
        <w:rPr/>
      </w:pPr>
      <w:r w:rsidDel="00000000" w:rsidR="00000000" w:rsidRPr="00000000">
        <w:rPr>
          <w:rtl w:val="0"/>
        </w:rPr>
        <w:t xml:space="preserve">"Yeah, and we’re definitely not going to ask him about it," Steele replied, eyes still fixed on his notebook.</w:t>
      </w:r>
    </w:p>
    <w:p w:rsidR="00000000" w:rsidDel="00000000" w:rsidP="00000000" w:rsidRDefault="00000000" w:rsidRPr="00000000" w14:paraId="00000206">
      <w:pPr>
        <w:ind w:firstLine="720"/>
        <w:rPr/>
      </w:pPr>
      <w:r w:rsidDel="00000000" w:rsidR="00000000" w:rsidRPr="00000000">
        <w:rPr>
          <w:rtl w:val="0"/>
        </w:rPr>
        <w:t xml:space="preserve">The tension built as they waited for their FTOs to make an appearance. Steele kept his eyes down, fidgeting with his pen while making a few fake notes to pass the time. Finally, two deputies walked up to them from the back of the room. One was tall and muscular, the other shorter and stockier, both wearing expressions that said they’d seen and done it all.</w:t>
      </w:r>
    </w:p>
    <w:p w:rsidR="00000000" w:rsidDel="00000000" w:rsidP="00000000" w:rsidRDefault="00000000" w:rsidRPr="00000000" w14:paraId="00000207">
      <w:pPr>
        <w:ind w:firstLine="720"/>
        <w:rPr/>
      </w:pPr>
      <w:r w:rsidDel="00000000" w:rsidR="00000000" w:rsidRPr="00000000">
        <w:rPr>
          <w:rtl w:val="0"/>
        </w:rPr>
        <w:t xml:space="preserve">The taller one stopped in front of Grant. "You’re with me. I’m Deputy Johnson," he said, his voice sharp and no-nonsense. Grant nodded, muttering a quick, "Yes, sir," as he stood up.</w:t>
      </w:r>
    </w:p>
    <w:p w:rsidR="00000000" w:rsidDel="00000000" w:rsidP="00000000" w:rsidRDefault="00000000" w:rsidRPr="00000000" w14:paraId="00000208">
      <w:pPr>
        <w:ind w:firstLine="720"/>
        <w:rPr/>
      </w:pPr>
      <w:r w:rsidDel="00000000" w:rsidR="00000000" w:rsidRPr="00000000">
        <w:rPr>
          <w:rtl w:val="0"/>
        </w:rPr>
        <w:t xml:space="preserve">The shorter, stockier deputy looked at Steele. "Steele, you’re with me. I’m Deputy Connor. After briefing, grab your gear and I’ll meet you outside at our ride," he stated flatly, barely glancing at Steele before turning to walk back to the rear of the room.</w:t>
      </w:r>
    </w:p>
    <w:p w:rsidR="00000000" w:rsidDel="00000000" w:rsidP="00000000" w:rsidRDefault="00000000" w:rsidRPr="00000000" w14:paraId="00000209">
      <w:pPr>
        <w:ind w:firstLine="720"/>
        <w:rPr/>
      </w:pPr>
      <w:r w:rsidDel="00000000" w:rsidR="00000000" w:rsidRPr="00000000">
        <w:rPr>
          <w:rtl w:val="0"/>
        </w:rPr>
        <w:t xml:space="preserve">"Yes, sir," Steele replied, keeping his tone respectful and his eyes forward. As Connor walked away, Steele could feel the adrenaline kicking in. This was it.</w:t>
      </w:r>
    </w:p>
    <w:p w:rsidR="00000000" w:rsidDel="00000000" w:rsidP="00000000" w:rsidRDefault="00000000" w:rsidRPr="00000000" w14:paraId="0000020A">
      <w:pPr>
        <w:ind w:firstLine="720"/>
        <w:rPr/>
      </w:pPr>
      <w:r w:rsidDel="00000000" w:rsidR="00000000" w:rsidRPr="00000000">
        <w:rPr>
          <w:rtl w:val="0"/>
        </w:rPr>
        <w:t xml:space="preserve">The room buzzed with low chatter as the other deputies joked and exchanged stories. Steele and Grant stayed silent, pretending to read their penal code books, knowing full well their real test was about to start the moment the briefing was over.</w:t>
      </w:r>
    </w:p>
    <w:p w:rsidR="00000000" w:rsidDel="00000000" w:rsidP="00000000" w:rsidRDefault="00000000" w:rsidRPr="00000000" w14:paraId="0000020B">
      <w:pPr>
        <w:ind w:firstLine="720"/>
        <w:rPr/>
      </w:pPr>
      <w:r w:rsidDel="00000000" w:rsidR="00000000" w:rsidRPr="00000000">
        <w:rPr>
          <w:rtl w:val="0"/>
        </w:rPr>
        <w:t xml:space="preserve">Steele shot a quick glance at Grant and mouthed, "Here we go." Grant nodded, eyes focused but betraying a hint of anticipation. This was what they had trained for, but they both knew there was a world of difference between preparing for patrol and actually being out there. The clock was ticking, and the first call could come at any second.</w:t>
      </w:r>
    </w:p>
    <w:p w:rsidR="00000000" w:rsidDel="00000000" w:rsidP="00000000" w:rsidRDefault="00000000" w:rsidRPr="00000000" w14:paraId="0000020C">
      <w:pPr>
        <w:ind w:firstLine="720"/>
        <w:rPr/>
      </w:pPr>
      <w:r w:rsidDel="00000000" w:rsidR="00000000" w:rsidRPr="00000000">
        <w:rPr>
          <w:rtl w:val="0"/>
        </w:rPr>
        <w:t xml:space="preserve">The sergeant walked in, and the room immediately fell silent. He appeared to be in his mid-40s, fit, and carried an air of authority that commanded respect from the other deputies. Steele could tell by the way the room shifted that this was a man who had earned his place at the front of the room.</w:t>
      </w:r>
    </w:p>
    <w:p w:rsidR="00000000" w:rsidDel="00000000" w:rsidP="00000000" w:rsidRDefault="00000000" w:rsidRPr="00000000" w14:paraId="0000020D">
      <w:pPr>
        <w:ind w:firstLine="720"/>
        <w:rPr/>
      </w:pPr>
      <w:r w:rsidDel="00000000" w:rsidR="00000000" w:rsidRPr="00000000">
        <w:rPr>
          <w:rtl w:val="0"/>
        </w:rPr>
        <w:t xml:space="preserve">"Alright, we’ve got a couple of new trainees tonight," the sergeant began, his voice clear and direct. "You two, stand up and introduce yourselves. Names and where you’re coming from."</w:t>
      </w:r>
    </w:p>
    <w:p w:rsidR="00000000" w:rsidDel="00000000" w:rsidP="00000000" w:rsidRDefault="00000000" w:rsidRPr="00000000" w14:paraId="0000020E">
      <w:pPr>
        <w:ind w:firstLine="720"/>
        <w:rPr/>
      </w:pPr>
      <w:r w:rsidDel="00000000" w:rsidR="00000000" w:rsidRPr="00000000">
        <w:rPr>
          <w:rtl w:val="0"/>
        </w:rPr>
        <w:t xml:space="preserve">Steele and Grant shot up from their seats, backs straight, trying to make a good impression. Steele spoke first. "Sir, I’m Deputy Steele, from Men’s Central Jail." His voice was steady, but he kept it short. He knew this wasn’t the time for small talk.</w:t>
      </w:r>
    </w:p>
    <w:p w:rsidR="00000000" w:rsidDel="00000000" w:rsidP="00000000" w:rsidRDefault="00000000" w:rsidRPr="00000000" w14:paraId="0000020F">
      <w:pPr>
        <w:ind w:firstLine="720"/>
        <w:rPr/>
      </w:pPr>
      <w:r w:rsidDel="00000000" w:rsidR="00000000" w:rsidRPr="00000000">
        <w:rPr>
          <w:rtl w:val="0"/>
        </w:rPr>
        <w:t xml:space="preserve">Grant followed immediately, almost like an echo. "I’m Deputy Grant, also from MCJ," he said, nodding once in the sergeant's direction.</w:t>
      </w:r>
    </w:p>
    <w:p w:rsidR="00000000" w:rsidDel="00000000" w:rsidP="00000000" w:rsidRDefault="00000000" w:rsidRPr="00000000" w14:paraId="00000210">
      <w:pPr>
        <w:ind w:firstLine="720"/>
        <w:rPr/>
      </w:pPr>
      <w:r w:rsidDel="00000000" w:rsidR="00000000" w:rsidRPr="00000000">
        <w:rPr>
          <w:rtl w:val="0"/>
        </w:rPr>
        <w:t xml:space="preserve">The rest of the room gave little reaction. A few of the veteran deputies barely glanced up, while others just shifted in their seats, uninterested. It was clear: to them, Steele and Grant were just fresh boots, another set of rookies they had yet to trust.</w:t>
      </w:r>
    </w:p>
    <w:p w:rsidR="00000000" w:rsidDel="00000000" w:rsidP="00000000" w:rsidRDefault="00000000" w:rsidRPr="00000000" w14:paraId="00000211">
      <w:pPr>
        <w:ind w:firstLine="720"/>
        <w:rPr/>
      </w:pPr>
      <w:r w:rsidDel="00000000" w:rsidR="00000000" w:rsidRPr="00000000">
        <w:rPr>
          <w:rtl w:val="0"/>
        </w:rPr>
        <w:t xml:space="preserve">The sergeant, unfazed, gave a dismissive wave. "Sit down," he ordered. Steele and Grant quickly dropped back into their seats, their faces a mask of composure.</w:t>
      </w:r>
    </w:p>
    <w:p w:rsidR="00000000" w:rsidDel="00000000" w:rsidP="00000000" w:rsidRDefault="00000000" w:rsidRPr="00000000" w14:paraId="00000212">
      <w:pPr>
        <w:ind w:firstLine="720"/>
        <w:rPr/>
      </w:pPr>
      <w:r w:rsidDel="00000000" w:rsidR="00000000" w:rsidRPr="00000000">
        <w:rPr>
          <w:rtl w:val="0"/>
        </w:rPr>
        <w:t xml:space="preserve">The sergeant moved on to the main briefing. He rattled off recent crime stats in their patrol area, details on wanted suspects, a list of stolen vehicles, and a few updates on department policy. Steele and Grant took copious notes, their pens flying over their notebooks. It was vital information they’d need to reference, but more than anything, it was about showing they were paying attention.</w:t>
      </w:r>
    </w:p>
    <w:p w:rsidR="00000000" w:rsidDel="00000000" w:rsidP="00000000" w:rsidRDefault="00000000" w:rsidRPr="00000000" w14:paraId="00000213">
      <w:pPr>
        <w:ind w:firstLine="720"/>
        <w:rPr/>
      </w:pPr>
      <w:r w:rsidDel="00000000" w:rsidR="00000000" w:rsidRPr="00000000">
        <w:rPr>
          <w:rtl w:val="0"/>
        </w:rPr>
        <w:t xml:space="preserve">After about 20 minutes, the sergeant wrapped up. "That’s it," he said, scanning the room to make sure he had everyone's attention. "Stay safe out there, and remember, watch each other's backs."</w:t>
      </w:r>
    </w:p>
    <w:p w:rsidR="00000000" w:rsidDel="00000000" w:rsidP="00000000" w:rsidRDefault="00000000" w:rsidRPr="00000000" w14:paraId="00000214">
      <w:pPr>
        <w:ind w:firstLine="720"/>
        <w:rPr/>
      </w:pPr>
      <w:r w:rsidDel="00000000" w:rsidR="00000000" w:rsidRPr="00000000">
        <w:rPr>
          <w:rtl w:val="0"/>
        </w:rPr>
        <w:t xml:space="preserve">With that, the room started to stir. Steele and Grant gathered their gear, stuffing notebooks into their pockets and grabbing their bags. As they stood, Steele noticed a few sideways glances from some of the other deputies—assessing, judging, but still holding back. He expected that; they had yet to prove themselves.</w:t>
      </w:r>
    </w:p>
    <w:p w:rsidR="00000000" w:rsidDel="00000000" w:rsidP="00000000" w:rsidRDefault="00000000" w:rsidRPr="00000000" w14:paraId="00000215">
      <w:pPr>
        <w:ind w:firstLine="720"/>
        <w:rPr/>
      </w:pPr>
      <w:r w:rsidDel="00000000" w:rsidR="00000000" w:rsidRPr="00000000">
        <w:rPr>
          <w:rtl w:val="0"/>
        </w:rPr>
        <w:t xml:space="preserve">"Let’s roll, partner," Steele muttered to Grant as they headed for the door. They moved quickly, not wanting to delay or give their FTOs a reason to get on them.</w:t>
      </w:r>
    </w:p>
    <w:p w:rsidR="00000000" w:rsidDel="00000000" w:rsidP="00000000" w:rsidRDefault="00000000" w:rsidRPr="00000000" w14:paraId="00000216">
      <w:pPr>
        <w:ind w:firstLine="720"/>
        <w:rPr/>
      </w:pPr>
      <w:r w:rsidDel="00000000" w:rsidR="00000000" w:rsidRPr="00000000">
        <w:rPr>
          <w:rtl w:val="0"/>
        </w:rPr>
        <w:t xml:space="preserve">As they pushed through the door and walked toward their assigned radio cars, Steele felt the weight of what was about to happen. This was it. No more training, no more practice. Every call, every moment from now on, was real.</w:t>
      </w:r>
    </w:p>
    <w:p w:rsidR="00000000" w:rsidDel="00000000" w:rsidP="00000000" w:rsidRDefault="00000000" w:rsidRPr="00000000" w14:paraId="00000217">
      <w:pPr>
        <w:ind w:firstLine="720"/>
        <w:rPr/>
      </w:pPr>
      <w:r w:rsidDel="00000000" w:rsidR="00000000" w:rsidRPr="00000000">
        <w:rPr>
          <w:rtl w:val="0"/>
        </w:rPr>
        <w:t xml:space="preserve">***</w:t>
      </w:r>
    </w:p>
    <w:p w:rsidR="00000000" w:rsidDel="00000000" w:rsidP="00000000" w:rsidRDefault="00000000" w:rsidRPr="00000000" w14:paraId="00000218">
      <w:pPr>
        <w:ind w:firstLine="720"/>
        <w:rPr/>
      </w:pPr>
      <w:r w:rsidDel="00000000" w:rsidR="00000000" w:rsidRPr="00000000">
        <w:rPr>
          <w:rtl w:val="0"/>
        </w:rPr>
        <w:t xml:space="preserve">Steele sat in the passenger seat of the radio car, tapping his fingers nervously on his knee as he waited for Deputy Connor. His heart thudded in his chest, a rush of adrenaline mixed with a tinge of fear. He inhaled deeply, trying to steady his breathing.</w:t>
      </w:r>
    </w:p>
    <w:p w:rsidR="00000000" w:rsidDel="00000000" w:rsidP="00000000" w:rsidRDefault="00000000" w:rsidRPr="00000000" w14:paraId="00000219">
      <w:pPr>
        <w:ind w:firstLine="720"/>
        <w:rPr/>
      </w:pPr>
      <w:r w:rsidDel="00000000" w:rsidR="00000000" w:rsidRPr="00000000">
        <w:rPr>
          <w:rtl w:val="0"/>
        </w:rPr>
        <w:t xml:space="preserve">The dim red glow from the Mobile Data Computer (MDC) washed over the interior of the Ford Crown Victoria, casting an eerie, unsettling light. The stillness of the night was broken only by the occasional crackle of the radio. Steele’s eyes scanned the darkness outside, knowing this quiet wouldn't last. This was just the calm before the inevitable storm.</w:t>
      </w:r>
    </w:p>
    <w:p w:rsidR="00000000" w:rsidDel="00000000" w:rsidP="00000000" w:rsidRDefault="00000000" w:rsidRPr="00000000" w14:paraId="0000021A">
      <w:pPr>
        <w:ind w:firstLine="720"/>
        <w:rPr/>
      </w:pPr>
      <w:r w:rsidDel="00000000" w:rsidR="00000000" w:rsidRPr="00000000">
        <w:rPr>
          <w:rtl w:val="0"/>
        </w:rPr>
        <w:t xml:space="preserve">Connor finally approached the car and motioned for Steele to get out. “Get out and meet me at the trunk,” he ordered in a low, commanding voice.</w:t>
      </w:r>
    </w:p>
    <w:p w:rsidR="00000000" w:rsidDel="00000000" w:rsidP="00000000" w:rsidRDefault="00000000" w:rsidRPr="00000000" w14:paraId="0000021B">
      <w:pPr>
        <w:ind w:firstLine="720"/>
        <w:rPr/>
      </w:pPr>
      <w:r w:rsidDel="00000000" w:rsidR="00000000" w:rsidRPr="00000000">
        <w:rPr>
          <w:rtl w:val="0"/>
        </w:rPr>
        <w:t xml:space="preserve">Steele hopped out, quickly making his way to the rear of the car where Connor was already standing. Without saying a word, Connor popped the trunk open. "Unload your gear. I want to see everything you’ve got," he said, arms crossed, eyes scrutinizing.</w:t>
      </w:r>
    </w:p>
    <w:p w:rsidR="00000000" w:rsidDel="00000000" w:rsidP="00000000" w:rsidRDefault="00000000" w:rsidRPr="00000000" w14:paraId="0000021C">
      <w:pPr>
        <w:ind w:firstLine="720"/>
        <w:rPr/>
      </w:pPr>
      <w:r w:rsidDel="00000000" w:rsidR="00000000" w:rsidRPr="00000000">
        <w:rPr>
          <w:rtl w:val="0"/>
        </w:rPr>
        <w:t xml:space="preserve">Steele pulled out his overstuffed war bag, go bag, and a plastic filing folder packed with department forms, setting everything on the ground.</w:t>
      </w:r>
    </w:p>
    <w:p w:rsidR="00000000" w:rsidDel="00000000" w:rsidP="00000000" w:rsidRDefault="00000000" w:rsidRPr="00000000" w14:paraId="0000021D">
      <w:pPr>
        <w:ind w:firstLine="720"/>
        <w:rPr/>
      </w:pPr>
      <w:r w:rsidDel="00000000" w:rsidR="00000000" w:rsidRPr="00000000">
        <w:rPr>
          <w:rtl w:val="0"/>
        </w:rPr>
        <w:t xml:space="preserve">“Pull out the shotgun and hand it to me,” Connor instructed, not bothering to look at Steele as he spoke.</w:t>
      </w:r>
    </w:p>
    <w:p w:rsidR="00000000" w:rsidDel="00000000" w:rsidP="00000000" w:rsidRDefault="00000000" w:rsidRPr="00000000" w14:paraId="0000021E">
      <w:pPr>
        <w:ind w:firstLine="720"/>
        <w:rPr/>
      </w:pPr>
      <w:r w:rsidDel="00000000" w:rsidR="00000000" w:rsidRPr="00000000">
        <w:rPr>
          <w:rtl w:val="0"/>
        </w:rPr>
        <w:t xml:space="preserve">Steele walked back to the front, released the shotgun from its mount between the seats, and handed it to Connor.</w:t>
      </w:r>
    </w:p>
    <w:p w:rsidR="00000000" w:rsidDel="00000000" w:rsidP="00000000" w:rsidRDefault="00000000" w:rsidRPr="00000000" w14:paraId="0000021F">
      <w:pPr>
        <w:ind w:firstLine="720"/>
        <w:rPr/>
      </w:pPr>
      <w:r w:rsidDel="00000000" w:rsidR="00000000" w:rsidRPr="00000000">
        <w:rPr>
          <w:rtl w:val="0"/>
        </w:rPr>
        <w:t xml:space="preserve">Connor slid the foregrip back, ejecting the shells and examining them. "At least you loaded it. But this is how we do it here," he said. "Load it in this order: buckshot, slug, slug, buckshot. First shot is wide, second and third shots make big holes, and if that doesn’t stop them, the last shot is wide again. Got it? Load the saddle with a 50/50 mix of buck and slugs. Now put it back.”</w:t>
      </w:r>
    </w:p>
    <w:p w:rsidR="00000000" w:rsidDel="00000000" w:rsidP="00000000" w:rsidRDefault="00000000" w:rsidRPr="00000000" w14:paraId="00000220">
      <w:pPr>
        <w:ind w:firstLine="720"/>
        <w:rPr/>
      </w:pPr>
      <w:r w:rsidDel="00000000" w:rsidR="00000000" w:rsidRPr="00000000">
        <w:rPr>
          <w:rtl w:val="0"/>
        </w:rPr>
        <w:t xml:space="preserve">"Got it," Steele replied, quickly loading the shotgun as instructed and securing it in the rack.</w:t>
      </w:r>
    </w:p>
    <w:p w:rsidR="00000000" w:rsidDel="00000000" w:rsidP="00000000" w:rsidRDefault="00000000" w:rsidRPr="00000000" w14:paraId="00000221">
      <w:pPr>
        <w:ind w:firstLine="720"/>
        <w:rPr/>
      </w:pPr>
      <w:r w:rsidDel="00000000" w:rsidR="00000000" w:rsidRPr="00000000">
        <w:rPr>
          <w:rtl w:val="0"/>
        </w:rPr>
        <w:t xml:space="preserve">When Steele returned to the trunk, he noticed that Connor was sifting through his gear, sorting it into two piles. "This pile is what you need," Connor said, pointing to the smaller one. "The rest of this junk is garbage. Put it back in your locker. You won’t need it out here."</w:t>
      </w:r>
    </w:p>
    <w:p w:rsidR="00000000" w:rsidDel="00000000" w:rsidP="00000000" w:rsidRDefault="00000000" w:rsidRPr="00000000" w14:paraId="00000222">
      <w:pPr>
        <w:ind w:firstLine="720"/>
        <w:rPr/>
      </w:pPr>
      <w:r w:rsidDel="00000000" w:rsidR="00000000" w:rsidRPr="00000000">
        <w:rPr>
          <w:rtl w:val="0"/>
        </w:rPr>
        <w:t xml:space="preserve">Steele grabbed the items Connor deemed unnecessary—mostly outdated forms and equipment issued back at the Academy—and walked them over to his locker. When he returned, Connor nodded approvingly. "Your gear's pretty solid. But tomorrow, come prepared: enough food for both of us for 24 hours, extra ammo for your handgun and shotgun, and plenty of water. We could get stuck on a containment or a fire, and I don’t need you whining about being hungry or thirsty."</w:t>
      </w:r>
    </w:p>
    <w:p w:rsidR="00000000" w:rsidDel="00000000" w:rsidP="00000000" w:rsidRDefault="00000000" w:rsidRPr="00000000" w14:paraId="00000223">
      <w:pPr>
        <w:ind w:firstLine="720"/>
        <w:rPr/>
      </w:pPr>
      <w:r w:rsidDel="00000000" w:rsidR="00000000" w:rsidRPr="00000000">
        <w:rPr>
          <w:rtl w:val="0"/>
        </w:rPr>
        <w:t xml:space="preserve">“Yes, sir,” Steele replied, making a mental note of the new requirements.</w:t>
      </w:r>
    </w:p>
    <w:p w:rsidR="00000000" w:rsidDel="00000000" w:rsidP="00000000" w:rsidRDefault="00000000" w:rsidRPr="00000000" w14:paraId="00000224">
      <w:pPr>
        <w:ind w:firstLine="720"/>
        <w:rPr/>
      </w:pPr>
      <w:r w:rsidDel="00000000" w:rsidR="00000000" w:rsidRPr="00000000">
        <w:rPr>
          <w:rtl w:val="0"/>
        </w:rPr>
        <w:t xml:space="preserve">Connor didn’t waste any time. "Get in the car. We’re rolling out," he said, already heading for the driver’s seat. Steele climbed in and immediately reached for his seatbelt.</w:t>
      </w:r>
    </w:p>
    <w:p w:rsidR="00000000" w:rsidDel="00000000" w:rsidP="00000000" w:rsidRDefault="00000000" w:rsidRPr="00000000" w14:paraId="00000225">
      <w:pPr>
        <w:ind w:firstLine="720"/>
        <w:rPr/>
      </w:pPr>
      <w:r w:rsidDel="00000000" w:rsidR="00000000" w:rsidRPr="00000000">
        <w:rPr>
          <w:rtl w:val="0"/>
        </w:rPr>
        <w:t xml:space="preserve">Connor glanced over, a slight smirk on his face. "You can wear that if you want, but good luck getting it off when it’s tangled up with your gear in a shootout. I don’t wear mine unless we're rolling code."</w:t>
      </w:r>
    </w:p>
    <w:p w:rsidR="00000000" w:rsidDel="00000000" w:rsidP="00000000" w:rsidRDefault="00000000" w:rsidRPr="00000000" w14:paraId="00000226">
      <w:pPr>
        <w:ind w:firstLine="720"/>
        <w:rPr/>
      </w:pPr>
      <w:r w:rsidDel="00000000" w:rsidR="00000000" w:rsidRPr="00000000">
        <w:rPr>
          <w:rtl w:val="0"/>
        </w:rPr>
        <w:t xml:space="preserve">Steele paused for a moment, then unlatched the belt, letting it slide back into place. His first department policy violation of the night, but if Connor didn’t care, he wasn’t about to argue.</w:t>
      </w:r>
    </w:p>
    <w:p w:rsidR="00000000" w:rsidDel="00000000" w:rsidP="00000000" w:rsidRDefault="00000000" w:rsidRPr="00000000" w14:paraId="00000227">
      <w:pPr>
        <w:ind w:firstLine="720"/>
        <w:rPr/>
      </w:pPr>
      <w:r w:rsidDel="00000000" w:rsidR="00000000" w:rsidRPr="00000000">
        <w:rPr>
          <w:rtl w:val="0"/>
        </w:rPr>
        <w:t xml:space="preserve">Connor backed the car out of the station’s secure lot and pulled onto the streets of South Central LA. "Welcome to Century, kid," he muttered as they rolled forward.</w:t>
      </w:r>
    </w:p>
    <w:p w:rsidR="00000000" w:rsidDel="00000000" w:rsidP="00000000" w:rsidRDefault="00000000" w:rsidRPr="00000000" w14:paraId="00000228">
      <w:pPr>
        <w:ind w:firstLine="720"/>
        <w:rPr/>
      </w:pPr>
      <w:r w:rsidDel="00000000" w:rsidR="00000000" w:rsidRPr="00000000">
        <w:rPr>
          <w:rtl w:val="0"/>
        </w:rPr>
        <w:t xml:space="preserve">"The first thing you need to get through your head is this," Connor began, his tone cold and matter-of-fact. "No matter what you do out here, you’re not going to change a damn thing. This place was a violent mess before you showed up, and it'll be the same when you’re gone. Don’t be a hero. Don’t get yourself killed trying to save the world. It’s not worth it."</w:t>
      </w:r>
    </w:p>
    <w:p w:rsidR="00000000" w:rsidDel="00000000" w:rsidP="00000000" w:rsidRDefault="00000000" w:rsidRPr="00000000" w14:paraId="00000229">
      <w:pPr>
        <w:ind w:firstLine="720"/>
        <w:rPr/>
      </w:pPr>
      <w:r w:rsidDel="00000000" w:rsidR="00000000" w:rsidRPr="00000000">
        <w:rPr>
          <w:rtl w:val="0"/>
        </w:rPr>
        <w:t xml:space="preserve">***</w:t>
      </w:r>
    </w:p>
    <w:p w:rsidR="00000000" w:rsidDel="00000000" w:rsidP="00000000" w:rsidRDefault="00000000" w:rsidRPr="00000000" w14:paraId="0000022A">
      <w:pPr>
        <w:ind w:firstLine="720"/>
        <w:rPr/>
      </w:pPr>
      <w:r w:rsidDel="00000000" w:rsidR="00000000" w:rsidRPr="00000000">
        <w:rPr>
          <w:rtl w:val="0"/>
        </w:rPr>
        <w:t xml:space="preserve">As they drove down Central Ave, heading south toward Compton, Connor picked up his cell phone and made a quick call. "What’s up, brother? It’s Mike," he said casually. "I’m taking the boot around for the next hour, so hold off on the calls until I give you the green light. If anything major comes up, we’ll handle it." He paused, listening to the response on the other end, then nodded. "Thanks, bro. Catch you later." He hung up, tossing the phone onto the center console.</w:t>
      </w:r>
    </w:p>
    <w:p w:rsidR="00000000" w:rsidDel="00000000" w:rsidP="00000000" w:rsidRDefault="00000000" w:rsidRPr="00000000" w14:paraId="0000022B">
      <w:pPr>
        <w:ind w:firstLine="720"/>
        <w:rPr/>
      </w:pPr>
      <w:r w:rsidDel="00000000" w:rsidR="00000000" w:rsidRPr="00000000">
        <w:rPr>
          <w:rtl w:val="0"/>
        </w:rPr>
        <w:t xml:space="preserve">Connor steered the car into a large, empty parking lot lit by scattered streetlights. Only a couple of cars were parked far off in the corners. Pulling into the center of the lot, he put the car in park and turned to Steele.</w:t>
      </w:r>
    </w:p>
    <w:p w:rsidR="00000000" w:rsidDel="00000000" w:rsidP="00000000" w:rsidRDefault="00000000" w:rsidRPr="00000000" w14:paraId="0000022C">
      <w:pPr>
        <w:ind w:firstLine="720"/>
        <w:rPr/>
      </w:pPr>
      <w:r w:rsidDel="00000000" w:rsidR="00000000" w:rsidRPr="00000000">
        <w:rPr>
          <w:rtl w:val="0"/>
        </w:rPr>
        <w:t xml:space="preserve">"Look," Connor began, his tone all business. "I know you were a CSO at Lakewood and that you know how to handle the radio and MDT, but out here, you don’t know jack about driving a radio car in the real world. We're going to practice how I want you to conduct traffic stops because you’re going to be doing a lot of them."</w:t>
      </w:r>
    </w:p>
    <w:p w:rsidR="00000000" w:rsidDel="00000000" w:rsidP="00000000" w:rsidRDefault="00000000" w:rsidRPr="00000000" w14:paraId="0000022D">
      <w:pPr>
        <w:ind w:firstLine="720"/>
        <w:rPr/>
      </w:pPr>
      <w:r w:rsidDel="00000000" w:rsidR="00000000" w:rsidRPr="00000000">
        <w:rPr>
          <w:rtl w:val="0"/>
        </w:rPr>
        <w:t xml:space="preserve">Steele nodded, keeping his mouth shut, ready to listen.</w:t>
      </w:r>
    </w:p>
    <w:p w:rsidR="00000000" w:rsidDel="00000000" w:rsidP="00000000" w:rsidRDefault="00000000" w:rsidRPr="00000000" w14:paraId="0000022E">
      <w:pPr>
        <w:ind w:firstLine="720"/>
        <w:rPr/>
      </w:pPr>
      <w:r w:rsidDel="00000000" w:rsidR="00000000" w:rsidRPr="00000000">
        <w:rPr>
          <w:rtl w:val="0"/>
        </w:rPr>
        <w:t xml:space="preserve">"Here’s the deal," Connor continued. "You’re on training for six months. You probably won’t drive until month five. You need to focus on everything else and learn how not to get killed before I let you behind the wheel. Your job right now is to get good at riding passenger."</w:t>
      </w:r>
    </w:p>
    <w:p w:rsidR="00000000" w:rsidDel="00000000" w:rsidP="00000000" w:rsidRDefault="00000000" w:rsidRPr="00000000" w14:paraId="0000022F">
      <w:pPr>
        <w:ind w:firstLine="720"/>
        <w:rPr/>
      </w:pPr>
      <w:r w:rsidDel="00000000" w:rsidR="00000000" w:rsidRPr="00000000">
        <w:rPr>
          <w:rtl w:val="0"/>
        </w:rPr>
        <w:t xml:space="preserve">Connor shifted his weight, looking at Steele to make sure he was absorbing the information. "When we pull up on a car we’re stopping, I’ll park a bit to the left of the vehicle, giving us room. I’ll leave some space between our cars. You never, and I mean never, walk between the cars. You don’t want some scumbag throwing it in reverse and turning you into a hood ornament."</w:t>
      </w:r>
    </w:p>
    <w:p w:rsidR="00000000" w:rsidDel="00000000" w:rsidP="00000000" w:rsidRDefault="00000000" w:rsidRPr="00000000" w14:paraId="00000230">
      <w:pPr>
        <w:ind w:firstLine="720"/>
        <w:rPr/>
      </w:pPr>
      <w:r w:rsidDel="00000000" w:rsidR="00000000" w:rsidRPr="00000000">
        <w:rPr>
          <w:rtl w:val="0"/>
        </w:rPr>
        <w:t xml:space="preserve">Steele nodded again, jotting down notes in his head.</w:t>
      </w:r>
    </w:p>
    <w:p w:rsidR="00000000" w:rsidDel="00000000" w:rsidP="00000000" w:rsidRDefault="00000000" w:rsidRPr="00000000" w14:paraId="00000231">
      <w:pPr>
        <w:ind w:firstLine="720"/>
        <w:rPr/>
      </w:pPr>
      <w:r w:rsidDel="00000000" w:rsidR="00000000" w:rsidRPr="00000000">
        <w:rPr>
          <w:rtl w:val="0"/>
        </w:rPr>
        <w:t xml:space="preserve">"As soon as you feel this car slowing down," Connor went on, "your door should be open, and before we’re fully stopped, you’re stepping out with your gun in your hand. Keep it down by your leg, but have it ready. Your job is to get eyes on the occupants and get up on the passenger window as fast as it's safe to do so. They’re always watching my side; they might not even see you coming. That’s how you keep me alive when I’m walking up to the driver’s side."</w:t>
      </w:r>
    </w:p>
    <w:p w:rsidR="00000000" w:rsidDel="00000000" w:rsidP="00000000" w:rsidRDefault="00000000" w:rsidRPr="00000000" w14:paraId="00000232">
      <w:pPr>
        <w:ind w:firstLine="720"/>
        <w:rPr/>
      </w:pPr>
      <w:r w:rsidDel="00000000" w:rsidR="00000000" w:rsidRPr="00000000">
        <w:rPr>
          <w:rtl w:val="0"/>
        </w:rPr>
        <w:t xml:space="preserve">Connor pointed to the spotlight control. "While I’m making the stop, your spotlight goes on the back window. Before you even get out, make sure it’s angled to blind the passenger side mirror."</w:t>
      </w:r>
    </w:p>
    <w:p w:rsidR="00000000" w:rsidDel="00000000" w:rsidP="00000000" w:rsidRDefault="00000000" w:rsidRPr="00000000" w14:paraId="00000233">
      <w:pPr>
        <w:ind w:firstLine="720"/>
        <w:rPr/>
      </w:pPr>
      <w:r w:rsidDel="00000000" w:rsidR="00000000" w:rsidRPr="00000000">
        <w:rPr>
          <w:rtl w:val="0"/>
        </w:rPr>
        <w:t xml:space="preserve">"Copy that, sir," Steele replied, mentally preparing for what was next.</w:t>
      </w:r>
    </w:p>
    <w:p w:rsidR="00000000" w:rsidDel="00000000" w:rsidP="00000000" w:rsidRDefault="00000000" w:rsidRPr="00000000" w14:paraId="00000234">
      <w:pPr>
        <w:ind w:firstLine="720"/>
        <w:rPr/>
      </w:pPr>
      <w:r w:rsidDel="00000000" w:rsidR="00000000" w:rsidRPr="00000000">
        <w:rPr>
          <w:rtl w:val="0"/>
        </w:rPr>
        <w:t xml:space="preserve">Connor drove slowly toward one of the parked vehicles in the lot. With his left hand, he hit the spotlight, aiming it at the driver’s side mirror. Steele quickly adjusted his own spotlight onto the back window, while Connor reached down with his right hand to activate the red light on the light bar, simulating a real traffic stop. As the Crown Victoria rolled to a near halt, Steele popped his door open, drew his Beretta, and stepped out. He kept the gun low, hidden behind his leg, as he approached the car, first clearing the backseat with his flashlight, then turning his focus to the front seat.</w:t>
      </w:r>
    </w:p>
    <w:p w:rsidR="00000000" w:rsidDel="00000000" w:rsidP="00000000" w:rsidRDefault="00000000" w:rsidRPr="00000000" w14:paraId="00000235">
      <w:pPr>
        <w:ind w:firstLine="720"/>
        <w:rPr/>
      </w:pPr>
      <w:r w:rsidDel="00000000" w:rsidR="00000000" w:rsidRPr="00000000">
        <w:rPr>
          <w:rtl w:val="0"/>
        </w:rPr>
        <w:t xml:space="preserve">Steele reached the passenger window before Connor even fully stepped out of the car. Connor casually walked to the driver’s side, his own Beretta down by his leg.</w:t>
      </w:r>
    </w:p>
    <w:p w:rsidR="00000000" w:rsidDel="00000000" w:rsidP="00000000" w:rsidRDefault="00000000" w:rsidRPr="00000000" w14:paraId="00000236">
      <w:pPr>
        <w:ind w:firstLine="720"/>
        <w:rPr/>
      </w:pPr>
      <w:r w:rsidDel="00000000" w:rsidR="00000000" w:rsidRPr="00000000">
        <w:rPr>
          <w:rtl w:val="0"/>
        </w:rPr>
        <w:t xml:space="preserve">Connor glanced over at Steele and smirked. "Not bad, but you’re too slow. Speed it up, boot. Let’s do it again."</w:t>
      </w:r>
    </w:p>
    <w:p w:rsidR="00000000" w:rsidDel="00000000" w:rsidP="00000000" w:rsidRDefault="00000000" w:rsidRPr="00000000" w14:paraId="00000237">
      <w:pPr>
        <w:ind w:firstLine="720"/>
        <w:rPr/>
      </w:pPr>
      <w:r w:rsidDel="00000000" w:rsidR="00000000" w:rsidRPr="00000000">
        <w:rPr>
          <w:rtl w:val="0"/>
        </w:rPr>
        <w:t xml:space="preserve">They repeated the mock traffic stop ten more times, with Connor offering minor adjustments and critiques after each one.</w:t>
      </w:r>
    </w:p>
    <w:p w:rsidR="00000000" w:rsidDel="00000000" w:rsidP="00000000" w:rsidRDefault="00000000" w:rsidRPr="00000000" w14:paraId="00000238">
      <w:pPr>
        <w:ind w:firstLine="720"/>
        <w:rPr/>
      </w:pPr>
      <w:r w:rsidDel="00000000" w:rsidR="00000000" w:rsidRPr="00000000">
        <w:rPr>
          <w:rtl w:val="0"/>
        </w:rPr>
        <w:t xml:space="preserve">After the final run, as they walked back to the radio car, Connor gave a nod. "All right, let’s practice a couple with you driving, just in case."</w:t>
      </w:r>
    </w:p>
    <w:p w:rsidR="00000000" w:rsidDel="00000000" w:rsidP="00000000" w:rsidRDefault="00000000" w:rsidRPr="00000000" w14:paraId="00000239">
      <w:pPr>
        <w:ind w:firstLine="720"/>
        <w:rPr/>
      </w:pPr>
      <w:r w:rsidDel="00000000" w:rsidR="00000000" w:rsidRPr="00000000">
        <w:rPr>
          <w:rtl w:val="0"/>
        </w:rPr>
        <w:t xml:space="preserve">Steele’s adrenaline surged. He knew it was still a controlled exercise, but the thought of driving got his blood pumping. He executed three stops with minimal criticism from Connor, hitting each mark cleanly.</w:t>
      </w:r>
    </w:p>
    <w:p w:rsidR="00000000" w:rsidDel="00000000" w:rsidP="00000000" w:rsidRDefault="00000000" w:rsidRPr="00000000" w14:paraId="0000023A">
      <w:pPr>
        <w:ind w:firstLine="720"/>
        <w:rPr/>
      </w:pPr>
      <w:r w:rsidDel="00000000" w:rsidR="00000000" w:rsidRPr="00000000">
        <w:rPr>
          <w:rtl w:val="0"/>
        </w:rPr>
        <w:t xml:space="preserve">"Not terrible," Connor admitted, settling back into the driver’s seat. "All right, let’s go find someone to throw in the backseat." With that, he started the engine, and they rolled back out onto Central Avenue, heading south.</w:t>
      </w:r>
    </w:p>
    <w:p w:rsidR="00000000" w:rsidDel="00000000" w:rsidP="00000000" w:rsidRDefault="00000000" w:rsidRPr="00000000" w14:paraId="0000023B">
      <w:pPr>
        <w:ind w:firstLine="720"/>
        <w:rPr/>
      </w:pPr>
      <w:r w:rsidDel="00000000" w:rsidR="00000000" w:rsidRPr="00000000">
        <w:rPr>
          <w:rtl w:val="0"/>
        </w:rPr>
        <w:t xml:space="preserve">***</w:t>
      </w:r>
    </w:p>
    <w:p w:rsidR="00000000" w:rsidDel="00000000" w:rsidP="00000000" w:rsidRDefault="00000000" w:rsidRPr="00000000" w14:paraId="0000023C">
      <w:pPr>
        <w:ind w:firstLine="720"/>
        <w:rPr/>
      </w:pPr>
      <w:r w:rsidDel="00000000" w:rsidR="00000000" w:rsidRPr="00000000">
        <w:rPr>
          <w:rtl w:val="0"/>
        </w:rPr>
        <w:t xml:space="preserve">Just an hour into their first shift, Steele was already feeling the adrenaline rush. Finally, he was out on the streets.</w:t>
      </w:r>
    </w:p>
    <w:p w:rsidR="00000000" w:rsidDel="00000000" w:rsidP="00000000" w:rsidRDefault="00000000" w:rsidRPr="00000000" w14:paraId="0000023D">
      <w:pPr>
        <w:ind w:firstLine="720"/>
        <w:rPr/>
      </w:pPr>
      <w:r w:rsidDel="00000000" w:rsidR="00000000" w:rsidRPr="00000000">
        <w:rPr>
          <w:rtl w:val="0"/>
        </w:rPr>
        <w:t xml:space="preserve">"We're working 214 Henry for at least the next two months," Connor began, glancing over at Steele. "Our areas are Willowbrook, which is unincorporated Compton, and Athens Park—a place all its own. Your buddy Grant is in 213 Henry, our sister car. You two are going to be battling for calls. And just so you know, I’m going to overload you with work. Not because I’m a jerk, but because you need to see and get good at every type of call you're going to handle out here. Since both trainees on this shift are working the same beat, we’re also picking up calls in Lynwood, Firestone, Florence, and Walnut Park."</w:t>
      </w:r>
    </w:p>
    <w:p w:rsidR="00000000" w:rsidDel="00000000" w:rsidP="00000000" w:rsidRDefault="00000000" w:rsidRPr="00000000" w14:paraId="0000023E">
      <w:pPr>
        <w:ind w:firstLine="720"/>
        <w:rPr/>
      </w:pPr>
      <w:r w:rsidDel="00000000" w:rsidR="00000000" w:rsidRPr="00000000">
        <w:rPr>
          <w:rtl w:val="0"/>
        </w:rPr>
        <w:t xml:space="preserve">Steele nodded, absorbing the information. He knew that Century Station was one of the few in the department patrolling primarily unincorporated areas, which meant two-man cars—a rare privilege in the hierarchy of patrol. Most of the other 28 stations within the Los Angeles County Sheriff’s Department were contract cities, staffed by single-deputy units to cut costs. Working in a two-man car wasn’t just a bonus; it was a safety net.</w:t>
      </w:r>
    </w:p>
    <w:p w:rsidR="00000000" w:rsidDel="00000000" w:rsidP="00000000" w:rsidRDefault="00000000" w:rsidRPr="00000000" w14:paraId="0000023F">
      <w:pPr>
        <w:ind w:firstLine="720"/>
        <w:rPr/>
      </w:pPr>
      <w:r w:rsidDel="00000000" w:rsidR="00000000" w:rsidRPr="00000000">
        <w:rPr>
          <w:rtl w:val="0"/>
        </w:rPr>
        <w:t xml:space="preserve">"Alright," Connor continued, scanning the street. "Time for your first drug arrest."</w:t>
      </w:r>
    </w:p>
    <w:p w:rsidR="00000000" w:rsidDel="00000000" w:rsidP="00000000" w:rsidRDefault="00000000" w:rsidRPr="00000000" w14:paraId="00000240">
      <w:pPr>
        <w:ind w:firstLine="720"/>
        <w:rPr/>
      </w:pPr>
      <w:r w:rsidDel="00000000" w:rsidR="00000000" w:rsidRPr="00000000">
        <w:rPr>
          <w:rtl w:val="0"/>
        </w:rPr>
        <w:t xml:space="preserve">Steele perked up. Connor was driving down Imperial Highway, just across from the Imperial Courts Housing Projects. The projects were notorious, not just for being a hive of activity for the Grape Street Crips, but also as a hotspot for drug deals. It was the kind of place you didn’t want to end up in if you didn’t belong.</w:t>
      </w:r>
    </w:p>
    <w:p w:rsidR="00000000" w:rsidDel="00000000" w:rsidP="00000000" w:rsidRDefault="00000000" w:rsidRPr="00000000" w14:paraId="00000241">
      <w:pPr>
        <w:ind w:firstLine="720"/>
        <w:rPr/>
      </w:pPr>
      <w:r w:rsidDel="00000000" w:rsidR="00000000" w:rsidRPr="00000000">
        <w:rPr>
          <w:rtl w:val="0"/>
        </w:rPr>
        <w:t xml:space="preserve">On the opposite side of the street was a gas station. “That’s our bug light,” Connor said, nodding toward it. "Attracts all the clucks. You know what a cluck is, Steele?"</w:t>
      </w:r>
    </w:p>
    <w:p w:rsidR="00000000" w:rsidDel="00000000" w:rsidP="00000000" w:rsidRDefault="00000000" w:rsidRPr="00000000" w14:paraId="00000242">
      <w:pPr>
        <w:ind w:firstLine="720"/>
        <w:rPr/>
      </w:pPr>
      <w:r w:rsidDel="00000000" w:rsidR="00000000" w:rsidRPr="00000000">
        <w:rPr>
          <w:rtl w:val="0"/>
        </w:rPr>
        <w:t xml:space="preserve">"Yes, sir. A crackhead," Steele replied confidently.</w:t>
      </w:r>
    </w:p>
    <w:p w:rsidR="00000000" w:rsidDel="00000000" w:rsidP="00000000" w:rsidRDefault="00000000" w:rsidRPr="00000000" w14:paraId="00000243">
      <w:pPr>
        <w:ind w:firstLine="720"/>
        <w:rPr/>
      </w:pPr>
      <w:r w:rsidDel="00000000" w:rsidR="00000000" w:rsidRPr="00000000">
        <w:rPr>
          <w:rtl w:val="0"/>
        </w:rPr>
        <w:t xml:space="preserve">"Bingo. When they're high, they walk like chickens—easy to spot. I’m gonna find you a cluck so we can make a rock cocaine arrest," Connor said, smirking.</w:t>
      </w:r>
    </w:p>
    <w:p w:rsidR="00000000" w:rsidDel="00000000" w:rsidP="00000000" w:rsidRDefault="00000000" w:rsidRPr="00000000" w14:paraId="00000244">
      <w:pPr>
        <w:ind w:firstLine="720"/>
        <w:rPr/>
      </w:pPr>
      <w:r w:rsidDel="00000000" w:rsidR="00000000" w:rsidRPr="00000000">
        <w:rPr>
          <w:rtl w:val="0"/>
        </w:rPr>
        <w:t xml:space="preserve">As if on cue, an older Black man in his 50s awkwardly crossed the street from the projects toward the gas station. He looked disheveled, the tell-tale signs of a drug addict.</w:t>
      </w:r>
    </w:p>
    <w:p w:rsidR="00000000" w:rsidDel="00000000" w:rsidP="00000000" w:rsidRDefault="00000000" w:rsidRPr="00000000" w14:paraId="00000245">
      <w:pPr>
        <w:ind w:firstLine="720"/>
        <w:rPr/>
      </w:pPr>
      <w:r w:rsidDel="00000000" w:rsidR="00000000" w:rsidRPr="00000000">
        <w:rPr>
          <w:rtl w:val="0"/>
        </w:rPr>
        <w:t xml:space="preserve">Connor drove past the man and continued down Imperial. "When he hits the sidewalk, I’m gonna flip a U-turn and stop him. You’re gonna snatch him up," Connor instructed.</w:t>
      </w:r>
    </w:p>
    <w:p w:rsidR="00000000" w:rsidDel="00000000" w:rsidP="00000000" w:rsidRDefault="00000000" w:rsidRPr="00000000" w14:paraId="00000246">
      <w:pPr>
        <w:ind w:firstLine="720"/>
        <w:rPr/>
      </w:pPr>
      <w:r w:rsidDel="00000000" w:rsidR="00000000" w:rsidRPr="00000000">
        <w:rPr>
          <w:rtl w:val="0"/>
        </w:rPr>
        <w:t xml:space="preserve">Steele nodded, already feeling the adrenaline kick in. Connor made a quick U-turn and pulled up to the sidewalk where the man was walking, flipping on the red light. Steele jumped out, gun at his side, and called out, "Hey! Stop right there and turn around!"</w:t>
      </w:r>
    </w:p>
    <w:p w:rsidR="00000000" w:rsidDel="00000000" w:rsidP="00000000" w:rsidRDefault="00000000" w:rsidRPr="00000000" w14:paraId="00000247">
      <w:pPr>
        <w:ind w:firstLine="720"/>
        <w:rPr/>
      </w:pPr>
      <w:r w:rsidDel="00000000" w:rsidR="00000000" w:rsidRPr="00000000">
        <w:rPr>
          <w:rtl w:val="0"/>
        </w:rPr>
        <w:t xml:space="preserve">The man froze, turning slowly. "You got ID on you?" Steele asked, maintaining his authority.</w:t>
      </w:r>
    </w:p>
    <w:p w:rsidR="00000000" w:rsidDel="00000000" w:rsidP="00000000" w:rsidRDefault="00000000" w:rsidRPr="00000000" w14:paraId="00000248">
      <w:pPr>
        <w:ind w:firstLine="720"/>
        <w:rPr/>
      </w:pPr>
      <w:r w:rsidDel="00000000" w:rsidR="00000000" w:rsidRPr="00000000">
        <w:rPr>
          <w:rtl w:val="0"/>
        </w:rPr>
        <w:t xml:space="preserve">“No, deputy. It’s in my other pants,” the man replied, his voice slurred.</w:t>
      </w:r>
    </w:p>
    <w:p w:rsidR="00000000" w:rsidDel="00000000" w:rsidP="00000000" w:rsidRDefault="00000000" w:rsidRPr="00000000" w14:paraId="00000249">
      <w:pPr>
        <w:ind w:firstLine="720"/>
        <w:rPr/>
      </w:pPr>
      <w:r w:rsidDel="00000000" w:rsidR="00000000" w:rsidRPr="00000000">
        <w:rPr>
          <w:rtl w:val="0"/>
        </w:rPr>
        <w:t xml:space="preserve">"Search him," Connor ordered, stepping out of the car.</w:t>
      </w:r>
    </w:p>
    <w:p w:rsidR="00000000" w:rsidDel="00000000" w:rsidP="00000000" w:rsidRDefault="00000000" w:rsidRPr="00000000" w14:paraId="0000024A">
      <w:pPr>
        <w:ind w:firstLine="720"/>
        <w:rPr/>
      </w:pPr>
      <w:r w:rsidDel="00000000" w:rsidR="00000000" w:rsidRPr="00000000">
        <w:rPr>
          <w:rtl w:val="0"/>
        </w:rPr>
        <w:t xml:space="preserve">Steele began his search, first asking, "You got any needles or anything sharp on you?"</w:t>
      </w:r>
    </w:p>
    <w:p w:rsidR="00000000" w:rsidDel="00000000" w:rsidP="00000000" w:rsidRDefault="00000000" w:rsidRPr="00000000" w14:paraId="0000024B">
      <w:pPr>
        <w:ind w:firstLine="720"/>
        <w:rPr/>
      </w:pPr>
      <w:r w:rsidDel="00000000" w:rsidR="00000000" w:rsidRPr="00000000">
        <w:rPr>
          <w:rtl w:val="0"/>
        </w:rPr>
        <w:t xml:space="preserve">"No, sir," the man replied.</w:t>
      </w:r>
    </w:p>
    <w:p w:rsidR="00000000" w:rsidDel="00000000" w:rsidP="00000000" w:rsidRDefault="00000000" w:rsidRPr="00000000" w14:paraId="0000024C">
      <w:pPr>
        <w:ind w:firstLine="720"/>
        <w:rPr/>
      </w:pPr>
      <w:r w:rsidDel="00000000" w:rsidR="00000000" w:rsidRPr="00000000">
        <w:rPr>
          <w:rtl w:val="0"/>
        </w:rPr>
        <w:t xml:space="preserve">"You on probation or parole?" Steele continued, patting down his pockets.</w:t>
      </w:r>
    </w:p>
    <w:p w:rsidR="00000000" w:rsidDel="00000000" w:rsidP="00000000" w:rsidRDefault="00000000" w:rsidRPr="00000000" w14:paraId="0000024D">
      <w:pPr>
        <w:ind w:firstLine="720"/>
        <w:rPr/>
      </w:pPr>
      <w:r w:rsidDel="00000000" w:rsidR="00000000" w:rsidRPr="00000000">
        <w:rPr>
          <w:rtl w:val="0"/>
        </w:rPr>
        <w:t xml:space="preserve">"Yessir, I’m on parole," the man admitted.</w:t>
      </w:r>
    </w:p>
    <w:p w:rsidR="00000000" w:rsidDel="00000000" w:rsidP="00000000" w:rsidRDefault="00000000" w:rsidRPr="00000000" w14:paraId="0000024E">
      <w:pPr>
        <w:ind w:firstLine="720"/>
        <w:rPr/>
      </w:pPr>
      <w:r w:rsidDel="00000000" w:rsidR="00000000" w:rsidRPr="00000000">
        <w:rPr>
          <w:rtl w:val="0"/>
        </w:rPr>
        <w:t xml:space="preserve">Steele reached into the man's right pants pocket and pulled out a long glass cylindrical tube, burnt at one end. It was a crack pipe.</w:t>
      </w:r>
    </w:p>
    <w:p w:rsidR="00000000" w:rsidDel="00000000" w:rsidP="00000000" w:rsidRDefault="00000000" w:rsidRPr="00000000" w14:paraId="0000024F">
      <w:pPr>
        <w:ind w:firstLine="720"/>
        <w:rPr/>
      </w:pPr>
      <w:r w:rsidDel="00000000" w:rsidR="00000000" w:rsidRPr="00000000">
        <w:rPr>
          <w:rtl w:val="0"/>
        </w:rPr>
        <w:t xml:space="preserve">“Where’s your rock?” Steele asked, not breaking eye contact.</w:t>
      </w:r>
    </w:p>
    <w:p w:rsidR="00000000" w:rsidDel="00000000" w:rsidP="00000000" w:rsidRDefault="00000000" w:rsidRPr="00000000" w14:paraId="00000250">
      <w:pPr>
        <w:ind w:firstLine="720"/>
        <w:rPr/>
      </w:pPr>
      <w:r w:rsidDel="00000000" w:rsidR="00000000" w:rsidRPr="00000000">
        <w:rPr>
          <w:rtl w:val="0"/>
        </w:rPr>
        <w:t xml:space="preserve">"I don’t have any," the man shot back.</w:t>
      </w:r>
    </w:p>
    <w:p w:rsidR="00000000" w:rsidDel="00000000" w:rsidP="00000000" w:rsidRDefault="00000000" w:rsidRPr="00000000" w14:paraId="00000251">
      <w:pPr>
        <w:ind w:firstLine="720"/>
        <w:rPr/>
      </w:pPr>
      <w:r w:rsidDel="00000000" w:rsidR="00000000" w:rsidRPr="00000000">
        <w:rPr>
          <w:rtl w:val="0"/>
        </w:rPr>
        <w:t xml:space="preserve">Undeterred, Steele knelt and checked the man’s shoes. Bingo. In his right shoe, Steele found a small piece of rock cocaine. He completed the search, then cuffed the man and placed him in the back seat of the car, feeling a rush of pride at making his first felony arrest.</w:t>
      </w:r>
    </w:p>
    <w:p w:rsidR="00000000" w:rsidDel="00000000" w:rsidP="00000000" w:rsidRDefault="00000000" w:rsidRPr="00000000" w14:paraId="00000252">
      <w:pPr>
        <w:ind w:firstLine="720"/>
        <w:rPr/>
      </w:pPr>
      <w:r w:rsidDel="00000000" w:rsidR="00000000" w:rsidRPr="00000000">
        <w:rPr>
          <w:rtl w:val="0"/>
        </w:rPr>
        <w:t xml:space="preserve">Connor approached him, a smirk on his face. “Here’s how this works. It may not seem like it, but everything we do out here is methodical and by the book. When he crossed Imperial, he was jaywalking—a traffic violation. That made him good to stop and detain. The moment he said he didn’t have ID, he became arrestable, even if it’s just for the jaywalking. We could take him to the station, book him, and get his fingerprints for identification. ‘Arrestable’ means ‘searchable,’ so his pockets were fair game. The moment he said he's on parole, he's even more searchable—less rights. If he had a residence, we could roll back to his house and search that too. If he did have ID and wasn’t on parole, he is probably loaded on rock, and arrestable for being under the influence. When you make an arrest, you can search. There is always a way. Starting to see how this all plays out?”</w:t>
      </w:r>
    </w:p>
    <w:p w:rsidR="00000000" w:rsidDel="00000000" w:rsidP="00000000" w:rsidRDefault="00000000" w:rsidRPr="00000000" w14:paraId="00000253">
      <w:pPr>
        <w:ind w:firstLine="720"/>
        <w:rPr/>
      </w:pPr>
      <w:r w:rsidDel="00000000" w:rsidR="00000000" w:rsidRPr="00000000">
        <w:rPr>
          <w:rtl w:val="0"/>
        </w:rPr>
        <w:t xml:space="preserve">“Yes, sir. I get it,” Steele replied, mentally piecing together the steps.</w:t>
      </w:r>
    </w:p>
    <w:p w:rsidR="00000000" w:rsidDel="00000000" w:rsidP="00000000" w:rsidRDefault="00000000" w:rsidRPr="00000000" w14:paraId="00000254">
      <w:pPr>
        <w:ind w:firstLine="720"/>
        <w:rPr/>
      </w:pPr>
      <w:r w:rsidDel="00000000" w:rsidR="00000000" w:rsidRPr="00000000">
        <w:rPr>
          <w:rtl w:val="0"/>
        </w:rPr>
        <w:t xml:space="preserve">Connor nodded. "It might look like we're jumping from A to Z out here, but we’re covered. If you ever have a question, ask me, but wait until we’re safe before you say anything."</w:t>
      </w:r>
    </w:p>
    <w:p w:rsidR="00000000" w:rsidDel="00000000" w:rsidP="00000000" w:rsidRDefault="00000000" w:rsidRPr="00000000" w14:paraId="00000255">
      <w:pPr>
        <w:ind w:firstLine="720"/>
        <w:rPr/>
      </w:pPr>
      <w:r w:rsidDel="00000000" w:rsidR="00000000" w:rsidRPr="00000000">
        <w:rPr>
          <w:rtl w:val="0"/>
        </w:rPr>
        <w:t xml:space="preserve">“Understood,” Steele said.</w:t>
      </w:r>
    </w:p>
    <w:p w:rsidR="00000000" w:rsidDel="00000000" w:rsidP="00000000" w:rsidRDefault="00000000" w:rsidRPr="00000000" w14:paraId="00000256">
      <w:pPr>
        <w:ind w:firstLine="720"/>
        <w:rPr/>
      </w:pPr>
      <w:r w:rsidDel="00000000" w:rsidR="00000000" w:rsidRPr="00000000">
        <w:rPr>
          <w:rtl w:val="0"/>
        </w:rPr>
        <w:t xml:space="preserve">“Alright, this is your first felony arrest," Connor continued. "We’re booking him for felony possession of rock cocaine with a parole enhancement. When we get to the jail, you’ve got 20 minutes to book him and 10 minutes to book the evidence. Let’s move."</w:t>
      </w:r>
    </w:p>
    <w:p w:rsidR="00000000" w:rsidDel="00000000" w:rsidP="00000000" w:rsidRDefault="00000000" w:rsidRPr="00000000" w14:paraId="00000257">
      <w:pPr>
        <w:ind w:firstLine="720"/>
        <w:rPr/>
      </w:pPr>
      <w:r w:rsidDel="00000000" w:rsidR="00000000" w:rsidRPr="00000000">
        <w:rPr>
          <w:rtl w:val="0"/>
        </w:rPr>
        <w:t xml:space="preserve">With that, they headed back to the station, Steele's first arrest sitting in the backseat. They were only two hours into their shift.</w:t>
      </w:r>
    </w:p>
    <w:p w:rsidR="00000000" w:rsidDel="00000000" w:rsidP="00000000" w:rsidRDefault="00000000" w:rsidRPr="00000000" w14:paraId="00000258">
      <w:pPr>
        <w:ind w:firstLine="720"/>
        <w:rPr/>
      </w:pPr>
      <w:r w:rsidDel="00000000" w:rsidR="00000000" w:rsidRPr="00000000">
        <w:rPr>
          <w:rtl w:val="0"/>
        </w:rPr>
        <w:t xml:space="preserve">***</w:t>
      </w:r>
    </w:p>
    <w:p w:rsidR="00000000" w:rsidDel="00000000" w:rsidP="00000000" w:rsidRDefault="00000000" w:rsidRPr="00000000" w14:paraId="00000259">
      <w:pPr>
        <w:ind w:firstLine="720"/>
        <w:rPr/>
      </w:pPr>
      <w:r w:rsidDel="00000000" w:rsidR="00000000" w:rsidRPr="00000000">
        <w:rPr>
          <w:rtl w:val="0"/>
        </w:rPr>
        <w:t xml:space="preserve">Steele handled the booking and evidence process smoothly; his prior experience as a CSO and ride-alongs had prepared him for this part of the job. Now, they were back on patrol, cruising through the streets of Willowbrook just after midnight. The roads were quieting down, and only the occasional car passed by.</w:t>
      </w:r>
    </w:p>
    <w:p w:rsidR="00000000" w:rsidDel="00000000" w:rsidP="00000000" w:rsidRDefault="00000000" w:rsidRPr="00000000" w14:paraId="0000025A">
      <w:pPr>
        <w:ind w:firstLine="720"/>
        <w:rPr/>
      </w:pPr>
      <w:r w:rsidDel="00000000" w:rsidR="00000000" w:rsidRPr="00000000">
        <w:rPr>
          <w:rtl w:val="0"/>
        </w:rPr>
        <w:t xml:space="preserve">“In another hour or so, it’s just gonna be cops and crooks out here,” Connor began, his eyes scanning the streets as he drove. “Regular civilians with jobs are usually tucked away by one or two in the morning. Remember, even though this place is full of thugs and violence, there are good people here too—families just trying to get by. That’s why we’re out here. These people are so scared of the gangsters, they have their kids sleep on the floor or in bathtubs to avoid getting hit in the next drive-by. It’s tragic.”</w:t>
      </w:r>
    </w:p>
    <w:p w:rsidR="00000000" w:rsidDel="00000000" w:rsidP="00000000" w:rsidRDefault="00000000" w:rsidRPr="00000000" w14:paraId="0000025B">
      <w:pPr>
        <w:ind w:firstLine="720"/>
        <w:rPr/>
      </w:pPr>
      <w:r w:rsidDel="00000000" w:rsidR="00000000" w:rsidRPr="00000000">
        <w:rPr>
          <w:rtl w:val="0"/>
        </w:rPr>
        <w:t xml:space="preserve">Steele remained silent, processing what Connor had said. The reality of his new beat was sinking in. Before he could respond, the dispatcher’s voice crackled over the radio, breaking the silence. "Attention units in Century, 245GSV at 118th and Willowbrook. Two victims down. Suspect vehicle described as a dark four-door sedan, fleeing the scene. Any unit to respond, code?”</w:t>
      </w:r>
    </w:p>
    <w:p w:rsidR="00000000" w:rsidDel="00000000" w:rsidP="00000000" w:rsidRDefault="00000000" w:rsidRPr="00000000" w14:paraId="0000025C">
      <w:pPr>
        <w:ind w:firstLine="720"/>
        <w:rPr/>
      </w:pPr>
      <w:r w:rsidDel="00000000" w:rsidR="00000000" w:rsidRPr="00000000">
        <w:rPr>
          <w:rtl w:val="0"/>
        </w:rPr>
        <w:t xml:space="preserve">Connor immediately grabbed the microphone. “214 Henry, we’ll take primary. Show us rolling Code 3.”</w:t>
      </w:r>
    </w:p>
    <w:p w:rsidR="00000000" w:rsidDel="00000000" w:rsidP="00000000" w:rsidRDefault="00000000" w:rsidRPr="00000000" w14:paraId="0000025D">
      <w:pPr>
        <w:ind w:firstLine="720"/>
        <w:rPr/>
      </w:pPr>
      <w:r w:rsidDel="00000000" w:rsidR="00000000" w:rsidRPr="00000000">
        <w:rPr>
          <w:rtl w:val="0"/>
        </w:rPr>
        <w:t xml:space="preserve">Steele’s pulse quickened. A 245GSV: assault with a deadly weapon—gunshot victims. This was his first drive-by shooting.</w:t>
      </w:r>
    </w:p>
    <w:p w:rsidR="00000000" w:rsidDel="00000000" w:rsidP="00000000" w:rsidRDefault="00000000" w:rsidRPr="00000000" w14:paraId="0000025E">
      <w:pPr>
        <w:ind w:firstLine="720"/>
        <w:rPr/>
      </w:pPr>
      <w:r w:rsidDel="00000000" w:rsidR="00000000" w:rsidRPr="00000000">
        <w:rPr>
          <w:rtl w:val="0"/>
        </w:rPr>
        <w:t xml:space="preserve">Two other units radioed in, announcing they were also responding Code 3. Connor grabbed the mic again, his voice steady. "213 Henry, you check Willowbrook north. 213 Frank, you take Willowbrook south. We’ll make contact with the victims at the scene.”</w:t>
      </w:r>
    </w:p>
    <w:p w:rsidR="00000000" w:rsidDel="00000000" w:rsidP="00000000" w:rsidRDefault="00000000" w:rsidRPr="00000000" w14:paraId="0000025F">
      <w:pPr>
        <w:ind w:firstLine="720"/>
        <w:rPr/>
      </w:pPr>
      <w:r w:rsidDel="00000000" w:rsidR="00000000" w:rsidRPr="00000000">
        <w:rPr>
          <w:rtl w:val="0"/>
        </w:rPr>
        <w:t xml:space="preserve">Connor flicked on the light bar and siren, flooring the gas pedal as he turned to Steele. “Grab the map and guide me in.”</w:t>
      </w:r>
    </w:p>
    <w:p w:rsidR="00000000" w:rsidDel="00000000" w:rsidP="00000000" w:rsidRDefault="00000000" w:rsidRPr="00000000" w14:paraId="00000260">
      <w:pPr>
        <w:ind w:firstLine="720"/>
        <w:rPr/>
      </w:pPr>
      <w:r w:rsidDel="00000000" w:rsidR="00000000" w:rsidRPr="00000000">
        <w:rPr>
          <w:rtl w:val="0"/>
        </w:rPr>
        <w:t xml:space="preserve">Steele felt the rush of adrenaline, but he forced himself to stay focused. Back in 2001, there was no GPS to aid deputies during pursuits or calls. All they had were physical maps. Steele had laminated enlarged maps of the station's Reporting Districts (RDs) and kept them tucked under the passenger visor. He quickly grabbed one and began navigating.</w:t>
      </w:r>
    </w:p>
    <w:p w:rsidR="00000000" w:rsidDel="00000000" w:rsidP="00000000" w:rsidRDefault="00000000" w:rsidRPr="00000000" w14:paraId="00000261">
      <w:pPr>
        <w:ind w:firstLine="720"/>
        <w:rPr/>
      </w:pPr>
      <w:r w:rsidDel="00000000" w:rsidR="00000000" w:rsidRPr="00000000">
        <w:rPr>
          <w:rtl w:val="0"/>
        </w:rPr>
        <w:t xml:space="preserve">A trainee quickly learned the importance of knowing exactly where they were at all times. Steele had made a habit of reading every street sign they passed and mentally announcing their direction of travel: “Eastbound Piru from Willowbrook.” This practice kept him ready to get on the radio if necessary. One of the favorite drills of FTOs was randomly asking their trainees, “Where are you?” Getting it wrong often resulted in being ordered to run to the nearest intersection to find a street sign.</w:t>
      </w:r>
    </w:p>
    <w:p w:rsidR="00000000" w:rsidDel="00000000" w:rsidP="00000000" w:rsidRDefault="00000000" w:rsidRPr="00000000" w14:paraId="00000262">
      <w:pPr>
        <w:ind w:firstLine="720"/>
        <w:rPr/>
      </w:pPr>
      <w:r w:rsidDel="00000000" w:rsidR="00000000" w:rsidRPr="00000000">
        <w:rPr>
          <w:rtl w:val="0"/>
        </w:rPr>
        <w:t xml:space="preserve">Steele rattled off directions while Connor sped through the empty streets, sirens wailing. They arrived at the scene within minutes. As they pulled up, a small crowd had already formed—people were yelling and crying. Steele's eyes darted around, taking in the chaos. Two men were down: one in a driveway, the other in the front yard. Both were Black males in their early twenties, clad in gang attire. Both were still conscious, writhing on the ground in pain.</w:t>
      </w:r>
    </w:p>
    <w:p w:rsidR="00000000" w:rsidDel="00000000" w:rsidP="00000000" w:rsidRDefault="00000000" w:rsidRPr="00000000" w14:paraId="00000263">
      <w:pPr>
        <w:ind w:firstLine="720"/>
        <w:rPr/>
      </w:pPr>
      <w:r w:rsidDel="00000000" w:rsidR="00000000" w:rsidRPr="00000000">
        <w:rPr>
          <w:rtl w:val="0"/>
        </w:rPr>
        <w:t xml:space="preserve">Connor motioned to Steele to follow him to the first victim. “Who shot you, bro? What did the car look like?” Connor asked.</w:t>
      </w:r>
    </w:p>
    <w:p w:rsidR="00000000" w:rsidDel="00000000" w:rsidP="00000000" w:rsidRDefault="00000000" w:rsidRPr="00000000" w14:paraId="00000264">
      <w:pPr>
        <w:ind w:firstLine="720"/>
        <w:rPr/>
      </w:pPr>
      <w:r w:rsidDel="00000000" w:rsidR="00000000" w:rsidRPr="00000000">
        <w:rPr>
          <w:rtl w:val="0"/>
        </w:rPr>
        <w:t xml:space="preserve">“I didn’t see shit,” the man groaned.</w:t>
      </w:r>
    </w:p>
    <w:p w:rsidR="00000000" w:rsidDel="00000000" w:rsidP="00000000" w:rsidRDefault="00000000" w:rsidRPr="00000000" w14:paraId="00000265">
      <w:pPr>
        <w:ind w:firstLine="720"/>
        <w:rPr/>
      </w:pPr>
      <w:r w:rsidDel="00000000" w:rsidR="00000000" w:rsidRPr="00000000">
        <w:rPr>
          <w:rtl w:val="0"/>
        </w:rPr>
        <w:t xml:space="preserve">Connor moved to the second victim and repeated the question, “Who shot you? What did you see?”</w:t>
      </w:r>
    </w:p>
    <w:p w:rsidR="00000000" w:rsidDel="00000000" w:rsidP="00000000" w:rsidRDefault="00000000" w:rsidRPr="00000000" w14:paraId="00000266">
      <w:pPr>
        <w:ind w:firstLine="720"/>
        <w:rPr/>
      </w:pPr>
      <w:r w:rsidDel="00000000" w:rsidR="00000000" w:rsidRPr="00000000">
        <w:rPr>
          <w:rtl w:val="0"/>
        </w:rPr>
        <w:t xml:space="preserve">“I didn’t see anything,” the second victim spat, clutching his arm.</w:t>
      </w:r>
    </w:p>
    <w:p w:rsidR="00000000" w:rsidDel="00000000" w:rsidP="00000000" w:rsidRDefault="00000000" w:rsidRPr="00000000" w14:paraId="00000267">
      <w:pPr>
        <w:ind w:firstLine="720"/>
        <w:rPr/>
      </w:pPr>
      <w:r w:rsidDel="00000000" w:rsidR="00000000" w:rsidRPr="00000000">
        <w:rPr>
          <w:rtl w:val="0"/>
        </w:rPr>
        <w:t xml:space="preserve">Connor turned to the small crowd that had gathered. “Did anybody see anything? Anything at all?” he shouted.</w:t>
      </w:r>
    </w:p>
    <w:p w:rsidR="00000000" w:rsidDel="00000000" w:rsidP="00000000" w:rsidRDefault="00000000" w:rsidRPr="00000000" w14:paraId="00000268">
      <w:pPr>
        <w:ind w:firstLine="720"/>
        <w:rPr/>
      </w:pPr>
      <w:r w:rsidDel="00000000" w:rsidR="00000000" w:rsidRPr="00000000">
        <w:rPr>
          <w:rtl w:val="0"/>
        </w:rPr>
        <w:t xml:space="preserve">The group fell silent. Eyes averted, faces stone-cold. No one was going to speak up.</w:t>
      </w:r>
    </w:p>
    <w:p w:rsidR="00000000" w:rsidDel="00000000" w:rsidP="00000000" w:rsidRDefault="00000000" w:rsidRPr="00000000" w14:paraId="00000269">
      <w:pPr>
        <w:ind w:firstLine="720"/>
        <w:rPr/>
      </w:pPr>
      <w:r w:rsidDel="00000000" w:rsidR="00000000" w:rsidRPr="00000000">
        <w:rPr>
          <w:rtl w:val="0"/>
        </w:rPr>
        <w:t xml:space="preserve">Connor glanced back at Steele, a wry smile on his face. “This one will be easy as long as they don’t die.”</w:t>
      </w:r>
    </w:p>
    <w:p w:rsidR="00000000" w:rsidDel="00000000" w:rsidP="00000000" w:rsidRDefault="00000000" w:rsidRPr="00000000" w14:paraId="0000026A">
      <w:pPr>
        <w:ind w:firstLine="720"/>
        <w:rPr/>
      </w:pPr>
      <w:r w:rsidDel="00000000" w:rsidR="00000000" w:rsidRPr="00000000">
        <w:rPr>
          <w:rtl w:val="0"/>
        </w:rPr>
        <w:t xml:space="preserve">Steele nodded, trying to absorb everything. The paramedics arrived and quickly assessed the victims. One had been shot in the leg, the other in the shoulder and arm. “They’re both gonna make it,” one of the paramedics announced.</w:t>
      </w:r>
    </w:p>
    <w:p w:rsidR="00000000" w:rsidDel="00000000" w:rsidP="00000000" w:rsidRDefault="00000000" w:rsidRPr="00000000" w14:paraId="0000026B">
      <w:pPr>
        <w:ind w:firstLine="720"/>
        <w:rPr/>
      </w:pPr>
      <w:r w:rsidDel="00000000" w:rsidR="00000000" w:rsidRPr="00000000">
        <w:rPr>
          <w:rtl w:val="0"/>
        </w:rPr>
        <w:t xml:space="preserve">“Alright, Steele. Put up some crime scene tape, get these people back, and start looking for shell casings,” Connor ordered.</w:t>
      </w:r>
    </w:p>
    <w:p w:rsidR="00000000" w:rsidDel="00000000" w:rsidP="00000000" w:rsidRDefault="00000000" w:rsidRPr="00000000" w14:paraId="0000026C">
      <w:pPr>
        <w:ind w:firstLine="720"/>
        <w:rPr/>
      </w:pPr>
      <w:r w:rsidDel="00000000" w:rsidR="00000000" w:rsidRPr="00000000">
        <w:rPr>
          <w:rtl w:val="0"/>
        </w:rPr>
        <w:t xml:space="preserve">Steele moved to the trunk of the radio car, grabbed a roll of crime scene tape, and began securing a large perimeter around the scene. As he walked the area, he used his flashlight to search for evidence.</w:t>
      </w:r>
    </w:p>
    <w:p w:rsidR="00000000" w:rsidDel="00000000" w:rsidP="00000000" w:rsidRDefault="00000000" w:rsidRPr="00000000" w14:paraId="0000026D">
      <w:pPr>
        <w:ind w:firstLine="720"/>
        <w:rPr/>
      </w:pPr>
      <w:r w:rsidDel="00000000" w:rsidR="00000000" w:rsidRPr="00000000">
        <w:rPr>
          <w:rtl w:val="0"/>
        </w:rPr>
        <w:t xml:space="preserve">“Found something!” Steele called out. He crouched down near the street to the east of where the victims lay, spotting seven spent 9mm casings. He placed index cards next to each casing to mark their location.</w:t>
      </w:r>
    </w:p>
    <w:p w:rsidR="00000000" w:rsidDel="00000000" w:rsidP="00000000" w:rsidRDefault="00000000" w:rsidRPr="00000000" w14:paraId="0000026E">
      <w:pPr>
        <w:ind w:firstLine="720"/>
        <w:rPr/>
      </w:pPr>
      <w:r w:rsidDel="00000000" w:rsidR="00000000" w:rsidRPr="00000000">
        <w:rPr>
          <w:rtl w:val="0"/>
        </w:rPr>
        <w:t xml:space="preserve">The paramedics loaded the victims into ambulances. Connor asked, “Where are you taking them?”</w:t>
      </w:r>
    </w:p>
    <w:p w:rsidR="00000000" w:rsidDel="00000000" w:rsidP="00000000" w:rsidRDefault="00000000" w:rsidRPr="00000000" w14:paraId="0000026F">
      <w:pPr>
        <w:ind w:firstLine="720"/>
        <w:rPr/>
      </w:pPr>
      <w:r w:rsidDel="00000000" w:rsidR="00000000" w:rsidRPr="00000000">
        <w:rPr>
          <w:rtl w:val="0"/>
        </w:rPr>
        <w:t xml:space="preserve">“Killer King,” one of the medics replied, using the slang for Martin Luther King Jr. Hospital in Willowbrook.</w:t>
      </w:r>
    </w:p>
    <w:p w:rsidR="00000000" w:rsidDel="00000000" w:rsidP="00000000" w:rsidRDefault="00000000" w:rsidRPr="00000000" w14:paraId="00000270">
      <w:pPr>
        <w:ind w:firstLine="720"/>
        <w:rPr/>
      </w:pPr>
      <w:r w:rsidDel="00000000" w:rsidR="00000000" w:rsidRPr="00000000">
        <w:rPr>
          <w:rtl w:val="0"/>
        </w:rPr>
        <w:t xml:space="preserve">“Got it,” Connor nodded before turning to Steele. “Snap some pictures of the shell casings, the scene, and the blood. Then, canvas the area. Knock on doors and see if anyone’s willing to talk. Though I doubt it.”</w:t>
      </w:r>
    </w:p>
    <w:p w:rsidR="00000000" w:rsidDel="00000000" w:rsidP="00000000" w:rsidRDefault="00000000" w:rsidRPr="00000000" w14:paraId="00000271">
      <w:pPr>
        <w:ind w:firstLine="720"/>
        <w:rPr/>
      </w:pPr>
      <w:r w:rsidDel="00000000" w:rsidR="00000000" w:rsidRPr="00000000">
        <w:rPr>
          <w:rtl w:val="0"/>
        </w:rPr>
        <w:t xml:space="preserve">Steele nodded, taking out his camera to photograph the evidence. He spent the next 20 minutes knocking on doors up and down the street, but either no one answered, or they claimed they hadn’t seen anything.</w:t>
      </w:r>
    </w:p>
    <w:p w:rsidR="00000000" w:rsidDel="00000000" w:rsidP="00000000" w:rsidRDefault="00000000" w:rsidRPr="00000000" w14:paraId="00000272">
      <w:pPr>
        <w:ind w:firstLine="720"/>
        <w:rPr/>
      </w:pPr>
      <w:r w:rsidDel="00000000" w:rsidR="00000000" w:rsidRPr="00000000">
        <w:rPr>
          <w:rtl w:val="0"/>
        </w:rPr>
        <w:t xml:space="preserve">Thirty minutes later, Connor approached Steele, looking satisfied. “Alright, we’re done here. Just another gangster shooting with no useful intel. You’ll need to get the report turned in before the shift ends, but don’t expect the detectives to lose sleep over this one.”</w:t>
      </w:r>
    </w:p>
    <w:p w:rsidR="00000000" w:rsidDel="00000000" w:rsidP="00000000" w:rsidRDefault="00000000" w:rsidRPr="00000000" w14:paraId="00000273">
      <w:pPr>
        <w:ind w:firstLine="720"/>
        <w:rPr/>
      </w:pPr>
      <w:r w:rsidDel="00000000" w:rsidR="00000000" w:rsidRPr="00000000">
        <w:rPr>
          <w:rtl w:val="0"/>
        </w:rPr>
        <w:t xml:space="preserve">Steele frowned. “How did nobody see anything?” he asked, genuinely puzzled.</w:t>
      </w:r>
    </w:p>
    <w:p w:rsidR="00000000" w:rsidDel="00000000" w:rsidP="00000000" w:rsidRDefault="00000000" w:rsidRPr="00000000" w14:paraId="00000274">
      <w:pPr>
        <w:ind w:firstLine="720"/>
        <w:rPr/>
      </w:pPr>
      <w:r w:rsidDel="00000000" w:rsidR="00000000" w:rsidRPr="00000000">
        <w:rPr>
          <w:rtl w:val="0"/>
        </w:rPr>
        <w:t xml:space="preserve">Connor shook his head. “Would you rat out the gangsters if you lived here? They have to stay in this neighborhood. We can’t protect them, and they know it. Let it go.”</w:t>
      </w:r>
    </w:p>
    <w:p w:rsidR="00000000" w:rsidDel="00000000" w:rsidP="00000000" w:rsidRDefault="00000000" w:rsidRPr="00000000" w14:paraId="00000275">
      <w:pPr>
        <w:ind w:firstLine="720"/>
        <w:rPr/>
      </w:pPr>
      <w:r w:rsidDel="00000000" w:rsidR="00000000" w:rsidRPr="00000000">
        <w:rPr>
          <w:rtl w:val="0"/>
        </w:rPr>
        <w:t xml:space="preserve">Steele sighed, collecting the last of the evidence markers. They walked back to the radio car, where Connor grabbed the microphone and announced, “214 Henry, 10-8 from the GSV.” With that, they were back on patrol, ready for whatever came next.</w:t>
      </w:r>
    </w:p>
    <w:p w:rsidR="00000000" w:rsidDel="00000000" w:rsidP="00000000" w:rsidRDefault="00000000" w:rsidRPr="00000000" w14:paraId="00000276">
      <w:pPr>
        <w:ind w:firstLine="720"/>
        <w:rPr/>
      </w:pPr>
      <w:r w:rsidDel="00000000" w:rsidR="00000000" w:rsidRPr="00000000">
        <w:rPr>
          <w:rtl w:val="0"/>
        </w:rPr>
        <w:t xml:space="preserve">***</w:t>
      </w:r>
    </w:p>
    <w:p w:rsidR="00000000" w:rsidDel="00000000" w:rsidP="00000000" w:rsidRDefault="00000000" w:rsidRPr="00000000" w14:paraId="00000277">
      <w:pPr>
        <w:ind w:firstLine="720"/>
        <w:rPr/>
      </w:pPr>
      <w:r w:rsidDel="00000000" w:rsidR="00000000" w:rsidRPr="00000000">
        <w:rPr>
          <w:rtl w:val="0"/>
        </w:rPr>
        <w:t xml:space="preserve">The rest of the shift passed mostly without incident, though they responded to several disturbance calls and conducted five traffic stops. The quiet hours gave Steele a chance to start on the mountain of paperwork that awaited him: the reports for their earlier felony arrest and the drive-by shooting. After several rounds of edits from Connor—each one highlighting his mistakes—Steele was finally ready to present the finished reports to the Watch Sergeant for approval.</w:t>
      </w:r>
    </w:p>
    <w:p w:rsidR="00000000" w:rsidDel="00000000" w:rsidP="00000000" w:rsidRDefault="00000000" w:rsidRPr="00000000" w14:paraId="00000278">
      <w:pPr>
        <w:ind w:firstLine="720"/>
        <w:rPr/>
      </w:pPr>
      <w:r w:rsidDel="00000000" w:rsidR="00000000" w:rsidRPr="00000000">
        <w:rPr>
          <w:rtl w:val="0"/>
        </w:rPr>
        <w:t xml:space="preserve">At around 6:40 a.m., they headed back to the station to refuel and unload their vehicle. Steele lugged his gear out of the car, feeling the exhaustion set in, but he wasn’t done yet. He still had to wait for the final sign-off on his reports. With the paperwork dropped off to the Sergeant, all he could do now was wait and hope there weren’t too many corrections to make.</w:t>
      </w:r>
    </w:p>
    <w:p w:rsidR="00000000" w:rsidDel="00000000" w:rsidP="00000000" w:rsidRDefault="00000000" w:rsidRPr="00000000" w14:paraId="00000279">
      <w:pPr>
        <w:ind w:firstLine="720"/>
        <w:rPr/>
      </w:pPr>
      <w:r w:rsidDel="00000000" w:rsidR="00000000" w:rsidRPr="00000000">
        <w:rPr>
          <w:rtl w:val="0"/>
        </w:rPr>
        <w:t xml:space="preserve">He headed to the report writing room, hoping for some solitude to decompress. As he pushed open the door, he let out a sigh of relief—it was empty except for Grant, who was scribbling away at a report. Grant glanced up and flashed a tired grin.</w:t>
      </w:r>
    </w:p>
    <w:p w:rsidR="00000000" w:rsidDel="00000000" w:rsidP="00000000" w:rsidRDefault="00000000" w:rsidRPr="00000000" w14:paraId="0000027A">
      <w:pPr>
        <w:ind w:firstLine="720"/>
        <w:rPr/>
      </w:pPr>
      <w:r w:rsidDel="00000000" w:rsidR="00000000" w:rsidRPr="00000000">
        <w:rPr>
          <w:rtl w:val="0"/>
        </w:rPr>
        <w:t xml:space="preserve">“Well, brother, how did it go?” Steele asked, dropping into a chair nearby.</w:t>
      </w:r>
    </w:p>
    <w:p w:rsidR="00000000" w:rsidDel="00000000" w:rsidP="00000000" w:rsidRDefault="00000000" w:rsidRPr="00000000" w14:paraId="0000027B">
      <w:pPr>
        <w:ind w:firstLine="720"/>
        <w:rPr/>
      </w:pPr>
      <w:r w:rsidDel="00000000" w:rsidR="00000000" w:rsidRPr="00000000">
        <w:rPr>
          <w:rtl w:val="0"/>
        </w:rPr>
        <w:t xml:space="preserve">"My head is spinning with everything there is to learn. How was your first night?" Grant asked, leaning back in his chair.</w:t>
      </w:r>
    </w:p>
    <w:p w:rsidR="00000000" w:rsidDel="00000000" w:rsidP="00000000" w:rsidRDefault="00000000" w:rsidRPr="00000000" w14:paraId="0000027C">
      <w:pPr>
        <w:ind w:firstLine="720"/>
        <w:rPr/>
      </w:pPr>
      <w:r w:rsidDel="00000000" w:rsidR="00000000" w:rsidRPr="00000000">
        <w:rPr>
          <w:rtl w:val="0"/>
        </w:rPr>
        <w:t xml:space="preserve">Steele let out a tired chuckle. "I screwed up some stuff, but overall, it went well. Got my first GSV under my belt and even bagged a felony arrest for rock cocaine."</w:t>
      </w:r>
    </w:p>
    <w:p w:rsidR="00000000" w:rsidDel="00000000" w:rsidP="00000000" w:rsidRDefault="00000000" w:rsidRPr="00000000" w14:paraId="0000027D">
      <w:pPr>
        <w:ind w:firstLine="720"/>
        <w:rPr/>
      </w:pPr>
      <w:r w:rsidDel="00000000" w:rsidR="00000000" w:rsidRPr="00000000">
        <w:rPr>
          <w:rtl w:val="0"/>
        </w:rPr>
        <w:t xml:space="preserve">Grant sighed, shaking his head. "We arrested someone for a switchblade knife and took a bunch of report calls. I’m still trying to finish up all the paperwork. I feel like I’m drowning here."</w:t>
      </w:r>
    </w:p>
    <w:p w:rsidR="00000000" w:rsidDel="00000000" w:rsidP="00000000" w:rsidRDefault="00000000" w:rsidRPr="00000000" w14:paraId="0000027E">
      <w:pPr>
        <w:ind w:firstLine="720"/>
        <w:rPr/>
      </w:pPr>
      <w:r w:rsidDel="00000000" w:rsidR="00000000" w:rsidRPr="00000000">
        <w:rPr>
          <w:rtl w:val="0"/>
        </w:rPr>
        <w:t xml:space="preserve">Steele glanced at the stack of forms piled up on Grant’s desk. "Tell you what," he said, clapping Grant on the shoulder, "give me your evidence. I’ll book it for you. I’m waiting on report approvals anyway, so might as well help you out. Let’s get out of here as soon as we can."</w:t>
      </w:r>
    </w:p>
    <w:p w:rsidR="00000000" w:rsidDel="00000000" w:rsidP="00000000" w:rsidRDefault="00000000" w:rsidRPr="00000000" w14:paraId="0000027F">
      <w:pPr>
        <w:ind w:firstLine="720"/>
        <w:rPr/>
      </w:pPr>
      <w:r w:rsidDel="00000000" w:rsidR="00000000" w:rsidRPr="00000000">
        <w:rPr>
          <w:rtl w:val="0"/>
        </w:rPr>
        <w:t xml:space="preserve">Grant nodded gratefully, handing over the evidence bag. "Thanks, man. I owe you one."</w:t>
      </w:r>
    </w:p>
    <w:p w:rsidR="00000000" w:rsidDel="00000000" w:rsidP="00000000" w:rsidRDefault="00000000" w:rsidRPr="00000000" w14:paraId="00000280">
      <w:pPr>
        <w:ind w:firstLine="720"/>
        <w:rPr/>
      </w:pPr>
      <w:r w:rsidDel="00000000" w:rsidR="00000000" w:rsidRPr="00000000">
        <w:rPr>
          <w:rtl w:val="0"/>
        </w:rPr>
        <w:t xml:space="preserve">"No worries," Steele replied. "We’re in this together."</w:t>
      </w:r>
    </w:p>
    <w:p w:rsidR="00000000" w:rsidDel="00000000" w:rsidP="00000000" w:rsidRDefault="00000000" w:rsidRPr="00000000" w14:paraId="00000281">
      <w:pPr>
        <w:ind w:firstLine="720"/>
        <w:rPr/>
      </w:pPr>
      <w:r w:rsidDel="00000000" w:rsidR="00000000" w:rsidRPr="00000000">
        <w:rPr>
          <w:rtl w:val="0"/>
        </w:rPr>
        <w:t xml:space="preserve">Steele quickly took care of the evidence booking, making sure everything was labeled and logged correctly. After helping Grant wrap up some of his lingering paperwork, he checked back with the Watch Sergeant. To his relief, both of his reports had been signed off and approved. Finally, he could call it a night—or rather, a morning.</w:t>
      </w:r>
    </w:p>
    <w:p w:rsidR="00000000" w:rsidDel="00000000" w:rsidP="00000000" w:rsidRDefault="00000000" w:rsidRPr="00000000" w14:paraId="00000282">
      <w:pPr>
        <w:ind w:firstLine="720"/>
        <w:rPr/>
      </w:pPr>
      <w:r w:rsidDel="00000000" w:rsidR="00000000" w:rsidRPr="00000000">
        <w:rPr>
          <w:rtl w:val="0"/>
        </w:rPr>
        <w:t xml:space="preserve">He walked back into the report room with a satisfied grin. "We’re good to go, man. Reports are approved. Let's get out of here before they find something else for us to do."</w:t>
      </w:r>
    </w:p>
    <w:p w:rsidR="00000000" w:rsidDel="00000000" w:rsidP="00000000" w:rsidRDefault="00000000" w:rsidRPr="00000000" w14:paraId="00000283">
      <w:pPr>
        <w:ind w:firstLine="720"/>
        <w:rPr/>
      </w:pPr>
      <w:r w:rsidDel="00000000" w:rsidR="00000000" w:rsidRPr="00000000">
        <w:rPr>
          <w:rtl w:val="0"/>
        </w:rPr>
        <w:t xml:space="preserve">Grant stood up, looking as tired as Steele felt. "Sounds like a plan. Let’s get home and get some sleep."</w:t>
      </w:r>
    </w:p>
    <w:p w:rsidR="00000000" w:rsidDel="00000000" w:rsidP="00000000" w:rsidRDefault="00000000" w:rsidRPr="00000000" w14:paraId="00000284">
      <w:pPr>
        <w:ind w:firstLine="720"/>
        <w:rPr/>
      </w:pPr>
      <w:r w:rsidDel="00000000" w:rsidR="00000000" w:rsidRPr="00000000">
        <w:rPr>
          <w:rtl w:val="0"/>
        </w:rPr>
        <w:t xml:space="preserve">As they headed out to the parking lot, the sun was already rising, casting a pale light over the station. The first night was officially in the books, and Steele knew it was just the beginning.</w:t>
      </w:r>
    </w:p>
    <w:p w:rsidR="00000000" w:rsidDel="00000000" w:rsidP="00000000" w:rsidRDefault="00000000" w:rsidRPr="00000000" w14:paraId="00000285">
      <w:pPr>
        <w:ind w:firstLine="720"/>
        <w:rPr/>
      </w:pPr>
      <w:r w:rsidDel="00000000" w:rsidR="00000000" w:rsidRPr="00000000">
        <w:rPr>
          <w:rtl w:val="0"/>
        </w:rPr>
        <w:t xml:space="preserve">***</w:t>
      </w:r>
    </w:p>
    <w:p w:rsidR="00000000" w:rsidDel="00000000" w:rsidP="00000000" w:rsidRDefault="00000000" w:rsidRPr="00000000" w14:paraId="00000286">
      <w:pPr>
        <w:ind w:firstLine="720"/>
        <w:rPr/>
      </w:pPr>
      <w:r w:rsidDel="00000000" w:rsidR="00000000" w:rsidRPr="00000000">
        <w:rPr>
          <w:rtl w:val="0"/>
        </w:rPr>
        <w:t xml:space="preserve">On the final shift of the week, Steele was at the station, busy booking evidence and entering information into the justice department database with the help of the secretarial unit. While he was at the counter, he noticed another deputy nearby, facing away from him. The deputy wore jeans, a gun belt, and a green sheriff’s windbreaker—the unmistakable uniform of the Gang Enforcement Team (GET). These deputies were handpicked from the best in patrol to tackle gang violence in some of the toughest neighborhoods, earning them a reputation for being the elite.</w:t>
      </w:r>
    </w:p>
    <w:p w:rsidR="00000000" w:rsidDel="00000000" w:rsidP="00000000" w:rsidRDefault="00000000" w:rsidRPr="00000000" w14:paraId="00000287">
      <w:pPr>
        <w:ind w:firstLine="720"/>
        <w:rPr/>
      </w:pPr>
      <w:r w:rsidDel="00000000" w:rsidR="00000000" w:rsidRPr="00000000">
        <w:rPr>
          <w:rtl w:val="0"/>
        </w:rPr>
        <w:t xml:space="preserve">The deputy turned slightly, giving Steele a glimpse of his profile. It was Deputy Gage, someone Steele had worked with back at Lakewood Station. Instinctively, Steele decided to play the trainee game and kept quiet, focusing on his task.</w:t>
      </w:r>
    </w:p>
    <w:p w:rsidR="00000000" w:rsidDel="00000000" w:rsidP="00000000" w:rsidRDefault="00000000" w:rsidRPr="00000000" w14:paraId="00000288">
      <w:pPr>
        <w:ind w:firstLine="720"/>
        <w:rPr/>
      </w:pPr>
      <w:r w:rsidDel="00000000" w:rsidR="00000000" w:rsidRPr="00000000">
        <w:rPr>
          <w:rtl w:val="0"/>
        </w:rPr>
        <w:t xml:space="preserve">“Steele, are you just gonna sit there and ignore me, brother?” Gage called out, a hint of a smirk on his face.</w:t>
      </w:r>
    </w:p>
    <w:p w:rsidR="00000000" w:rsidDel="00000000" w:rsidP="00000000" w:rsidRDefault="00000000" w:rsidRPr="00000000" w14:paraId="00000289">
      <w:pPr>
        <w:ind w:firstLine="720"/>
        <w:rPr/>
      </w:pPr>
      <w:r w:rsidDel="00000000" w:rsidR="00000000" w:rsidRPr="00000000">
        <w:rPr>
          <w:rtl w:val="0"/>
        </w:rPr>
        <w:t xml:space="preserve">Steele straightened up and turned. "Just following the trainee rulebook, sir. You know how it goes. Good to see you here," he replied, trying to keep his tone respectful.</w:t>
      </w:r>
    </w:p>
    <w:p w:rsidR="00000000" w:rsidDel="00000000" w:rsidP="00000000" w:rsidRDefault="00000000" w:rsidRPr="00000000" w14:paraId="0000028A">
      <w:pPr>
        <w:ind w:firstLine="720"/>
        <w:rPr/>
      </w:pPr>
      <w:r w:rsidDel="00000000" w:rsidR="00000000" w:rsidRPr="00000000">
        <w:rPr>
          <w:rtl w:val="0"/>
        </w:rPr>
        <w:t xml:space="preserve">Gage chuckled. “Yeah, I heard you were on training at Century. Not a bad spot to be. Who’s your FTO?”</w:t>
      </w:r>
    </w:p>
    <w:p w:rsidR="00000000" w:rsidDel="00000000" w:rsidP="00000000" w:rsidRDefault="00000000" w:rsidRPr="00000000" w14:paraId="0000028B">
      <w:pPr>
        <w:ind w:firstLine="720"/>
        <w:rPr/>
      </w:pPr>
      <w:r w:rsidDel="00000000" w:rsidR="00000000" w:rsidRPr="00000000">
        <w:rPr>
          <w:rtl w:val="0"/>
        </w:rPr>
        <w:t xml:space="preserve">“I’m with Mike Connor,” Steele responded.</w:t>
      </w:r>
    </w:p>
    <w:p w:rsidR="00000000" w:rsidDel="00000000" w:rsidP="00000000" w:rsidRDefault="00000000" w:rsidRPr="00000000" w14:paraId="0000028C">
      <w:pPr>
        <w:ind w:firstLine="720"/>
        <w:rPr/>
      </w:pPr>
      <w:r w:rsidDel="00000000" w:rsidR="00000000" w:rsidRPr="00000000">
        <w:rPr>
          <w:rtl w:val="0"/>
        </w:rPr>
        <w:t xml:space="preserve">Gage raised his eyebrows, nodding with approval. “Connor’s a solid cop. Has he told you about his shootings yet?”</w:t>
      </w:r>
    </w:p>
    <w:p w:rsidR="00000000" w:rsidDel="00000000" w:rsidP="00000000" w:rsidRDefault="00000000" w:rsidRPr="00000000" w14:paraId="0000028D">
      <w:pPr>
        <w:ind w:firstLine="720"/>
        <w:rPr/>
      </w:pPr>
      <w:r w:rsidDel="00000000" w:rsidR="00000000" w:rsidRPr="00000000">
        <w:rPr>
          <w:rtl w:val="0"/>
        </w:rPr>
        <w:t xml:space="preserve">Steele hesitated. He had heard whispers that Connor had been involved in multiple shootings, but he had never dared to bring it up. “Not yet, sir,” he replied.</w:t>
      </w:r>
    </w:p>
    <w:p w:rsidR="00000000" w:rsidDel="00000000" w:rsidP="00000000" w:rsidRDefault="00000000" w:rsidRPr="00000000" w14:paraId="0000028E">
      <w:pPr>
        <w:ind w:firstLine="720"/>
        <w:rPr/>
      </w:pPr>
      <w:r w:rsidDel="00000000" w:rsidR="00000000" w:rsidRPr="00000000">
        <w:rPr>
          <w:rtl w:val="0"/>
        </w:rPr>
        <w:t xml:space="preserve">Gage shook his head, grinning. “Man, you’re riding with a legend. That guy has been in six incidents, dropped eight people. You know how rare that is? He’s been in two separate shootings where he took down two guys each time. He doesn’t mess around. You’re in good hands.”</w:t>
      </w:r>
    </w:p>
    <w:p w:rsidR="00000000" w:rsidDel="00000000" w:rsidP="00000000" w:rsidRDefault="00000000" w:rsidRPr="00000000" w14:paraId="0000028F">
      <w:pPr>
        <w:ind w:firstLine="720"/>
        <w:rPr/>
      </w:pPr>
      <w:r w:rsidDel="00000000" w:rsidR="00000000" w:rsidRPr="00000000">
        <w:rPr>
          <w:rtl w:val="0"/>
        </w:rPr>
        <w:t xml:space="preserve">Steele’s eyes widened at the revelation. The sheer level of violence that the deputies at Century faced was staggering, and he felt a surge of adrenaline at the thought of working alongside someone like Connor. “I’ll keep that in mind, sir,” Steele said, masking his excitement.</w:t>
      </w:r>
    </w:p>
    <w:p w:rsidR="00000000" w:rsidDel="00000000" w:rsidP="00000000" w:rsidRDefault="00000000" w:rsidRPr="00000000" w14:paraId="00000290">
      <w:pPr>
        <w:ind w:firstLine="720"/>
        <w:rPr/>
      </w:pPr>
      <w:r w:rsidDel="00000000" w:rsidR="00000000" w:rsidRPr="00000000">
        <w:rPr>
          <w:rtl w:val="0"/>
        </w:rPr>
        <w:t xml:space="preserve">Gage gave him a knowing nod. “You’re gonna do fine out here, brother. Just stay sharp.”</w:t>
      </w:r>
    </w:p>
    <w:p w:rsidR="00000000" w:rsidDel="00000000" w:rsidP="00000000" w:rsidRDefault="00000000" w:rsidRPr="00000000" w14:paraId="00000291">
      <w:pPr>
        <w:ind w:firstLine="720"/>
        <w:rPr/>
      </w:pPr>
      <w:r w:rsidDel="00000000" w:rsidR="00000000" w:rsidRPr="00000000">
        <w:rPr>
          <w:rtl w:val="0"/>
        </w:rPr>
        <w:t xml:space="preserve">“Will do. Gotta get back out there. Stay safe, sir,” Steele replied as he turned to head back to the briefing room.</w:t>
      </w:r>
    </w:p>
    <w:p w:rsidR="00000000" w:rsidDel="00000000" w:rsidP="00000000" w:rsidRDefault="00000000" w:rsidRPr="00000000" w14:paraId="00000292">
      <w:pPr>
        <w:ind w:firstLine="720"/>
        <w:rPr/>
      </w:pPr>
      <w:r w:rsidDel="00000000" w:rsidR="00000000" w:rsidRPr="00000000">
        <w:rPr>
          <w:rtl w:val="0"/>
        </w:rPr>
        <w:t xml:space="preserve">“Stay safe, Steele,” Gage called after him, his voice carrying the weight of experience.</w:t>
      </w:r>
    </w:p>
    <w:p w:rsidR="00000000" w:rsidDel="00000000" w:rsidP="00000000" w:rsidRDefault="00000000" w:rsidRPr="00000000" w14:paraId="00000293">
      <w:pPr>
        <w:ind w:firstLine="720"/>
        <w:rPr/>
      </w:pPr>
      <w:r w:rsidDel="00000000" w:rsidR="00000000" w:rsidRPr="00000000">
        <w:rPr>
          <w:rtl w:val="0"/>
        </w:rPr>
        <w:t xml:space="preserve">***</w:t>
      </w:r>
    </w:p>
    <w:p w:rsidR="00000000" w:rsidDel="00000000" w:rsidP="00000000" w:rsidRDefault="00000000" w:rsidRPr="00000000" w14:paraId="00000294">
      <w:pPr>
        <w:ind w:firstLine="720"/>
        <w:rPr/>
      </w:pPr>
      <w:r w:rsidDel="00000000" w:rsidR="00000000" w:rsidRPr="00000000">
        <w:rPr>
          <w:rtl w:val="0"/>
        </w:rPr>
        <w:t xml:space="preserve">A month into training, Connor was driving Steele through the southern end of their patrol area near the city of Compton. “Chow time,” was all Connor said, and Steele knew what that meant. Connor pulled into the parking lot of Tam’s Burgers, a favorite spot for the deputies. As they rolled in, Steele noticed two other black-and-whites already there, both backed into parking stalls, ready to make a quick exit if a hot call came in.</w:t>
      </w:r>
    </w:p>
    <w:p w:rsidR="00000000" w:rsidDel="00000000" w:rsidP="00000000" w:rsidRDefault="00000000" w:rsidRPr="00000000" w14:paraId="00000295">
      <w:pPr>
        <w:ind w:firstLine="720"/>
        <w:rPr/>
      </w:pPr>
      <w:r w:rsidDel="00000000" w:rsidR="00000000" w:rsidRPr="00000000">
        <w:rPr>
          <w:rtl w:val="0"/>
        </w:rPr>
        <w:t xml:space="preserve">Connor parked the car and turned to Steele. “All right, I’m going inside to eat with the guys. Look, you’re doing good, but it’s the end of your first month. You haven’t earned the right to sit with the crew yet. Go grab your lunch and hang out with Grant. And keep an eye on the cars.”</w:t>
      </w:r>
    </w:p>
    <w:p w:rsidR="00000000" w:rsidDel="00000000" w:rsidP="00000000" w:rsidRDefault="00000000" w:rsidRPr="00000000" w14:paraId="00000296">
      <w:pPr>
        <w:ind w:firstLine="720"/>
        <w:rPr/>
      </w:pPr>
      <w:r w:rsidDel="00000000" w:rsidR="00000000" w:rsidRPr="00000000">
        <w:rPr>
          <w:rtl w:val="0"/>
        </w:rPr>
        <w:t xml:space="preserve">“Copy that, sir,” Steele replied, keeping his tone respectful. He understood the hierarchy. While he and Connor had started to build a decent working relationship during their solo shifts, eating with the main crew was a privilege that had to be earned. Until then, he was stuck eating outside with the other trainees, playing the role of an outcast until he proved himself.</w:t>
      </w:r>
    </w:p>
    <w:p w:rsidR="00000000" w:rsidDel="00000000" w:rsidP="00000000" w:rsidRDefault="00000000" w:rsidRPr="00000000" w14:paraId="00000297">
      <w:pPr>
        <w:ind w:firstLine="720"/>
        <w:rPr/>
      </w:pPr>
      <w:r w:rsidDel="00000000" w:rsidR="00000000" w:rsidRPr="00000000">
        <w:rPr>
          <w:rtl w:val="0"/>
        </w:rPr>
        <w:t xml:space="preserve">Steele got out of the car and walked over to the trunk, grabbing his cooler. As he did, he spotted Grant doing the same from his own unit. Grant walked over, a wry smile on his face. “What’s up, boot?” Steele laughed, greeting him with their shared nickname.</w:t>
      </w:r>
    </w:p>
    <w:p w:rsidR="00000000" w:rsidDel="00000000" w:rsidP="00000000" w:rsidRDefault="00000000" w:rsidRPr="00000000" w14:paraId="00000298">
      <w:pPr>
        <w:ind w:firstLine="720"/>
        <w:rPr/>
      </w:pPr>
      <w:r w:rsidDel="00000000" w:rsidR="00000000" w:rsidRPr="00000000">
        <w:rPr>
          <w:rtl w:val="0"/>
        </w:rPr>
        <w:t xml:space="preserve">“Just living the dream, man,” Grant grinned, shaking his head. “I thought the SEALs were a tight community, but these guys? This is next-level stuff.”</w:t>
      </w:r>
    </w:p>
    <w:p w:rsidR="00000000" w:rsidDel="00000000" w:rsidP="00000000" w:rsidRDefault="00000000" w:rsidRPr="00000000" w14:paraId="00000299">
      <w:pPr>
        <w:ind w:firstLine="720"/>
        <w:rPr/>
      </w:pPr>
      <w:r w:rsidDel="00000000" w:rsidR="00000000" w:rsidRPr="00000000">
        <w:rPr>
          <w:rtl w:val="0"/>
        </w:rPr>
        <w:t xml:space="preserve">“Yeah, it’s definitely a different breed,” Steele agreed, taking a seat on the curb next to Grant. “See the guys inside? All of them are inked. They’re the shot-callers on this shift.”</w:t>
      </w:r>
    </w:p>
    <w:p w:rsidR="00000000" w:rsidDel="00000000" w:rsidP="00000000" w:rsidRDefault="00000000" w:rsidRPr="00000000" w14:paraId="0000029A">
      <w:pPr>
        <w:ind w:firstLine="720"/>
        <w:rPr/>
      </w:pPr>
      <w:r w:rsidDel="00000000" w:rsidR="00000000" w:rsidRPr="00000000">
        <w:rPr>
          <w:rtl w:val="0"/>
        </w:rPr>
        <w:t xml:space="preserve">Grant nodded, glancing toward the restaurant window where he could see their FTOs laughing and talking inside. “I get it. They want to make sure we can hold our own before they let us in.”</w:t>
      </w:r>
    </w:p>
    <w:p w:rsidR="00000000" w:rsidDel="00000000" w:rsidP="00000000" w:rsidRDefault="00000000" w:rsidRPr="00000000" w14:paraId="0000029B">
      <w:pPr>
        <w:ind w:firstLine="720"/>
        <w:rPr/>
      </w:pPr>
      <w:r w:rsidDel="00000000" w:rsidR="00000000" w:rsidRPr="00000000">
        <w:rPr>
          <w:rtl w:val="0"/>
        </w:rPr>
        <w:t xml:space="preserve">“We’ll earn our spot eventually,” Steele said, taking a bite of his sandwich. “But for now, we sit out here and pay our dues. Just how it is.”</w:t>
      </w:r>
    </w:p>
    <w:p w:rsidR="00000000" w:rsidDel="00000000" w:rsidP="00000000" w:rsidRDefault="00000000" w:rsidRPr="00000000" w14:paraId="0000029C">
      <w:pPr>
        <w:ind w:firstLine="720"/>
        <w:rPr/>
      </w:pPr>
      <w:r w:rsidDel="00000000" w:rsidR="00000000" w:rsidRPr="00000000">
        <w:rPr>
          <w:rtl w:val="0"/>
        </w:rPr>
        <w:t xml:space="preserve">“Yup,” Grant replied, settling into his lunch. “Gives us something to work toward, I guess.”</w:t>
      </w:r>
    </w:p>
    <w:p w:rsidR="00000000" w:rsidDel="00000000" w:rsidP="00000000" w:rsidRDefault="00000000" w:rsidRPr="00000000" w14:paraId="0000029D">
      <w:pPr>
        <w:ind w:firstLine="720"/>
        <w:rPr/>
      </w:pPr>
      <w:r w:rsidDel="00000000" w:rsidR="00000000" w:rsidRPr="00000000">
        <w:rPr>
          <w:rtl w:val="0"/>
        </w:rPr>
        <w:t xml:space="preserve">The two sat in companionable silence for a moment, chewing on their food and watching the parking lot. They knew the importance of this ritual—every bit of discipline, every act of patience, was another step toward earning the respect they craved. For now, they kept their eyes on the cars, just like they were supposed to.</w:t>
      </w:r>
    </w:p>
    <w:p w:rsidR="00000000" w:rsidDel="00000000" w:rsidP="00000000" w:rsidRDefault="00000000" w:rsidRPr="00000000" w14:paraId="0000029E">
      <w:pPr>
        <w:ind w:firstLine="720"/>
        <w:rPr/>
      </w:pPr>
      <w:r w:rsidDel="00000000" w:rsidR="00000000" w:rsidRPr="00000000">
        <w:rPr>
          <w:rtl w:val="0"/>
        </w:rPr>
        <w:t xml:space="preserve">***</w:t>
      </w:r>
    </w:p>
    <w:p w:rsidR="00000000" w:rsidDel="00000000" w:rsidP="00000000" w:rsidRDefault="00000000" w:rsidRPr="00000000" w14:paraId="0000029F">
      <w:pPr>
        <w:ind w:firstLine="720"/>
        <w:rPr/>
      </w:pPr>
      <w:r w:rsidDel="00000000" w:rsidR="00000000" w:rsidRPr="00000000">
        <w:rPr>
          <w:rtl w:val="0"/>
        </w:rPr>
        <w:t xml:space="preserve">Halfway through the second month of training, Steele and Connor were still assigned to 214H in Willowbrook. It was a busy Friday night, and they had been going from call to call. Steele was averaging a felony arrest a day and writing six reports per shift, often staying over an additional two hours to complete paperwork.</w:t>
      </w:r>
    </w:p>
    <w:p w:rsidR="00000000" w:rsidDel="00000000" w:rsidP="00000000" w:rsidRDefault="00000000" w:rsidRPr="00000000" w14:paraId="000002A0">
      <w:pPr>
        <w:ind w:firstLine="720"/>
        <w:rPr/>
      </w:pPr>
      <w:r w:rsidDel="00000000" w:rsidR="00000000" w:rsidRPr="00000000">
        <w:rPr>
          <w:rtl w:val="0"/>
        </w:rPr>
        <w:t xml:space="preserve">Connor was driving through Athens Park on the south end of their patrol beat around 11:00 p.m. when a radio call came in: “Attention units in Century, a 911 caller states there is a large, naked Black man running through traffic on Imperial Highway, west of Alameda, confronting vehicles and yelling. Unit to respond?”</w:t>
      </w:r>
    </w:p>
    <w:p w:rsidR="00000000" w:rsidDel="00000000" w:rsidP="00000000" w:rsidRDefault="00000000" w:rsidRPr="00000000" w14:paraId="000002A1">
      <w:pPr>
        <w:ind w:firstLine="720"/>
        <w:rPr/>
      </w:pPr>
      <w:r w:rsidDel="00000000" w:rsidR="00000000" w:rsidRPr="00000000">
        <w:rPr>
          <w:rtl w:val="0"/>
        </w:rPr>
        <w:t xml:space="preserve">Connor turned to Steele, "Take that call."</w:t>
      </w:r>
    </w:p>
    <w:p w:rsidR="00000000" w:rsidDel="00000000" w:rsidP="00000000" w:rsidRDefault="00000000" w:rsidRPr="00000000" w14:paraId="000002A2">
      <w:pPr>
        <w:ind w:firstLine="720"/>
        <w:rPr/>
      </w:pPr>
      <w:r w:rsidDel="00000000" w:rsidR="00000000" w:rsidRPr="00000000">
        <w:rPr>
          <w:rtl w:val="0"/>
        </w:rPr>
        <w:t xml:space="preserve">Steele grabbed the microphone, "214 Henry en route, show us primary."</w:t>
      </w:r>
    </w:p>
    <w:p w:rsidR="00000000" w:rsidDel="00000000" w:rsidP="00000000" w:rsidRDefault="00000000" w:rsidRPr="00000000" w14:paraId="000002A3">
      <w:pPr>
        <w:ind w:firstLine="720"/>
        <w:rPr/>
      </w:pPr>
      <w:r w:rsidDel="00000000" w:rsidR="00000000" w:rsidRPr="00000000">
        <w:rPr>
          <w:rtl w:val="0"/>
        </w:rPr>
        <w:t xml:space="preserve">Almost immediately, five other units announced over the radio that they were also en route.</w:t>
      </w:r>
    </w:p>
    <w:p w:rsidR="00000000" w:rsidDel="00000000" w:rsidP="00000000" w:rsidRDefault="00000000" w:rsidRPr="00000000" w14:paraId="000002A4">
      <w:pPr>
        <w:ind w:firstLine="720"/>
        <w:rPr/>
      </w:pPr>
      <w:r w:rsidDel="00000000" w:rsidR="00000000" w:rsidRPr="00000000">
        <w:rPr>
          <w:rtl w:val="0"/>
        </w:rPr>
        <w:t xml:space="preserve">Steele shot a glance at Connor. "Why are so many units responding to a naked guy in traffic, sir?"</w:t>
      </w:r>
    </w:p>
    <w:p w:rsidR="00000000" w:rsidDel="00000000" w:rsidP="00000000" w:rsidRDefault="00000000" w:rsidRPr="00000000" w14:paraId="000002A5">
      <w:pPr>
        <w:ind w:firstLine="720"/>
        <w:rPr/>
      </w:pPr>
      <w:r w:rsidDel="00000000" w:rsidR="00000000" w:rsidRPr="00000000">
        <w:rPr>
          <w:rtl w:val="0"/>
        </w:rPr>
        <w:t xml:space="preserve">Connor gave him a serious look. "Because this guy is probably on PCP, and you’re about to be in the fight of your life."</w:t>
      </w:r>
    </w:p>
    <w:p w:rsidR="00000000" w:rsidDel="00000000" w:rsidP="00000000" w:rsidRDefault="00000000" w:rsidRPr="00000000" w14:paraId="000002A6">
      <w:pPr>
        <w:ind w:firstLine="720"/>
        <w:rPr/>
      </w:pPr>
      <w:r w:rsidDel="00000000" w:rsidR="00000000" w:rsidRPr="00000000">
        <w:rPr>
          <w:rtl w:val="0"/>
        </w:rPr>
        <w:t xml:space="preserve">Steele's stomach tightened as Connor accelerated toward the location. He remembered what they taught at the academy: people on PCP could have superhuman strength and were nearly impervious to pain, making them extremely difficult to control.</w:t>
      </w:r>
    </w:p>
    <w:p w:rsidR="00000000" w:rsidDel="00000000" w:rsidP="00000000" w:rsidRDefault="00000000" w:rsidRPr="00000000" w14:paraId="000002A7">
      <w:pPr>
        <w:ind w:firstLine="720"/>
        <w:rPr/>
      </w:pPr>
      <w:r w:rsidDel="00000000" w:rsidR="00000000" w:rsidRPr="00000000">
        <w:rPr>
          <w:rtl w:val="0"/>
        </w:rPr>
        <w:t xml:space="preserve">They were the second unit to arrive on the scene. As soon as Steele got out of the car, he knew they had a problem. A massive Black man, probably 6'5" and close to 280 pounds, covered in tattoos, was indeed naked and jogging down the middle of Imperial Highway, just across from the projects. People from the projects were already coming out of their homes to watch, further complicating the situation.</w:t>
      </w:r>
    </w:p>
    <w:p w:rsidR="00000000" w:rsidDel="00000000" w:rsidP="00000000" w:rsidRDefault="00000000" w:rsidRPr="00000000" w14:paraId="000002A8">
      <w:pPr>
        <w:ind w:firstLine="720"/>
        <w:rPr/>
      </w:pPr>
      <w:r w:rsidDel="00000000" w:rsidR="00000000" w:rsidRPr="00000000">
        <w:rPr>
          <w:rtl w:val="0"/>
        </w:rPr>
        <w:t xml:space="preserve">The first radio car was slowly following the man with its lights on, trying to keep traffic at a distance. The man suddenly stopped and turned to face the deputies just as a third patrol car arrived. He froze, staring them down.</w:t>
      </w:r>
    </w:p>
    <w:p w:rsidR="00000000" w:rsidDel="00000000" w:rsidP="00000000" w:rsidRDefault="00000000" w:rsidRPr="00000000" w14:paraId="000002A9">
      <w:pPr>
        <w:ind w:firstLine="720"/>
        <w:rPr/>
      </w:pPr>
      <w:r w:rsidDel="00000000" w:rsidR="00000000" w:rsidRPr="00000000">
        <w:rPr>
          <w:rtl w:val="0"/>
        </w:rPr>
        <w:t xml:space="preserve">“Okay, Steele, the fight is about to be on. Get ready,” Connor said grimly.</w:t>
      </w:r>
    </w:p>
    <w:p w:rsidR="00000000" w:rsidDel="00000000" w:rsidP="00000000" w:rsidRDefault="00000000" w:rsidRPr="00000000" w14:paraId="000002AA">
      <w:pPr>
        <w:ind w:firstLine="720"/>
        <w:rPr/>
      </w:pPr>
      <w:r w:rsidDel="00000000" w:rsidR="00000000" w:rsidRPr="00000000">
        <w:rPr>
          <w:rtl w:val="0"/>
        </w:rPr>
        <w:t xml:space="preserve">Steele hopped out of the patrol unit, noticing Grant arriving and stepping out of his car next to him. Connor barked, “Steele and Grant, go arrest that guy.”</w:t>
      </w:r>
    </w:p>
    <w:p w:rsidR="00000000" w:rsidDel="00000000" w:rsidP="00000000" w:rsidRDefault="00000000" w:rsidRPr="00000000" w14:paraId="000002AB">
      <w:pPr>
        <w:ind w:firstLine="720"/>
        <w:rPr/>
      </w:pPr>
      <w:r w:rsidDel="00000000" w:rsidR="00000000" w:rsidRPr="00000000">
        <w:rPr>
          <w:rtl w:val="0"/>
        </w:rPr>
        <w:t xml:space="preserve">Steele nodded at Grant, and the two began to approach the man. "Get on your knees and put your hands behind your back!" Steele commanded.</w:t>
      </w:r>
    </w:p>
    <w:p w:rsidR="00000000" w:rsidDel="00000000" w:rsidP="00000000" w:rsidRDefault="00000000" w:rsidRPr="00000000" w14:paraId="000002AC">
      <w:pPr>
        <w:ind w:firstLine="720"/>
        <w:rPr/>
      </w:pPr>
      <w:r w:rsidDel="00000000" w:rsidR="00000000" w:rsidRPr="00000000">
        <w:rPr>
          <w:rtl w:val="0"/>
        </w:rPr>
        <w:t xml:space="preserve">The man, drenched in sweat and muttering incoherently, simply stared at the two deputies, ignoring the command.</w:t>
      </w:r>
    </w:p>
    <w:p w:rsidR="00000000" w:rsidDel="00000000" w:rsidP="00000000" w:rsidRDefault="00000000" w:rsidRPr="00000000" w14:paraId="000002AD">
      <w:pPr>
        <w:ind w:firstLine="720"/>
        <w:rPr/>
      </w:pPr>
      <w:r w:rsidDel="00000000" w:rsidR="00000000" w:rsidRPr="00000000">
        <w:rPr>
          <w:rtl w:val="0"/>
        </w:rPr>
        <w:t xml:space="preserve">By now, seven deputies had gathered at the scene, but the seasoned officers were hanging back about 15 feet, allowing the trainees to handle the situation.</w:t>
      </w:r>
    </w:p>
    <w:p w:rsidR="00000000" w:rsidDel="00000000" w:rsidP="00000000" w:rsidRDefault="00000000" w:rsidRPr="00000000" w14:paraId="000002AE">
      <w:pPr>
        <w:ind w:firstLine="720"/>
        <w:rPr/>
      </w:pPr>
      <w:r w:rsidDel="00000000" w:rsidR="00000000" w:rsidRPr="00000000">
        <w:rPr>
          <w:rtl w:val="0"/>
        </w:rPr>
        <w:t xml:space="preserve">“Get on your knees, now!” Steele ordered more firmly, pulling out his department-issued taser.</w:t>
      </w:r>
    </w:p>
    <w:p w:rsidR="00000000" w:rsidDel="00000000" w:rsidP="00000000" w:rsidRDefault="00000000" w:rsidRPr="00000000" w14:paraId="000002AF">
      <w:pPr>
        <w:ind w:firstLine="720"/>
        <w:rPr/>
      </w:pPr>
      <w:r w:rsidDel="00000000" w:rsidR="00000000" w:rsidRPr="00000000">
        <w:rPr>
          <w:rtl w:val="0"/>
        </w:rPr>
        <w:t xml:space="preserve">The man continued to ignore them, his eyes wild and unfocused. Steele glanced at Grant, who had already put on his rubber gloves, ready for the physical confrontation that was sure to follow.</w:t>
      </w:r>
    </w:p>
    <w:p w:rsidR="00000000" w:rsidDel="00000000" w:rsidP="00000000" w:rsidRDefault="00000000" w:rsidRPr="00000000" w14:paraId="000002B0">
      <w:pPr>
        <w:ind w:firstLine="720"/>
        <w:rPr/>
      </w:pPr>
      <w:r w:rsidDel="00000000" w:rsidR="00000000" w:rsidRPr="00000000">
        <w:rPr>
          <w:rtl w:val="0"/>
        </w:rPr>
        <w:t xml:space="preserve">“Last chance, get on the ground!” Steele barked.</w:t>
      </w:r>
    </w:p>
    <w:p w:rsidR="00000000" w:rsidDel="00000000" w:rsidP="00000000" w:rsidRDefault="00000000" w:rsidRPr="00000000" w14:paraId="000002B1">
      <w:pPr>
        <w:ind w:firstLine="720"/>
        <w:rPr/>
      </w:pPr>
      <w:r w:rsidDel="00000000" w:rsidR="00000000" w:rsidRPr="00000000">
        <w:rPr>
          <w:rtl w:val="0"/>
        </w:rPr>
        <w:t xml:space="preserve">The man remained motionless. Steele aimed his taser and fired, striking the man in the chest with both darts. The man didn’t even flinch. He calmly reached up and yanked the darts out of his skin.</w:t>
      </w:r>
    </w:p>
    <w:p w:rsidR="00000000" w:rsidDel="00000000" w:rsidP="00000000" w:rsidRDefault="00000000" w:rsidRPr="00000000" w14:paraId="000002B2">
      <w:pPr>
        <w:ind w:firstLine="720"/>
        <w:rPr/>
      </w:pPr>
      <w:r w:rsidDel="00000000" w:rsidR="00000000" w:rsidRPr="00000000">
        <w:rPr>
          <w:rtl w:val="0"/>
        </w:rPr>
        <w:t xml:space="preserve">“Well, fuck,” Steele muttered under his breath, holstering the taser. He and Grant moved in, one on each side, attempting to grab the man's arms and bring him to the ground. The man shrugged them off with ease, tossing the deputies back like they weighed nothing.</w:t>
      </w:r>
    </w:p>
    <w:p w:rsidR="00000000" w:rsidDel="00000000" w:rsidP="00000000" w:rsidRDefault="00000000" w:rsidRPr="00000000" w14:paraId="000002B3">
      <w:pPr>
        <w:ind w:firstLine="720"/>
        <w:rPr/>
      </w:pPr>
      <w:r w:rsidDel="00000000" w:rsidR="00000000" w:rsidRPr="00000000">
        <w:rPr>
          <w:rtl w:val="0"/>
        </w:rPr>
        <w:t xml:space="preserve">Steele and Grant re-engaged, with Grant tackling the man around his waist while Steele tried to secure an arm for cuffing. The suspect flung them around as if they were rag dolls.</w:t>
      </w:r>
    </w:p>
    <w:p w:rsidR="00000000" w:rsidDel="00000000" w:rsidP="00000000" w:rsidRDefault="00000000" w:rsidRPr="00000000" w14:paraId="000002B4">
      <w:pPr>
        <w:ind w:firstLine="720"/>
        <w:rPr/>
      </w:pPr>
      <w:r w:rsidDel="00000000" w:rsidR="00000000" w:rsidRPr="00000000">
        <w:rPr>
          <w:rtl w:val="0"/>
        </w:rPr>
        <w:t xml:space="preserve">"He's strong as hell," Steele thought as he struggled to hold on.</w:t>
      </w:r>
    </w:p>
    <w:p w:rsidR="00000000" w:rsidDel="00000000" w:rsidP="00000000" w:rsidRDefault="00000000" w:rsidRPr="00000000" w14:paraId="000002B5">
      <w:pPr>
        <w:ind w:firstLine="720"/>
        <w:rPr/>
      </w:pPr>
      <w:r w:rsidDel="00000000" w:rsidR="00000000" w:rsidRPr="00000000">
        <w:rPr>
          <w:rtl w:val="0"/>
        </w:rPr>
        <w:t xml:space="preserve">The other five deputies moved in as Steele and Grant continued to wrestle with the suspect on the ground. The man was on all fours, starting to push himself up even with Grant hanging on to his back.</w:t>
      </w:r>
    </w:p>
    <w:p w:rsidR="00000000" w:rsidDel="00000000" w:rsidP="00000000" w:rsidRDefault="00000000" w:rsidRPr="00000000" w14:paraId="000002B6">
      <w:pPr>
        <w:ind w:firstLine="720"/>
        <w:rPr/>
      </w:pPr>
      <w:r w:rsidDel="00000000" w:rsidR="00000000" w:rsidRPr="00000000">
        <w:rPr>
          <w:rtl w:val="0"/>
        </w:rPr>
        <w:t xml:space="preserve">Steele glanced up just in time to see another deputy deliver a kick to the suspect's face with a resounding thud. He expected the man to drop, but he didn’t. The suspect got back on his feet, shaking off the deputies who were trying to restrain him.</w:t>
      </w:r>
    </w:p>
    <w:p w:rsidR="00000000" w:rsidDel="00000000" w:rsidP="00000000" w:rsidRDefault="00000000" w:rsidRPr="00000000" w14:paraId="000002B7">
      <w:pPr>
        <w:ind w:firstLine="720"/>
        <w:rPr/>
      </w:pPr>
      <w:r w:rsidDel="00000000" w:rsidR="00000000" w:rsidRPr="00000000">
        <w:rPr>
          <w:rtl w:val="0"/>
        </w:rPr>
        <w:t xml:space="preserve">“Get your baton and break his fucking legs if you have to!” Connor shouted. “He doesn’t feel pain—you have to disable him!”</w:t>
      </w:r>
    </w:p>
    <w:p w:rsidR="00000000" w:rsidDel="00000000" w:rsidP="00000000" w:rsidRDefault="00000000" w:rsidRPr="00000000" w14:paraId="000002B8">
      <w:pPr>
        <w:ind w:firstLine="720"/>
        <w:rPr/>
      </w:pPr>
      <w:r w:rsidDel="00000000" w:rsidR="00000000" w:rsidRPr="00000000">
        <w:rPr>
          <w:rtl w:val="0"/>
        </w:rPr>
        <w:t xml:space="preserve">Steele swung his PR-24 baton, striking the suspect in the knee as hard as he could. A quick glance toward the sidewalk revealed a growing crowd of residents from the projects, many of whom were yelling angrily at the scene unfolding before them. Great, Rodney King vibes, he thought grimly.</w:t>
      </w:r>
    </w:p>
    <w:p w:rsidR="00000000" w:rsidDel="00000000" w:rsidP="00000000" w:rsidRDefault="00000000" w:rsidRPr="00000000" w14:paraId="000002B9">
      <w:pPr>
        <w:ind w:firstLine="720"/>
        <w:rPr/>
      </w:pPr>
      <w:r w:rsidDel="00000000" w:rsidR="00000000" w:rsidRPr="00000000">
        <w:rPr>
          <w:rtl w:val="0"/>
        </w:rPr>
        <w:t xml:space="preserve">After two more baton strikes, the suspect still didn’t react. Grant managed to grab one of his arms, but the man continued to shove the deputies away, knocking them down like bowling pins.</w:t>
      </w:r>
    </w:p>
    <w:p w:rsidR="00000000" w:rsidDel="00000000" w:rsidP="00000000" w:rsidRDefault="00000000" w:rsidRPr="00000000" w14:paraId="000002BA">
      <w:pPr>
        <w:ind w:firstLine="720"/>
        <w:rPr/>
      </w:pPr>
      <w:r w:rsidDel="00000000" w:rsidR="00000000" w:rsidRPr="00000000">
        <w:rPr>
          <w:rtl w:val="0"/>
        </w:rPr>
        <w:t xml:space="preserve">Steele stepped back, took a deep breath, and delivered a final, forceful strike just below the suspect’s left knee. He felt the joint give way and heard a loud crack. The suspect didn’t scream or show any sign of pain, but his knee buckled, and he dropped to the ground.</w:t>
      </w:r>
    </w:p>
    <w:p w:rsidR="00000000" w:rsidDel="00000000" w:rsidP="00000000" w:rsidRDefault="00000000" w:rsidRPr="00000000" w14:paraId="000002BB">
      <w:pPr>
        <w:ind w:firstLine="720"/>
        <w:rPr/>
      </w:pPr>
      <w:r w:rsidDel="00000000" w:rsidR="00000000" w:rsidRPr="00000000">
        <w:rPr>
          <w:rtl w:val="0"/>
        </w:rPr>
        <w:t xml:space="preserve">Now face-down, several deputies moved in, wielding flashlights to strike at his shoulders and elbows, trying to gain control of his arms. One particularly hard strike to the suspect’s collarbone made a sickening crack, and finally, they were able to wrestle his arms behind his back to handcuff him.</w:t>
      </w:r>
    </w:p>
    <w:p w:rsidR="00000000" w:rsidDel="00000000" w:rsidP="00000000" w:rsidRDefault="00000000" w:rsidRPr="00000000" w14:paraId="000002BC">
      <w:pPr>
        <w:ind w:firstLine="720"/>
        <w:rPr/>
      </w:pPr>
      <w:r w:rsidDel="00000000" w:rsidR="00000000" w:rsidRPr="00000000">
        <w:rPr>
          <w:rtl w:val="0"/>
        </w:rPr>
        <w:t xml:space="preserve">Grant and Steele applied a hobble restraint to his legs, effectively hog-tying the man. When paramedics arrived, they kept the restraints on while the suspect thrashed and screamed, still unfazed by the pain.</w:t>
      </w:r>
    </w:p>
    <w:p w:rsidR="00000000" w:rsidDel="00000000" w:rsidP="00000000" w:rsidRDefault="00000000" w:rsidRPr="00000000" w14:paraId="000002BD">
      <w:pPr>
        <w:ind w:firstLine="720"/>
        <w:rPr/>
      </w:pPr>
      <w:r w:rsidDel="00000000" w:rsidR="00000000" w:rsidRPr="00000000">
        <w:rPr>
          <w:rtl w:val="0"/>
        </w:rPr>
        <w:t xml:space="preserve">Both trainees were assigned to ride with the suspect to the hospital in the ambulance. Steele glanced at Grant, who simply shook his head, speechless. Once at the hospital, the suspect was sedated and treated for his injuries, finally bringing the chaotic encounter to an end.</w:t>
      </w:r>
    </w:p>
    <w:p w:rsidR="00000000" w:rsidDel="00000000" w:rsidP="00000000" w:rsidRDefault="00000000" w:rsidRPr="00000000" w14:paraId="000002BE">
      <w:pPr>
        <w:ind w:firstLine="720"/>
        <w:rPr/>
      </w:pPr>
      <w:r w:rsidDel="00000000" w:rsidR="00000000" w:rsidRPr="00000000">
        <w:rPr>
          <w:rtl w:val="0"/>
        </w:rPr>
        <w:t xml:space="preserve">Connor, who had followed them to the hospital, caught up with Steele in the ER lobby. “You have a good time?” Connor asked, his tone half-serious, half-mocking. “Now you know what it’s like to fight someone who’s dusted. Never try to do it alone, or you'll end up dead.”</w:t>
      </w:r>
    </w:p>
    <w:p w:rsidR="00000000" w:rsidDel="00000000" w:rsidP="00000000" w:rsidRDefault="00000000" w:rsidRPr="00000000" w14:paraId="000002BF">
      <w:pPr>
        <w:ind w:firstLine="720"/>
        <w:rPr/>
      </w:pPr>
      <w:r w:rsidDel="00000000" w:rsidR="00000000" w:rsidRPr="00000000">
        <w:rPr>
          <w:rtl w:val="0"/>
        </w:rPr>
        <w:t xml:space="preserve">“Holy shit, sir. That guy was strong. I'll definitely watch myself,” Steele replied, still catching his breath.</w:t>
      </w:r>
    </w:p>
    <w:p w:rsidR="00000000" w:rsidDel="00000000" w:rsidP="00000000" w:rsidRDefault="00000000" w:rsidRPr="00000000" w14:paraId="000002C0">
      <w:pPr>
        <w:ind w:firstLine="720"/>
        <w:rPr/>
      </w:pPr>
      <w:r w:rsidDel="00000000" w:rsidR="00000000" w:rsidRPr="00000000">
        <w:rPr>
          <w:rtl w:val="0"/>
        </w:rPr>
        <w:t xml:space="preserve">“Yeah, well, welcome to Willowbrook,” Connor said with a wry smile before turning and heading back to the patrol car. “We’re not done yet.”</w:t>
      </w:r>
    </w:p>
    <w:p w:rsidR="00000000" w:rsidDel="00000000" w:rsidP="00000000" w:rsidRDefault="00000000" w:rsidRPr="00000000" w14:paraId="000002C1">
      <w:pPr>
        <w:ind w:firstLine="720"/>
        <w:rPr/>
      </w:pPr>
      <w:r w:rsidDel="00000000" w:rsidR="00000000" w:rsidRPr="00000000">
        <w:rPr>
          <w:rtl w:val="0"/>
        </w:rPr>
        <w:t xml:space="preserve">***</w:t>
      </w:r>
    </w:p>
    <w:p w:rsidR="00000000" w:rsidDel="00000000" w:rsidP="00000000" w:rsidRDefault="00000000" w:rsidRPr="00000000" w14:paraId="000002C2">
      <w:pPr>
        <w:ind w:firstLine="720"/>
        <w:rPr/>
      </w:pPr>
      <w:r w:rsidDel="00000000" w:rsidR="00000000" w:rsidRPr="00000000">
        <w:rPr>
          <w:rtl w:val="0"/>
        </w:rPr>
        <w:t xml:space="preserve">After wrapping up his second month of patrol training, Steele finally managed to carve out some time to visit his parents in Lakewood for a family dinner. The demands of training had been relentless—extra hours every day, court subpoenas that forced him to appear just two hours after finishing his graveyard shifts, and a constant stream of calls and paperwork. It had kept him from visiting as often as he’d have liked.</w:t>
      </w:r>
    </w:p>
    <w:p w:rsidR="00000000" w:rsidDel="00000000" w:rsidP="00000000" w:rsidRDefault="00000000" w:rsidRPr="00000000" w14:paraId="000002C3">
      <w:pPr>
        <w:ind w:firstLine="720"/>
        <w:rPr/>
      </w:pPr>
      <w:r w:rsidDel="00000000" w:rsidR="00000000" w:rsidRPr="00000000">
        <w:rPr>
          <w:rtl w:val="0"/>
        </w:rPr>
        <w:t xml:space="preserve">As they sat down for dinner, Steele's dad asked, "So, two months in. How’s it going out there? I’ve heard things have been pretty hectic."</w:t>
      </w:r>
    </w:p>
    <w:p w:rsidR="00000000" w:rsidDel="00000000" w:rsidP="00000000" w:rsidRDefault="00000000" w:rsidRPr="00000000" w14:paraId="000002C4">
      <w:pPr>
        <w:ind w:firstLine="720"/>
        <w:rPr/>
      </w:pPr>
      <w:r w:rsidDel="00000000" w:rsidR="00000000" w:rsidRPr="00000000">
        <w:rPr>
          <w:rtl w:val="0"/>
        </w:rPr>
        <w:t xml:space="preserve">“It’s wild, busier than Lakewood for sure,” Steele replied, digging into his food. "We’re averaging about one deputy-involved shooting a week, a couple of murders, and at least two gang shootings every day. Guys are getting into foot pursuits every shift, and vehicle pursuits are happening all the time. Honestly, though, I’m loving it."</w:t>
      </w:r>
    </w:p>
    <w:p w:rsidR="00000000" w:rsidDel="00000000" w:rsidP="00000000" w:rsidRDefault="00000000" w:rsidRPr="00000000" w14:paraId="000002C5">
      <w:pPr>
        <w:ind w:firstLine="720"/>
        <w:rPr/>
      </w:pPr>
      <w:r w:rsidDel="00000000" w:rsidR="00000000" w:rsidRPr="00000000">
        <w:rPr>
          <w:rtl w:val="0"/>
        </w:rPr>
        <w:t xml:space="preserve">His dad nodded, a serious look crossing his face. "Sounds about right. Just keep your head on straight. I know you’ve got the skills to make it, but I’m always going to worry about you staying safe out there."</w:t>
      </w:r>
    </w:p>
    <w:p w:rsidR="00000000" w:rsidDel="00000000" w:rsidP="00000000" w:rsidRDefault="00000000" w:rsidRPr="00000000" w14:paraId="000002C6">
      <w:pPr>
        <w:ind w:firstLine="720"/>
        <w:rPr/>
      </w:pPr>
      <w:r w:rsidDel="00000000" w:rsidR="00000000" w:rsidRPr="00000000">
        <w:rPr>
          <w:rtl w:val="0"/>
        </w:rPr>
        <w:t xml:space="preserve">Steele gave him a reassuring grin. “It’s a lot of work, but it's going well with my FTO. I just keep my head down and stay busy at the station. And you know me, I’m always careful.”</w:t>
      </w:r>
    </w:p>
    <w:p w:rsidR="00000000" w:rsidDel="00000000" w:rsidP="00000000" w:rsidRDefault="00000000" w:rsidRPr="00000000" w14:paraId="000002C7">
      <w:pPr>
        <w:ind w:firstLine="720"/>
        <w:rPr/>
      </w:pPr>
      <w:r w:rsidDel="00000000" w:rsidR="00000000" w:rsidRPr="00000000">
        <w:rPr>
          <w:rtl w:val="0"/>
        </w:rPr>
        <w:t xml:space="preserve">His mom shook her head, a mix of concern and understanding. “The south end of the county has always been chaotic. But it just seems to get worse every year. I don’t think that place will ever change.”</w:t>
      </w:r>
    </w:p>
    <w:p w:rsidR="00000000" w:rsidDel="00000000" w:rsidP="00000000" w:rsidRDefault="00000000" w:rsidRPr="00000000" w14:paraId="000002C8">
      <w:pPr>
        <w:ind w:firstLine="720"/>
        <w:rPr/>
      </w:pPr>
      <w:r w:rsidDel="00000000" w:rsidR="00000000" w:rsidRPr="00000000">
        <w:rPr>
          <w:rtl w:val="0"/>
        </w:rPr>
        <w:t xml:space="preserve">Steele shrugged, knowing she was right. "Probably not, that’s one of the first things my FTO told me."</w:t>
      </w:r>
    </w:p>
    <w:p w:rsidR="00000000" w:rsidDel="00000000" w:rsidP="00000000" w:rsidRDefault="00000000" w:rsidRPr="00000000" w14:paraId="000002C9">
      <w:pPr>
        <w:ind w:firstLine="720"/>
        <w:rPr/>
      </w:pPr>
      <w:r w:rsidDel="00000000" w:rsidR="00000000" w:rsidRPr="00000000">
        <w:rPr>
          <w:rtl w:val="0"/>
        </w:rPr>
        <w:t xml:space="preserve">The three continued eating and catching up. Steele hadn't realized how much he’d missed these family dinners until he was sitting there with them.</w:t>
      </w:r>
    </w:p>
    <w:p w:rsidR="00000000" w:rsidDel="00000000" w:rsidP="00000000" w:rsidRDefault="00000000" w:rsidRPr="00000000" w14:paraId="000002CA">
      <w:pPr>
        <w:ind w:firstLine="720"/>
        <w:rPr/>
      </w:pPr>
      <w:r w:rsidDel="00000000" w:rsidR="00000000" w:rsidRPr="00000000">
        <w:rPr>
          <w:rtl w:val="0"/>
        </w:rPr>
        <w:t xml:space="preserve">“What are your days off now?” his dad, Rich, asked.</w:t>
      </w:r>
    </w:p>
    <w:p w:rsidR="00000000" w:rsidDel="00000000" w:rsidP="00000000" w:rsidRDefault="00000000" w:rsidRPr="00000000" w14:paraId="000002CB">
      <w:pPr>
        <w:ind w:firstLine="720"/>
        <w:rPr/>
      </w:pPr>
      <w:r w:rsidDel="00000000" w:rsidR="00000000" w:rsidRPr="00000000">
        <w:rPr>
          <w:rtl w:val="0"/>
        </w:rPr>
        <w:t xml:space="preserve">“Tuesday, Wednesday, Thursday,” Steele said with a hint of sarcasm. "Graveyards still, just living the dream."</w:t>
      </w:r>
    </w:p>
    <w:p w:rsidR="00000000" w:rsidDel="00000000" w:rsidP="00000000" w:rsidRDefault="00000000" w:rsidRPr="00000000" w14:paraId="000002CC">
      <w:pPr>
        <w:ind w:firstLine="720"/>
        <w:rPr/>
      </w:pPr>
      <w:r w:rsidDel="00000000" w:rsidR="00000000" w:rsidRPr="00000000">
        <w:rPr>
          <w:rtl w:val="0"/>
        </w:rPr>
        <w:t xml:space="preserve">“Oh, you’ve got some great days off, kid,” his dad chuckled. “But that's the way it is. You should be out there when it’s busy on the weekends—that’s where the real experience comes in. And hey, training might be a pain now, but enjoy it while you can. You won’t always have someone with you to bounce questions off. Soon enough, you’ll be out there on your own, figuring things out in real-time.”</w:t>
      </w:r>
    </w:p>
    <w:p w:rsidR="00000000" w:rsidDel="00000000" w:rsidP="00000000" w:rsidRDefault="00000000" w:rsidRPr="00000000" w14:paraId="000002CD">
      <w:pPr>
        <w:ind w:firstLine="720"/>
        <w:rPr/>
      </w:pPr>
      <w:r w:rsidDel="00000000" w:rsidR="00000000" w:rsidRPr="00000000">
        <w:rPr>
          <w:rtl w:val="0"/>
        </w:rPr>
        <w:t xml:space="preserve">Steele nodded. “Yeah, I hear you. Connor’s been a good FTO, but I know I’ll miss having someone in the car when it’s just me dealing with everything.”</w:t>
      </w:r>
    </w:p>
    <w:p w:rsidR="00000000" w:rsidDel="00000000" w:rsidP="00000000" w:rsidRDefault="00000000" w:rsidRPr="00000000" w14:paraId="000002CE">
      <w:pPr>
        <w:ind w:firstLine="720"/>
        <w:rPr/>
      </w:pPr>
      <w:r w:rsidDel="00000000" w:rsidR="00000000" w:rsidRPr="00000000">
        <w:rPr>
          <w:rtl w:val="0"/>
        </w:rPr>
        <w:t xml:space="preserve">His mom reached over and squeezed his hand. "Just promise you'll keep being smart out there, okay? We want you coming back here for many more dinners."</w:t>
      </w:r>
    </w:p>
    <w:p w:rsidR="00000000" w:rsidDel="00000000" w:rsidP="00000000" w:rsidRDefault="00000000" w:rsidRPr="00000000" w14:paraId="000002CF">
      <w:pPr>
        <w:ind w:firstLine="720"/>
        <w:rPr/>
      </w:pPr>
      <w:r w:rsidDel="00000000" w:rsidR="00000000" w:rsidRPr="00000000">
        <w:rPr>
          <w:rtl w:val="0"/>
        </w:rPr>
        <w:t xml:space="preserve">"I promise," Steele said, giving her a reassuring smile. "I’m always watching my back."</w:t>
      </w:r>
    </w:p>
    <w:p w:rsidR="00000000" w:rsidDel="00000000" w:rsidP="00000000" w:rsidRDefault="00000000" w:rsidRPr="00000000" w14:paraId="000002D0">
      <w:pPr>
        <w:ind w:firstLine="720"/>
        <w:rPr/>
      </w:pPr>
      <w:r w:rsidDel="00000000" w:rsidR="00000000" w:rsidRPr="00000000">
        <w:rPr>
          <w:rtl w:val="0"/>
        </w:rPr>
        <w:t xml:space="preserve">***</w:t>
      </w:r>
    </w:p>
    <w:p w:rsidR="00000000" w:rsidDel="00000000" w:rsidP="00000000" w:rsidRDefault="00000000" w:rsidRPr="00000000" w14:paraId="000002D1">
      <w:pPr>
        <w:ind w:firstLine="720"/>
        <w:rPr/>
      </w:pPr>
      <w:r w:rsidDel="00000000" w:rsidR="00000000" w:rsidRPr="00000000">
        <w:rPr>
          <w:rtl w:val="0"/>
        </w:rPr>
        <w:t xml:space="preserve">Steele drove his truck to work on a Friday night, the familiar blare of heavy metal pumping from his stereo. It was his ritual—a way to get into the right mindset for another shift patrolling South Central. He had just finished his third month of training, officially hitting the halfway mark. As he pulled through the security gate and parked his truck, he began his pre-shift routine: loading the radio car before suiting up.</w:t>
      </w:r>
    </w:p>
    <w:p w:rsidR="00000000" w:rsidDel="00000000" w:rsidP="00000000" w:rsidRDefault="00000000" w:rsidRPr="00000000" w14:paraId="000002D2">
      <w:pPr>
        <w:ind w:firstLine="720"/>
        <w:rPr/>
      </w:pPr>
      <w:r w:rsidDel="00000000" w:rsidR="00000000" w:rsidRPr="00000000">
        <w:rPr>
          <w:rtl w:val="0"/>
        </w:rPr>
        <w:t xml:space="preserve">After securing his gear in the trunk, he glanced at his watch. He had a solid hour before his shift officially started, so he headed into the station to change into his uniform. Entering the station through the back door, Steele keyed in the security code and stepped inside. As he made his way down the hallway, he caught sight of another trainee, dressed in a long-sleeve uniform and tie.</w:t>
      </w:r>
    </w:p>
    <w:p w:rsidR="00000000" w:rsidDel="00000000" w:rsidP="00000000" w:rsidRDefault="00000000" w:rsidRPr="00000000" w14:paraId="000002D3">
      <w:pPr>
        <w:ind w:firstLine="720"/>
        <w:rPr/>
      </w:pPr>
      <w:r w:rsidDel="00000000" w:rsidR="00000000" w:rsidRPr="00000000">
        <w:rPr>
          <w:rtl w:val="0"/>
        </w:rPr>
        <w:t xml:space="preserve">“Shit, it’s Memorial Day,” Steele muttered under his breath. A sinking feeling hit his gut. On the anniversary of every deputy killed in the line of duty at the station, the entire patrol team wore their long-sleeve uniforms and ties to honor the fallen. Other than funerals, this was the only time deputies would wear a tie with their uniform. And Steele had completely forgotten. He didn’t have his long-sleeve shirt or tie with him.</w:t>
      </w:r>
    </w:p>
    <w:p w:rsidR="00000000" w:rsidDel="00000000" w:rsidP="00000000" w:rsidRDefault="00000000" w:rsidRPr="00000000" w14:paraId="000002D4">
      <w:pPr>
        <w:ind w:firstLine="720"/>
        <w:rPr/>
      </w:pPr>
      <w:r w:rsidDel="00000000" w:rsidR="00000000" w:rsidRPr="00000000">
        <w:rPr>
          <w:rtl w:val="0"/>
        </w:rPr>
        <w:t xml:space="preserve">Panic surged through him. He turned on his heel and bolted back to the parking lot, eyes scanning for Grant. He found him loading up his unit near the briefing room.</w:t>
      </w:r>
    </w:p>
    <w:p w:rsidR="00000000" w:rsidDel="00000000" w:rsidP="00000000" w:rsidRDefault="00000000" w:rsidRPr="00000000" w14:paraId="000002D5">
      <w:pPr>
        <w:ind w:firstLine="720"/>
        <w:rPr/>
      </w:pPr>
      <w:r w:rsidDel="00000000" w:rsidR="00000000" w:rsidRPr="00000000">
        <w:rPr>
          <w:rtl w:val="0"/>
        </w:rPr>
        <w:t xml:space="preserve">“Bro, please tell me you’ve got an extra long-sleeve and tie in your locker,” Steele said, desperation clear in his voice.</w:t>
      </w:r>
    </w:p>
    <w:p w:rsidR="00000000" w:rsidDel="00000000" w:rsidP="00000000" w:rsidRDefault="00000000" w:rsidRPr="00000000" w14:paraId="000002D6">
      <w:pPr>
        <w:ind w:firstLine="720"/>
        <w:rPr/>
      </w:pPr>
      <w:r w:rsidDel="00000000" w:rsidR="00000000" w:rsidRPr="00000000">
        <w:rPr>
          <w:rtl w:val="0"/>
        </w:rPr>
        <w:t xml:space="preserve">Grant looked up, shaking his head apologetically. “Sorry, man. I’ve only got my own for tonight. You didn’t bring yours? Dude, it’s Memorial Day!”</w:t>
      </w:r>
    </w:p>
    <w:p w:rsidR="00000000" w:rsidDel="00000000" w:rsidP="00000000" w:rsidRDefault="00000000" w:rsidRPr="00000000" w14:paraId="000002D7">
      <w:pPr>
        <w:ind w:firstLine="720"/>
        <w:rPr/>
      </w:pPr>
      <w:r w:rsidDel="00000000" w:rsidR="00000000" w:rsidRPr="00000000">
        <w:rPr>
          <w:rtl w:val="0"/>
        </w:rPr>
        <w:t xml:space="preserve">“I know, I know,” Steele groaned, pacing. “I’m screwed. I can’t walk into briefing without the right uniform. They’ll crucify me. What am I supposed to do? I’ve only got 45 minutes until briefing.”</w:t>
      </w:r>
    </w:p>
    <w:p w:rsidR="00000000" w:rsidDel="00000000" w:rsidP="00000000" w:rsidRDefault="00000000" w:rsidRPr="00000000" w14:paraId="000002D8">
      <w:pPr>
        <w:ind w:firstLine="720"/>
        <w:rPr/>
      </w:pPr>
      <w:r w:rsidDel="00000000" w:rsidR="00000000" w:rsidRPr="00000000">
        <w:rPr>
          <w:rtl w:val="0"/>
        </w:rPr>
        <w:t xml:space="preserve">Grant thought for a second and then suggested, “You’re going to have to go home and get it. I’ll try to stall them if I can.”</w:t>
      </w:r>
    </w:p>
    <w:p w:rsidR="00000000" w:rsidDel="00000000" w:rsidP="00000000" w:rsidRDefault="00000000" w:rsidRPr="00000000" w14:paraId="000002D9">
      <w:pPr>
        <w:ind w:firstLine="720"/>
        <w:rPr/>
      </w:pPr>
      <w:r w:rsidDel="00000000" w:rsidR="00000000" w:rsidRPr="00000000">
        <w:rPr>
          <w:rtl w:val="0"/>
        </w:rPr>
        <w:t xml:space="preserve">"Okay," Steele said, already turning to sprint to his truck. “I’ll head back to Long Beach and see if I can make it in time.” His mind was racing as he calculated the drive. In ideal conditions, it was a 20-minute trip each way, but in L.A. traffic, that time could easily double.</w:t>
      </w:r>
    </w:p>
    <w:p w:rsidR="00000000" w:rsidDel="00000000" w:rsidP="00000000" w:rsidRDefault="00000000" w:rsidRPr="00000000" w14:paraId="000002DA">
      <w:pPr>
        <w:ind w:firstLine="720"/>
        <w:rPr/>
      </w:pPr>
      <w:r w:rsidDel="00000000" w:rsidR="00000000" w:rsidRPr="00000000">
        <w:rPr>
          <w:rtl w:val="0"/>
        </w:rPr>
        <w:t xml:space="preserve">Steele floored it, speeding down the 710 Freeway as he fumbled for his cell phone. He called his dad, the only person who could give him some perspective in the middle of his crisis.</w:t>
      </w:r>
    </w:p>
    <w:p w:rsidR="00000000" w:rsidDel="00000000" w:rsidP="00000000" w:rsidRDefault="00000000" w:rsidRPr="00000000" w14:paraId="000002DB">
      <w:pPr>
        <w:ind w:firstLine="720"/>
        <w:rPr/>
      </w:pPr>
      <w:r w:rsidDel="00000000" w:rsidR="00000000" w:rsidRPr="00000000">
        <w:rPr>
          <w:rtl w:val="0"/>
        </w:rPr>
        <w:t xml:space="preserve">"Hey, Dad, it's me. I seriously messed up tonight," he blurted out as soon as his dad picked up. "I forgot my long sleeves and tie, and it's a deputy memorial day. I’ve got, like, 30 minutes to get back, grab my uniform, and make it back without anyone noticing I’m late."</w:t>
      </w:r>
    </w:p>
    <w:p w:rsidR="00000000" w:rsidDel="00000000" w:rsidP="00000000" w:rsidRDefault="00000000" w:rsidRPr="00000000" w14:paraId="000002DC">
      <w:pPr>
        <w:ind w:firstLine="720"/>
        <w:rPr/>
      </w:pPr>
      <w:r w:rsidDel="00000000" w:rsidR="00000000" w:rsidRPr="00000000">
        <w:rPr>
          <w:rtl w:val="0"/>
        </w:rPr>
        <w:t xml:space="preserve">His dad chuckled, calm as always. “I know this feels like a huge deal right now, but it’s not the end of the world, son. Just calm down, focus, and get your uniform. They probably won’t even notice as long as you make it back on time.”</w:t>
      </w:r>
    </w:p>
    <w:p w:rsidR="00000000" w:rsidDel="00000000" w:rsidP="00000000" w:rsidRDefault="00000000" w:rsidRPr="00000000" w14:paraId="000002DD">
      <w:pPr>
        <w:ind w:firstLine="720"/>
        <w:rPr/>
      </w:pPr>
      <w:r w:rsidDel="00000000" w:rsidR="00000000" w:rsidRPr="00000000">
        <w:rPr>
          <w:rtl w:val="0"/>
        </w:rPr>
        <w:t xml:space="preserve">Steele exhaled, the sound of his dad’s steady voice helping to settle his nerves. "Copy that. I’ll let you know how it turns out.” He hung up and pushed the pedal to the floor.</w:t>
      </w:r>
    </w:p>
    <w:p w:rsidR="00000000" w:rsidDel="00000000" w:rsidP="00000000" w:rsidRDefault="00000000" w:rsidRPr="00000000" w14:paraId="000002DE">
      <w:pPr>
        <w:ind w:firstLine="720"/>
        <w:rPr/>
      </w:pPr>
      <w:r w:rsidDel="00000000" w:rsidR="00000000" w:rsidRPr="00000000">
        <w:rPr>
          <w:rtl w:val="0"/>
        </w:rPr>
        <w:t xml:space="preserve">Pulling up to his Long Beach townhouse with about 25 minutes left until briefing, Steele sprinted upstairs. He grabbed his long-sleeve shirt and tie in record time and was back in the truck within minutes, racing back down the freeway at 90 miles per hour. He hoped that if the California Highway Patrol pulled him over, his badge might earn him a pass on the ticket.</w:t>
      </w:r>
    </w:p>
    <w:p w:rsidR="00000000" w:rsidDel="00000000" w:rsidP="00000000" w:rsidRDefault="00000000" w:rsidRPr="00000000" w14:paraId="000002DF">
      <w:pPr>
        <w:ind w:firstLine="720"/>
        <w:rPr/>
      </w:pPr>
      <w:r w:rsidDel="00000000" w:rsidR="00000000" w:rsidRPr="00000000">
        <w:rPr>
          <w:rtl w:val="0"/>
        </w:rPr>
        <w:t xml:space="preserve">Luck was on his side. Steele pulled up to the station gate with eight minutes to spare, his heart pounding as he rushed to the locker room. As soon as he entered, he saw it was packed with veteran deputies, including Connor, who was suiting up. Connor glanced over, giving Steele a disapproving look but saying nothing.</w:t>
      </w:r>
    </w:p>
    <w:p w:rsidR="00000000" w:rsidDel="00000000" w:rsidP="00000000" w:rsidRDefault="00000000" w:rsidRPr="00000000" w14:paraId="000002E0">
      <w:pPr>
        <w:ind w:firstLine="720"/>
        <w:rPr/>
      </w:pPr>
      <w:r w:rsidDel="00000000" w:rsidR="00000000" w:rsidRPr="00000000">
        <w:rPr>
          <w:rtl w:val="0"/>
        </w:rPr>
        <w:t xml:space="preserve">Steele didn’t have time to explain. He hurried to his locker, changing faster than he ever had in his life. In less than four minutes, he was fully dressed and headed to the briefing room. With two minutes to spare, he pushed open the door and walked inside, seeing only Grant sitting at the table.</w:t>
      </w:r>
    </w:p>
    <w:p w:rsidR="00000000" w:rsidDel="00000000" w:rsidP="00000000" w:rsidRDefault="00000000" w:rsidRPr="00000000" w14:paraId="000002E1">
      <w:pPr>
        <w:ind w:firstLine="720"/>
        <w:rPr/>
      </w:pPr>
      <w:r w:rsidDel="00000000" w:rsidR="00000000" w:rsidRPr="00000000">
        <w:rPr>
          <w:rtl w:val="0"/>
        </w:rPr>
        <w:t xml:space="preserve">Grant looked up, grinning. "Well, look who made it. Cutting it close, aren’t you?"</w:t>
      </w:r>
    </w:p>
    <w:p w:rsidR="00000000" w:rsidDel="00000000" w:rsidP="00000000" w:rsidRDefault="00000000" w:rsidRPr="00000000" w14:paraId="000002E2">
      <w:pPr>
        <w:ind w:firstLine="720"/>
        <w:rPr/>
      </w:pPr>
      <w:r w:rsidDel="00000000" w:rsidR="00000000" w:rsidRPr="00000000">
        <w:rPr>
          <w:rtl w:val="0"/>
        </w:rPr>
        <w:t xml:space="preserve">Steele sat down, sweating but managing a smile. "Barely. They don’t even know how close I came to a disaster.”</w:t>
      </w:r>
    </w:p>
    <w:p w:rsidR="00000000" w:rsidDel="00000000" w:rsidP="00000000" w:rsidRDefault="00000000" w:rsidRPr="00000000" w14:paraId="000002E3">
      <w:pPr>
        <w:ind w:firstLine="720"/>
        <w:rPr/>
      </w:pPr>
      <w:r w:rsidDel="00000000" w:rsidR="00000000" w:rsidRPr="00000000">
        <w:rPr>
          <w:rtl w:val="0"/>
        </w:rPr>
        <w:t xml:space="preserve">As the rest of the deputies filed in, Steele took a deep breath. Crisis averted. He’d made it. Now, all he had to do was survive the rest of the night.</w:t>
      </w:r>
    </w:p>
    <w:p w:rsidR="00000000" w:rsidDel="00000000" w:rsidP="00000000" w:rsidRDefault="00000000" w:rsidRPr="00000000" w14:paraId="000002E4">
      <w:pPr>
        <w:ind w:firstLine="720"/>
        <w:rPr/>
      </w:pPr>
      <w:r w:rsidDel="00000000" w:rsidR="00000000" w:rsidRPr="00000000">
        <w:rPr>
          <w:rtl w:val="0"/>
        </w:rPr>
        <w:t xml:space="preserve">The field sergeant walked in and took his seat at the front of the room. Immediately, the room went silent. Steele and Grant, no longer the freshest trainees on the shift, were now seated further back. Two new trainees had taken their spots at the front, becoming the latest targets for the focus of the veteran deputies. The newbies were assigned as beat partners for the northern end of the station, covering the Firestone and Florence areas.</w:t>
      </w:r>
    </w:p>
    <w:p w:rsidR="00000000" w:rsidDel="00000000" w:rsidP="00000000" w:rsidRDefault="00000000" w:rsidRPr="00000000" w14:paraId="000002E5">
      <w:pPr>
        <w:ind w:firstLine="720"/>
        <w:rPr/>
      </w:pPr>
      <w:r w:rsidDel="00000000" w:rsidR="00000000" w:rsidRPr="00000000">
        <w:rPr>
          <w:rtl w:val="0"/>
        </w:rPr>
        <w:t xml:space="preserve">The sergeant scanned the room, his expression grim. “Listen up, guys. PM shift had a homicide in Florence,” he began. “It looks like some black gangsters are responsible, so be on alert for retaliation tonight. If you pull over a vehicle with Mexican gangsters, call for backup before you proceed. Understood?”</w:t>
      </w:r>
    </w:p>
    <w:p w:rsidR="00000000" w:rsidDel="00000000" w:rsidP="00000000" w:rsidRDefault="00000000" w:rsidRPr="00000000" w14:paraId="000002E6">
      <w:pPr>
        <w:ind w:firstLine="720"/>
        <w:rPr/>
      </w:pPr>
      <w:r w:rsidDel="00000000" w:rsidR="00000000" w:rsidRPr="00000000">
        <w:rPr>
          <w:rtl w:val="0"/>
        </w:rPr>
        <w:t xml:space="preserve">A murmur of acknowledgment went through the room. The sergeant paused, his gaze sweeping across the deputies. “As you all know, tonight is a memorial shift,” he continued, his tone heavy. “Tonight, we honor Deputy Stephen Greene for his sacrifice. Greene was killed by a Florencia gang member during a gunfight on this night seven years ago.” The room grew even quieter, the weight of his words sinking in.</w:t>
      </w:r>
    </w:p>
    <w:p w:rsidR="00000000" w:rsidDel="00000000" w:rsidP="00000000" w:rsidRDefault="00000000" w:rsidRPr="00000000" w14:paraId="000002E7">
      <w:pPr>
        <w:ind w:firstLine="720"/>
        <w:rPr/>
      </w:pPr>
      <w:r w:rsidDel="00000000" w:rsidR="00000000" w:rsidRPr="00000000">
        <w:rPr>
          <w:rtl w:val="0"/>
        </w:rPr>
        <w:t xml:space="preserve">“GET is already doing saturation patrols in Florence,” he went on. “But I expect all of you—whether you’re working Lynwood, Willowbrook, or anywhere else—to make extra patrols in Florencia territory tonight. If you come across a gangster who’s arrestable, I don’t care if it’s for the most minor violation—he goes to jail.”</w:t>
      </w:r>
    </w:p>
    <w:p w:rsidR="00000000" w:rsidDel="00000000" w:rsidP="00000000" w:rsidRDefault="00000000" w:rsidRPr="00000000" w14:paraId="000002E8">
      <w:pPr>
        <w:ind w:firstLine="720"/>
        <w:rPr/>
      </w:pPr>
      <w:r w:rsidDel="00000000" w:rsidR="00000000" w:rsidRPr="00000000">
        <w:rPr>
          <w:rtl w:val="0"/>
        </w:rPr>
        <w:t xml:space="preserve">Steele felt the tension in the room rise. The sergeant's eyes narrowed, his voice dropping a notch. “It’s our job to remind them who’s in charge out here. And to remind them that if they kill one of us, we never forget.” He let the words hang in the air for a moment, the gravity of the situation settling on every deputy in the room.</w:t>
      </w:r>
    </w:p>
    <w:p w:rsidR="00000000" w:rsidDel="00000000" w:rsidP="00000000" w:rsidRDefault="00000000" w:rsidRPr="00000000" w14:paraId="000002E9">
      <w:pPr>
        <w:ind w:firstLine="720"/>
        <w:rPr/>
      </w:pPr>
      <w:r w:rsidDel="00000000" w:rsidR="00000000" w:rsidRPr="00000000">
        <w:rPr>
          <w:rtl w:val="0"/>
        </w:rPr>
        <w:t xml:space="preserve">Steele exchanged a quick glance with Grant, who gave a slight nod. They both understood the assignment for the night. This wasn't just another shift. This was about showing strength and respect for their fallen brother, Deputy Greene. They were here to remind the gangs of one simple truth: the Sheriff's Department was in control.</w:t>
      </w:r>
    </w:p>
    <w:p w:rsidR="00000000" w:rsidDel="00000000" w:rsidP="00000000" w:rsidRDefault="00000000" w:rsidRPr="00000000" w14:paraId="000002EA">
      <w:pPr>
        <w:ind w:firstLine="720"/>
        <w:rPr/>
      </w:pPr>
      <w:r w:rsidDel="00000000" w:rsidR="00000000" w:rsidRPr="00000000">
        <w:rPr>
          <w:rtl w:val="0"/>
        </w:rPr>
        <w:t xml:space="preserve">After the briefing, Steele and Connor got into their black and white patrol car. Connor settled into the driver’s seat and glanced over at Steele. "You know how this is going to go tonight," he said, his tone serious. "We’re heading to Florence, and we’re going to make some noise. We’ve mostly been working the south end, so let me clue you in on the Florencia gang."</w:t>
      </w:r>
    </w:p>
    <w:p w:rsidR="00000000" w:rsidDel="00000000" w:rsidP="00000000" w:rsidRDefault="00000000" w:rsidRPr="00000000" w14:paraId="000002EB">
      <w:pPr>
        <w:ind w:firstLine="720"/>
        <w:rPr/>
      </w:pPr>
      <w:r w:rsidDel="00000000" w:rsidR="00000000" w:rsidRPr="00000000">
        <w:rPr>
          <w:rtl w:val="0"/>
        </w:rPr>
        <w:t xml:space="preserve">Connor paused for a moment, letting the gravity of his words sink in. “These Florencia guys control most of the northern section of our station. They’ve taken over every inch from the blacks through sheer violence. They’re deeply connected to the Mexican Mafia, and they funnel a lot of money their way. That means they’re well-armed and not afraid to use those weapons. So, keep your eyes open and watch yourself out there."</w:t>
      </w:r>
    </w:p>
    <w:p w:rsidR="00000000" w:rsidDel="00000000" w:rsidP="00000000" w:rsidRDefault="00000000" w:rsidRPr="00000000" w14:paraId="000002EC">
      <w:pPr>
        <w:ind w:firstLine="720"/>
        <w:rPr/>
      </w:pPr>
      <w:r w:rsidDel="00000000" w:rsidR="00000000" w:rsidRPr="00000000">
        <w:rPr>
          <w:rtl w:val="0"/>
        </w:rPr>
        <w:t xml:space="preserve">"Copy that, sir," Steele replied, bracing himself for the night ahead. He knew tonight wasn't going to be like any other shift.</w:t>
      </w:r>
    </w:p>
    <w:p w:rsidR="00000000" w:rsidDel="00000000" w:rsidP="00000000" w:rsidRDefault="00000000" w:rsidRPr="00000000" w14:paraId="000002ED">
      <w:pPr>
        <w:ind w:firstLine="720"/>
        <w:rPr/>
      </w:pPr>
      <w:r w:rsidDel="00000000" w:rsidR="00000000" w:rsidRPr="00000000">
        <w:rPr>
          <w:rtl w:val="0"/>
        </w:rPr>
        <w:t xml:space="preserve">Connor started the engine, and they pulled out of the station. The radio crackled with calls—approximately twenty calls for service were already pending. "We need to clear these calls first," Connor said, eyes fixed on the road. "Once we're through, we head north, and we start hunting. Let’s get to it."</w:t>
      </w:r>
    </w:p>
    <w:p w:rsidR="00000000" w:rsidDel="00000000" w:rsidP="00000000" w:rsidRDefault="00000000" w:rsidRPr="00000000" w14:paraId="000002EE">
      <w:pPr>
        <w:ind w:firstLine="720"/>
        <w:rPr/>
      </w:pPr>
      <w:r w:rsidDel="00000000" w:rsidR="00000000" w:rsidRPr="00000000">
        <w:rPr>
          <w:rtl w:val="0"/>
        </w:rPr>
        <w:t xml:space="preserve">The next two hours flew by in a blur of calls. They handled a series of disturbance calls, took a robbery report, and responded to a burglary. All the while, the radio was alive with constant chatter from patrol and GET deputies conducting traffic stops and pedestrian checks in the Florence area. The mood was tense; everyone was on edge. The urgency in their voices made it clear—they meant business tonight. The memory of Deputy Greene’s death was still fresh, and the pain of that loss hung heavy in the air.</w:t>
      </w:r>
    </w:p>
    <w:p w:rsidR="00000000" w:rsidDel="00000000" w:rsidP="00000000" w:rsidRDefault="00000000" w:rsidRPr="00000000" w14:paraId="000002EF">
      <w:pPr>
        <w:ind w:firstLine="720"/>
        <w:rPr/>
      </w:pPr>
      <w:r w:rsidDel="00000000" w:rsidR="00000000" w:rsidRPr="00000000">
        <w:rPr>
          <w:rtl w:val="0"/>
        </w:rPr>
        <w:t xml:space="preserve">Steele could feel it. Tonight was about more than routine patrol. It was about showing strength, paying respect, and making sure the Florencia gang understood that the deputies would not be intimidated.</w:t>
      </w:r>
    </w:p>
    <w:p w:rsidR="00000000" w:rsidDel="00000000" w:rsidP="00000000" w:rsidRDefault="00000000" w:rsidRPr="00000000" w14:paraId="000002F0">
      <w:pPr>
        <w:ind w:firstLine="720"/>
        <w:rPr/>
      </w:pPr>
      <w:r w:rsidDel="00000000" w:rsidR="00000000" w:rsidRPr="00000000">
        <w:rPr>
          <w:rtl w:val="0"/>
        </w:rPr>
        <w:t xml:space="preserve">"Alright, we’re heading to Florence," Connor said, his eyes scanning the darkened streets as he drove. "Remember, one of their own was murdered earlier tonight, so they’re all going to be strapped and ready. Keep your head on a swivel."</w:t>
      </w:r>
    </w:p>
    <w:p w:rsidR="00000000" w:rsidDel="00000000" w:rsidP="00000000" w:rsidRDefault="00000000" w:rsidRPr="00000000" w14:paraId="000002F1">
      <w:pPr>
        <w:ind w:firstLine="720"/>
        <w:rPr/>
      </w:pPr>
      <w:r w:rsidDel="00000000" w:rsidR="00000000" w:rsidRPr="00000000">
        <w:rPr>
          <w:rtl w:val="0"/>
        </w:rPr>
        <w:t xml:space="preserve">"Copy that, sir," Steele replied, feeling the adrenaline surge through his veins. He knew tonight was going to be intense.</w:t>
      </w:r>
    </w:p>
    <w:p w:rsidR="00000000" w:rsidDel="00000000" w:rsidP="00000000" w:rsidRDefault="00000000" w:rsidRPr="00000000" w14:paraId="000002F2">
      <w:pPr>
        <w:ind w:firstLine="720"/>
        <w:rPr/>
      </w:pPr>
      <w:r w:rsidDel="00000000" w:rsidR="00000000" w:rsidRPr="00000000">
        <w:rPr>
          <w:rtl w:val="0"/>
        </w:rPr>
        <w:t xml:space="preserve">For the next hour, they slowly patrolled through Florencia gang territory, driving with their headlights off and creeping through residential neighborhoods. "You have to black out and move slow to catch them before they spot us," Connor explained. "If you don’t sneak up on these guys, their guns and dope will be gone before you even get close."</w:t>
      </w:r>
    </w:p>
    <w:p w:rsidR="00000000" w:rsidDel="00000000" w:rsidP="00000000" w:rsidRDefault="00000000" w:rsidRPr="00000000" w14:paraId="000002F3">
      <w:pPr>
        <w:ind w:firstLine="720"/>
        <w:rPr/>
      </w:pPr>
      <w:r w:rsidDel="00000000" w:rsidR="00000000" w:rsidRPr="00000000">
        <w:rPr>
          <w:rtl w:val="0"/>
        </w:rPr>
        <w:t xml:space="preserve">They made two traffic stops and checked a pedestrian in the neighborhood, but the gangsters seemed to be laying low, wary of the deputies who were crawling through the area on high alert. The tension in the air was palpable.</w:t>
      </w:r>
    </w:p>
    <w:p w:rsidR="00000000" w:rsidDel="00000000" w:rsidP="00000000" w:rsidRDefault="00000000" w:rsidRPr="00000000" w14:paraId="000002F4">
      <w:pPr>
        <w:ind w:firstLine="720"/>
        <w:rPr/>
      </w:pPr>
      <w:r w:rsidDel="00000000" w:rsidR="00000000" w:rsidRPr="00000000">
        <w:rPr>
          <w:rtl w:val="0"/>
        </w:rPr>
        <w:t xml:space="preserve">The car was silent, the streets eerily quiet, when suddenly the radio crackled to life. "10-33, go. You’re on the patch," the dispatcher announced, her voice cutting through the quiet like a knife. Both deputies tensed, waiting for the transmission.</w:t>
      </w:r>
    </w:p>
    <w:p w:rsidR="00000000" w:rsidDel="00000000" w:rsidP="00000000" w:rsidRDefault="00000000" w:rsidRPr="00000000" w14:paraId="000002F5">
      <w:pPr>
        <w:ind w:firstLine="720"/>
        <w:rPr/>
      </w:pPr>
      <w:r w:rsidDel="00000000" w:rsidR="00000000" w:rsidRPr="00000000">
        <w:rPr>
          <w:rtl w:val="0"/>
        </w:rPr>
        <w:t xml:space="preserve">In the LASD radio system, the "patch" allowed all units to hear a deputy's emergency traffic directly, bypassing the usual relay system. A 10-33 meant an emergency was in progress.</w:t>
      </w:r>
    </w:p>
    <w:p w:rsidR="00000000" w:rsidDel="00000000" w:rsidP="00000000" w:rsidRDefault="00000000" w:rsidRPr="00000000" w14:paraId="000002F6">
      <w:pPr>
        <w:ind w:firstLine="720"/>
        <w:rPr/>
      </w:pPr>
      <w:r w:rsidDel="00000000" w:rsidR="00000000" w:rsidRPr="00000000">
        <w:rPr>
          <w:rtl w:val="0"/>
        </w:rPr>
        <w:t xml:space="preserve">"216 Frank, 998, 998!" a deputy's voice came through urgently. "I have one suspect down and two running eastbound on 59th Place, east of Hooper. Roll units code and get me an airship!"</w:t>
      </w:r>
    </w:p>
    <w:p w:rsidR="00000000" w:rsidDel="00000000" w:rsidP="00000000" w:rsidRDefault="00000000" w:rsidRPr="00000000" w14:paraId="000002F7">
      <w:pPr>
        <w:ind w:firstLine="720"/>
        <w:rPr/>
      </w:pPr>
      <w:r w:rsidDel="00000000" w:rsidR="00000000" w:rsidRPr="00000000">
        <w:rPr>
          <w:rtl w:val="0"/>
        </w:rPr>
        <w:t xml:space="preserve">The radio code "998" meant an officer-involved shooting. Steele's heart raced as adrenaline flooded his system. Connor glanced at him and barked, "Grab the radio, we’re taking primary. Coordinate a containment."</w:t>
      </w:r>
    </w:p>
    <w:p w:rsidR="00000000" w:rsidDel="00000000" w:rsidP="00000000" w:rsidRDefault="00000000" w:rsidRPr="00000000" w14:paraId="000002F8">
      <w:pPr>
        <w:ind w:firstLine="720"/>
        <w:rPr/>
      </w:pPr>
      <w:r w:rsidDel="00000000" w:rsidR="00000000" w:rsidRPr="00000000">
        <w:rPr>
          <w:rtl w:val="0"/>
        </w:rPr>
        <w:t xml:space="preserve">Steele immediately grabbed the microphone and the map book above his visor. Connor was already accelerating, lights and sirens blaring as they sped towards the location, just 90 seconds away. "213 Henry, we’ll take primary and are rolling code," Steele said into the mic, his voice calm despite the rush. "Let’s get a containment. I need units at 59th Place and Compton, 59th Place and Hooper, 58th Drive and Compton, 58th Drive and Hooper, 60th Street and Compton, and 60th Street at Hooper."</w:t>
      </w:r>
    </w:p>
    <w:p w:rsidR="00000000" w:rsidDel="00000000" w:rsidP="00000000" w:rsidRDefault="00000000" w:rsidRPr="00000000" w14:paraId="000002F9">
      <w:pPr>
        <w:ind w:firstLine="720"/>
        <w:rPr/>
      </w:pPr>
      <w:r w:rsidDel="00000000" w:rsidR="00000000" w:rsidRPr="00000000">
        <w:rPr>
          <w:rtl w:val="0"/>
        </w:rPr>
        <w:t xml:space="preserve">The deputy in the shooting called back on the radio, his voice tense. "The two running are male Hispanics, shaved heads, white t-shirts, and dark pants. Send medical to my location for the suspect down."</w:t>
      </w:r>
    </w:p>
    <w:p w:rsidR="00000000" w:rsidDel="00000000" w:rsidP="00000000" w:rsidRDefault="00000000" w:rsidRPr="00000000" w14:paraId="000002FA">
      <w:pPr>
        <w:ind w:firstLine="720"/>
        <w:rPr/>
      </w:pPr>
      <w:r w:rsidDel="00000000" w:rsidR="00000000" w:rsidRPr="00000000">
        <w:rPr>
          <w:rtl w:val="0"/>
        </w:rPr>
        <w:t xml:space="preserve">Connor whipped the patrol car around the corner and onto 59th Place. As they pulled up, Steele spotted Deputy Sousa standing in the street, holding his gun on a suspect who lay face down in front of his patrol car. Overhead, the helicopter's spotlight lit up the scene, now guiding other units to set up the containment in hopes of catching the fleeing suspects.</w:t>
      </w:r>
    </w:p>
    <w:p w:rsidR="00000000" w:rsidDel="00000000" w:rsidP="00000000" w:rsidRDefault="00000000" w:rsidRPr="00000000" w14:paraId="000002FB">
      <w:pPr>
        <w:ind w:firstLine="720"/>
        <w:rPr/>
      </w:pPr>
      <w:r w:rsidDel="00000000" w:rsidR="00000000" w:rsidRPr="00000000">
        <w:rPr>
          <w:rtl w:val="0"/>
        </w:rPr>
        <w:t xml:space="preserve">Connor and Steele rushed out of their unit and ran toward Sousa. Steele immediately noticed the bullet holes riddling the windshield of Sousa's patrol car and the lifeless body of a Mexican gangster lying on the asphalt. Blood pooled beneath the suspect’s head, and Steele could see brain matter in his hair. The man was already gone.</w:t>
      </w:r>
    </w:p>
    <w:p w:rsidR="00000000" w:rsidDel="00000000" w:rsidP="00000000" w:rsidRDefault="00000000" w:rsidRPr="00000000" w14:paraId="000002FC">
      <w:pPr>
        <w:ind w:firstLine="720"/>
        <w:rPr/>
      </w:pPr>
      <w:r w:rsidDel="00000000" w:rsidR="00000000" w:rsidRPr="00000000">
        <w:rPr>
          <w:rtl w:val="0"/>
        </w:rPr>
        <w:t xml:space="preserve">Steele moved quickly to handcuff the suspect’s body, following standard procedure.</w:t>
      </w:r>
    </w:p>
    <w:p w:rsidR="00000000" w:rsidDel="00000000" w:rsidP="00000000" w:rsidRDefault="00000000" w:rsidRPr="00000000" w14:paraId="000002FD">
      <w:pPr>
        <w:ind w:firstLine="720"/>
        <w:rPr/>
      </w:pPr>
      <w:r w:rsidDel="00000000" w:rsidR="00000000" w:rsidRPr="00000000">
        <w:rPr>
          <w:rtl w:val="0"/>
        </w:rPr>
        <w:t xml:space="preserve">Connor approached Sousa. "Alright, brother, what happened?" he asked, his voice steady and reassuring.</w:t>
      </w:r>
    </w:p>
    <w:p w:rsidR="00000000" w:rsidDel="00000000" w:rsidP="00000000" w:rsidRDefault="00000000" w:rsidRPr="00000000" w14:paraId="000002FE">
      <w:pPr>
        <w:ind w:firstLine="720"/>
        <w:rPr/>
      </w:pPr>
      <w:r w:rsidDel="00000000" w:rsidR="00000000" w:rsidRPr="00000000">
        <w:rPr>
          <w:rtl w:val="0"/>
        </w:rPr>
        <w:t xml:space="preserve">Sousa, still shaken, took a deep breath. "I was driving down the street and saw three gangsters on the sidewalk. I pulled up to do a pedestrian check, and this fucker jumps on my hood and pulls a gun. He started to point it at me, so I shot through my windshield. I didn’t even have time to get out." He paused, glancing at the lifeless body on the ground. "But I can’t find his gun, man. We need to find it. If we don’t find it, I’m fucked."</w:t>
      </w:r>
    </w:p>
    <w:p w:rsidR="00000000" w:rsidDel="00000000" w:rsidP="00000000" w:rsidRDefault="00000000" w:rsidRPr="00000000" w14:paraId="000002FF">
      <w:pPr>
        <w:ind w:firstLine="720"/>
        <w:rPr/>
      </w:pPr>
      <w:r w:rsidDel="00000000" w:rsidR="00000000" w:rsidRPr="00000000">
        <w:rPr>
          <w:rtl w:val="0"/>
        </w:rPr>
        <w:t xml:space="preserve">"Don’t sweat it," Connor replied. "You’re good. We’ll find it."</w:t>
      </w:r>
    </w:p>
    <w:p w:rsidR="00000000" w:rsidDel="00000000" w:rsidP="00000000" w:rsidRDefault="00000000" w:rsidRPr="00000000" w14:paraId="00000300">
      <w:pPr>
        <w:ind w:firstLine="720"/>
        <w:rPr/>
      </w:pPr>
      <w:r w:rsidDel="00000000" w:rsidR="00000000" w:rsidRPr="00000000">
        <w:rPr>
          <w:rtl w:val="0"/>
        </w:rPr>
        <w:t xml:space="preserve">The air was filled with the roar of the helicopter and the sound of sirens as additional units arrived on the scene. Steele began unrolling crime scene tape, marking off the area and preserving any evidence. Paramedics had yet to arrive, and no sergeant was on scene yet.</w:t>
      </w:r>
    </w:p>
    <w:p w:rsidR="00000000" w:rsidDel="00000000" w:rsidP="00000000" w:rsidRDefault="00000000" w:rsidRPr="00000000" w14:paraId="00000301">
      <w:pPr>
        <w:ind w:firstLine="720"/>
        <w:rPr/>
      </w:pPr>
      <w:r w:rsidDel="00000000" w:rsidR="00000000" w:rsidRPr="00000000">
        <w:rPr>
          <w:rtl w:val="0"/>
        </w:rPr>
        <w:t xml:space="preserve">"Steele, find this guy's gun. Now," Connor ordered.</w:t>
      </w:r>
    </w:p>
    <w:p w:rsidR="00000000" w:rsidDel="00000000" w:rsidP="00000000" w:rsidRDefault="00000000" w:rsidRPr="00000000" w14:paraId="00000302">
      <w:pPr>
        <w:ind w:firstLine="720"/>
        <w:rPr/>
      </w:pPr>
      <w:r w:rsidDel="00000000" w:rsidR="00000000" w:rsidRPr="00000000">
        <w:rPr>
          <w:rtl w:val="0"/>
        </w:rPr>
        <w:t xml:space="preserve">With his flashlight in hand, Steele searched the area, scouring the street and the surrounding front yards. He crouched down and peered under Sousa's patrol car, finally spotting a small .25-caliber semi-automatic pistol lying on the asphalt.</w:t>
      </w:r>
    </w:p>
    <w:p w:rsidR="00000000" w:rsidDel="00000000" w:rsidP="00000000" w:rsidRDefault="00000000" w:rsidRPr="00000000" w14:paraId="00000303">
      <w:pPr>
        <w:ind w:firstLine="720"/>
        <w:rPr/>
      </w:pPr>
      <w:r w:rsidDel="00000000" w:rsidR="00000000" w:rsidRPr="00000000">
        <w:rPr>
          <w:rtl w:val="0"/>
        </w:rPr>
        <w:t xml:space="preserve">"I’ve got it!" Steele yelled. "Found the gun!"</w:t>
      </w:r>
    </w:p>
    <w:p w:rsidR="00000000" w:rsidDel="00000000" w:rsidP="00000000" w:rsidRDefault="00000000" w:rsidRPr="00000000" w14:paraId="00000304">
      <w:pPr>
        <w:ind w:firstLine="720"/>
        <w:rPr/>
      </w:pPr>
      <w:r w:rsidDel="00000000" w:rsidR="00000000" w:rsidRPr="00000000">
        <w:rPr>
          <w:rtl w:val="0"/>
        </w:rPr>
        <w:t xml:space="preserve">Connor turned to Sousa, clapping him on the shoulder. "Alright, you’re good. When the sergeant gets here, just tell him what happened. You handled it, brother. Good job."</w:t>
      </w:r>
    </w:p>
    <w:p w:rsidR="00000000" w:rsidDel="00000000" w:rsidP="00000000" w:rsidRDefault="00000000" w:rsidRPr="00000000" w14:paraId="00000305">
      <w:pPr>
        <w:ind w:firstLine="720"/>
        <w:rPr/>
      </w:pPr>
      <w:r w:rsidDel="00000000" w:rsidR="00000000" w:rsidRPr="00000000">
        <w:rPr>
          <w:rtl w:val="0"/>
        </w:rPr>
        <w:t xml:space="preserve">Just then, the radio crackled again. "212 Henry, I’ve got two at gunpoint in the backyard on the southwest corner of 59th Place and Compton. Send me some units."</w:t>
      </w:r>
    </w:p>
    <w:p w:rsidR="00000000" w:rsidDel="00000000" w:rsidP="00000000" w:rsidRDefault="00000000" w:rsidRPr="00000000" w14:paraId="00000306">
      <w:pPr>
        <w:ind w:firstLine="720"/>
        <w:rPr/>
      </w:pPr>
      <w:r w:rsidDel="00000000" w:rsidR="00000000" w:rsidRPr="00000000">
        <w:rPr>
          <w:rtl w:val="0"/>
        </w:rPr>
        <w:t xml:space="preserve">Multiple units immediately keyed in, responding to the call. A minute later, the radio broadcasted, "212 Henry, code 4. We have two in custody. Send medical for the suspects."</w:t>
      </w:r>
    </w:p>
    <w:p w:rsidR="00000000" w:rsidDel="00000000" w:rsidP="00000000" w:rsidRDefault="00000000" w:rsidRPr="00000000" w14:paraId="00000307">
      <w:pPr>
        <w:ind w:firstLine="720"/>
        <w:rPr/>
      </w:pPr>
      <w:r w:rsidDel="00000000" w:rsidR="00000000" w:rsidRPr="00000000">
        <w:rPr>
          <w:rtl w:val="0"/>
        </w:rPr>
        <w:t xml:space="preserve">Steele chuckled to himself, knowing that those two gangsters had likely been roughed up during their arrest.</w:t>
      </w:r>
    </w:p>
    <w:p w:rsidR="00000000" w:rsidDel="00000000" w:rsidP="00000000" w:rsidRDefault="00000000" w:rsidRPr="00000000" w14:paraId="00000308">
      <w:pPr>
        <w:ind w:firstLine="720"/>
        <w:rPr/>
      </w:pPr>
      <w:r w:rsidDel="00000000" w:rsidR="00000000" w:rsidRPr="00000000">
        <w:rPr>
          <w:rtl w:val="0"/>
        </w:rPr>
        <w:t xml:space="preserve">An hour passed. Sousa had been transported back to the station for an interview, and the paramedics had confirmed the suspect at the scene was dead. Now, the street was crowded with investigators, high-ranking officers from the homicide bureau, internal affairs, and patrol operations.</w:t>
      </w:r>
    </w:p>
    <w:p w:rsidR="00000000" w:rsidDel="00000000" w:rsidP="00000000" w:rsidRDefault="00000000" w:rsidRPr="00000000" w14:paraId="00000309">
      <w:pPr>
        <w:ind w:firstLine="720"/>
        <w:rPr/>
      </w:pPr>
      <w:r w:rsidDel="00000000" w:rsidR="00000000" w:rsidRPr="00000000">
        <w:rPr>
          <w:rtl w:val="0"/>
        </w:rPr>
        <w:t xml:space="preserve">Connor approached Steele, his face a mask of seriousness. "Alright, it’s time to get your shit together. You’re going to conduct the briefing for this circus. Everyone’s here—the head of homicide, the DA's office, the brass. Stick to the facts and don’t screw this up. Got it?" He flashed a brief grin.</w:t>
      </w:r>
    </w:p>
    <w:p w:rsidR="00000000" w:rsidDel="00000000" w:rsidP="00000000" w:rsidRDefault="00000000" w:rsidRPr="00000000" w14:paraId="0000030A">
      <w:pPr>
        <w:ind w:firstLine="720"/>
        <w:rPr/>
      </w:pPr>
      <w:r w:rsidDel="00000000" w:rsidR="00000000" w:rsidRPr="00000000">
        <w:rPr>
          <w:rtl w:val="0"/>
        </w:rPr>
        <w:t xml:space="preserve">"Copy that, sir," Steele replied, steeling himself for the task ahead.</w:t>
      </w:r>
    </w:p>
    <w:p w:rsidR="00000000" w:rsidDel="00000000" w:rsidP="00000000" w:rsidRDefault="00000000" w:rsidRPr="00000000" w14:paraId="0000030B">
      <w:pPr>
        <w:ind w:firstLine="720"/>
        <w:rPr/>
      </w:pPr>
      <w:r w:rsidDel="00000000" w:rsidR="00000000" w:rsidRPr="00000000">
        <w:rPr>
          <w:rtl w:val="0"/>
        </w:rPr>
        <w:t xml:space="preserve">Steele walked to the group of detectives gathered in the middle of the street and began his briefing, consulting his notes. He covered every detail—what Sousa had initially reported, who pronounced the suspect dead, the evidence recovered, and the information on the two additional suspects detained down the street. The detectives peppered him with a few questions, and Steele answered confidently. He had just successfully handled his first deputy-involved shooting scene.</w:t>
      </w:r>
    </w:p>
    <w:p w:rsidR="00000000" w:rsidDel="00000000" w:rsidP="00000000" w:rsidRDefault="00000000" w:rsidRPr="00000000" w14:paraId="0000030C">
      <w:pPr>
        <w:ind w:firstLine="720"/>
        <w:rPr/>
      </w:pPr>
      <w:r w:rsidDel="00000000" w:rsidR="00000000" w:rsidRPr="00000000">
        <w:rPr>
          <w:rtl w:val="0"/>
        </w:rPr>
        <w:t xml:space="preserve">After the briefing, their patrol sergeant approached Steele and Connor, a look of grim satisfaction on his face. "Good work, boys. Looks like we won tonight. Fuck these Florence gangsters," he said before walking away.</w:t>
      </w:r>
    </w:p>
    <w:p w:rsidR="00000000" w:rsidDel="00000000" w:rsidP="00000000" w:rsidRDefault="00000000" w:rsidRPr="00000000" w14:paraId="0000030D">
      <w:pPr>
        <w:ind w:firstLine="720"/>
        <w:rPr/>
      </w:pPr>
      <w:r w:rsidDel="00000000" w:rsidR="00000000" w:rsidRPr="00000000">
        <w:rPr>
          <w:rtl w:val="0"/>
        </w:rPr>
        <w:t xml:space="preserve">Steele and Connor finally cleared the scene six hours later, relieved by a day shift unit. As they drove back to the station for Steele to start his report, Connor broke the silence.</w:t>
      </w:r>
    </w:p>
    <w:p w:rsidR="00000000" w:rsidDel="00000000" w:rsidP="00000000" w:rsidRDefault="00000000" w:rsidRPr="00000000" w14:paraId="0000030E">
      <w:pPr>
        <w:ind w:firstLine="720"/>
        <w:rPr/>
      </w:pPr>
      <w:r w:rsidDel="00000000" w:rsidR="00000000" w:rsidRPr="00000000">
        <w:rPr>
          <w:rtl w:val="0"/>
        </w:rPr>
        <w:t xml:space="preserve">"I know you get how things work around here," Connor began, his voice serious. "Sousa’s inked. That’s why you saw how we handled the shooting. When it's someone you trust, you make sure they’re good and know exactly what to say."</w:t>
      </w:r>
    </w:p>
    <w:p w:rsidR="00000000" w:rsidDel="00000000" w:rsidP="00000000" w:rsidRDefault="00000000" w:rsidRPr="00000000" w14:paraId="0000030F">
      <w:pPr>
        <w:ind w:firstLine="720"/>
        <w:rPr/>
      </w:pPr>
      <w:r w:rsidDel="00000000" w:rsidR="00000000" w:rsidRPr="00000000">
        <w:rPr>
          <w:rtl w:val="0"/>
        </w:rPr>
        <w:t xml:space="preserve">Steele nodded, knowing this wasn’t just a casual conversation. Connor was laying down the unspoken rules of the job.</w:t>
      </w:r>
    </w:p>
    <w:p w:rsidR="00000000" w:rsidDel="00000000" w:rsidP="00000000" w:rsidRDefault="00000000" w:rsidRPr="00000000" w14:paraId="00000310">
      <w:pPr>
        <w:ind w:firstLine="720"/>
        <w:rPr/>
      </w:pPr>
      <w:r w:rsidDel="00000000" w:rsidR="00000000" w:rsidRPr="00000000">
        <w:rPr>
          <w:rtl w:val="0"/>
        </w:rPr>
        <w:t xml:space="preserve">Connor continued, "Here’s the thing. These guys don’t get into bad shootings. What trips them up is what they say in interviews afterward. Sometimes they just say the wrong thing. That’s where they can get burned. That’s why we take care of our own."</w:t>
      </w:r>
    </w:p>
    <w:p w:rsidR="00000000" w:rsidDel="00000000" w:rsidP="00000000" w:rsidRDefault="00000000" w:rsidRPr="00000000" w14:paraId="00000311">
      <w:pPr>
        <w:ind w:firstLine="720"/>
        <w:rPr/>
      </w:pPr>
      <w:r w:rsidDel="00000000" w:rsidR="00000000" w:rsidRPr="00000000">
        <w:rPr>
          <w:rtl w:val="0"/>
        </w:rPr>
        <w:t xml:space="preserve">Steele stayed quiet, listening intently.</w:t>
      </w:r>
    </w:p>
    <w:p w:rsidR="00000000" w:rsidDel="00000000" w:rsidP="00000000" w:rsidRDefault="00000000" w:rsidRPr="00000000" w14:paraId="00000312">
      <w:pPr>
        <w:ind w:firstLine="720"/>
        <w:rPr/>
      </w:pPr>
      <w:r w:rsidDel="00000000" w:rsidR="00000000" w:rsidRPr="00000000">
        <w:rPr>
          <w:rtl w:val="0"/>
        </w:rPr>
        <w:t xml:space="preserve">"The department," Connor went on, "would crucify a deputy just as fast as they'd back them up. Whatever is most convenient for them. If they think throwing you under the bus makes things easier, they’ll do it without blinking. So, out here, we always look out for each other."</w:t>
      </w:r>
    </w:p>
    <w:p w:rsidR="00000000" w:rsidDel="00000000" w:rsidP="00000000" w:rsidRDefault="00000000" w:rsidRPr="00000000" w14:paraId="00000313">
      <w:pPr>
        <w:ind w:firstLine="720"/>
        <w:rPr/>
      </w:pPr>
      <w:r w:rsidDel="00000000" w:rsidR="00000000" w:rsidRPr="00000000">
        <w:rPr>
          <w:rtl w:val="0"/>
        </w:rPr>
        <w:t xml:space="preserve">Connor paused, glancing sideways at Steele. "This one was clean. But I’m telling you now, they won’t all be. You’re going to see some messy situations. That’s why you have to be solid with the guys you trust. Out here, we’re family first."</w:t>
      </w:r>
    </w:p>
    <w:p w:rsidR="00000000" w:rsidDel="00000000" w:rsidP="00000000" w:rsidRDefault="00000000" w:rsidRPr="00000000" w14:paraId="00000314">
      <w:pPr>
        <w:ind w:firstLine="720"/>
        <w:rPr/>
      </w:pPr>
      <w:r w:rsidDel="00000000" w:rsidR="00000000" w:rsidRPr="00000000">
        <w:rPr>
          <w:rtl w:val="0"/>
        </w:rPr>
        <w:t xml:space="preserve">Steele absorbed every word, understanding the gravity behind Connor's warning. This was more than just patrol; it was a brotherhood built on loyalty and survival.</w:t>
      </w:r>
    </w:p>
    <w:p w:rsidR="00000000" w:rsidDel="00000000" w:rsidP="00000000" w:rsidRDefault="00000000" w:rsidRPr="00000000" w14:paraId="00000315">
      <w:pPr>
        <w:ind w:firstLine="720"/>
        <w:rPr/>
      </w:pPr>
      <w:r w:rsidDel="00000000" w:rsidR="00000000" w:rsidRPr="00000000">
        <w:rPr>
          <w:rtl w:val="0"/>
        </w:rPr>
        <w:t xml:space="preserve">***</w:t>
      </w:r>
    </w:p>
    <w:p w:rsidR="00000000" w:rsidDel="00000000" w:rsidP="00000000" w:rsidRDefault="00000000" w:rsidRPr="00000000" w14:paraId="00000316">
      <w:pPr>
        <w:ind w:firstLine="720"/>
        <w:rPr/>
      </w:pPr>
      <w:r w:rsidDel="00000000" w:rsidR="00000000" w:rsidRPr="00000000">
        <w:rPr>
          <w:rtl w:val="0"/>
        </w:rPr>
        <w:t xml:space="preserve">Connor and Steele cruised through the Athens Park area on a busy Saturday night. Steele had already accumulated a stack of reports to write, evidence of just how hectic the shift had been. Connor glanced over at him and said, "You're halfway through your fourth month now. You and your buddy Grant have been doing a solid job. As long as you don’t screw up, you'll both make it off training."</w:t>
      </w:r>
    </w:p>
    <w:p w:rsidR="00000000" w:rsidDel="00000000" w:rsidP="00000000" w:rsidRDefault="00000000" w:rsidRPr="00000000" w14:paraId="00000317">
      <w:pPr>
        <w:ind w:firstLine="720"/>
        <w:rPr/>
      </w:pPr>
      <w:r w:rsidDel="00000000" w:rsidR="00000000" w:rsidRPr="00000000">
        <w:rPr>
          <w:rtl w:val="0"/>
        </w:rPr>
        <w:t xml:space="preserve">Steele couldn't hold back a grin. "Copy that, sir," he replied, feeling a wave of pride after getting some positive feedback from his FTO.</w:t>
      </w:r>
    </w:p>
    <w:p w:rsidR="00000000" w:rsidDel="00000000" w:rsidP="00000000" w:rsidRDefault="00000000" w:rsidRPr="00000000" w14:paraId="00000318">
      <w:pPr>
        <w:ind w:firstLine="720"/>
        <w:rPr/>
      </w:pPr>
      <w:r w:rsidDel="00000000" w:rsidR="00000000" w:rsidRPr="00000000">
        <w:rPr>
          <w:rtl w:val="0"/>
        </w:rPr>
        <w:t xml:space="preserve">"Next week," Connor continued, "Johnson and I decided we’re going to partner up, and you and Grant will ride together. You’ll be working Willowbrook, and we’ll be your sister car. You’re expected to handle every call and make some arrests. We’ll be around, but the training wheels are coming off."</w:t>
      </w:r>
    </w:p>
    <w:p w:rsidR="00000000" w:rsidDel="00000000" w:rsidP="00000000" w:rsidRDefault="00000000" w:rsidRPr="00000000" w14:paraId="00000319">
      <w:pPr>
        <w:ind w:firstLine="720"/>
        <w:rPr/>
      </w:pPr>
      <w:r w:rsidDel="00000000" w:rsidR="00000000" w:rsidRPr="00000000">
        <w:rPr>
          <w:rtl w:val="0"/>
        </w:rPr>
        <w:t xml:space="preserve">Connor slowed down and pulled into a parking lot, stopping the car before opening the door and stepping out. "Looks like it's time for you to drive. Don't crash, or we're both screwed," he said, tossing Steele the keys with a smirk.</w:t>
      </w:r>
    </w:p>
    <w:p w:rsidR="00000000" w:rsidDel="00000000" w:rsidP="00000000" w:rsidRDefault="00000000" w:rsidRPr="00000000" w14:paraId="0000031A">
      <w:pPr>
        <w:ind w:firstLine="720"/>
        <w:rPr/>
      </w:pPr>
      <w:r w:rsidDel="00000000" w:rsidR="00000000" w:rsidRPr="00000000">
        <w:rPr>
          <w:rtl w:val="0"/>
        </w:rPr>
        <w:t xml:space="preserve">Steele didn’t need to be told twice. He jumped into the driver’s seat, heart racing as he shifted the car into gear and pulled out onto Avalon Boulevard. Finally, he was behind the wheel of a black-and-white in South Central, and the thrill was electric.</w:t>
      </w:r>
    </w:p>
    <w:p w:rsidR="00000000" w:rsidDel="00000000" w:rsidP="00000000" w:rsidRDefault="00000000" w:rsidRPr="00000000" w14:paraId="0000031B">
      <w:pPr>
        <w:ind w:firstLine="720"/>
        <w:rPr/>
      </w:pPr>
      <w:r w:rsidDel="00000000" w:rsidR="00000000" w:rsidRPr="00000000">
        <w:rPr>
          <w:rtl w:val="0"/>
        </w:rPr>
        <w:t xml:space="preserve">They continued patrolling, handling a few more calls and even managing a quick traffic stop. When it was time to catch up on paperwork, Steele followed Connor's instructions and drove to an industrial complex next to Century Station, one of Connor's go-to spots for writing reports.</w:t>
      </w:r>
    </w:p>
    <w:p w:rsidR="00000000" w:rsidDel="00000000" w:rsidP="00000000" w:rsidRDefault="00000000" w:rsidRPr="00000000" w14:paraId="0000031C">
      <w:pPr>
        <w:ind w:firstLine="720"/>
        <w:rPr/>
      </w:pPr>
      <w:r w:rsidDel="00000000" w:rsidR="00000000" w:rsidRPr="00000000">
        <w:rPr>
          <w:rtl w:val="0"/>
        </w:rPr>
        <w:t xml:space="preserve">Steele backed the unit into a loading dock, keeping the rear secure as Connor leaned his seat back. "I'm gonna shut my eyes for a bit," Connor said, already closing his eyes. "Got court in the morning. Write your paper, and nudge me if anything happens. And for the love of God, don’t let anyone walk up on us."</w:t>
      </w:r>
    </w:p>
    <w:p w:rsidR="00000000" w:rsidDel="00000000" w:rsidP="00000000" w:rsidRDefault="00000000" w:rsidRPr="00000000" w14:paraId="0000031D">
      <w:pPr>
        <w:ind w:firstLine="720"/>
        <w:rPr/>
      </w:pPr>
      <w:r w:rsidDel="00000000" w:rsidR="00000000" w:rsidRPr="00000000">
        <w:rPr>
          <w:rtl w:val="0"/>
        </w:rPr>
        <w:t xml:space="preserve">"Copy that, sir," Steele replied, appreciating the trust. By this point in training, Connor was confident enough to take a nap in front of his trainee. Though it was Century Station, and anything could happen, things usually quieted down after 4 a.m. As long as one of them stayed alert, they were relatively safe.</w:t>
      </w:r>
    </w:p>
    <w:p w:rsidR="00000000" w:rsidDel="00000000" w:rsidP="00000000" w:rsidRDefault="00000000" w:rsidRPr="00000000" w14:paraId="0000031E">
      <w:pPr>
        <w:ind w:firstLine="720"/>
        <w:rPr/>
      </w:pPr>
      <w:r w:rsidDel="00000000" w:rsidR="00000000" w:rsidRPr="00000000">
        <w:rPr>
          <w:rtl w:val="0"/>
        </w:rPr>
        <w:t xml:space="preserve">With the car parked in the shadows, Steele began filling out his paperwork, glancing at the mirrors every so often to ensure nobody was approaching. Connor, eyes closed and breathing steady, seemed to fall into a light doze. Steele worked efficiently, knowing that soon enough, they’d be headed back to the station to wrap up another night on patrol.</w:t>
      </w:r>
    </w:p>
    <w:p w:rsidR="00000000" w:rsidDel="00000000" w:rsidP="00000000" w:rsidRDefault="00000000" w:rsidRPr="00000000" w14:paraId="0000031F">
      <w:pPr>
        <w:ind w:firstLine="720"/>
        <w:rPr/>
      </w:pPr>
      <w:r w:rsidDel="00000000" w:rsidR="00000000" w:rsidRPr="00000000">
        <w:rPr>
          <w:rtl w:val="0"/>
        </w:rPr>
        <w:t xml:space="preserve">—</w:t>
      </w:r>
    </w:p>
    <w:p w:rsidR="00000000" w:rsidDel="00000000" w:rsidP="00000000" w:rsidRDefault="00000000" w:rsidRPr="00000000" w14:paraId="00000320">
      <w:pPr>
        <w:ind w:firstLine="720"/>
        <w:rPr/>
      </w:pPr>
      <w:r w:rsidDel="00000000" w:rsidR="00000000" w:rsidRPr="00000000">
        <w:rPr>
          <w:rtl w:val="0"/>
        </w:rPr>
        <w:t xml:space="preserve">The next day, Steele arrived early in the briefing room, joining the usual group of trainees. The senior deputies hadn't shown up yet, and the newer guys still looked nervous, keeping their heads down and scribbling notes from crime bulletins to appear busy.</w:t>
      </w:r>
    </w:p>
    <w:p w:rsidR="00000000" w:rsidDel="00000000" w:rsidP="00000000" w:rsidRDefault="00000000" w:rsidRPr="00000000" w14:paraId="00000321">
      <w:pPr>
        <w:ind w:firstLine="720"/>
        <w:rPr/>
      </w:pPr>
      <w:r w:rsidDel="00000000" w:rsidR="00000000" w:rsidRPr="00000000">
        <w:rPr>
          <w:rtl w:val="0"/>
        </w:rPr>
        <w:t xml:space="preserve">Steele leaned over to Grant and whispered, "I checked the schedule for next week. We're together in Willowbrook. I can’t wait to hit the streets."</w:t>
      </w:r>
    </w:p>
    <w:p w:rsidR="00000000" w:rsidDel="00000000" w:rsidP="00000000" w:rsidRDefault="00000000" w:rsidRPr="00000000" w14:paraId="00000322">
      <w:pPr>
        <w:ind w:firstLine="720"/>
        <w:rPr/>
      </w:pPr>
      <w:r w:rsidDel="00000000" w:rsidR="00000000" w:rsidRPr="00000000">
        <w:rPr>
          <w:rtl w:val="0"/>
        </w:rPr>
        <w:t xml:space="preserve">Grant grinned and replied, "Me either, brother. Game the fuck on."</w:t>
      </w:r>
    </w:p>
    <w:p w:rsidR="00000000" w:rsidDel="00000000" w:rsidP="00000000" w:rsidRDefault="00000000" w:rsidRPr="00000000" w14:paraId="00000323">
      <w:pPr>
        <w:ind w:firstLine="720"/>
        <w:rPr/>
      </w:pPr>
      <w:r w:rsidDel="00000000" w:rsidR="00000000" w:rsidRPr="00000000">
        <w:rPr>
          <w:rtl w:val="0"/>
        </w:rPr>
        <w:t xml:space="preserve">As they chatted, the room began to fill up with deputies, signaling the start of the briefing. Steele scanned the room and noticed that Connor was nowhere to be seen. It wasn't entirely unusual; Connor had the salty veteran status to stroll into briefings a few minutes late without any issue.</w:t>
      </w:r>
    </w:p>
    <w:p w:rsidR="00000000" w:rsidDel="00000000" w:rsidP="00000000" w:rsidRDefault="00000000" w:rsidRPr="00000000" w14:paraId="00000324">
      <w:pPr>
        <w:ind w:firstLine="720"/>
        <w:rPr/>
      </w:pPr>
      <w:r>
        <w:t>Then the sergeant walked in, and Steele realized it wasn't their regular patrol sergeant, who was on vacation. Instead, it was Sergeant Sanchez, a freshly promoted Academy transplant who had yet to earn the respect of the seasoned deputies. Sanchez was known around the station as an avid long-distance runner and a member of the department's "Baker to Vegas" team, but he had yet to prove himself in the eyes of the Region II patrol crew. His previous attempts to confront some of the senior inked deputies had not gone in his favor.</w:t>
      </w:r>
    </w:p>
    <w:p w:rsidR="00000000" w:rsidDel="00000000" w:rsidP="00000000" w:rsidRDefault="00000000" w:rsidRPr="00000000" w14:paraId="00000325">
      <w:pPr>
        <w:ind w:firstLine="720"/>
        <w:rPr/>
      </w:pPr>
      <w:r>
        <w:t>Sanchez started the briefing, scanning the room. "Is everyone here? We look a little light." His eyes settled on the empty chair where Connor usually sat. "Where's Connor? Is he too good to show up for my briefing?"</w:t>
      </w:r>
    </w:p>
    <w:p w:rsidR="00000000" w:rsidDel="00000000" w:rsidP="00000000" w:rsidRDefault="00000000" w:rsidRPr="00000000" w14:paraId="00000326">
      <w:pPr>
        <w:ind w:firstLine="720"/>
        <w:rPr/>
      </w:pPr>
      <w:r>
        <w:t>Steele knew where this was heading and had already prepared an answer to cover for his FTO. Before he could say anything, Sanchez fixed his eyes on him. "Trainee, where is your FTO?"</w:t>
      </w:r>
    </w:p>
    <w:p w:rsidR="00000000" w:rsidDel="00000000" w:rsidP="00000000" w:rsidRDefault="00000000" w:rsidRPr="00000000" w14:paraId="00000327">
      <w:pPr>
        <w:ind w:firstLine="720"/>
        <w:rPr/>
      </w:pPr>
      <w:r w:rsidDel="00000000" w:rsidR="00000000" w:rsidRPr="00000000">
        <w:rPr>
          <w:rtl w:val="0"/>
        </w:rPr>
        <w:t xml:space="preserve">Steele remained calm and replied, "I saw him in the parking lot earlier, sir. I'm sure he'll be here soon."</w:t>
      </w:r>
    </w:p>
    <w:p w:rsidR="00000000" w:rsidDel="00000000" w:rsidP="00000000" w:rsidRDefault="00000000" w:rsidRPr="00000000" w14:paraId="00000328">
      <w:pPr>
        <w:ind w:firstLine="720"/>
        <w:rPr/>
      </w:pPr>
      <w:r>
        <w:t>Sanchez's eyes narrowed. "He better be," he muttered, before moving on with the briefing.</w:t>
      </w:r>
    </w:p>
    <w:p w:rsidR="00000000" w:rsidDel="00000000" w:rsidP="00000000" w:rsidRDefault="00000000" w:rsidRPr="00000000" w14:paraId="00000329">
      <w:pPr>
        <w:ind w:firstLine="720"/>
        <w:rPr/>
      </w:pPr>
      <w:r w:rsidDel="00000000" w:rsidR="00000000" w:rsidRPr="00000000">
        <w:rPr>
          <w:rtl w:val="0"/>
        </w:rPr>
        <w:t xml:space="preserve">The next twenty minutes felt like an eternity for Steele. He kept glancing at the door, hoping that Connor would walk in and make his statement true. But Connor was nowhere to be found. Steele knew something was off—Connor would usually tell him ahead of time if he planned to call in sick.</w:t>
      </w:r>
    </w:p>
    <w:p w:rsidR="00000000" w:rsidDel="00000000" w:rsidP="00000000" w:rsidRDefault="00000000" w:rsidRPr="00000000" w14:paraId="0000032A">
      <w:pPr>
        <w:ind w:firstLine="720"/>
        <w:rPr/>
      </w:pPr>
      <w:r>
        <w:t>Toward the end of the briefing, the Watch Sergeant entered the room and approached Sanchez. "Connor called off sick tonight. Steele will ride with Deputy Serna."</w:t>
      </w:r>
    </w:p>
    <w:p w:rsidR="00000000" w:rsidDel="00000000" w:rsidP="00000000" w:rsidRDefault="00000000" w:rsidRPr="00000000" w14:paraId="0000032B">
      <w:pPr>
        <w:ind w:firstLine="720"/>
        <w:rPr/>
      </w:pPr>
      <w:r>
        <w:t>Steele’s stomach dropped. He had been caught in a lie. In law enforcement, even a minor lie could cost you your job. His heart pounded as he realized the severity of his situation. Sanchez turned to him with an icy glare. "In my office after briefing, Steele."</w:t>
      </w:r>
    </w:p>
    <w:p w:rsidR="00000000" w:rsidDel="00000000" w:rsidP="00000000" w:rsidRDefault="00000000" w:rsidRPr="00000000" w14:paraId="0000032C">
      <w:pPr>
        <w:ind w:firstLine="720"/>
        <w:rPr/>
      </w:pPr>
      <w:r w:rsidDel="00000000" w:rsidR="00000000" w:rsidRPr="00000000">
        <w:rPr>
          <w:rtl w:val="0"/>
        </w:rPr>
        <w:t xml:space="preserve">Steele’s mouth went dry, and all he could say was, "Yes, sir." As he sat there, his career flashed before his eyes. Being on training and lying to a sergeant was a serious misstep.</w:t>
      </w:r>
    </w:p>
    <w:p w:rsidR="00000000" w:rsidDel="00000000" w:rsidP="00000000" w:rsidRDefault="00000000" w:rsidRPr="00000000" w14:paraId="0000032D">
      <w:pPr>
        <w:ind w:firstLine="720"/>
        <w:rPr/>
      </w:pPr>
      <w:r>
        <w:t>After the briefing, Steele stood outside Sergeant Sanchez's office, mentally preparing himself for what was coming. He knew his best chance of survival was to be completely honest.</w:t>
      </w:r>
    </w:p>
    <w:p w:rsidR="00000000" w:rsidDel="00000000" w:rsidP="00000000" w:rsidRDefault="00000000" w:rsidRPr="00000000" w14:paraId="0000032E">
      <w:pPr>
        <w:ind w:firstLine="720"/>
        <w:rPr/>
      </w:pPr>
      <w:r>
        <w:t>Sanchez entered his office and gestured for Steele to follow. "Get in here," he ordered.</w:t>
      </w:r>
    </w:p>
    <w:p w:rsidR="00000000" w:rsidDel="00000000" w:rsidP="00000000" w:rsidRDefault="00000000" w:rsidRPr="00000000" w14:paraId="0000032F">
      <w:pPr>
        <w:ind w:firstLine="720"/>
        <w:rPr/>
      </w:pPr>
      <w:r>
        <w:t>Steele stepped in and stood at attention in front of the sergeant's desk. Sanchez leaned back in his chair, arms crossed. "Why the hell did you lie to me, trainee?" he demanded.</w:t>
      </w:r>
    </w:p>
    <w:p w:rsidR="00000000" w:rsidDel="00000000" w:rsidP="00000000" w:rsidRDefault="00000000" w:rsidRPr="00000000" w14:paraId="00000330">
      <w:pPr>
        <w:ind w:firstLine="720"/>
        <w:rPr/>
      </w:pPr>
      <w:r w:rsidDel="00000000" w:rsidR="00000000" w:rsidRPr="00000000">
        <w:rPr>
          <w:rtl w:val="0"/>
        </w:rPr>
        <w:t xml:space="preserve">Steele took a deep breath. "Sir, I have no excuse. I assumed Connor was here, and I was trying to cover for him and have his back. I didn’t know he was off tonight. I apologize."</w:t>
      </w:r>
    </w:p>
    <w:p w:rsidR="00000000" w:rsidDel="00000000" w:rsidP="00000000" w:rsidRDefault="00000000" w:rsidRPr="00000000" w14:paraId="00000331">
      <w:pPr>
        <w:ind w:firstLine="720"/>
        <w:rPr/>
      </w:pPr>
      <w:r>
        <w:t>Sanchez shook his head. "I don’t give a damn why you lied, Steele. What matters is that you lied. That’s a death sentence in this job." He leaned forward, glaring at Steele. "You’re falling right in with that inked crew, aren’t you? They think they're untouchable and cause problems for supervision. You rookies always seem to fall into their little cover-up games, and it makes me sick."</w:t>
      </w:r>
    </w:p>
    <w:p w:rsidR="00000000" w:rsidDel="00000000" w:rsidP="00000000" w:rsidRDefault="00000000" w:rsidRPr="00000000" w14:paraId="00000332">
      <w:pPr>
        <w:ind w:firstLine="720"/>
        <w:rPr/>
      </w:pPr>
      <w:r w:rsidDel="00000000" w:rsidR="00000000" w:rsidRPr="00000000">
        <w:rPr>
          <w:rtl w:val="0"/>
        </w:rPr>
        <w:t xml:space="preserve">Steele stood silent, bracing himself for the worst.</w:t>
      </w:r>
    </w:p>
    <w:p w:rsidR="00000000" w:rsidDel="00000000" w:rsidP="00000000" w:rsidRDefault="00000000" w:rsidRPr="00000000" w14:paraId="00000333">
      <w:pPr>
        <w:ind w:firstLine="720"/>
        <w:rPr/>
      </w:pPr>
      <w:r>
        <w:t>Sanchez continued, his tone softening slightly, "However, I get it. You’re in training, and that was a tough spot—either piss off your FTO or the sergeant. I understand the position you were in. But I’m telling you now, don’t let it happen again." He pointed to the door. "Now get the hell out of my office."</w:t>
      </w:r>
    </w:p>
    <w:p w:rsidR="00000000" w:rsidDel="00000000" w:rsidP="00000000" w:rsidRDefault="00000000" w:rsidRPr="00000000" w14:paraId="00000334">
      <w:pPr>
        <w:ind w:firstLine="720"/>
        <w:rPr/>
      </w:pPr>
      <w:r>
        <w:t>"Yes, sir," Steele replied, turning on his heel and exiting the room. Relief washed over him; his job was safe for now. But he knew one thing for certain—he’d made an enemy in Sanchez, and it was a mistake that would shadow him for the rest of his training.</w:t>
      </w:r>
    </w:p>
    <w:p w:rsidR="00000000" w:rsidDel="00000000" w:rsidP="00000000" w:rsidRDefault="00000000" w:rsidRPr="00000000" w14:paraId="00000335">
      <w:pPr>
        <w:ind w:firstLine="720"/>
        <w:rPr/>
      </w:pPr>
      <w:r w:rsidDel="00000000" w:rsidR="00000000" w:rsidRPr="00000000">
        <w:rPr>
          <w:rtl w:val="0"/>
        </w:rPr>
        <w:t xml:space="preserve">***</w:t>
      </w:r>
    </w:p>
    <w:p w:rsidR="00000000" w:rsidDel="00000000" w:rsidP="00000000" w:rsidRDefault="00000000" w:rsidRPr="00000000" w14:paraId="00000336">
      <w:pPr>
        <w:ind w:firstLine="720"/>
        <w:rPr/>
      </w:pPr>
      <w:r>
        <w:t>The next shift, Steele headed to their car after briefing and found Connor waiting for him. "I heard you covered for me last night with Sanchez," Connor said, leaning against the trunk. "I appreciate that. That’s what we're looking for out here—brothers first. I messed up by not giving you a heads-up that I was off. Sorry for leaving you hanging."</w:t>
      </w:r>
    </w:p>
    <w:p w:rsidR="00000000" w:rsidDel="00000000" w:rsidP="00000000" w:rsidRDefault="00000000" w:rsidRPr="00000000" w14:paraId="00000337">
      <w:pPr>
        <w:ind w:firstLine="720"/>
        <w:rPr/>
      </w:pPr>
      <w:r>
        <w:t>Steele nodded, trying to brush it off. "It's all good, sir. Sanchez was pissed, but I got through it. I was just trying to have your back."</w:t>
      </w:r>
    </w:p>
    <w:p w:rsidR="00000000" w:rsidDel="00000000" w:rsidP="00000000" w:rsidRDefault="00000000" w:rsidRPr="00000000" w14:paraId="00000338">
      <w:pPr>
        <w:ind w:firstLine="720"/>
        <w:rPr/>
      </w:pPr>
      <w:r w:rsidDel="00000000" w:rsidR="00000000" w:rsidRPr="00000000">
        <w:rPr>
          <w:rtl w:val="0"/>
        </w:rPr>
        <w:t xml:space="preserve">Connor gave a slight nod of approval. "Well, you did. And that matters. Look, I know you’ve got some idea about ink and how things work around here, but let me lay it out for you."</w:t>
      </w:r>
    </w:p>
    <w:p w:rsidR="00000000" w:rsidDel="00000000" w:rsidP="00000000" w:rsidRDefault="00000000" w:rsidRPr="00000000" w14:paraId="00000339">
      <w:pPr>
        <w:ind w:firstLine="720"/>
        <w:rPr/>
      </w:pPr>
      <w:r w:rsidDel="00000000" w:rsidR="00000000" w:rsidRPr="00000000">
        <w:rPr>
          <w:rtl w:val="0"/>
        </w:rPr>
        <w:t xml:space="preserve">Connor stepped closer to the car, then reached down and pulled off his boot. He lifted his left foot onto the rear bumper, pushing his sock down to reveal the station's skeleton cowboy tattoo etched on the inside of his ankle. "You see this? This is what you want to earn here," he said, his tone serious. "When you have this, it means your brothers have your back, no matter what. It’s like holding the keys to the city. Sergeants come and go, but the deputies around you? They’re the ones who will have your life in their hands. They're the ones that matter."</w:t>
      </w:r>
    </w:p>
    <w:p w:rsidR="00000000" w:rsidDel="00000000" w:rsidP="00000000" w:rsidRDefault="00000000" w:rsidRPr="00000000" w14:paraId="0000033A">
      <w:pPr>
        <w:ind w:firstLine="720"/>
        <w:rPr/>
      </w:pPr>
      <w:r w:rsidDel="00000000" w:rsidR="00000000" w:rsidRPr="00000000">
        <w:rPr>
          <w:rtl w:val="0"/>
        </w:rPr>
        <w:t xml:space="preserve">Steele listened intently, taking in every word. This was more than just a tattoo; it was a mark of trust, a rite of passage.</w:t>
      </w:r>
    </w:p>
    <w:p w:rsidR="00000000" w:rsidDel="00000000" w:rsidP="00000000" w:rsidRDefault="00000000" w:rsidRPr="00000000" w14:paraId="0000033B">
      <w:pPr>
        <w:ind w:firstLine="720"/>
        <w:rPr/>
      </w:pPr>
      <w:r w:rsidDel="00000000" w:rsidR="00000000" w:rsidRPr="00000000">
        <w:rPr>
          <w:rtl w:val="0"/>
        </w:rPr>
        <w:t xml:space="preserve">Connor continued, "Now, you're not even close to earning this yet, but you and Grant are on the right path. You’re doing things the right way. When you get off training, you keep working your ass off and take care of your partners. And one day, if you've proven yourself, you’ll get the nod."</w:t>
      </w:r>
    </w:p>
    <w:p w:rsidR="00000000" w:rsidDel="00000000" w:rsidP="00000000" w:rsidRDefault="00000000" w:rsidRPr="00000000" w14:paraId="0000033C">
      <w:pPr>
        <w:ind w:firstLine="720"/>
        <w:rPr/>
      </w:pPr>
      <w:r w:rsidDel="00000000" w:rsidR="00000000" w:rsidRPr="00000000">
        <w:rPr>
          <w:rtl w:val="0"/>
        </w:rPr>
        <w:t xml:space="preserve">"Sounds good to me, sir," Steele replied, feeling the weight of the responsibility settling in.</w:t>
      </w:r>
    </w:p>
    <w:p w:rsidR="00000000" w:rsidDel="00000000" w:rsidP="00000000" w:rsidRDefault="00000000" w:rsidRPr="00000000" w14:paraId="0000033D">
      <w:pPr>
        <w:ind w:firstLine="720"/>
        <w:rPr/>
      </w:pPr>
      <w:r w:rsidDel="00000000" w:rsidR="00000000" w:rsidRPr="00000000">
        <w:rPr>
          <w:rtl w:val="0"/>
        </w:rPr>
        <w:t xml:space="preserve">Connor put his boot back on and straightened up. "Next week, you start in Willowbrook with Grant as your partner. All eyes will be on you two. This is where you show what you’re made of. Don’t let me down."</w:t>
      </w:r>
    </w:p>
    <w:p w:rsidR="00000000" w:rsidDel="00000000" w:rsidP="00000000" w:rsidRDefault="00000000" w:rsidRPr="00000000" w14:paraId="0000033E">
      <w:pPr>
        <w:ind w:firstLine="720"/>
        <w:rPr/>
      </w:pPr>
      <w:r w:rsidDel="00000000" w:rsidR="00000000" w:rsidRPr="00000000">
        <w:rPr>
          <w:rtl w:val="0"/>
        </w:rPr>
        <w:t xml:space="preserve">Steele met his gaze and nodded. "I won’t, sir." He could feel the gravity of the moment. This was the beginning of the real test, the one that would define his place within the brotherhood.</w:t>
      </w:r>
    </w:p>
    <w:p w:rsidR="00000000" w:rsidDel="00000000" w:rsidP="00000000" w:rsidRDefault="00000000" w:rsidRPr="00000000" w14:paraId="0000033F">
      <w:pPr>
        <w:ind w:firstLine="720"/>
        <w:rPr/>
      </w:pPr>
      <w:r w:rsidDel="00000000" w:rsidR="00000000" w:rsidRPr="00000000">
        <w:rPr>
          <w:rtl w:val="0"/>
        </w:rPr>
        <w:t xml:space="preserve">***</w:t>
      </w:r>
    </w:p>
    <w:p w:rsidR="00000000" w:rsidDel="00000000" w:rsidP="00000000" w:rsidRDefault="00000000" w:rsidRPr="00000000" w14:paraId="00000340">
      <w:pPr>
        <w:ind w:firstLine="720"/>
        <w:rPr/>
      </w:pPr>
      <w:r w:rsidDel="00000000" w:rsidR="00000000" w:rsidRPr="00000000">
        <w:rPr>
          <w:rtl w:val="0"/>
        </w:rPr>
        <w:t xml:space="preserve">The next week came fast as Steele drove to the station, this time with Grant as his carpool partner. They blasted Metallica on the stereo, amping themselves up as they cruised through the hood toward the station.</w:t>
      </w:r>
    </w:p>
    <w:p w:rsidR="00000000" w:rsidDel="00000000" w:rsidP="00000000" w:rsidRDefault="00000000" w:rsidRPr="00000000" w14:paraId="00000341">
      <w:pPr>
        <w:ind w:firstLine="720"/>
        <w:rPr/>
      </w:pPr>
      <w:r w:rsidDel="00000000" w:rsidR="00000000" w:rsidRPr="00000000">
        <w:rPr>
          <w:rtl w:val="0"/>
        </w:rPr>
        <w:t xml:space="preserve">“Big night, bro," Steele said, adrenaline already kicking in. "We're gonna get hit with just about every call that comes out, and they'll still expect us to make some felony arrests.”</w:t>
      </w:r>
    </w:p>
    <w:p w:rsidR="00000000" w:rsidDel="00000000" w:rsidP="00000000" w:rsidRDefault="00000000" w:rsidRPr="00000000" w14:paraId="00000342">
      <w:pPr>
        <w:ind w:firstLine="720"/>
        <w:rPr/>
      </w:pPr>
      <w:r w:rsidDel="00000000" w:rsidR="00000000" w:rsidRPr="00000000">
        <w:rPr>
          <w:rtl w:val="0"/>
        </w:rPr>
        <w:t xml:space="preserve">“Four full months of this, man. I’m ready to get out there and do my thing,” Grant replied confidently.</w:t>
      </w:r>
    </w:p>
    <w:p w:rsidR="00000000" w:rsidDel="00000000" w:rsidP="00000000" w:rsidRDefault="00000000" w:rsidRPr="00000000" w14:paraId="00000343">
      <w:pPr>
        <w:ind w:firstLine="720"/>
        <w:rPr/>
      </w:pPr>
      <w:r w:rsidDel="00000000" w:rsidR="00000000" w:rsidRPr="00000000">
        <w:rPr>
          <w:rtl w:val="0"/>
        </w:rPr>
        <w:t xml:space="preserve">“Careful what you wish for; it's just us tonight, brother. And we need to produce." Steele glanced over at Grant. "Hey, has Johnson talked to you about his ink yet?”</w:t>
      </w:r>
    </w:p>
    <w:p w:rsidR="00000000" w:rsidDel="00000000" w:rsidP="00000000" w:rsidRDefault="00000000" w:rsidRPr="00000000" w14:paraId="00000344">
      <w:pPr>
        <w:ind w:firstLine="720"/>
        <w:rPr/>
      </w:pPr>
      <w:r w:rsidDel="00000000" w:rsidR="00000000" w:rsidRPr="00000000">
        <w:rPr>
          <w:rtl w:val="0"/>
        </w:rPr>
        <w:t xml:space="preserve">Grant shook his head. “He finally acknowledged it existed last week, but hasn't really said much about it.”</w:t>
      </w:r>
    </w:p>
    <w:p w:rsidR="00000000" w:rsidDel="00000000" w:rsidP="00000000" w:rsidRDefault="00000000" w:rsidRPr="00000000" w14:paraId="00000345">
      <w:pPr>
        <w:ind w:firstLine="720"/>
        <w:rPr/>
      </w:pPr>
      <w:r>
        <w:t>“Connor showed me his tattoo last week. They must like us at least a little, or they’d keep pretending it doesn’t exist. I think that whole thing with Sergeant Sanchez actually helped. Almost lost my job, but at least now they know I’ve got their back,” Steele said.</w:t>
      </w:r>
    </w:p>
    <w:p w:rsidR="00000000" w:rsidDel="00000000" w:rsidP="00000000" w:rsidRDefault="00000000" w:rsidRPr="00000000" w14:paraId="00000346">
      <w:pPr>
        <w:ind w:firstLine="720"/>
        <w:rPr/>
      </w:pPr>
      <w:r w:rsidDel="00000000" w:rsidR="00000000" w:rsidRPr="00000000">
        <w:rPr>
          <w:rtl w:val="0"/>
        </w:rPr>
        <w:t xml:space="preserve">Pulling into the station parking lot, the two grabbed their gear and headed inside to prep for their first shift without an FTO riding shotgun.</w:t>
      </w:r>
    </w:p>
    <w:p w:rsidR="00000000" w:rsidDel="00000000" w:rsidP="00000000" w:rsidRDefault="00000000" w:rsidRPr="00000000" w14:paraId="00000347">
      <w:pPr>
        <w:ind w:firstLine="720"/>
        <w:rPr/>
      </w:pPr>
      <w:r w:rsidDel="00000000" w:rsidR="00000000" w:rsidRPr="00000000">
        <w:rPr>
          <w:rtl w:val="0"/>
        </w:rPr>
        <w:t xml:space="preserve">Inside the briefing room, Sergeant Bearish stood at the front, freshly back from his vacation at the Colorado River. “I wish I could say I was glad to be back, but I'd rather be out in Parker pretending this place didn't exist,” he joked, earning a round of laughter from the room. The veteran deputies appreciated Bearish's laid-back style, but the trainees remained all business.</w:t>
      </w:r>
    </w:p>
    <w:p w:rsidR="00000000" w:rsidDel="00000000" w:rsidP="00000000" w:rsidRDefault="00000000" w:rsidRPr="00000000" w14:paraId="00000348">
      <w:pPr>
        <w:ind w:firstLine="720"/>
        <w:rPr/>
      </w:pPr>
      <w:r w:rsidDel="00000000" w:rsidR="00000000" w:rsidRPr="00000000">
        <w:rPr>
          <w:rtl w:val="0"/>
        </w:rPr>
        <w:t xml:space="preserve">Bearish continued, “Alright, tonight Steele and Grant are getting bumped up. They're in month five of training and haven’t managed to get anyone killed yet, so they’re going out together in 213 Henry. Their FTOs, Johnson and Connor, will be in 214 Henry.”</w:t>
      </w:r>
    </w:p>
    <w:p w:rsidR="00000000" w:rsidDel="00000000" w:rsidP="00000000" w:rsidRDefault="00000000" w:rsidRPr="00000000" w14:paraId="00000349">
      <w:pPr>
        <w:ind w:firstLine="720"/>
        <w:rPr/>
      </w:pPr>
      <w:r w:rsidDel="00000000" w:rsidR="00000000" w:rsidRPr="00000000">
        <w:rPr>
          <w:rtl w:val="0"/>
        </w:rPr>
        <w:t xml:space="preserve">Connor smirked and added, “If anyone has paper they’re looking to ditch, feel free to hit up the trainees. I’m sure they'll be more than happy to help out.”</w:t>
      </w:r>
    </w:p>
    <w:p w:rsidR="00000000" w:rsidDel="00000000" w:rsidP="00000000" w:rsidRDefault="00000000" w:rsidRPr="00000000" w14:paraId="0000034A">
      <w:pPr>
        <w:ind w:firstLine="720"/>
        <w:rPr/>
      </w:pPr>
      <w:r w:rsidDel="00000000" w:rsidR="00000000" w:rsidRPr="00000000">
        <w:rPr>
          <w:rtl w:val="0"/>
        </w:rPr>
        <w:t xml:space="preserve">With that, the briefing ended, and Steele and Grant made their way out to their unit. "I'm driving, bro, which means you're writing the paper. We’ll switch each night. Let’s clear these pending calls and then go take someone to jail," Steele said, taking the keys.</w:t>
      </w:r>
    </w:p>
    <w:p w:rsidR="00000000" w:rsidDel="00000000" w:rsidP="00000000" w:rsidRDefault="00000000" w:rsidRPr="00000000" w14:paraId="0000034B">
      <w:pPr>
        <w:ind w:firstLine="720"/>
        <w:rPr/>
      </w:pPr>
      <w:r w:rsidDel="00000000" w:rsidR="00000000" w:rsidRPr="00000000">
        <w:rPr>
          <w:rtl w:val="0"/>
        </w:rPr>
        <w:t xml:space="preserve">As they drove out of the station gates, Steele felt a wave of pride and excitement rush over him. Finally, he was out there, doing what he had trained for.</w:t>
      </w:r>
    </w:p>
    <w:p w:rsidR="00000000" w:rsidDel="00000000" w:rsidP="00000000" w:rsidRDefault="00000000" w:rsidRPr="00000000" w14:paraId="0000034C">
      <w:pPr>
        <w:ind w:firstLine="720"/>
        <w:rPr/>
      </w:pPr>
      <w:r w:rsidDel="00000000" w:rsidR="00000000" w:rsidRPr="00000000">
        <w:rPr>
          <w:rtl w:val="0"/>
        </w:rPr>
        <w:t xml:space="preserve">They'd barely been out for five minutes when a dispatcher’s voice crackled over the radio, checking in on another unit. “212 Henry, do you copy the return on your plate? It's reported stolen out of Long Beach.” The busy tone beeped while the deputy responded, followed by the dispatcher’s urgent announcement: “10-33, go. You're on the patch.”</w:t>
      </w:r>
    </w:p>
    <w:p w:rsidR="00000000" w:rsidDel="00000000" w:rsidP="00000000" w:rsidRDefault="00000000" w:rsidRPr="00000000" w14:paraId="0000034D">
      <w:pPr>
        <w:ind w:firstLine="720"/>
        <w:rPr/>
      </w:pPr>
      <w:r w:rsidDel="00000000" w:rsidR="00000000" w:rsidRPr="00000000">
        <w:rPr>
          <w:rtl w:val="0"/>
        </w:rPr>
        <w:t xml:space="preserve">“212 Henry, I’m in pursuit of a white Toyota Camry, northbound Long Beach Boulevard approaching the 105 freeway. Speeds are 50 miles per hour, traffic is light. I need two units code 3 and an airship,” the deputy relayed calmly, despite the revving engine and sirens blaring in the background.</w:t>
      </w:r>
    </w:p>
    <w:p w:rsidR="00000000" w:rsidDel="00000000" w:rsidP="00000000" w:rsidRDefault="00000000" w:rsidRPr="00000000" w14:paraId="0000034E">
      <w:pPr>
        <w:ind w:firstLine="720"/>
        <w:rPr/>
      </w:pPr>
      <w:r w:rsidDel="00000000" w:rsidR="00000000" w:rsidRPr="00000000">
        <w:rPr>
          <w:rtl w:val="0"/>
        </w:rPr>
        <w:t xml:space="preserve">"Here we go!" Steele said, gripping the wheel as Grant grabbed the radio.</w:t>
      </w:r>
    </w:p>
    <w:p w:rsidR="00000000" w:rsidDel="00000000" w:rsidP="00000000" w:rsidRDefault="00000000" w:rsidRPr="00000000" w14:paraId="0000034F">
      <w:pPr>
        <w:ind w:firstLine="720"/>
        <w:rPr/>
      </w:pPr>
      <w:r w:rsidDel="00000000" w:rsidR="00000000" w:rsidRPr="00000000">
        <w:rPr>
          <w:rtl w:val="0"/>
        </w:rPr>
        <w:t xml:space="preserve">“213 Henry, we’re code from Alameda and Imperial,” Grant called out.</w:t>
      </w:r>
    </w:p>
    <w:p w:rsidR="00000000" w:rsidDel="00000000" w:rsidP="00000000" w:rsidRDefault="00000000" w:rsidRPr="00000000" w14:paraId="00000350">
      <w:pPr>
        <w:ind w:firstLine="720"/>
        <w:rPr/>
      </w:pPr>
      <w:r w:rsidDel="00000000" w:rsidR="00000000" w:rsidRPr="00000000">
        <w:rPr>
          <w:rtl w:val="0"/>
        </w:rPr>
        <w:t xml:space="preserve">Steele hit the gas and flipped on the lights and siren. It was around 10:00 PM, so traffic was light, making it easier to speed through intersections. In the rearview mirror, he spotted three other units rolling code, trying to catch up with the pursuit.</w:t>
      </w:r>
    </w:p>
    <w:p w:rsidR="00000000" w:rsidDel="00000000" w:rsidP="00000000" w:rsidRDefault="00000000" w:rsidRPr="00000000" w14:paraId="00000351">
      <w:pPr>
        <w:ind w:firstLine="720"/>
        <w:rPr/>
      </w:pPr>
      <w:r w:rsidDel="00000000" w:rsidR="00000000" w:rsidRPr="00000000">
        <w:rPr>
          <w:rtl w:val="0"/>
        </w:rPr>
        <w:t xml:space="preserve">As they entered Lynwood, 212 Henry updated their location. "They've made a U-turn, now heading southbound on Long Beach Boulevard, toward Compton," the deputy reported. The speeds were still being called at 50 miles per hour, but Steele knew better. "Keep it sounding controlled, and the Watch Commander might let it ride," he thought.</w:t>
      </w:r>
    </w:p>
    <w:p w:rsidR="00000000" w:rsidDel="00000000" w:rsidP="00000000" w:rsidRDefault="00000000" w:rsidRPr="00000000" w14:paraId="00000352">
      <w:pPr>
        <w:ind w:firstLine="720"/>
        <w:rPr/>
      </w:pPr>
      <w:r w:rsidDel="00000000" w:rsidR="00000000" w:rsidRPr="00000000">
        <w:rPr>
          <w:rtl w:val="0"/>
        </w:rPr>
        <w:t xml:space="preserve">The pursuit shifted into a residential area in Lynwood, and the helicopter made it overhead, taking over radio communications to give the ground units a clearer focus on driving.</w:t>
      </w:r>
    </w:p>
    <w:p w:rsidR="00000000" w:rsidDel="00000000" w:rsidP="00000000" w:rsidRDefault="00000000" w:rsidRPr="00000000" w14:paraId="00000353">
      <w:pPr>
        <w:ind w:firstLine="720"/>
        <w:rPr/>
      </w:pPr>
      <w:r w:rsidDel="00000000" w:rsidR="00000000" w:rsidRPr="00000000">
        <w:rPr>
          <w:rtl w:val="0"/>
        </w:rPr>
        <w:t xml:space="preserve">"There they are, up ahead," Grant pointed, spotting the fleeing vehicle around Long Beach Boulevard and Rosecrans, heading back toward Compton.</w:t>
      </w:r>
    </w:p>
    <w:p w:rsidR="00000000" w:rsidDel="00000000" w:rsidP="00000000" w:rsidRDefault="00000000" w:rsidRPr="00000000" w14:paraId="00000354">
      <w:pPr>
        <w:ind w:firstLine="720"/>
        <w:rPr/>
      </w:pPr>
      <w:r w:rsidDel="00000000" w:rsidR="00000000" w:rsidRPr="00000000">
        <w:rPr>
          <w:rtl w:val="0"/>
        </w:rPr>
        <w:t xml:space="preserve">Steele closed in behind the second unit, making them the third car in the pursuit. His speedometer read 70 miles per hour, though the airship still reported 55. "We have to catch this guy before the Watch Commander cancels it," Steele muttered.</w:t>
      </w:r>
    </w:p>
    <w:p w:rsidR="00000000" w:rsidDel="00000000" w:rsidP="00000000" w:rsidRDefault="00000000" w:rsidRPr="00000000" w14:paraId="00000355">
      <w:pPr>
        <w:ind w:firstLine="720"/>
        <w:rPr/>
      </w:pPr>
      <w:r w:rsidDel="00000000" w:rsidR="00000000" w:rsidRPr="00000000">
        <w:rPr>
          <w:rtl w:val="0"/>
        </w:rPr>
        <w:t xml:space="preserve">The units began to shut down intersections, blocking off traffic before the pursuit rolled through. Their speeds increased, now hitting 85 miles per hour. As they approached Greenleaf in Compton, the dreaded radio call came in: “10-22 the pursuit. All units, return to station area,” the Watch Commander ordered.</w:t>
      </w:r>
    </w:p>
    <w:p w:rsidR="00000000" w:rsidDel="00000000" w:rsidP="00000000" w:rsidRDefault="00000000" w:rsidRPr="00000000" w14:paraId="00000356">
      <w:pPr>
        <w:ind w:firstLine="720"/>
        <w:rPr/>
      </w:pPr>
      <w:r w:rsidDel="00000000" w:rsidR="00000000" w:rsidRPr="00000000">
        <w:rPr>
          <w:rtl w:val="0"/>
        </w:rPr>
        <w:t xml:space="preserve">"Fuck, he canceled it. They’re just gonna let these guys go," Steele growled, flipping off the lights and siren.</w:t>
      </w:r>
    </w:p>
    <w:p w:rsidR="00000000" w:rsidDel="00000000" w:rsidP="00000000" w:rsidRDefault="00000000" w:rsidRPr="00000000" w14:paraId="00000357">
      <w:pPr>
        <w:ind w:firstLine="720"/>
        <w:rPr/>
      </w:pPr>
      <w:r w:rsidDel="00000000" w:rsidR="00000000" w:rsidRPr="00000000">
        <w:rPr>
          <w:rtl w:val="0"/>
        </w:rPr>
        <w:t xml:space="preserve">Connor and Johnson’s unit was still behind them, lights blazing. The two cars in front showed no signs of stopping either.</w:t>
      </w:r>
    </w:p>
    <w:p w:rsidR="00000000" w:rsidDel="00000000" w:rsidP="00000000" w:rsidRDefault="00000000" w:rsidRPr="00000000" w14:paraId="00000358">
      <w:pPr>
        <w:ind w:firstLine="720"/>
        <w:rPr/>
      </w:pPr>
      <w:r w:rsidDel="00000000" w:rsidR="00000000" w:rsidRPr="00000000">
        <w:rPr>
          <w:rtl w:val="0"/>
        </w:rPr>
        <w:t xml:space="preserve">“Well, looks like we’re still chasing these guys,” Steele said, turning the lights and sirens back on.</w:t>
      </w:r>
    </w:p>
    <w:p w:rsidR="00000000" w:rsidDel="00000000" w:rsidP="00000000" w:rsidRDefault="00000000" w:rsidRPr="00000000" w14:paraId="00000359">
      <w:pPr>
        <w:ind w:firstLine="720"/>
        <w:rPr/>
      </w:pPr>
      <w:r w:rsidDel="00000000" w:rsidR="00000000" w:rsidRPr="00000000">
        <w:rPr>
          <w:rtl w:val="0"/>
        </w:rPr>
        <w:t xml:space="preserve">“Fuck it,” Grant agreed, bracing himself.</w:t>
      </w:r>
    </w:p>
    <w:p w:rsidR="00000000" w:rsidDel="00000000" w:rsidP="00000000" w:rsidRDefault="00000000" w:rsidRPr="00000000" w14:paraId="0000035A">
      <w:pPr>
        <w:ind w:firstLine="720"/>
        <w:rPr/>
      </w:pPr>
      <w:r w:rsidDel="00000000" w:rsidR="00000000" w:rsidRPr="00000000">
        <w:rPr>
          <w:rtl w:val="0"/>
        </w:rPr>
        <w:t xml:space="preserve">The suspect veered onto the 91 freeway, heading eastbound. The helicopter overhead stayed on them, its light fixed on the vehicle, while the radio went silent. They were now in an unauthorized pursuit, completely off the radar.</w:t>
      </w:r>
    </w:p>
    <w:p w:rsidR="00000000" w:rsidDel="00000000" w:rsidP="00000000" w:rsidRDefault="00000000" w:rsidRPr="00000000" w14:paraId="0000035B">
      <w:pPr>
        <w:ind w:firstLine="720"/>
        <w:rPr/>
      </w:pPr>
      <w:r w:rsidDel="00000000" w:rsidR="00000000" w:rsidRPr="00000000">
        <w:rPr>
          <w:rtl w:val="0"/>
        </w:rPr>
        <w:t xml:space="preserve">"No chance we’re the first to peel off. You good with that?" Steele asked, eyes locked on the road.</w:t>
      </w:r>
    </w:p>
    <w:p w:rsidR="00000000" w:rsidDel="00000000" w:rsidP="00000000" w:rsidRDefault="00000000" w:rsidRPr="00000000" w14:paraId="0000035C">
      <w:pPr>
        <w:ind w:firstLine="720"/>
        <w:rPr/>
      </w:pPr>
      <w:r w:rsidDel="00000000" w:rsidR="00000000" w:rsidRPr="00000000">
        <w:rPr>
          <w:rtl w:val="0"/>
        </w:rPr>
        <w:t xml:space="preserve">"Yeah, man. We're doing this," Grant replied firmly.</w:t>
      </w:r>
    </w:p>
    <w:p w:rsidR="00000000" w:rsidDel="00000000" w:rsidP="00000000" w:rsidRDefault="00000000" w:rsidRPr="00000000" w14:paraId="0000035D">
      <w:pPr>
        <w:ind w:firstLine="720"/>
        <w:rPr/>
      </w:pPr>
      <w:r w:rsidDel="00000000" w:rsidR="00000000" w:rsidRPr="00000000">
        <w:rPr>
          <w:rtl w:val="0"/>
        </w:rPr>
        <w:t xml:space="preserve">They continued chasing for another 10 minutes, completely disregarding the Watch Commander's orders. The suspect exited at Bellflower Boulevard, the car speeding at 90 miles per hour. The vehicle lost control, skidding wildly before smashing into a block wall.</w:t>
      </w:r>
    </w:p>
    <w:p w:rsidR="00000000" w:rsidDel="00000000" w:rsidP="00000000" w:rsidRDefault="00000000" w:rsidRPr="00000000" w14:paraId="0000035E">
      <w:pPr>
        <w:ind w:firstLine="720"/>
        <w:rPr/>
      </w:pPr>
      <w:r w:rsidDel="00000000" w:rsidR="00000000" w:rsidRPr="00000000">
        <w:rPr>
          <w:rtl w:val="0"/>
        </w:rPr>
        <w:t xml:space="preserve">"Felony stop!" Steele yelled as they pulled up. Within moments, they had three suspects at gunpoint and in custody, all done off the radio.</w:t>
      </w:r>
    </w:p>
    <w:p w:rsidR="00000000" w:rsidDel="00000000" w:rsidP="00000000" w:rsidRDefault="00000000" w:rsidRPr="00000000" w14:paraId="0000035F">
      <w:pPr>
        <w:ind w:firstLine="720"/>
        <w:rPr/>
      </w:pPr>
      <w:r w:rsidDel="00000000" w:rsidR="00000000" w:rsidRPr="00000000">
        <w:rPr>
          <w:rtl w:val="0"/>
        </w:rPr>
        <w:t xml:space="preserve">With the suspects secured in the back seats, the deputies gathered behind the cars to figure out their next move. Connor, being the senior deputy, took charge.</w:t>
      </w:r>
    </w:p>
    <w:p w:rsidR="00000000" w:rsidDel="00000000" w:rsidP="00000000" w:rsidRDefault="00000000" w:rsidRPr="00000000" w14:paraId="00000360">
      <w:pPr>
        <w:ind w:firstLine="720"/>
        <w:rPr/>
      </w:pPr>
      <w:r w:rsidDel="00000000" w:rsidR="00000000" w:rsidRPr="00000000">
        <w:rPr>
          <w:rtl w:val="0"/>
        </w:rPr>
        <w:t xml:space="preserve">"Alright, Winters," he said to the deputy from 212 Henry. "Here's how we're gonna play this. We're way out of policy and ten miles from our beat, so listen up. You’re gonna get on the radio and say you're out with the crashed vehicle here, code 4 with three in custody. The Watch Commander is gonna lose his mind. Then, you call him up and say that after the pursuit was called off, you hopped on the 91 to get to the 710 back to Lynwood. You noticed the suspect vehicle driving erratically, so you loosely followed it, just to see if they'd get off the freeway so you could notify Lakewood units. You happened to see them crash when they got off at Bellflower. He’ll know you’re full of shit, but he can’t prove it. He may act pissed, but we covered him, and the bad guys are going to jail. Good enough?"</w:t>
      </w:r>
    </w:p>
    <w:p w:rsidR="00000000" w:rsidDel="00000000" w:rsidP="00000000" w:rsidRDefault="00000000" w:rsidRPr="00000000" w14:paraId="00000361">
      <w:pPr>
        <w:ind w:firstLine="720"/>
        <w:rPr/>
      </w:pPr>
      <w:r w:rsidDel="00000000" w:rsidR="00000000" w:rsidRPr="00000000">
        <w:rPr>
          <w:rtl w:val="0"/>
        </w:rPr>
        <w:t xml:space="preserve">Everyone nodded in agreement. "What about you two, boots?" Connor turned to Steele and Grant.</w:t>
      </w:r>
    </w:p>
    <w:p w:rsidR="00000000" w:rsidDel="00000000" w:rsidP="00000000" w:rsidRDefault="00000000" w:rsidRPr="00000000" w14:paraId="00000362">
      <w:pPr>
        <w:ind w:firstLine="720"/>
        <w:rPr/>
      </w:pPr>
      <w:r w:rsidDel="00000000" w:rsidR="00000000" w:rsidRPr="00000000">
        <w:rPr>
          <w:rtl w:val="0"/>
        </w:rPr>
        <w:t xml:space="preserve">"We're good, sir," Steele replied. "That’s exactly how it happened."</w:t>
      </w:r>
    </w:p>
    <w:p w:rsidR="00000000" w:rsidDel="00000000" w:rsidP="00000000" w:rsidRDefault="00000000" w:rsidRPr="00000000" w14:paraId="00000363">
      <w:pPr>
        <w:ind w:firstLine="720"/>
        <w:rPr/>
      </w:pPr>
      <w:r w:rsidDel="00000000" w:rsidR="00000000" w:rsidRPr="00000000">
        <w:rPr>
          <w:rtl w:val="0"/>
        </w:rPr>
        <w:t xml:space="preserve">Steele and Grant hopped back into their black and white, pulling away from the scene as they made their way back to Century’s area. As Steele drove, he processed the situation they had just navigated. “You see how Connor set that up? He made sure Winters was the only one on the hook. He cleared the rest of us, even covered the airship. Worst thing they can hit Winters with is saying he ‘followed too long,’ but he should come out fine. This is how these guys look out for each other.”</w:t>
      </w:r>
    </w:p>
    <w:p w:rsidR="00000000" w:rsidDel="00000000" w:rsidP="00000000" w:rsidRDefault="00000000" w:rsidRPr="00000000" w14:paraId="00000364">
      <w:pPr>
        <w:ind w:firstLine="720"/>
        <w:rPr/>
      </w:pPr>
      <w:r w:rsidDel="00000000" w:rsidR="00000000" w:rsidRPr="00000000">
        <w:rPr>
          <w:rtl w:val="0"/>
        </w:rPr>
        <w:t xml:space="preserve">Grant shook his head in admiration. “Connor is like the Yoda of the shift. The way he orchestrates things, it’s almost like he’s playing chess while everyone else is playing checkers. I’m just glad he’s on our side.”</w:t>
      </w:r>
    </w:p>
    <w:p w:rsidR="00000000" w:rsidDel="00000000" w:rsidP="00000000" w:rsidRDefault="00000000" w:rsidRPr="00000000" w14:paraId="00000365">
      <w:pPr>
        <w:ind w:firstLine="720"/>
        <w:rPr/>
      </w:pPr>
      <w:r w:rsidDel="00000000" w:rsidR="00000000" w:rsidRPr="00000000">
        <w:rPr>
          <w:rtl w:val="0"/>
        </w:rPr>
        <w:t xml:space="preserve">Steele nodded, gripping the wheel. "Yeah, it's more than just knowing the job. It's about navigating the department politics, too. You’ve got to play it smart if you want to survive out here."</w:t>
      </w:r>
    </w:p>
    <w:p w:rsidR="00000000" w:rsidDel="00000000" w:rsidP="00000000" w:rsidRDefault="00000000" w:rsidRPr="00000000" w14:paraId="00000366">
      <w:pPr>
        <w:ind w:firstLine="720"/>
        <w:rPr/>
      </w:pPr>
      <w:r w:rsidDel="00000000" w:rsidR="00000000" w:rsidRPr="00000000">
        <w:rPr>
          <w:rtl w:val="0"/>
        </w:rPr>
        <w:t xml:space="preserve">"Definitely," Grant agreed. "This job is more than just busting bad guys. It’s knowing when to push and when to fall back. Connor’s got that balance down."</w:t>
      </w:r>
    </w:p>
    <w:p w:rsidR="00000000" w:rsidDel="00000000" w:rsidP="00000000" w:rsidRDefault="00000000" w:rsidRPr="00000000" w14:paraId="00000367">
      <w:pPr>
        <w:ind w:firstLine="720"/>
        <w:rPr/>
      </w:pPr>
      <w:r w:rsidDel="00000000" w:rsidR="00000000" w:rsidRPr="00000000">
        <w:rPr>
          <w:rtl w:val="0"/>
        </w:rPr>
        <w:t xml:space="preserve">"That's what we're learning," Steele said, glancing at Grant. "How to do the job while keeping each other out of the fire. Trust is everything. Connor showed us tonight what it means to take care of your own."</w:t>
      </w:r>
    </w:p>
    <w:p w:rsidR="00000000" w:rsidDel="00000000" w:rsidP="00000000" w:rsidRDefault="00000000" w:rsidRPr="00000000" w14:paraId="00000368">
      <w:pPr>
        <w:ind w:firstLine="720"/>
        <w:rPr/>
      </w:pPr>
      <w:r w:rsidDel="00000000" w:rsidR="00000000" w:rsidRPr="00000000">
        <w:rPr>
          <w:rtl w:val="0"/>
        </w:rPr>
        <w:t xml:space="preserve">"Exactly," Grant replied, a note of determination in his voice. "And when it’s our turn, we’ll do the same."</w:t>
      </w:r>
    </w:p>
    <w:p w:rsidR="00000000" w:rsidDel="00000000" w:rsidP="00000000" w:rsidRDefault="00000000" w:rsidRPr="00000000" w14:paraId="00000369">
      <w:pPr>
        <w:ind w:firstLine="720"/>
        <w:rPr/>
      </w:pPr>
      <w:r w:rsidDel="00000000" w:rsidR="00000000" w:rsidRPr="00000000">
        <w:rPr>
          <w:rtl w:val="0"/>
        </w:rPr>
        <w:t xml:space="preserve">Steele smiled, feeling a sense of pride. "Damn right, we will. Let's finish this shift strong."</w:t>
      </w:r>
    </w:p>
    <w:p w:rsidR="00000000" w:rsidDel="00000000" w:rsidP="00000000" w:rsidRDefault="00000000" w:rsidRPr="00000000" w14:paraId="0000036A">
      <w:pPr>
        <w:ind w:firstLine="720"/>
        <w:rPr/>
      </w:pPr>
      <w:r w:rsidDel="00000000" w:rsidR="00000000" w:rsidRPr="00000000">
        <w:rPr>
          <w:rtl w:val="0"/>
        </w:rPr>
        <w:t xml:space="preserve">***</w:t>
      </w:r>
    </w:p>
    <w:p w:rsidR="00000000" w:rsidDel="00000000" w:rsidP="00000000" w:rsidRDefault="00000000" w:rsidRPr="00000000" w14:paraId="0000036B">
      <w:pPr>
        <w:ind w:firstLine="720"/>
        <w:rPr/>
      </w:pPr>
      <w:r w:rsidDel="00000000" w:rsidR="00000000" w:rsidRPr="00000000">
        <w:rPr>
          <w:rtl w:val="0"/>
        </w:rPr>
        <w:t xml:space="preserve">At the end of their fifth month in patrol training, Steele and Grant had spent a month working the streets of Willowbrook. They had handled everything from homicides and gang shootings to robberies, and they’d made plenty of arrests for drugs and weapons. Now, on the last shift of month five, they received an MDT message from Connor and Johnson instructing them to meet at the loading docks near the station. It was just past 3:00 AM, and South Central was finally quieting down.</w:t>
      </w:r>
    </w:p>
    <w:p w:rsidR="00000000" w:rsidDel="00000000" w:rsidP="00000000" w:rsidRDefault="00000000" w:rsidRPr="00000000" w14:paraId="0000036C">
      <w:pPr>
        <w:ind w:firstLine="720"/>
        <w:rPr/>
      </w:pPr>
      <w:r w:rsidDel="00000000" w:rsidR="00000000" w:rsidRPr="00000000">
        <w:rPr>
          <w:rtl w:val="0"/>
        </w:rPr>
        <w:t xml:space="preserve">“What do you think they want?” Grant asked, looking at Steele.</w:t>
      </w:r>
    </w:p>
    <w:p w:rsidR="00000000" w:rsidDel="00000000" w:rsidP="00000000" w:rsidRDefault="00000000" w:rsidRPr="00000000" w14:paraId="0000036D">
      <w:pPr>
        <w:ind w:firstLine="720"/>
        <w:rPr/>
      </w:pPr>
      <w:r w:rsidDel="00000000" w:rsidR="00000000" w:rsidRPr="00000000">
        <w:rPr>
          <w:rtl w:val="0"/>
        </w:rPr>
        <w:t xml:space="preserve">“No idea,” Steele replied. “Maybe they’ve got a special mission for us. We’re getting ready to roll into our sixth month; we’re close to being done with this.”</w:t>
      </w:r>
    </w:p>
    <w:p w:rsidR="00000000" w:rsidDel="00000000" w:rsidP="00000000" w:rsidRDefault="00000000" w:rsidRPr="00000000" w14:paraId="0000036E">
      <w:pPr>
        <w:ind w:firstLine="720"/>
        <w:rPr/>
      </w:pPr>
      <w:r w:rsidDel="00000000" w:rsidR="00000000" w:rsidRPr="00000000">
        <w:rPr>
          <w:rtl w:val="0"/>
        </w:rPr>
        <w:t xml:space="preserve">Steele drove their Crown Vic to the loading dock, backing into a spot. They spotted five other units already there. “Looks like everyone’s here,” Steele muttered, putting the car in park.</w:t>
      </w:r>
    </w:p>
    <w:p w:rsidR="00000000" w:rsidDel="00000000" w:rsidP="00000000" w:rsidRDefault="00000000" w:rsidRPr="00000000" w14:paraId="0000036F">
      <w:pPr>
        <w:ind w:firstLine="720"/>
        <w:rPr/>
      </w:pPr>
      <w:r w:rsidDel="00000000" w:rsidR="00000000" w:rsidRPr="00000000">
        <w:rPr>
          <w:rtl w:val="0"/>
        </w:rPr>
        <w:t xml:space="preserve">The other deputies stood in a circle, chatting in front of their patrol cars. It was the saltiest group of the bunch—all inked deputies.</w:t>
      </w:r>
    </w:p>
    <w:p w:rsidR="00000000" w:rsidDel="00000000" w:rsidP="00000000" w:rsidRDefault="00000000" w:rsidRPr="00000000" w14:paraId="00000370">
      <w:pPr>
        <w:ind w:firstLine="720"/>
        <w:rPr/>
      </w:pPr>
      <w:r w:rsidDel="00000000" w:rsidR="00000000" w:rsidRPr="00000000">
        <w:rPr>
          <w:rtl w:val="0"/>
        </w:rPr>
        <w:t xml:space="preserve">Connor caught sight of Steele and Grant walking up. With a grin, he called out, “Nice of you boys to join us. We’ve got something special for you tonight. Now, you’re both still boots, but you’ve done a hell of a job on training. Starting next month, we’re throwing you to the wolves. You’ll be in one-man cars patrolling Lynwood. It’s sink or swim, gentlemen. You’ll still be on training, but you’re on your own. Johnson and I will be up in Willowbrook.”</w:t>
      </w:r>
    </w:p>
    <w:p w:rsidR="00000000" w:rsidDel="00000000" w:rsidP="00000000" w:rsidRDefault="00000000" w:rsidRPr="00000000" w14:paraId="00000371">
      <w:pPr>
        <w:ind w:firstLine="720"/>
        <w:rPr/>
      </w:pPr>
      <w:r w:rsidDel="00000000" w:rsidR="00000000" w:rsidRPr="00000000">
        <w:rPr>
          <w:rtl w:val="0"/>
        </w:rPr>
        <w:t xml:space="preserve">Steele couldn’t hide his grin. He glanced over at Grant before replying, “Yes, sir. We’ll handle it. Thank you.”</w:t>
      </w:r>
    </w:p>
    <w:p w:rsidR="00000000" w:rsidDel="00000000" w:rsidP="00000000" w:rsidRDefault="00000000" w:rsidRPr="00000000" w14:paraId="00000372">
      <w:pPr>
        <w:ind w:firstLine="720"/>
        <w:rPr/>
      </w:pPr>
      <w:r w:rsidDel="00000000" w:rsidR="00000000" w:rsidRPr="00000000">
        <w:rPr>
          <w:rtl w:val="0"/>
        </w:rPr>
        <w:t xml:space="preserve">Connor wasn’t done. “But that’s not the only reason we asked you out here. Look, there are department policies and standards, and then there’s tradition. They don’t always match up. We’re bringing you both in on something that’s tradition here. Not every trainee gets this, understand?”</w:t>
      </w:r>
    </w:p>
    <w:p w:rsidR="00000000" w:rsidDel="00000000" w:rsidP="00000000" w:rsidRDefault="00000000" w:rsidRPr="00000000" w14:paraId="00000373">
      <w:pPr>
        <w:ind w:firstLine="720"/>
        <w:rPr/>
      </w:pPr>
      <w:r w:rsidDel="00000000" w:rsidR="00000000" w:rsidRPr="00000000">
        <w:rPr>
          <w:rtl w:val="0"/>
        </w:rPr>
        <w:t xml:space="preserve">“Understood,” Steele said, curiosity piqued.</w:t>
      </w:r>
    </w:p>
    <w:p w:rsidR="00000000" w:rsidDel="00000000" w:rsidP="00000000" w:rsidRDefault="00000000" w:rsidRPr="00000000" w14:paraId="00000374">
      <w:pPr>
        <w:ind w:firstLine="720"/>
        <w:rPr/>
      </w:pPr>
      <w:r w:rsidDel="00000000" w:rsidR="00000000" w:rsidRPr="00000000">
        <w:rPr>
          <w:rtl w:val="0"/>
        </w:rPr>
        <w:t xml:space="preserve">Deputy Johnson stepped forward, holding two fast-food bags. He handed one to Steele and the other to Grant.</w:t>
      </w:r>
    </w:p>
    <w:p w:rsidR="00000000" w:rsidDel="00000000" w:rsidP="00000000" w:rsidRDefault="00000000" w:rsidRPr="00000000" w14:paraId="00000375">
      <w:pPr>
        <w:ind w:firstLine="720"/>
        <w:rPr/>
      </w:pPr>
      <w:r w:rsidDel="00000000" w:rsidR="00000000" w:rsidRPr="00000000">
        <w:rPr>
          <w:rtl w:val="0"/>
        </w:rPr>
        <w:t xml:space="preserve">“Open the bags,” Connor instructed.</w:t>
      </w:r>
    </w:p>
    <w:p w:rsidR="00000000" w:rsidDel="00000000" w:rsidP="00000000" w:rsidRDefault="00000000" w:rsidRPr="00000000" w14:paraId="00000376">
      <w:pPr>
        <w:ind w:firstLine="720"/>
        <w:rPr/>
      </w:pPr>
      <w:r w:rsidDel="00000000" w:rsidR="00000000" w:rsidRPr="00000000">
        <w:rPr>
          <w:rtl w:val="0"/>
        </w:rPr>
        <w:t xml:space="preserve">Steele opened his and peered inside. A large bottle of grape soda and a full loaf of Mexican sweet bread greeted him. With a puzzled expression, he asked, “What’s this for?”</w:t>
      </w:r>
    </w:p>
    <w:p w:rsidR="00000000" w:rsidDel="00000000" w:rsidP="00000000" w:rsidRDefault="00000000" w:rsidRPr="00000000" w14:paraId="00000377">
      <w:pPr>
        <w:ind w:firstLine="720"/>
        <w:rPr/>
      </w:pPr>
      <w:r w:rsidDel="00000000" w:rsidR="00000000" w:rsidRPr="00000000">
        <w:rPr>
          <w:rtl w:val="0"/>
        </w:rPr>
        <w:t xml:space="preserve">“It’s for you both to eat. Every bite, plus the soda,” Connor replied with a laugh. “Then we get to sit back and either watch you puke or see you ride the sugar high of your lives. Consider it a welcome gift for getting your solo cars.”</w:t>
      </w:r>
    </w:p>
    <w:p w:rsidR="00000000" w:rsidDel="00000000" w:rsidP="00000000" w:rsidRDefault="00000000" w:rsidRPr="00000000" w14:paraId="00000378">
      <w:pPr>
        <w:ind w:firstLine="720"/>
        <w:rPr/>
      </w:pPr>
      <w:r w:rsidDel="00000000" w:rsidR="00000000" w:rsidRPr="00000000">
        <w:rPr>
          <w:rtl w:val="0"/>
        </w:rPr>
        <w:t xml:space="preserve">Grant and Steele exchanged glances before heading to the hood of their parked unit. “What’s up with this one, bro?” Grant asked, eyeing the contents of his bag.</w:t>
      </w:r>
    </w:p>
    <w:p w:rsidR="00000000" w:rsidDel="00000000" w:rsidP="00000000" w:rsidRDefault="00000000" w:rsidRPr="00000000" w14:paraId="00000379">
      <w:pPr>
        <w:ind w:firstLine="720"/>
        <w:rPr/>
      </w:pPr>
      <w:r w:rsidDel="00000000" w:rsidR="00000000" w:rsidRPr="00000000">
        <w:rPr>
          <w:rtl w:val="0"/>
        </w:rPr>
        <w:t xml:space="preserve">“Just some proper hazing. Trust me, it’d be worse if they didn’t do it. We’re on the right path,” Steele said with a smirk.</w:t>
      </w:r>
    </w:p>
    <w:p w:rsidR="00000000" w:rsidDel="00000000" w:rsidP="00000000" w:rsidRDefault="00000000" w:rsidRPr="00000000" w14:paraId="0000037A">
      <w:pPr>
        <w:ind w:firstLine="720"/>
        <w:rPr/>
      </w:pPr>
      <w:r w:rsidDel="00000000" w:rsidR="00000000" w:rsidRPr="00000000">
        <w:rPr>
          <w:rtl w:val="0"/>
        </w:rPr>
        <w:t xml:space="preserve">The two dug in. The sweet bread tasted good at first, but trying to consume the entire loaf with the soda was a different beast altogether. Their stomachs began to burn halfway through.</w:t>
      </w:r>
    </w:p>
    <w:p w:rsidR="00000000" w:rsidDel="00000000" w:rsidP="00000000" w:rsidRDefault="00000000" w:rsidRPr="00000000" w14:paraId="0000037B">
      <w:pPr>
        <w:ind w:firstLine="720"/>
        <w:rPr/>
      </w:pPr>
      <w:r w:rsidDel="00000000" w:rsidR="00000000" w:rsidRPr="00000000">
        <w:rPr>
          <w:rtl w:val="0"/>
        </w:rPr>
        <w:t xml:space="preserve">Fifteen minutes into their “food mission,” they were only about halfway done. Connor hollered from the circle of deputies, “What’s the hold-up, boys? Hurry up before we change our minds about you!” His comment earned a round of laughter from the other deputies.</w:t>
      </w:r>
    </w:p>
    <w:p w:rsidR="00000000" w:rsidDel="00000000" w:rsidP="00000000" w:rsidRDefault="00000000" w:rsidRPr="00000000" w14:paraId="0000037C">
      <w:pPr>
        <w:ind w:firstLine="720"/>
        <w:rPr/>
      </w:pPr>
      <w:r w:rsidDel="00000000" w:rsidR="00000000" w:rsidRPr="00000000">
        <w:rPr>
          <w:rtl w:val="0"/>
        </w:rPr>
        <w:t xml:space="preserve">“Bottoms up,” Steele said to Grant, taking a large swig of grape soda. They continued to eat, fighting the urge to throw up with each bite, until they finally finished. They felt bloated, and the sugar rush hit hard.</w:t>
      </w:r>
    </w:p>
    <w:p w:rsidR="00000000" w:rsidDel="00000000" w:rsidP="00000000" w:rsidRDefault="00000000" w:rsidRPr="00000000" w14:paraId="0000037D">
      <w:pPr>
        <w:ind w:firstLine="720"/>
        <w:rPr/>
      </w:pPr>
      <w:r w:rsidDel="00000000" w:rsidR="00000000" w:rsidRPr="00000000">
        <w:rPr>
          <w:rtl w:val="0"/>
        </w:rPr>
        <w:t xml:space="preserve">Connor stepped forward, still grinning. “Alright, now get the hell out of here and go find someone to toss in the back of that car.”</w:t>
      </w:r>
    </w:p>
    <w:p w:rsidR="00000000" w:rsidDel="00000000" w:rsidP="00000000" w:rsidRDefault="00000000" w:rsidRPr="00000000" w14:paraId="0000037E">
      <w:pPr>
        <w:ind w:firstLine="720"/>
        <w:rPr/>
      </w:pPr>
      <w:r w:rsidDel="00000000" w:rsidR="00000000" w:rsidRPr="00000000">
        <w:rPr>
          <w:rtl w:val="0"/>
        </w:rPr>
        <w:t xml:space="preserve">Steele climbed into the driver’s seat while Grant settled in on the passenger side. “Alright, let’s go find a crackhead,” Steele said, pulling out of the parking lot. They barely made it five minutes down the road when the radio crackled to life.</w:t>
      </w:r>
    </w:p>
    <w:p w:rsidR="00000000" w:rsidDel="00000000" w:rsidP="00000000" w:rsidRDefault="00000000" w:rsidRPr="00000000" w14:paraId="0000037F">
      <w:pPr>
        <w:ind w:firstLine="720"/>
        <w:rPr/>
      </w:pPr>
      <w:r w:rsidDel="00000000" w:rsidR="00000000" w:rsidRPr="00000000">
        <w:rPr>
          <w:rtl w:val="0"/>
        </w:rPr>
        <w:t xml:space="preserve">“Attention Lynwood units, 211 just occurred at Long Beach Boulevard and Imperial Highway. Weapon used was a gun. Unit to respond?”</w:t>
      </w:r>
    </w:p>
    <w:p w:rsidR="00000000" w:rsidDel="00000000" w:rsidP="00000000" w:rsidRDefault="00000000" w:rsidRPr="00000000" w14:paraId="00000380">
      <w:pPr>
        <w:ind w:firstLine="720"/>
        <w:rPr/>
      </w:pPr>
      <w:r w:rsidDel="00000000" w:rsidR="00000000" w:rsidRPr="00000000">
        <w:rPr>
          <w:rtl w:val="0"/>
        </w:rPr>
        <w:t xml:space="preserve">Grant grabbed the microphone without hesitation. “213 Henry, en route.”</w:t>
      </w:r>
    </w:p>
    <w:p w:rsidR="00000000" w:rsidDel="00000000" w:rsidP="00000000" w:rsidRDefault="00000000" w:rsidRPr="00000000" w14:paraId="00000381">
      <w:pPr>
        <w:ind w:firstLine="720"/>
        <w:rPr/>
      </w:pPr>
      <w:r w:rsidDel="00000000" w:rsidR="00000000" w:rsidRPr="00000000">
        <w:rPr>
          <w:rtl w:val="0"/>
        </w:rPr>
        <w:t xml:space="preserve">Steele laughed. “Nothing like a robbery at 3:30 in the morning to go with your dessert, right?”</w:t>
      </w:r>
    </w:p>
    <w:p w:rsidR="00000000" w:rsidDel="00000000" w:rsidP="00000000" w:rsidRDefault="00000000" w:rsidRPr="00000000" w14:paraId="00000382">
      <w:pPr>
        <w:ind w:firstLine="720"/>
        <w:rPr/>
      </w:pPr>
      <w:r w:rsidDel="00000000" w:rsidR="00000000" w:rsidRPr="00000000">
        <w:rPr>
          <w:rtl w:val="0"/>
        </w:rPr>
        <w:t xml:space="preserve">They arrived at the scene to find the victim, a Hispanic woman in her 40s, standing on the corner. “What did they look like?” Steele asked her.</w:t>
      </w:r>
    </w:p>
    <w:p w:rsidR="00000000" w:rsidDel="00000000" w:rsidP="00000000" w:rsidRDefault="00000000" w:rsidRPr="00000000" w14:paraId="00000383">
      <w:pPr>
        <w:ind w:firstLine="720"/>
        <w:rPr/>
      </w:pPr>
      <w:r w:rsidDel="00000000" w:rsidR="00000000" w:rsidRPr="00000000">
        <w:rPr>
          <w:rtl w:val="0"/>
        </w:rPr>
        <w:t xml:space="preserve">“They were Black, three of them, in a white car,” the woman replied, visibly shaken.</w:t>
      </w:r>
    </w:p>
    <w:p w:rsidR="00000000" w:rsidDel="00000000" w:rsidP="00000000" w:rsidRDefault="00000000" w:rsidRPr="00000000" w14:paraId="00000384">
      <w:pPr>
        <w:ind w:firstLine="720"/>
        <w:rPr/>
      </w:pPr>
      <w:r w:rsidDel="00000000" w:rsidR="00000000" w:rsidRPr="00000000">
        <w:rPr>
          <w:rtl w:val="0"/>
        </w:rPr>
        <w:t xml:space="preserve">“Got that, Grant?” Steele asked, knowing it was his turn to write the report.</w:t>
      </w:r>
    </w:p>
    <w:p w:rsidR="00000000" w:rsidDel="00000000" w:rsidP="00000000" w:rsidRDefault="00000000" w:rsidRPr="00000000" w14:paraId="00000385">
      <w:pPr>
        <w:ind w:firstLine="720"/>
        <w:rPr/>
      </w:pPr>
      <w:r w:rsidDel="00000000" w:rsidR="00000000" w:rsidRPr="00000000">
        <w:rPr>
          <w:rtl w:val="0"/>
        </w:rPr>
        <w:t xml:space="preserve">“Yeah, let me get some more info from her, then we’ll wrap it up. With that vague description, though, I doubt we’ll catch anyone,” Grant muttered.</w:t>
      </w:r>
    </w:p>
    <w:p w:rsidR="00000000" w:rsidDel="00000000" w:rsidP="00000000" w:rsidRDefault="00000000" w:rsidRPr="00000000" w14:paraId="00000386">
      <w:pPr>
        <w:ind w:firstLine="720"/>
        <w:rPr/>
      </w:pPr>
      <w:r w:rsidDel="00000000" w:rsidR="00000000" w:rsidRPr="00000000">
        <w:rPr>
          <w:rtl w:val="0"/>
        </w:rPr>
        <w:t xml:space="preserve">Steele suddenly felt a wave of heat wash over him, his stomach rumbling ominously. “Hold up,” he said, quickly walking around the corner of the building. Moments later, he threw up the entire loaf of sweet bread and soda onto the pavement. He returned, wiping his mouth, and told Grant what happened.</w:t>
      </w:r>
    </w:p>
    <w:p w:rsidR="00000000" w:rsidDel="00000000" w:rsidP="00000000" w:rsidRDefault="00000000" w:rsidRPr="00000000" w14:paraId="00000387">
      <w:pPr>
        <w:ind w:firstLine="720"/>
        <w:rPr/>
      </w:pPr>
      <w:r w:rsidDel="00000000" w:rsidR="00000000" w:rsidRPr="00000000">
        <w:rPr>
          <w:rtl w:val="0"/>
        </w:rPr>
        <w:t xml:space="preserve">Grant shook his head with a wry smile. “Well, at least they didn’t get to see you puke. I don’t think I’m far behind, though.”</w:t>
      </w:r>
    </w:p>
    <w:p w:rsidR="00000000" w:rsidDel="00000000" w:rsidP="00000000" w:rsidRDefault="00000000" w:rsidRPr="00000000" w14:paraId="00000388">
      <w:pPr>
        <w:ind w:firstLine="720"/>
        <w:rPr/>
      </w:pPr>
      <w:r w:rsidDel="00000000" w:rsidR="00000000" w:rsidRPr="00000000">
        <w:rPr>
          <w:rtl w:val="0"/>
        </w:rPr>
        <w:t xml:space="preserve">They finished up with the victim and took off, driving through the streets of Lynwood to see if they could spot the suspects. But like Grant had predicted, they didn’t find them.</w:t>
      </w:r>
    </w:p>
    <w:p w:rsidR="00000000" w:rsidDel="00000000" w:rsidP="00000000" w:rsidRDefault="00000000" w:rsidRPr="00000000" w14:paraId="00000389">
      <w:pPr>
        <w:ind w:firstLine="720"/>
        <w:rPr/>
      </w:pPr>
      <w:r w:rsidDel="00000000" w:rsidR="00000000" w:rsidRPr="00000000">
        <w:rPr>
          <w:rtl w:val="0"/>
        </w:rPr>
        <w:t xml:space="preserve">“Well, on to solo cars,” Steele said, the corners of his mouth turning up in a half-smile. “Guess it’s going to be one hell of a ride.”</w:t>
      </w:r>
    </w:p>
    <w:p w:rsidR="00000000" w:rsidDel="00000000" w:rsidP="00000000" w:rsidRDefault="00000000" w:rsidRPr="00000000" w14:paraId="0000038A">
      <w:pPr>
        <w:ind w:firstLine="720"/>
        <w:rPr/>
      </w:pPr>
      <w:r w:rsidDel="00000000" w:rsidR="00000000" w:rsidRPr="00000000">
        <w:rPr>
          <w:rtl w:val="0"/>
        </w:rPr>
        <w:t xml:space="preserve">***</w:t>
      </w:r>
    </w:p>
    <w:p w:rsidR="00000000" w:rsidDel="00000000" w:rsidP="00000000" w:rsidRDefault="00000000" w:rsidRPr="00000000" w14:paraId="0000038B">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38C">
      <w:pPr>
        <w:pStyle w:val="Heading1"/>
        <w:ind w:firstLine="720"/>
        <w:rPr/>
      </w:pPr>
      <w:r w:rsidDel="00000000" w:rsidR="00000000" w:rsidRPr="00000000">
        <w:rPr>
          <w:rtl w:val="0"/>
        </w:rPr>
        <w:t xml:space="preserve">CHAPTER 4 - PATROL</w:t>
      </w:r>
    </w:p>
    <w:p w:rsidR="00000000" w:rsidDel="00000000" w:rsidP="00000000" w:rsidRDefault="00000000" w:rsidRPr="00000000" w14:paraId="0000038D">
      <w:pPr>
        <w:ind w:firstLine="720"/>
        <w:rPr/>
      </w:pPr>
      <w:r w:rsidDel="00000000" w:rsidR="00000000" w:rsidRPr="00000000">
        <w:rPr>
          <w:rtl w:val="0"/>
        </w:rPr>
        <w:t xml:space="preserve">It was Steele’s first night on patrol after passing training. He was staying on the graveyard shift and working the City of Lynwood in a one-man car, 212 Henry. Grant had also completed his training and was now assigned to the PM shift in a one-man ride in Lynwood as well. Earning a spot in a two-man car required being asked by a deputy with a partner vacancy, a process that could take years. For now, Lynwood was their territory.</w:t>
      </w:r>
    </w:p>
    <w:p w:rsidR="00000000" w:rsidDel="00000000" w:rsidP="00000000" w:rsidRDefault="00000000" w:rsidRPr="00000000" w14:paraId="0000038E">
      <w:pPr>
        <w:ind w:firstLine="720"/>
        <w:rPr/>
      </w:pPr>
      <w:r w:rsidDel="00000000" w:rsidR="00000000" w:rsidRPr="00000000">
        <w:rPr>
          <w:rtl w:val="0"/>
        </w:rPr>
        <w:t xml:space="preserve">Sergeant Bearish walked into the patrol briefing, and the room went silent. Taking a seat at the front, he looked around before making his announcements. “Quick announcement: Steele is off training and working 212 Henry, so keep an eye on the newbie.”</w:t>
      </w:r>
    </w:p>
    <w:p w:rsidR="00000000" w:rsidDel="00000000" w:rsidP="00000000" w:rsidRDefault="00000000" w:rsidRPr="00000000" w14:paraId="0000038F">
      <w:pPr>
        <w:ind w:firstLine="720"/>
        <w:rPr/>
      </w:pPr>
      <w:r w:rsidDel="00000000" w:rsidR="00000000" w:rsidRPr="00000000">
        <w:rPr>
          <w:rtl w:val="0"/>
        </w:rPr>
        <w:t xml:space="preserve">The deputies in the room nodded at Steele, with a few offering small smiles. He was off to a promising start.</w:t>
      </w:r>
    </w:p>
    <w:p w:rsidR="00000000" w:rsidDel="00000000" w:rsidP="00000000" w:rsidRDefault="00000000" w:rsidRPr="00000000" w14:paraId="00000390">
      <w:pPr>
        <w:ind w:firstLine="720"/>
        <w:rPr/>
      </w:pPr>
      <w:r w:rsidDel="00000000" w:rsidR="00000000" w:rsidRPr="00000000">
        <w:rPr>
          <w:rtl w:val="0"/>
        </w:rPr>
        <w:t xml:space="preserve">Bearish’s tone grew more serious as he continued. “More importantly, PM shift had yet another homicide in Firestone. Looks like Florencia hit another male Black in an East Coast Crip neighborhood. We’re getting two to three murders a week from this gang beef, and it’s only getting worse. Look, when gangsters shoot other gangsters, who gives a damn, right? But that’s not what this is. These guys are rolling into rival neighborhoods and targeting the first male Black or Hispanic they see. Innocent people, people with families and jobs, are getting killed over this nonsense."</w:t>
      </w:r>
    </w:p>
    <w:p w:rsidR="00000000" w:rsidDel="00000000" w:rsidP="00000000" w:rsidRDefault="00000000" w:rsidRPr="00000000" w14:paraId="00000391">
      <w:pPr>
        <w:ind w:firstLine="720"/>
        <w:rPr/>
      </w:pPr>
      <w:r w:rsidDel="00000000" w:rsidR="00000000" w:rsidRPr="00000000">
        <w:rPr>
          <w:rtl w:val="0"/>
        </w:rPr>
        <w:t xml:space="preserve">The room remained tense as Bearish went on. “Tonight, the victim was a father of two who worked full-time. This place may be full of gangsters, but there are also good people living here, and it's our job to protect them. Any Florencia or East Coast Crip gangster you encounter, take them to jail for whatever you can. Let’s get these guys off the streets before more people die.”</w:t>
      </w:r>
    </w:p>
    <w:p w:rsidR="00000000" w:rsidDel="00000000" w:rsidP="00000000" w:rsidRDefault="00000000" w:rsidRPr="00000000" w14:paraId="00000392">
      <w:pPr>
        <w:ind w:firstLine="720"/>
        <w:rPr/>
      </w:pPr>
      <w:r w:rsidDel="00000000" w:rsidR="00000000" w:rsidRPr="00000000">
        <w:rPr>
          <w:rtl w:val="0"/>
        </w:rPr>
        <w:t xml:space="preserve">Connor raised his hand. “Are the GET guys coming out for a saturation patrol anytime soon?”</w:t>
      </w:r>
    </w:p>
    <w:p w:rsidR="00000000" w:rsidDel="00000000" w:rsidP="00000000" w:rsidRDefault="00000000" w:rsidRPr="00000000" w14:paraId="00000393">
      <w:pPr>
        <w:ind w:firstLine="720"/>
        <w:rPr/>
      </w:pPr>
      <w:r w:rsidDel="00000000" w:rsidR="00000000" w:rsidRPr="00000000">
        <w:rPr>
          <w:rtl w:val="0"/>
        </w:rPr>
        <w:t xml:space="preserve">Bearish nodded. “Yeah, they’ve got plans to be out here, and they’re working on wiretaps for both gangs through homicide bureau. The detectives downtown are fed up with chasing down dead-end cases with no willing witnesses. Make sure you fill out gang field interview cards on any gangster contacts. The crime analysis unit needs that intel. Now, go out there and do the Lord’s work. If you need anything, let me know.”</w:t>
      </w:r>
    </w:p>
    <w:p w:rsidR="00000000" w:rsidDel="00000000" w:rsidP="00000000" w:rsidRDefault="00000000" w:rsidRPr="00000000" w14:paraId="00000394">
      <w:pPr>
        <w:ind w:firstLine="720"/>
        <w:rPr/>
      </w:pPr>
      <w:r w:rsidDel="00000000" w:rsidR="00000000" w:rsidRPr="00000000">
        <w:rPr>
          <w:rtl w:val="0"/>
        </w:rPr>
        <w:t xml:space="preserve">With that, the room emptied, and everyone headed to their patrol cars, gearing up for another night in South Central.</w:t>
      </w:r>
    </w:p>
    <w:p w:rsidR="00000000" w:rsidDel="00000000" w:rsidP="00000000" w:rsidRDefault="00000000" w:rsidRPr="00000000" w14:paraId="00000395">
      <w:pPr>
        <w:ind w:firstLine="720"/>
        <w:rPr/>
      </w:pPr>
      <w:r w:rsidDel="00000000" w:rsidR="00000000" w:rsidRPr="00000000">
        <w:rPr>
          <w:rtl w:val="0"/>
        </w:rPr>
        <w:t xml:space="preserve">As Steele fiddled with the MDT computer in his car, Connor approached his window. “Hey, I know you’re assigned to Lynwood, but you can slide up to Firestone or Watts to work the gangsters when your calls are clear.”</w:t>
      </w:r>
    </w:p>
    <w:p w:rsidR="00000000" w:rsidDel="00000000" w:rsidP="00000000" w:rsidRDefault="00000000" w:rsidRPr="00000000" w14:paraId="00000396">
      <w:pPr>
        <w:ind w:firstLine="720"/>
        <w:rPr/>
      </w:pPr>
      <w:r w:rsidDel="00000000" w:rsidR="00000000" w:rsidRPr="00000000">
        <w:rPr>
          <w:rtl w:val="0"/>
        </w:rPr>
        <w:t xml:space="preserve">Steele was taken aback. Connor had never called him “brother” before. “Yes, sir. I’ll get up there and shake the bushes between calls.”</w:t>
      </w:r>
    </w:p>
    <w:p w:rsidR="00000000" w:rsidDel="00000000" w:rsidP="00000000" w:rsidRDefault="00000000" w:rsidRPr="00000000" w14:paraId="00000397">
      <w:pPr>
        <w:ind w:firstLine="720"/>
        <w:rPr/>
      </w:pPr>
      <w:r w:rsidDel="00000000" w:rsidR="00000000" w:rsidRPr="00000000">
        <w:rPr>
          <w:rtl w:val="0"/>
        </w:rPr>
        <w:t xml:space="preserve">“Sounds good. Stay safe,” Connor replied, giving him a nod before walking away.</w:t>
      </w:r>
    </w:p>
    <w:p w:rsidR="00000000" w:rsidDel="00000000" w:rsidP="00000000" w:rsidRDefault="00000000" w:rsidRPr="00000000" w14:paraId="00000398">
      <w:pPr>
        <w:ind w:firstLine="720"/>
        <w:rPr/>
      </w:pPr>
      <w:r w:rsidDel="00000000" w:rsidR="00000000" w:rsidRPr="00000000">
        <w:rPr>
          <w:rtl w:val="0"/>
        </w:rPr>
        <w:t xml:space="preserve">Steele fired up his black and white, rolling out of Century Station’s gates, feeling a rush of euphoria now that he was officially off training and on his own.</w:t>
      </w:r>
    </w:p>
    <w:p w:rsidR="00000000" w:rsidDel="00000000" w:rsidP="00000000" w:rsidRDefault="00000000" w:rsidRPr="00000000" w14:paraId="00000399">
      <w:pPr>
        <w:ind w:firstLine="720"/>
        <w:rPr/>
      </w:pPr>
      <w:r w:rsidDel="00000000" w:rsidR="00000000" w:rsidRPr="00000000">
        <w:rPr>
          <w:rtl w:val="0"/>
        </w:rPr>
        <w:t xml:space="preserve">The night started with the usual calls—domestic violence investigations, stolen vehicle reports. After a few hours, the calls cleared up, and he decided to head to Firestone to look for some Florencia gangsters.</w:t>
      </w:r>
    </w:p>
    <w:p w:rsidR="00000000" w:rsidDel="00000000" w:rsidP="00000000" w:rsidRDefault="00000000" w:rsidRPr="00000000" w14:paraId="0000039A">
      <w:pPr>
        <w:ind w:firstLine="720"/>
        <w:rPr/>
      </w:pPr>
      <w:r w:rsidDel="00000000" w:rsidR="00000000" w:rsidRPr="00000000">
        <w:rPr>
          <w:rtl w:val="0"/>
        </w:rPr>
        <w:t xml:space="preserve">Driving eastbound on Florence Avenue at Compton Avenue, Steele spotted a Hispanic gangster on a bike riding in the gutter. The man had long black shorts cut just above his socks, a white T-shirt, and gang tattoos visible on his shaved head and arms. He didn’t have a headlight on his bike—a traffic violation, and all Steele needed to make the stop.</w:t>
      </w:r>
    </w:p>
    <w:p w:rsidR="00000000" w:rsidDel="00000000" w:rsidP="00000000" w:rsidRDefault="00000000" w:rsidRPr="00000000" w14:paraId="0000039B">
      <w:pPr>
        <w:ind w:firstLine="720"/>
        <w:rPr/>
      </w:pPr>
      <w:r w:rsidDel="00000000" w:rsidR="00000000" w:rsidRPr="00000000">
        <w:rPr>
          <w:rtl w:val="0"/>
        </w:rPr>
        <w:t xml:space="preserve">Steele accelerated behind the bike, hitting the red lights and shining his spotlight on the gangster. The gangster turned, glanced at Steele, and started pedaling faster.</w:t>
      </w:r>
    </w:p>
    <w:p w:rsidR="00000000" w:rsidDel="00000000" w:rsidP="00000000" w:rsidRDefault="00000000" w:rsidRPr="00000000" w14:paraId="0000039C">
      <w:pPr>
        <w:ind w:firstLine="720"/>
        <w:rPr/>
      </w:pPr>
      <w:r w:rsidDel="00000000" w:rsidR="00000000" w:rsidRPr="00000000">
        <w:rPr>
          <w:rtl w:val="0"/>
        </w:rPr>
        <w:t xml:space="preserve">“Is this guy really gonna run from me?” Steele muttered to himself, watching the suspect speed up.</w:t>
      </w:r>
    </w:p>
    <w:p w:rsidR="00000000" w:rsidDel="00000000" w:rsidP="00000000" w:rsidRDefault="00000000" w:rsidRPr="00000000" w14:paraId="0000039D">
      <w:pPr>
        <w:ind w:firstLine="720"/>
        <w:rPr/>
      </w:pPr>
      <w:r w:rsidDel="00000000" w:rsidR="00000000" w:rsidRPr="00000000">
        <w:rPr>
          <w:rtl w:val="0"/>
        </w:rPr>
        <w:t xml:space="preserve">Steele chirped the siren to make his presence known, but the gangster kept pedaling harder, standing on the bike for more speed. “Alright, you wanna play?” Steele said to himself, deciding to use his car to block the path. Spotting a high curb, he aimed to trap the gangster between the car and the curb.</w:t>
      </w:r>
    </w:p>
    <w:p w:rsidR="00000000" w:rsidDel="00000000" w:rsidP="00000000" w:rsidRDefault="00000000" w:rsidRPr="00000000" w14:paraId="0000039E">
      <w:pPr>
        <w:ind w:firstLine="720"/>
        <w:rPr/>
      </w:pPr>
      <w:r w:rsidDel="00000000" w:rsidR="00000000" w:rsidRPr="00000000">
        <w:rPr>
          <w:rtl w:val="0"/>
        </w:rPr>
        <w:t xml:space="preserve">He pulled ahead, veering in front of the biker. But instead of stopping, the gangster slammed into the hood of the car with a massive thud, launching over the hood and crashing onto the pavement. Steele immediately jumped out, drawing his gun. The gangster was bleeding from a gash on his head.</w:t>
      </w:r>
    </w:p>
    <w:p w:rsidR="00000000" w:rsidDel="00000000" w:rsidP="00000000" w:rsidRDefault="00000000" w:rsidRPr="00000000" w14:paraId="0000039F">
      <w:pPr>
        <w:ind w:firstLine="720"/>
        <w:rPr/>
      </w:pPr>
      <w:r w:rsidDel="00000000" w:rsidR="00000000" w:rsidRPr="00000000">
        <w:rPr>
          <w:rtl w:val="0"/>
        </w:rPr>
        <w:t xml:space="preserve">“Stay down!” Steele ordered, cuffing the man as he winced in pain. Searching him, Steele found only a small amount of marijuana in his pocket. He began to piece together the situation—he had just used his car to stop the guy, causing an injury.</w:t>
      </w:r>
    </w:p>
    <w:p w:rsidR="00000000" w:rsidDel="00000000" w:rsidP="00000000" w:rsidRDefault="00000000" w:rsidRPr="00000000" w14:paraId="000003A0">
      <w:pPr>
        <w:ind w:firstLine="720"/>
        <w:rPr/>
      </w:pPr>
      <w:r w:rsidDel="00000000" w:rsidR="00000000" w:rsidRPr="00000000">
        <w:rPr>
          <w:rtl w:val="0"/>
        </w:rPr>
        <w:t xml:space="preserve">Steele grabbed his radio. “212 Henry, roll medical for a suspect with a head injury. Show me on a stop at Florence and Compton, Code 4, detaining one.”</w:t>
      </w:r>
    </w:p>
    <w:p w:rsidR="00000000" w:rsidDel="00000000" w:rsidP="00000000" w:rsidRDefault="00000000" w:rsidRPr="00000000" w14:paraId="000003A1">
      <w:pPr>
        <w:ind w:firstLine="720"/>
        <w:rPr/>
      </w:pPr>
      <w:r w:rsidDel="00000000" w:rsidR="00000000" w:rsidRPr="00000000">
        <w:rPr>
          <w:rtl w:val="0"/>
        </w:rPr>
        <w:t xml:space="preserve">Moments later, Steele’s phone rang. He answered, “Steele here.”</w:t>
      </w:r>
    </w:p>
    <w:p w:rsidR="00000000" w:rsidDel="00000000" w:rsidP="00000000" w:rsidRDefault="00000000" w:rsidRPr="00000000" w14:paraId="000003A2">
      <w:pPr>
        <w:ind w:firstLine="720"/>
        <w:rPr/>
      </w:pPr>
      <w:r w:rsidDel="00000000" w:rsidR="00000000" w:rsidRPr="00000000">
        <w:rPr>
          <w:rtl w:val="0"/>
        </w:rPr>
        <w:t xml:space="preserve">“What the hell do you have up there?” Connor’s voice came through the line, stern but calm.</w:t>
      </w:r>
    </w:p>
    <w:p w:rsidR="00000000" w:rsidDel="00000000" w:rsidP="00000000" w:rsidRDefault="00000000" w:rsidRPr="00000000" w14:paraId="000003A3">
      <w:pPr>
        <w:ind w:firstLine="720"/>
        <w:rPr/>
      </w:pPr>
      <w:r w:rsidDel="00000000" w:rsidR="00000000" w:rsidRPr="00000000">
        <w:rPr>
          <w:rtl w:val="0"/>
        </w:rPr>
        <w:t xml:space="preserve">“I had a Florencia gangster run from me on a bike, and... well, he crashed into me, and now his head is messed up,” Steele confessed.</w:t>
      </w:r>
    </w:p>
    <w:p w:rsidR="00000000" w:rsidDel="00000000" w:rsidP="00000000" w:rsidRDefault="00000000" w:rsidRPr="00000000" w14:paraId="000003A4">
      <w:pPr>
        <w:ind w:firstLine="720"/>
        <w:rPr/>
      </w:pPr>
      <w:r w:rsidDel="00000000" w:rsidR="00000000" w:rsidRPr="00000000">
        <w:rPr>
          <w:rtl w:val="0"/>
        </w:rPr>
        <w:t xml:space="preserve">Connor paused. “Okay, stay put. Don’t talk to anyone else before I get there. I’m on my way.”</w:t>
      </w:r>
    </w:p>
    <w:p w:rsidR="00000000" w:rsidDel="00000000" w:rsidP="00000000" w:rsidRDefault="00000000" w:rsidRPr="00000000" w14:paraId="000003A5">
      <w:pPr>
        <w:ind w:firstLine="720"/>
        <w:rPr/>
      </w:pPr>
      <w:r w:rsidDel="00000000" w:rsidR="00000000" w:rsidRPr="00000000">
        <w:rPr>
          <w:rtl w:val="0"/>
        </w:rPr>
        <w:t xml:space="preserve">Minutes later, Connor pulled up. He walked straight to the suspect, who was now getting a bandage wrapped around his head. The injury looked worse than it was, bleeding profusely as head wounds do.</w:t>
      </w:r>
    </w:p>
    <w:p w:rsidR="00000000" w:rsidDel="00000000" w:rsidP="00000000" w:rsidRDefault="00000000" w:rsidRPr="00000000" w14:paraId="000003A6">
      <w:pPr>
        <w:ind w:firstLine="720"/>
        <w:rPr/>
      </w:pPr>
      <w:r w:rsidDel="00000000" w:rsidR="00000000" w:rsidRPr="00000000">
        <w:rPr>
          <w:rtl w:val="0"/>
        </w:rPr>
        <w:t xml:space="preserve">Connor crouched down, eyeing the gangster. “Listen up, man. You have two options. You either go to jail tonight, or you go home. Depends on you. Now, what happened out here?”</w:t>
      </w:r>
    </w:p>
    <w:p w:rsidR="00000000" w:rsidDel="00000000" w:rsidP="00000000" w:rsidRDefault="00000000" w:rsidRPr="00000000" w14:paraId="000003A7">
      <w:pPr>
        <w:ind w:firstLine="720"/>
        <w:rPr/>
      </w:pPr>
      <w:r w:rsidDel="00000000" w:rsidR="00000000" w:rsidRPr="00000000">
        <w:rPr>
          <w:rtl w:val="0"/>
        </w:rPr>
        <w:t xml:space="preserve">The gangster looked at Connor, his face calm. “Not much, deputy. I was riding, fell off my bike, and this nice deputy stopped to help me.”</w:t>
      </w:r>
    </w:p>
    <w:p w:rsidR="00000000" w:rsidDel="00000000" w:rsidP="00000000" w:rsidRDefault="00000000" w:rsidRPr="00000000" w14:paraId="000003A8">
      <w:pPr>
        <w:ind w:firstLine="720"/>
        <w:rPr/>
      </w:pPr>
      <w:r w:rsidDel="00000000" w:rsidR="00000000" w:rsidRPr="00000000">
        <w:rPr>
          <w:rtl w:val="0"/>
        </w:rPr>
        <w:t xml:space="preserve">“Perfect answer. Looks like you’re going home,” Connor replied, standing up and walking over to Steele.</w:t>
      </w:r>
    </w:p>
    <w:p w:rsidR="00000000" w:rsidDel="00000000" w:rsidP="00000000" w:rsidRDefault="00000000" w:rsidRPr="00000000" w14:paraId="000003A9">
      <w:pPr>
        <w:ind w:firstLine="720"/>
        <w:rPr/>
      </w:pPr>
      <w:r w:rsidDel="00000000" w:rsidR="00000000" w:rsidRPr="00000000">
        <w:rPr>
          <w:rtl w:val="0"/>
        </w:rPr>
        <w:t xml:space="preserve">“You did fine,” Connor started, keeping his voice low. “Would’ve been better if we had a felony to pin on this guy—would’ve made the crash easier to explain. But you're even better off if we just let him go and it goes away. You good with that?”</w:t>
      </w:r>
    </w:p>
    <w:p w:rsidR="00000000" w:rsidDel="00000000" w:rsidP="00000000" w:rsidRDefault="00000000" w:rsidRPr="00000000" w14:paraId="000003AA">
      <w:pPr>
        <w:ind w:firstLine="720"/>
        <w:rPr/>
      </w:pPr>
      <w:r w:rsidDel="00000000" w:rsidR="00000000" w:rsidRPr="00000000">
        <w:rPr>
          <w:rtl w:val="0"/>
        </w:rPr>
        <w:t xml:space="preserve">“Yes, sir. Whatever you think is best,” Steele answered.</w:t>
      </w:r>
    </w:p>
    <w:p w:rsidR="00000000" w:rsidDel="00000000" w:rsidP="00000000" w:rsidRDefault="00000000" w:rsidRPr="00000000" w14:paraId="000003AB">
      <w:pPr>
        <w:ind w:firstLine="720"/>
        <w:rPr/>
      </w:pPr>
      <w:r w:rsidDel="00000000" w:rsidR="00000000" w:rsidRPr="00000000">
        <w:rPr>
          <w:rtl w:val="0"/>
        </w:rPr>
        <w:t xml:space="preserve">“Yeah, this works. He got banged up, and you don’t get in trouble. I call that a win.” Connor smirked. “Call Sergeant Bearish and let him know you came across a bike crash and let the guy go. That will clean up the radio traffic, and he’s not going to ask any questions.”</w:t>
      </w:r>
    </w:p>
    <w:p w:rsidR="00000000" w:rsidDel="00000000" w:rsidP="00000000" w:rsidRDefault="00000000" w:rsidRPr="00000000" w14:paraId="000003AC">
      <w:pPr>
        <w:ind w:firstLine="720"/>
        <w:rPr/>
      </w:pPr>
      <w:r w:rsidDel="00000000" w:rsidR="00000000" w:rsidRPr="00000000">
        <w:rPr>
          <w:rtl w:val="0"/>
        </w:rPr>
        <w:t xml:space="preserve">“Thanks for looking out for me, sir,” Steele said, relieved.</w:t>
      </w:r>
    </w:p>
    <w:p w:rsidR="00000000" w:rsidDel="00000000" w:rsidP="00000000" w:rsidRDefault="00000000" w:rsidRPr="00000000" w14:paraId="000003AD">
      <w:pPr>
        <w:ind w:firstLine="720"/>
        <w:rPr/>
      </w:pPr>
      <w:r w:rsidDel="00000000" w:rsidR="00000000" w:rsidRPr="00000000">
        <w:rPr>
          <w:rtl w:val="0"/>
        </w:rPr>
        <w:t xml:space="preserve">“That’s what we do out here,” Connor nodded before walking back to his car and driving away.</w:t>
      </w:r>
    </w:p>
    <w:p w:rsidR="00000000" w:rsidDel="00000000" w:rsidP="00000000" w:rsidRDefault="00000000" w:rsidRPr="00000000" w14:paraId="000003AE">
      <w:pPr>
        <w:ind w:firstLine="720"/>
        <w:rPr/>
      </w:pPr>
      <w:r w:rsidDel="00000000" w:rsidR="00000000" w:rsidRPr="00000000">
        <w:rPr>
          <w:rtl w:val="0"/>
        </w:rPr>
        <w:t xml:space="preserve">***</w:t>
      </w:r>
    </w:p>
    <w:p w:rsidR="00000000" w:rsidDel="00000000" w:rsidP="00000000" w:rsidRDefault="00000000" w:rsidRPr="00000000" w14:paraId="000003AF">
      <w:pPr>
        <w:ind w:firstLine="720"/>
        <w:rPr/>
      </w:pPr>
      <w:r w:rsidDel="00000000" w:rsidR="00000000" w:rsidRPr="00000000">
        <w:rPr>
          <w:rtl w:val="0"/>
        </w:rPr>
        <w:t xml:space="preserve">A few weeks later, Steele was patrolling Lynwood on a typical Friday night. The city crew had been slammed, handling call after call, but things were finally starting to slow down around 1 AM. Steele had earned his way into being invited to eat with the crew, and he was en route to meet Connor and Johnson at Tam’s Burger in Compton for dinner. As he was driving, the alert tone dropped on the radio, cutting through the quiet.</w:t>
      </w:r>
    </w:p>
    <w:p w:rsidR="00000000" w:rsidDel="00000000" w:rsidP="00000000" w:rsidRDefault="00000000" w:rsidRPr="00000000" w14:paraId="000003B0">
      <w:pPr>
        <w:ind w:firstLine="720"/>
        <w:rPr/>
      </w:pPr>
      <w:r w:rsidDel="00000000" w:rsidR="00000000" w:rsidRPr="00000000">
        <w:rPr>
          <w:rtl w:val="0"/>
        </w:rPr>
        <w:t xml:space="preserve">“245 GSV, just occurred, Central Avenue and 78th Street. Two victims down. Unit to respond code 3?” The dispatcher’s voice echoed through the car.</w:t>
      </w:r>
    </w:p>
    <w:p w:rsidR="00000000" w:rsidDel="00000000" w:rsidP="00000000" w:rsidRDefault="00000000" w:rsidRPr="00000000" w14:paraId="000003B1">
      <w:pPr>
        <w:ind w:firstLine="720"/>
        <w:rPr/>
      </w:pPr>
      <w:r w:rsidDel="00000000" w:rsidR="00000000" w:rsidRPr="00000000">
        <w:rPr>
          <w:rtl w:val="0"/>
        </w:rPr>
        <w:t xml:space="preserve">Steele heard Connor’s voice over the radio, calm and ready. “213 Henry, responding code 3.” Steele flipped on his siren and lights, accelerating as he veered toward the scene. He knew he was still a few minutes out but figured he might be needed there for backup.</w:t>
      </w:r>
    </w:p>
    <w:p w:rsidR="00000000" w:rsidDel="00000000" w:rsidP="00000000" w:rsidRDefault="00000000" w:rsidRPr="00000000" w14:paraId="000003B2">
      <w:pPr>
        <w:ind w:firstLine="720"/>
        <w:rPr/>
      </w:pPr>
      <w:r w:rsidDel="00000000" w:rsidR="00000000" w:rsidRPr="00000000">
        <w:rPr>
          <w:rtl w:val="0"/>
        </w:rPr>
        <w:t xml:space="preserve">Three minutes later, Connor's voice came back over the air. "213 Henry, crime broadcast. A 245 just occurred at the liquor store on Central Avenue and 78th Street. Weapon used was a 7.62 rifle, possibly an SKS or AK-47. Suspect vehicle is a black four-door Honda Accord with chrome rims, last seen northbound on Central Avenue. Occupied by at least two male Hispanics, shaved heads, white T-shirts."</w:t>
      </w:r>
    </w:p>
    <w:p w:rsidR="00000000" w:rsidDel="00000000" w:rsidP="00000000" w:rsidRDefault="00000000" w:rsidRPr="00000000" w14:paraId="000003B3">
      <w:pPr>
        <w:ind w:firstLine="720"/>
        <w:rPr/>
      </w:pPr>
      <w:r w:rsidDel="00000000" w:rsidR="00000000" w:rsidRPr="00000000">
        <w:rPr>
          <w:rtl w:val="0"/>
        </w:rPr>
        <w:t xml:space="preserve">Steele was still a few minutes away, and the suspects had a significant head start. Knowing that catching them would be a long shot, he decided to head straight to the scene to assist with the investigation. When he arrived, he saw the crime scene tape had already blocked off the southbound lanes of Central Avenue, along with the front of the liquor store.</w:t>
      </w:r>
    </w:p>
    <w:p w:rsidR="00000000" w:rsidDel="00000000" w:rsidP="00000000" w:rsidRDefault="00000000" w:rsidRPr="00000000" w14:paraId="000003B4">
      <w:pPr>
        <w:ind w:firstLine="720"/>
        <w:rPr/>
      </w:pPr>
      <w:r w:rsidDel="00000000" w:rsidR="00000000" w:rsidRPr="00000000">
        <w:rPr>
          <w:rtl w:val="0"/>
        </w:rPr>
        <w:t xml:space="preserve">He parked his car, stepped out, and approached the scene. Two bodies lay on the sidewalk outside the store—one was a Black man, likely in his mid-30s, and the other was a Black woman around the same age. They didn’t fit the profile of gang members; they looked like everyday people, the kind you might pass on the street without a second thought.</w:t>
      </w:r>
    </w:p>
    <w:p w:rsidR="00000000" w:rsidDel="00000000" w:rsidP="00000000" w:rsidRDefault="00000000" w:rsidRPr="00000000" w14:paraId="000003B5">
      <w:pPr>
        <w:ind w:firstLine="720"/>
        <w:rPr/>
      </w:pPr>
      <w:r w:rsidDel="00000000" w:rsidR="00000000" w:rsidRPr="00000000">
        <w:rPr>
          <w:rtl w:val="0"/>
        </w:rPr>
        <w:t xml:space="preserve">“What happened here?” Steele asked, walking up to Connor, who was surveying the scene.</w:t>
      </w:r>
    </w:p>
    <w:p w:rsidR="00000000" w:rsidDel="00000000" w:rsidP="00000000" w:rsidRDefault="00000000" w:rsidRPr="00000000" w14:paraId="000003B6">
      <w:pPr>
        <w:ind w:firstLine="720"/>
        <w:rPr/>
      </w:pPr>
      <w:r w:rsidDel="00000000" w:rsidR="00000000" w:rsidRPr="00000000">
        <w:rPr>
          <w:rtl w:val="0"/>
        </w:rPr>
        <w:t xml:space="preserve">Connor glanced at Steele, a mix of anger and exhaustion in his eyes. “The two victims were just walking into the liquor store when the suspect vehicle rolled up. The passenger stood out of the window and, without a word, opened fire. We found 7.62mm casings on the street—looks like an AK-47 or SKS rifle. These bastards aren't even targeting gang members anymore. It's just open season on anyone Black or Brown. These two lost their lives over nothing.”</w:t>
      </w:r>
    </w:p>
    <w:p w:rsidR="00000000" w:rsidDel="00000000" w:rsidP="00000000" w:rsidRDefault="00000000" w:rsidRPr="00000000" w14:paraId="000003B7">
      <w:pPr>
        <w:ind w:firstLine="720"/>
        <w:rPr/>
      </w:pPr>
      <w:r w:rsidDel="00000000" w:rsidR="00000000" w:rsidRPr="00000000">
        <w:rPr>
          <w:rtl w:val="0"/>
        </w:rPr>
        <w:t xml:space="preserve">Steele nodded, taking in the grim reality of the situation. “What do you need? Want me to take this one?”</w:t>
      </w:r>
    </w:p>
    <w:p w:rsidR="00000000" w:rsidDel="00000000" w:rsidP="00000000" w:rsidRDefault="00000000" w:rsidRPr="00000000" w14:paraId="000003B8">
      <w:pPr>
        <w:ind w:firstLine="720"/>
        <w:rPr/>
      </w:pPr>
      <w:r w:rsidDel="00000000" w:rsidR="00000000" w:rsidRPr="00000000">
        <w:rPr>
          <w:rtl w:val="0"/>
        </w:rPr>
        <w:t xml:space="preserve">Connor shook his head. “No, I got it. I've done a hundred of these. It’s routine at this point. Just canvass the area for witnesses or cameras, then get back to Lynwood. We’re not going to get much, but it’s worth a shot.”</w:t>
      </w:r>
    </w:p>
    <w:p w:rsidR="00000000" w:rsidDel="00000000" w:rsidP="00000000" w:rsidRDefault="00000000" w:rsidRPr="00000000" w14:paraId="000003B9">
      <w:pPr>
        <w:ind w:firstLine="720"/>
        <w:rPr/>
      </w:pPr>
      <w:r w:rsidDel="00000000" w:rsidR="00000000" w:rsidRPr="00000000">
        <w:rPr>
          <w:rtl w:val="0"/>
        </w:rPr>
        <w:t xml:space="preserve">"Copy that, sir," Steele replied, understanding the futility but determined to do his job.</w:t>
      </w:r>
    </w:p>
    <w:p w:rsidR="00000000" w:rsidDel="00000000" w:rsidP="00000000" w:rsidRDefault="00000000" w:rsidRPr="00000000" w14:paraId="000003BA">
      <w:pPr>
        <w:ind w:firstLine="720"/>
        <w:rPr/>
      </w:pPr>
      <w:r w:rsidDel="00000000" w:rsidR="00000000" w:rsidRPr="00000000">
        <w:rPr>
          <w:rtl w:val="0"/>
        </w:rPr>
        <w:t xml:space="preserve">He spent the next 20 minutes knocking on doors and talking to people on the street, but his effort was met with blank stares and slammed doors. No one wanted to talk, and no one had seen anything—or at least, no one was willing to say they had. Steele couldn’t even find a single usable camera in the area that might have captured the shooting.</w:t>
      </w:r>
    </w:p>
    <w:p w:rsidR="00000000" w:rsidDel="00000000" w:rsidP="00000000" w:rsidRDefault="00000000" w:rsidRPr="00000000" w14:paraId="000003BB">
      <w:pPr>
        <w:ind w:firstLine="720"/>
        <w:rPr/>
      </w:pPr>
      <w:r w:rsidDel="00000000" w:rsidR="00000000" w:rsidRPr="00000000">
        <w:rPr>
          <w:rtl w:val="0"/>
        </w:rPr>
        <w:t xml:space="preserve">He returned to the scene and found Connor finishing up with the evidence markers. “No witnesses, no cameras,” Steele reported, feeling the frustration building. “It’s like no one cares.”</w:t>
      </w:r>
    </w:p>
    <w:p w:rsidR="00000000" w:rsidDel="00000000" w:rsidP="00000000" w:rsidRDefault="00000000" w:rsidRPr="00000000" w14:paraId="000003BC">
      <w:pPr>
        <w:ind w:firstLine="720"/>
        <w:rPr/>
      </w:pPr>
      <w:r w:rsidDel="00000000" w:rsidR="00000000" w:rsidRPr="00000000">
        <w:rPr>
          <w:rtl w:val="0"/>
        </w:rPr>
        <w:t xml:space="preserve">Connor sighed, shaking his head. “They care, Steele. They’re just too damn scared to say anything. We’ll document it, run it up to homicide, and hope we catch a break on this one later. These streets are bleeding, and half the time, it feels like we’re the only ones trying to stop it.”</w:t>
      </w:r>
    </w:p>
    <w:p w:rsidR="00000000" w:rsidDel="00000000" w:rsidP="00000000" w:rsidRDefault="00000000" w:rsidRPr="00000000" w14:paraId="000003BD">
      <w:pPr>
        <w:ind w:firstLine="720"/>
        <w:rPr/>
      </w:pPr>
      <w:r w:rsidDel="00000000" w:rsidR="00000000" w:rsidRPr="00000000">
        <w:rPr>
          <w:rtl w:val="0"/>
        </w:rPr>
        <w:t xml:space="preserve">Steele nodded, his jaw tightening. "Yeah, seems that way."</w:t>
      </w:r>
    </w:p>
    <w:p w:rsidR="00000000" w:rsidDel="00000000" w:rsidP="00000000" w:rsidRDefault="00000000" w:rsidRPr="00000000" w14:paraId="000003BE">
      <w:pPr>
        <w:ind w:firstLine="720"/>
        <w:rPr/>
      </w:pPr>
      <w:r w:rsidDel="00000000" w:rsidR="00000000" w:rsidRPr="00000000">
        <w:rPr>
          <w:rtl w:val="0"/>
        </w:rPr>
        <w:t xml:space="preserve">Connor gave him a pat on the shoulder. “You did your part. Now get back to Lynwood. We still have a long night ahead.”</w:t>
      </w:r>
    </w:p>
    <w:p w:rsidR="00000000" w:rsidDel="00000000" w:rsidP="00000000" w:rsidRDefault="00000000" w:rsidRPr="00000000" w14:paraId="000003BF">
      <w:pPr>
        <w:ind w:firstLine="720"/>
        <w:rPr/>
      </w:pPr>
      <w:r w:rsidDel="00000000" w:rsidR="00000000" w:rsidRPr="00000000">
        <w:rPr>
          <w:rtl w:val="0"/>
        </w:rPr>
        <w:t xml:space="preserve">With a nod, Steele turned and headed back to his car, feeling the weight of the night settle over him. It was just another night in South Central, but it didn’t make it any easier to swallow.</w:t>
      </w:r>
    </w:p>
    <w:p w:rsidR="00000000" w:rsidDel="00000000" w:rsidP="00000000" w:rsidRDefault="00000000" w:rsidRPr="00000000" w14:paraId="000003C0">
      <w:pPr>
        <w:ind w:firstLine="720"/>
        <w:rPr/>
      </w:pPr>
      <w:r w:rsidDel="00000000" w:rsidR="00000000" w:rsidRPr="00000000">
        <w:rPr>
          <w:rtl w:val="0"/>
        </w:rPr>
        <w:t xml:space="preserve">***</w:t>
      </w:r>
    </w:p>
    <w:p w:rsidR="00000000" w:rsidDel="00000000" w:rsidP="00000000" w:rsidRDefault="00000000" w:rsidRPr="00000000" w14:paraId="000003C1">
      <w:pPr>
        <w:ind w:firstLine="720"/>
        <w:rPr/>
      </w:pPr>
      <w:r w:rsidDel="00000000" w:rsidR="00000000" w:rsidRPr="00000000">
        <w:rPr>
          <w:rtl w:val="0"/>
        </w:rPr>
        <w:t xml:space="preserve">A week later, Steele was back on patrol in Lynwood, rolling solo in his one-man car. It was a quiet night so far, the radio chatter mostly filled with routine disturbance calls. Steele drove slowly through one of the neighborhoods, scanning for anything out of the ordinary. His eyes were trained to catch even the smallest details, and tonight, something caught his attention—a black, four-door Honda Accord with chrome rims.</w:t>
      </w:r>
    </w:p>
    <w:p w:rsidR="00000000" w:rsidDel="00000000" w:rsidP="00000000" w:rsidRDefault="00000000" w:rsidRPr="00000000" w14:paraId="000003C2">
      <w:pPr>
        <w:ind w:firstLine="720"/>
        <w:rPr/>
      </w:pPr>
      <w:r w:rsidDel="00000000" w:rsidR="00000000" w:rsidRPr="00000000">
        <w:rPr>
          <w:rtl w:val="0"/>
        </w:rPr>
        <w:t xml:space="preserve">It looked eerily familiar. Steele’s mind flashed back to the crime broadcast from last week’s double homicide at the liquor store in Firestone. The vehicle description from the shooting had matched this car to a T: a black Honda Accord with chrome rims occupied by Hispanic gang members. His adrenaline spiked as he pulled up behind the car, squinting through the windshield to get a look at the occupants. Sure enough, there were three shaved-head Hispanic males inside, all wearing white t-shirts. They noticed him immediately, one of them glancing back as Steele flipped on his lights and hit the siren.</w:t>
      </w:r>
    </w:p>
    <w:p w:rsidR="00000000" w:rsidDel="00000000" w:rsidP="00000000" w:rsidRDefault="00000000" w:rsidRPr="00000000" w14:paraId="000003C3">
      <w:pPr>
        <w:ind w:firstLine="720"/>
        <w:rPr/>
      </w:pPr>
      <w:r w:rsidDel="00000000" w:rsidR="00000000" w:rsidRPr="00000000">
        <w:rPr>
          <w:rtl w:val="0"/>
        </w:rPr>
        <w:t xml:space="preserve">“212 Henry, I have eyes on a possible suspect vehicle from the 245 GSV last week. Occupied by three male Hispanics, black Honda Accord with chrome rims, northbound on Atlantic Avenue, failing to yield,” Steele reported calmly over the radio.</w:t>
      </w:r>
    </w:p>
    <w:p w:rsidR="00000000" w:rsidDel="00000000" w:rsidP="00000000" w:rsidRDefault="00000000" w:rsidRPr="00000000" w14:paraId="000003C4">
      <w:pPr>
        <w:ind w:firstLine="720"/>
        <w:rPr/>
      </w:pPr>
      <w:r w:rsidDel="00000000" w:rsidR="00000000" w:rsidRPr="00000000">
        <w:rPr>
          <w:rtl w:val="0"/>
        </w:rPr>
        <w:t xml:space="preserve">For a moment, the car slowed down as if it was about to pull over, then suddenly lurched forward, tires screeching on the pavement. Steele’s heart rate surged as he grabbed the radio mic again. "212 Henry, vehicle is fleeing. Initiating pursuit, northbound Atlantic, speeds approximately 60 miles per hour. Requesting two units code and an airship."</w:t>
      </w:r>
    </w:p>
    <w:p w:rsidR="00000000" w:rsidDel="00000000" w:rsidP="00000000" w:rsidRDefault="00000000" w:rsidRPr="00000000" w14:paraId="000003C5">
      <w:pPr>
        <w:ind w:firstLine="720"/>
        <w:rPr/>
      </w:pPr>
      <w:r w:rsidDel="00000000" w:rsidR="00000000" w:rsidRPr="00000000">
        <w:rPr>
          <w:rtl w:val="0"/>
        </w:rPr>
        <w:t xml:space="preserve">He gripped the steering wheel, eyes locked on the Accord as it sped through intersections, the streets flashing by under the streetlights. His siren wailed, cutting through the silence of the night. The suspect car veered left, taking a sharp turn onto Firestone Boulevard, heading straight back toward the Florencia gang's turf.</w:t>
      </w:r>
    </w:p>
    <w:p w:rsidR="00000000" w:rsidDel="00000000" w:rsidP="00000000" w:rsidRDefault="00000000" w:rsidRPr="00000000" w14:paraId="000003C6">
      <w:pPr>
        <w:ind w:firstLine="720"/>
        <w:rPr/>
      </w:pPr>
      <w:r w:rsidDel="00000000" w:rsidR="00000000" w:rsidRPr="00000000">
        <w:rPr>
          <w:rtl w:val="0"/>
        </w:rPr>
        <w:t xml:space="preserve">“They’re trying to take us into their neighborhood,” Steele muttered to himself, keeping his focus. He knew exactly what they were doing, attempting to get back into gang territory where they had the advantage. “Not today,” he growled, pushing the gas pedal harder to keep up.</w:t>
      </w:r>
    </w:p>
    <w:p w:rsidR="00000000" w:rsidDel="00000000" w:rsidP="00000000" w:rsidRDefault="00000000" w:rsidRPr="00000000" w14:paraId="000003C7">
      <w:pPr>
        <w:ind w:firstLine="720"/>
        <w:rPr/>
      </w:pPr>
      <w:r w:rsidDel="00000000" w:rsidR="00000000" w:rsidRPr="00000000">
        <w:rPr>
          <w:rtl w:val="0"/>
        </w:rPr>
        <w:t xml:space="preserve">The pursuit weaved through the streets of South Central, the suspect car narrowly avoiding collisions with parked vehicles. Steele could hear his pulse pounding in his ears as the dispatcher updated responding units. "Multiple units and airship en route," crackled the voice over the radio.</w:t>
      </w:r>
    </w:p>
    <w:p w:rsidR="00000000" w:rsidDel="00000000" w:rsidP="00000000" w:rsidRDefault="00000000" w:rsidRPr="00000000" w14:paraId="000003C8">
      <w:pPr>
        <w:ind w:firstLine="720"/>
        <w:rPr/>
      </w:pPr>
      <w:r w:rsidDel="00000000" w:rsidR="00000000" w:rsidRPr="00000000">
        <w:rPr>
          <w:rtl w:val="0"/>
        </w:rPr>
        <w:t xml:space="preserve">The Accord made another hard right, tires screeching as it barrelled down Hooper Ave. Steele followed without hesitation, lights flashing. Up ahead, the Accord swerved and lost control, slamming sideways into a telephone pole with a deafening crunch. The car came to an abrupt stop, steam hissing from the crumpled hood.</w:t>
      </w:r>
    </w:p>
    <w:p w:rsidR="00000000" w:rsidDel="00000000" w:rsidP="00000000" w:rsidRDefault="00000000" w:rsidRPr="00000000" w14:paraId="000003C9">
      <w:pPr>
        <w:ind w:firstLine="720"/>
        <w:rPr/>
      </w:pPr>
      <w:r w:rsidDel="00000000" w:rsidR="00000000" w:rsidRPr="00000000">
        <w:rPr>
          <w:rtl w:val="0"/>
        </w:rPr>
        <w:t xml:space="preserve">“212 Henry, suspect vehicle has crashed at Hooper and 73rd. Suspects bailing on foot!” Steele shouted into the radio as he threw his car into park and bolted out, drawing his Beretta.</w:t>
      </w:r>
    </w:p>
    <w:p w:rsidR="00000000" w:rsidDel="00000000" w:rsidP="00000000" w:rsidRDefault="00000000" w:rsidRPr="00000000" w14:paraId="000003CA">
      <w:pPr>
        <w:ind w:firstLine="720"/>
        <w:rPr/>
      </w:pPr>
      <w:r w:rsidDel="00000000" w:rsidR="00000000" w:rsidRPr="00000000">
        <w:rPr>
          <w:rtl w:val="0"/>
        </w:rPr>
        <w:t xml:space="preserve">Two of the gang members darted out of the passenger side and disappeared into the darkness of the neighborhood, jumping fences and cutting through backyards. But the driver, dazed from the impact, staggered out of the front seat and took off running down the street. Steele sprinted after him, the sound of his boots pounding against the asphalt as he closed the distance.</w:t>
      </w:r>
    </w:p>
    <w:p w:rsidR="00000000" w:rsidDel="00000000" w:rsidP="00000000" w:rsidRDefault="00000000" w:rsidRPr="00000000" w14:paraId="000003CB">
      <w:pPr>
        <w:ind w:firstLine="720"/>
        <w:rPr/>
      </w:pPr>
      <w:r w:rsidDel="00000000" w:rsidR="00000000" w:rsidRPr="00000000">
        <w:rPr>
          <w:rtl w:val="0"/>
        </w:rPr>
        <w:t xml:space="preserve">“Stop! Sheriff’s Department!” Steele yelled, his voice echoing down the street. The suspect glanced back but kept running, his movements sluggish and unsteady from the crash.</w:t>
      </w:r>
    </w:p>
    <w:p w:rsidR="00000000" w:rsidDel="00000000" w:rsidP="00000000" w:rsidRDefault="00000000" w:rsidRPr="00000000" w14:paraId="000003CC">
      <w:pPr>
        <w:ind w:firstLine="720"/>
        <w:rPr/>
      </w:pPr>
      <w:r w:rsidDel="00000000" w:rsidR="00000000" w:rsidRPr="00000000">
        <w:rPr>
          <w:rtl w:val="0"/>
        </w:rPr>
        <w:t xml:space="preserve">Steele pushed himself harder, adrenaline surging through his veins. The suspect veered into an alley, nearly tripping over a pile of garbage bags. Steele was on him now, just an arm's reach away. With one final burst of speed, he lunged forward and tackled the suspect to the ground. They hit the pavement hard, the suspect letting out a grunt of pain as Steele wrestled to get control of his arms.</w:t>
      </w:r>
    </w:p>
    <w:p w:rsidR="00000000" w:rsidDel="00000000" w:rsidP="00000000" w:rsidRDefault="00000000" w:rsidRPr="00000000" w14:paraId="000003CD">
      <w:pPr>
        <w:ind w:firstLine="720"/>
        <w:rPr/>
      </w:pPr>
      <w:r w:rsidDel="00000000" w:rsidR="00000000" w:rsidRPr="00000000">
        <w:rPr>
          <w:rtl w:val="0"/>
        </w:rPr>
        <w:t xml:space="preserve">“Stop resisting!” Steele barked, struggling to get the suspect’s hands behind his back. The suspect thrashed, attempting to throw Steele off, but Steele was determined. Steele delivered several punches to the suspects head and leaned his weight on top of him, forcing the suspect’s arms together and slapped the cuffs on.</w:t>
      </w:r>
    </w:p>
    <w:p w:rsidR="00000000" w:rsidDel="00000000" w:rsidP="00000000" w:rsidRDefault="00000000" w:rsidRPr="00000000" w14:paraId="000003CE">
      <w:pPr>
        <w:ind w:firstLine="720"/>
        <w:rPr/>
      </w:pPr>
      <w:r w:rsidDel="00000000" w:rsidR="00000000" w:rsidRPr="00000000">
        <w:rPr>
          <w:rtl w:val="0"/>
        </w:rPr>
        <w:t xml:space="preserve">“212 Henry, I have one suspect in custody after a foot pursuit. Location is 74th and Hooper,” he called in, panting heavily. The suspect cursed under his breath as Steele pulled him to his feet and walked him back toward the wrecked car.</w:t>
      </w:r>
    </w:p>
    <w:p w:rsidR="00000000" w:rsidDel="00000000" w:rsidP="00000000" w:rsidRDefault="00000000" w:rsidRPr="00000000" w14:paraId="000003CF">
      <w:pPr>
        <w:ind w:firstLine="720"/>
        <w:rPr/>
      </w:pPr>
      <w:r w:rsidDel="00000000" w:rsidR="00000000" w:rsidRPr="00000000">
        <w:rPr>
          <w:rtl w:val="0"/>
        </w:rPr>
        <w:t xml:space="preserve">Backup units began arriving, deputies spilling out and quickly fanning out to search for the other two suspects who had fled. As they secured the scene, one of the deputies called out from the Accord. "Hey, Steele! You need to see this!"</w:t>
      </w:r>
    </w:p>
    <w:p w:rsidR="00000000" w:rsidDel="00000000" w:rsidP="00000000" w:rsidRDefault="00000000" w:rsidRPr="00000000" w14:paraId="000003D0">
      <w:pPr>
        <w:ind w:firstLine="720"/>
        <w:rPr/>
      </w:pPr>
      <w:r w:rsidDel="00000000" w:rsidR="00000000" w:rsidRPr="00000000">
        <w:rPr>
          <w:rtl w:val="0"/>
        </w:rPr>
        <w:t xml:space="preserve">Steele approached the vehicle, where the deputy pointed through the side window into the back seat. There, partially obscured by a jacket, lay an unmistakable shape: an AK-47 rifle. The wood stock and metal barrel gleamed under the streetlights.</w:t>
      </w:r>
    </w:p>
    <w:p w:rsidR="00000000" w:rsidDel="00000000" w:rsidP="00000000" w:rsidRDefault="00000000" w:rsidRPr="00000000" w14:paraId="000003D1">
      <w:pPr>
        <w:ind w:firstLine="720"/>
        <w:rPr/>
      </w:pPr>
      <w:r w:rsidDel="00000000" w:rsidR="00000000" w:rsidRPr="00000000">
        <w:rPr>
          <w:rtl w:val="0"/>
        </w:rPr>
        <w:t xml:space="preserve">“Holy shit,” Steele muttered, feeling the weight of the discovery. It was a 7.62, the same caliber rifle used in the shooting last week.</w:t>
      </w:r>
    </w:p>
    <w:p w:rsidR="00000000" w:rsidDel="00000000" w:rsidP="00000000" w:rsidRDefault="00000000" w:rsidRPr="00000000" w14:paraId="000003D2">
      <w:pPr>
        <w:ind w:firstLine="720"/>
        <w:rPr/>
      </w:pPr>
      <w:r w:rsidDel="00000000" w:rsidR="00000000" w:rsidRPr="00000000">
        <w:rPr>
          <w:rtl w:val="0"/>
        </w:rPr>
        <w:t xml:space="preserve">He grabbed his radio, “212 Henry, we’ve got an AK-47 in the back seat of the vehicle. Notify detectives and GET; looks like we’ve found our suspects.”</w:t>
      </w:r>
    </w:p>
    <w:p w:rsidR="00000000" w:rsidDel="00000000" w:rsidP="00000000" w:rsidRDefault="00000000" w:rsidRPr="00000000" w14:paraId="000003D3">
      <w:pPr>
        <w:ind w:firstLine="720"/>
        <w:rPr/>
      </w:pPr>
      <w:r w:rsidDel="00000000" w:rsidR="00000000" w:rsidRPr="00000000">
        <w:rPr>
          <w:rtl w:val="0"/>
        </w:rPr>
        <w:t xml:space="preserve">As they began securing the evidence, Steele glanced back at the suspect, now sitting on the curb in cuffs, his head hung low. It wasn’t over yet; they still had two suspects on the loose, but tonight they had at least grabbed one gangster off the street.</w:t>
      </w:r>
    </w:p>
    <w:p w:rsidR="00000000" w:rsidDel="00000000" w:rsidP="00000000" w:rsidRDefault="00000000" w:rsidRPr="00000000" w14:paraId="000003D4">
      <w:pPr>
        <w:ind w:firstLine="720"/>
        <w:rPr/>
      </w:pPr>
      <w:r w:rsidDel="00000000" w:rsidR="00000000" w:rsidRPr="00000000">
        <w:rPr>
          <w:rtl w:val="0"/>
        </w:rPr>
        <w:t xml:space="preserve">Connor arrived on the scene, walking over to Steele with a nod of approval. "Hell of a job catching the driver. That AK in the back seals the deal. The detectives are going to have a field day with this one."</w:t>
      </w:r>
    </w:p>
    <w:p w:rsidR="00000000" w:rsidDel="00000000" w:rsidP="00000000" w:rsidRDefault="00000000" w:rsidRPr="00000000" w14:paraId="000003D5">
      <w:pPr>
        <w:ind w:firstLine="720"/>
        <w:rPr/>
      </w:pPr>
      <w:r w:rsidDel="00000000" w:rsidR="00000000" w:rsidRPr="00000000">
        <w:rPr>
          <w:rtl w:val="0"/>
        </w:rPr>
        <w:t xml:space="preserve">"Thanks, sir," Steele replied, the adrenaline still coursing through his veins. "Just glad we got at least one of them. Maybe this'll slow down the madness."</w:t>
      </w:r>
    </w:p>
    <w:p w:rsidR="00000000" w:rsidDel="00000000" w:rsidP="00000000" w:rsidRDefault="00000000" w:rsidRPr="00000000" w14:paraId="000003D6">
      <w:pPr>
        <w:ind w:firstLine="720"/>
        <w:rPr/>
      </w:pPr>
      <w:r w:rsidDel="00000000" w:rsidR="00000000" w:rsidRPr="00000000">
        <w:rPr>
          <w:rtl w:val="0"/>
        </w:rPr>
        <w:t xml:space="preserve">Connor clapped him on the shoulder. "You did good, brother. Now let’s see if we can find those other two before they disappear."</w:t>
      </w:r>
    </w:p>
    <w:p w:rsidR="00000000" w:rsidDel="00000000" w:rsidP="00000000" w:rsidRDefault="00000000" w:rsidRPr="00000000" w14:paraId="000003D7">
      <w:pPr>
        <w:ind w:firstLine="720"/>
        <w:rPr/>
      </w:pPr>
      <w:r w:rsidDel="00000000" w:rsidR="00000000" w:rsidRPr="00000000">
        <w:rPr>
          <w:rtl w:val="0"/>
        </w:rPr>
        <w:t xml:space="preserve">Steele nodded, knowing the night was far from over.</w:t>
      </w:r>
    </w:p>
    <w:p w:rsidR="00000000" w:rsidDel="00000000" w:rsidP="00000000" w:rsidRDefault="00000000" w:rsidRPr="00000000" w14:paraId="000003D8">
      <w:pPr>
        <w:ind w:firstLine="720"/>
        <w:rPr/>
      </w:pPr>
      <w:r w:rsidDel="00000000" w:rsidR="00000000" w:rsidRPr="00000000">
        <w:rPr>
          <w:rtl w:val="0"/>
        </w:rPr>
        <w:t xml:space="preserve">***</w:t>
      </w:r>
    </w:p>
    <w:p w:rsidR="00000000" w:rsidDel="00000000" w:rsidP="00000000" w:rsidRDefault="00000000" w:rsidRPr="00000000" w14:paraId="000003D9">
      <w:pPr>
        <w:ind w:firstLine="720"/>
        <w:rPr/>
      </w:pPr>
      <w:r w:rsidDel="00000000" w:rsidR="00000000" w:rsidRPr="00000000">
        <w:rPr>
          <w:rtl w:val="0"/>
        </w:rPr>
        <w:t xml:space="preserve">After booking the suspect at the station, Steele was exhausted but running on pure adrenaline. The arrest and chase had been intense, and he felt the weight of its success as he walked through the hallways of Century Station. With the suspect processed and the AK-47 logged into evidence, it was finally time to grab a moment of rest before diving into the mountain of paperwork that awaited him.</w:t>
      </w:r>
    </w:p>
    <w:p w:rsidR="00000000" w:rsidDel="00000000" w:rsidP="00000000" w:rsidRDefault="00000000" w:rsidRPr="00000000" w14:paraId="000003DA">
      <w:pPr>
        <w:ind w:firstLine="720"/>
        <w:rPr/>
      </w:pPr>
      <w:r w:rsidDel="00000000" w:rsidR="00000000" w:rsidRPr="00000000">
        <w:rPr>
          <w:rtl w:val="0"/>
        </w:rPr>
        <w:t xml:space="preserve">Steele made his way toward the report writing room, hoping for a bit of quiet to sort through his thoughts and begin the narrative for what had been a crazy night. As he rounded the corner, he almost ran straight into Sergeant Bearish, who was heading in his direction.</w:t>
      </w:r>
    </w:p>
    <w:p w:rsidR="00000000" w:rsidDel="00000000" w:rsidP="00000000" w:rsidRDefault="00000000" w:rsidRPr="00000000" w14:paraId="000003DB">
      <w:pPr>
        <w:ind w:firstLine="720"/>
        <w:rPr/>
      </w:pPr>
      <w:r w:rsidDel="00000000" w:rsidR="00000000" w:rsidRPr="00000000">
        <w:rPr>
          <w:rtl w:val="0"/>
        </w:rPr>
        <w:t xml:space="preserve">“Well, look who it is,” Bearish said, stopping in front of Steele with a slight grin. “Heard you had quite the night out there in Lynwood.”</w:t>
      </w:r>
    </w:p>
    <w:p w:rsidR="00000000" w:rsidDel="00000000" w:rsidP="00000000" w:rsidRDefault="00000000" w:rsidRPr="00000000" w14:paraId="000003DC">
      <w:pPr>
        <w:ind w:firstLine="720"/>
        <w:rPr/>
      </w:pPr>
      <w:r w:rsidDel="00000000" w:rsidR="00000000" w:rsidRPr="00000000">
        <w:rPr>
          <w:rtl w:val="0"/>
        </w:rPr>
        <w:t xml:space="preserve">Steele straightened up a bit, trying to maintain his composure. "Yes, sir. It was a wild one. Spotted a car that matched the description from last week’s homicide and ended up in a pursuit. Managed to catch the driver after a foot chase."</w:t>
      </w:r>
    </w:p>
    <w:p w:rsidR="00000000" w:rsidDel="00000000" w:rsidP="00000000" w:rsidRDefault="00000000" w:rsidRPr="00000000" w14:paraId="000003DD">
      <w:pPr>
        <w:ind w:firstLine="720"/>
        <w:rPr/>
      </w:pPr>
      <w:r w:rsidDel="00000000" w:rsidR="00000000" w:rsidRPr="00000000">
        <w:rPr>
          <w:rtl w:val="0"/>
        </w:rPr>
        <w:t xml:space="preserve">Bearish raised an eyebrow, giving Steele a look that was hard to read at first. "So, you saw a black Honda with chrome rims, decided to light it up, and next thing you know, you've got an AK-47 in the back seat?" He paused, folding his arms. "Lucky break or good policing?"</w:t>
      </w:r>
    </w:p>
    <w:p w:rsidR="00000000" w:rsidDel="00000000" w:rsidP="00000000" w:rsidRDefault="00000000" w:rsidRPr="00000000" w14:paraId="000003DE">
      <w:pPr>
        <w:ind w:firstLine="720"/>
        <w:rPr/>
      </w:pPr>
      <w:r w:rsidDel="00000000" w:rsidR="00000000" w:rsidRPr="00000000">
        <w:rPr>
          <w:rtl w:val="0"/>
        </w:rPr>
        <w:t xml:space="preserve">Steele could feel his heart pounding again, not from the chase this time, but from being put on the spot by the sergeant. "I’d like to think it was a little bit of both, sir. Right place, right time, but also keeping an eye out for what we know about those Florencia gangsters," he replied, keeping his voice steady.</w:t>
      </w:r>
    </w:p>
    <w:p w:rsidR="00000000" w:rsidDel="00000000" w:rsidP="00000000" w:rsidRDefault="00000000" w:rsidRPr="00000000" w14:paraId="000003DF">
      <w:pPr>
        <w:ind w:firstLine="720"/>
        <w:rPr/>
      </w:pPr>
      <w:r w:rsidDel="00000000" w:rsidR="00000000" w:rsidRPr="00000000">
        <w:rPr>
          <w:rtl w:val="0"/>
        </w:rPr>
        <w:t xml:space="preserve">Bearish studied him for a moment, his expression still unreadable. "You know, most rookies would've hesitated to pursue that vehicle, especially with a description that vague and rolling solo. And let’s not even talk about deciding to stay on those guys when they ran. A lot could’ve gone wrong."</w:t>
      </w:r>
    </w:p>
    <w:p w:rsidR="00000000" w:rsidDel="00000000" w:rsidP="00000000" w:rsidRDefault="00000000" w:rsidRPr="00000000" w14:paraId="000003E0">
      <w:pPr>
        <w:ind w:firstLine="720"/>
        <w:rPr/>
      </w:pPr>
      <w:r w:rsidDel="00000000" w:rsidR="00000000" w:rsidRPr="00000000">
        <w:rPr>
          <w:rtl w:val="0"/>
        </w:rPr>
        <w:t xml:space="preserve">Steele nodded, unsure of where this was going. "Yes, sir. I know it could have gone sideways. But I knew we had to try to stop them, especially with how things have been escalating out there."</w:t>
      </w:r>
    </w:p>
    <w:p w:rsidR="00000000" w:rsidDel="00000000" w:rsidP="00000000" w:rsidRDefault="00000000" w:rsidRPr="00000000" w14:paraId="000003E1">
      <w:pPr>
        <w:ind w:firstLine="720"/>
        <w:rPr/>
      </w:pPr>
      <w:r w:rsidDel="00000000" w:rsidR="00000000" w:rsidRPr="00000000">
        <w:rPr>
          <w:rtl w:val="0"/>
        </w:rPr>
        <w:t xml:space="preserve">For a second, Bearish remained silent, then a slight smirk crossed his face. "Well, you did good work tonight. That AK? It's exactly what we've been looking for. I already got a call from Homicide; they’re chomping at the bit to see if it matches any ballistics from the recent shootings." He patted Steele on the shoulder, a rare sign of approval. "Not bad for a guy fresh off training."</w:t>
      </w:r>
    </w:p>
    <w:p w:rsidR="00000000" w:rsidDel="00000000" w:rsidP="00000000" w:rsidRDefault="00000000" w:rsidRPr="00000000" w14:paraId="000003E2">
      <w:pPr>
        <w:ind w:firstLine="720"/>
        <w:rPr/>
      </w:pPr>
      <w:r w:rsidDel="00000000" w:rsidR="00000000" w:rsidRPr="00000000">
        <w:rPr>
          <w:rtl w:val="0"/>
        </w:rPr>
        <w:t xml:space="preserve">Steele felt a surge of pride at Bearish's words. It wasn’t often the sergeant handed out praise, especially to newer deputies. "Thank you, sir. Just doing what needed to be done."</w:t>
      </w:r>
    </w:p>
    <w:p w:rsidR="00000000" w:rsidDel="00000000" w:rsidP="00000000" w:rsidRDefault="00000000" w:rsidRPr="00000000" w14:paraId="000003E3">
      <w:pPr>
        <w:ind w:firstLine="720"/>
        <w:rPr/>
      </w:pPr>
      <w:r w:rsidDel="00000000" w:rsidR="00000000" w:rsidRPr="00000000">
        <w:rPr>
          <w:rtl w:val="0"/>
        </w:rPr>
        <w:t xml:space="preserve">Bearish nodded, his demeanor shifting back to its usual seriousness. "Keep that up, and you’ll make a name for yourself in this place. But remember, just because you’re done with training doesn’t mean you get careless. One mistake out there can cost you, or someone else, a lot. You got me?”</w:t>
      </w:r>
    </w:p>
    <w:p w:rsidR="00000000" w:rsidDel="00000000" w:rsidP="00000000" w:rsidRDefault="00000000" w:rsidRPr="00000000" w14:paraId="000003E4">
      <w:pPr>
        <w:ind w:firstLine="720"/>
        <w:rPr/>
      </w:pPr>
      <w:r w:rsidDel="00000000" w:rsidR="00000000" w:rsidRPr="00000000">
        <w:rPr>
          <w:rtl w:val="0"/>
        </w:rPr>
        <w:t xml:space="preserve">“Yes, sir. I understand,” Steele replied, feeling the weight of the sergeant's words.</w:t>
      </w:r>
    </w:p>
    <w:p w:rsidR="00000000" w:rsidDel="00000000" w:rsidP="00000000" w:rsidRDefault="00000000" w:rsidRPr="00000000" w14:paraId="000003E5">
      <w:pPr>
        <w:ind w:firstLine="720"/>
        <w:rPr/>
      </w:pPr>
      <w:r w:rsidDel="00000000" w:rsidR="00000000" w:rsidRPr="00000000">
        <w:rPr>
          <w:rtl w:val="0"/>
        </w:rPr>
        <w:t xml:space="preserve">"Good," Bearish said, turning to head down the hallway. After taking a few steps, he glanced back. "Now get in there and write that report. I want it clean; the brass will be looking at this one."</w:t>
      </w:r>
    </w:p>
    <w:p w:rsidR="00000000" w:rsidDel="00000000" w:rsidP="00000000" w:rsidRDefault="00000000" w:rsidRPr="00000000" w14:paraId="000003E6">
      <w:pPr>
        <w:ind w:firstLine="720"/>
        <w:rPr/>
      </w:pPr>
      <w:r w:rsidDel="00000000" w:rsidR="00000000" w:rsidRPr="00000000">
        <w:rPr>
          <w:rtl w:val="0"/>
        </w:rPr>
        <w:t xml:space="preserve">Steele watched him walk away, letting out a breath he hadn't realized he was holding. Subtle as it was, that was high praise from Bearish. And it meant the world to him. With a newfound determination, he turned toward the report writing room, ready to tackle the paperwork ahead.</w:t>
      </w:r>
    </w:p>
    <w:p w:rsidR="00000000" w:rsidDel="00000000" w:rsidP="00000000" w:rsidRDefault="00000000" w:rsidRPr="00000000" w14:paraId="000003E7">
      <w:pPr>
        <w:ind w:firstLine="720"/>
        <w:rPr/>
      </w:pPr>
      <w:r w:rsidDel="00000000" w:rsidR="00000000" w:rsidRPr="00000000">
        <w:rPr>
          <w:rtl w:val="0"/>
        </w:rPr>
        <w:t xml:space="preserve">***</w:t>
      </w:r>
    </w:p>
    <w:p w:rsidR="00000000" w:rsidDel="00000000" w:rsidP="00000000" w:rsidRDefault="00000000" w:rsidRPr="00000000" w14:paraId="000003E8">
      <w:pPr>
        <w:ind w:firstLine="720"/>
        <w:rPr/>
      </w:pPr>
      <w:r w:rsidDel="00000000" w:rsidR="00000000" w:rsidRPr="00000000">
        <w:rPr>
          <w:rtl w:val="0"/>
        </w:rPr>
        <w:t xml:space="preserve">A week had passed since Steele’s high-speed pursuit through the streets of Lynwood that ended with the crash, foot chase, and eventual arrest of a Florencia gang member. The recovery of the AK-47 in the suspect's vehicle had sent shockwaves through the gang's territory. Steele was back on the streets for another shift, patrolling his usual area in Lynwood when his radio crackled to life.</w:t>
      </w:r>
    </w:p>
    <w:p w:rsidR="00000000" w:rsidDel="00000000" w:rsidP="00000000" w:rsidRDefault="00000000" w:rsidRPr="00000000" w14:paraId="000003E9">
      <w:pPr>
        <w:ind w:firstLine="720"/>
        <w:rPr/>
      </w:pPr>
      <w:r w:rsidDel="00000000" w:rsidR="00000000" w:rsidRPr="00000000">
        <w:rPr>
          <w:rtl w:val="0"/>
        </w:rPr>
        <w:t xml:space="preserve">“212 Henry, can you head over to Firestone? I need you to see something.” It was Connor’s voice, sounding tense. Steele felt a chill run down his spine. Connor didn’t call him over for nothing.</w:t>
      </w:r>
    </w:p>
    <w:p w:rsidR="00000000" w:rsidDel="00000000" w:rsidP="00000000" w:rsidRDefault="00000000" w:rsidRPr="00000000" w14:paraId="000003EA">
      <w:pPr>
        <w:ind w:firstLine="720"/>
        <w:rPr/>
      </w:pPr>
      <w:r w:rsidDel="00000000" w:rsidR="00000000" w:rsidRPr="00000000">
        <w:rPr>
          <w:rtl w:val="0"/>
        </w:rPr>
        <w:t xml:space="preserve">“Copy, en route now,” Steele replied, as he made his way to Florence Avenue in the Firestone district. He knew this area was deep within Florencia gang territory, and whatever Connor had found, it wasn't going to be good news.</w:t>
      </w:r>
    </w:p>
    <w:p w:rsidR="00000000" w:rsidDel="00000000" w:rsidP="00000000" w:rsidRDefault="00000000" w:rsidRPr="00000000" w14:paraId="000003EB">
      <w:pPr>
        <w:ind w:firstLine="720"/>
        <w:rPr/>
      </w:pPr>
      <w:r w:rsidDel="00000000" w:rsidR="00000000" w:rsidRPr="00000000">
        <w:rPr>
          <w:rtl w:val="0"/>
        </w:rPr>
        <w:t xml:space="preserve">Steele pulled up to the location and saw Connor’s black and white already parked near a graffitied wall. The neighborhood was quiet, too quiet for Steele’s liking. He scanned the area as he got out of his patrol car, his eyes darting between the shadows and dimly lit alleyways.</w:t>
      </w:r>
    </w:p>
    <w:p w:rsidR="00000000" w:rsidDel="00000000" w:rsidP="00000000" w:rsidRDefault="00000000" w:rsidRPr="00000000" w14:paraId="000003EC">
      <w:pPr>
        <w:ind w:firstLine="720"/>
        <w:rPr/>
      </w:pPr>
      <w:r w:rsidDel="00000000" w:rsidR="00000000" w:rsidRPr="00000000">
        <w:rPr>
          <w:rtl w:val="0"/>
        </w:rPr>
        <w:t xml:space="preserve">Connor stood near the wall, hands on his hips, staring at the fresh graffiti scrawled across the brick surface. Steele approached, and Connor turned to face him, his expression grim.</w:t>
      </w:r>
    </w:p>
    <w:p w:rsidR="00000000" w:rsidDel="00000000" w:rsidP="00000000" w:rsidRDefault="00000000" w:rsidRPr="00000000" w14:paraId="000003ED">
      <w:pPr>
        <w:ind w:firstLine="720"/>
        <w:rPr/>
      </w:pPr>
      <w:r w:rsidDel="00000000" w:rsidR="00000000" w:rsidRPr="00000000">
        <w:rPr>
          <w:rtl w:val="0"/>
        </w:rPr>
        <w:t xml:space="preserve">"Take a look at that," Connor said, nodding towards the wall. Steele followed his gaze and felt a jolt of surprise and apprehension. In bold, black letters, the message was clear: “187 Steele.” Next to it was the unmistakable Florencia gang symbol, “F13”. It was a blatant, public death threat.</w:t>
      </w:r>
    </w:p>
    <w:p w:rsidR="00000000" w:rsidDel="00000000" w:rsidP="00000000" w:rsidRDefault="00000000" w:rsidRPr="00000000" w14:paraId="000003EE">
      <w:pPr>
        <w:ind w:firstLine="720"/>
        <w:rPr/>
      </w:pPr>
      <w:r w:rsidDel="00000000" w:rsidR="00000000" w:rsidRPr="00000000">
        <w:rPr>
          <w:rtl w:val="0"/>
        </w:rPr>
        <w:t xml:space="preserve">Steele’s stomach tightened. "187" was the California penal code for murder. The gang had called him out, putting a target on his back. This wasn’t just a message; it was a declaration of war.</w:t>
      </w:r>
    </w:p>
    <w:p w:rsidR="00000000" w:rsidDel="00000000" w:rsidP="00000000" w:rsidRDefault="00000000" w:rsidRPr="00000000" w14:paraId="000003EF">
      <w:pPr>
        <w:ind w:firstLine="720"/>
        <w:rPr/>
      </w:pPr>
      <w:r w:rsidDel="00000000" w:rsidR="00000000" w:rsidRPr="00000000">
        <w:rPr>
          <w:rtl w:val="0"/>
        </w:rPr>
        <w:t xml:space="preserve">“Well, I guess I’ve made some friends,” Steele muttered, trying to keep his tone light, though his insides were churning.</w:t>
      </w:r>
    </w:p>
    <w:p w:rsidR="00000000" w:rsidDel="00000000" w:rsidP="00000000" w:rsidRDefault="00000000" w:rsidRPr="00000000" w14:paraId="000003F0">
      <w:pPr>
        <w:ind w:firstLine="720"/>
        <w:rPr/>
      </w:pPr>
      <w:r w:rsidDel="00000000" w:rsidR="00000000" w:rsidRPr="00000000">
        <w:rPr>
          <w:rtl w:val="0"/>
        </w:rPr>
        <w:t xml:space="preserve">Connor didn’t smile. He folded his arms and stared hard at Steele. “This isn’t a joke, Steele. They know you now. You rattled them with that pursuit, and now they're sending you a warning. This isn’t just some tag on a wall—they’re serious.”</w:t>
      </w:r>
    </w:p>
    <w:p w:rsidR="00000000" w:rsidDel="00000000" w:rsidP="00000000" w:rsidRDefault="00000000" w:rsidRPr="00000000" w14:paraId="000003F1">
      <w:pPr>
        <w:ind w:firstLine="720"/>
        <w:rPr/>
      </w:pPr>
      <w:r w:rsidDel="00000000" w:rsidR="00000000" w:rsidRPr="00000000">
        <w:rPr>
          <w:rtl w:val="0"/>
        </w:rPr>
        <w:t xml:space="preserve">Steele nodded, the gravity of the situation settling in. “I get it. But I’m not going to let them scare me off,” he said, trying to sound more confident than he felt.</w:t>
      </w:r>
    </w:p>
    <w:p w:rsidR="00000000" w:rsidDel="00000000" w:rsidP="00000000" w:rsidRDefault="00000000" w:rsidRPr="00000000" w14:paraId="000003F2">
      <w:pPr>
        <w:ind w:firstLine="720"/>
        <w:rPr/>
      </w:pPr>
      <w:r w:rsidDel="00000000" w:rsidR="00000000" w:rsidRPr="00000000">
        <w:rPr>
          <w:rtl w:val="0"/>
        </w:rPr>
        <w:t xml:space="preserve">Connor shook his head, his expression softening just a fraction. “Listen, I know you’ve got balls, but this is different. They’re not just messing with you; they’re marking you. From now on, you need to be on high alert, not just on duty but off-duty too. These guys don’t play fair.”</w:t>
      </w:r>
    </w:p>
    <w:p w:rsidR="00000000" w:rsidDel="00000000" w:rsidP="00000000" w:rsidRDefault="00000000" w:rsidRPr="00000000" w14:paraId="000003F3">
      <w:pPr>
        <w:ind w:firstLine="720"/>
        <w:rPr/>
      </w:pPr>
      <w:r w:rsidDel="00000000" w:rsidR="00000000" w:rsidRPr="00000000">
        <w:rPr>
          <w:rtl w:val="0"/>
        </w:rPr>
        <w:t xml:space="preserve">Steele took a deep breath and forced himself to stay calm. “What do you suggest, then?” he asked, knowing that Connor had been through this kind of thing before.</w:t>
      </w:r>
    </w:p>
    <w:p w:rsidR="00000000" w:rsidDel="00000000" w:rsidP="00000000" w:rsidRDefault="00000000" w:rsidRPr="00000000" w14:paraId="000003F4">
      <w:pPr>
        <w:ind w:firstLine="720"/>
        <w:rPr/>
      </w:pPr>
      <w:r w:rsidDel="00000000" w:rsidR="00000000" w:rsidRPr="00000000">
        <w:rPr>
          <w:rtl w:val="0"/>
        </w:rPr>
        <w:t xml:space="preserve">Connor stepped closer, lowering his voice. “For starters, when you’re off-duty, vary your routes home. Don’t get too comfortable in any one spot, and watch your surroundings like a hawk. If you spot anyone tailing you, don’t try to be a hero—call it in and get backup. You have to assume that they’re going to come after you when you’re not expecting it.”</w:t>
      </w:r>
    </w:p>
    <w:p w:rsidR="00000000" w:rsidDel="00000000" w:rsidP="00000000" w:rsidRDefault="00000000" w:rsidRPr="00000000" w14:paraId="000003F5">
      <w:pPr>
        <w:ind w:firstLine="720"/>
        <w:rPr/>
      </w:pPr>
      <w:r w:rsidDel="00000000" w:rsidR="00000000" w:rsidRPr="00000000">
        <w:rPr>
          <w:rtl w:val="0"/>
        </w:rPr>
        <w:t xml:space="preserve">Steele nodded, feeling the weight of Connor’s words. “Copy that. I’ll keep my head on a swivel.”</w:t>
      </w:r>
    </w:p>
    <w:p w:rsidR="00000000" w:rsidDel="00000000" w:rsidP="00000000" w:rsidRDefault="00000000" w:rsidRPr="00000000" w14:paraId="000003F6">
      <w:pPr>
        <w:ind w:firstLine="720"/>
        <w:rPr/>
      </w:pPr>
      <w:r w:rsidDel="00000000" w:rsidR="00000000" w:rsidRPr="00000000">
        <w:rPr>
          <w:rtl w:val="0"/>
        </w:rPr>
        <w:t xml:space="preserve">Connor glanced around the deserted street and then back at Steele. “This job is dangerous enough without being directly targeted. Just remember, you’re not alone out here. We’ve got your back, but you need to be smart about this. Don’t take unnecessary risks. You understand me?”</w:t>
      </w:r>
    </w:p>
    <w:p w:rsidR="00000000" w:rsidDel="00000000" w:rsidP="00000000" w:rsidRDefault="00000000" w:rsidRPr="00000000" w14:paraId="000003F7">
      <w:pPr>
        <w:ind w:firstLine="720"/>
        <w:rPr/>
      </w:pPr>
      <w:r w:rsidDel="00000000" w:rsidR="00000000" w:rsidRPr="00000000">
        <w:rPr>
          <w:rtl w:val="0"/>
        </w:rPr>
        <w:t xml:space="preserve">Steele nodded again, this time more firmly. “I get it. I’ll be careful,” he promised, though inside, he was already bracing himself for the added tension that would now mark every shift and every off-duty moment.</w:t>
      </w:r>
    </w:p>
    <w:p w:rsidR="00000000" w:rsidDel="00000000" w:rsidP="00000000" w:rsidRDefault="00000000" w:rsidRPr="00000000" w14:paraId="000003F8">
      <w:pPr>
        <w:ind w:firstLine="720"/>
        <w:rPr/>
      </w:pPr>
      <w:r w:rsidDel="00000000" w:rsidR="00000000" w:rsidRPr="00000000">
        <w:rPr>
          <w:rtl w:val="0"/>
        </w:rPr>
        <w:t xml:space="preserve">“Good,” Connor said, his eyes scanning the street once more before turning back to Steele. “Now, we’ll file this as part of the ongoing gang activity. I’ll let Bearish know too, so he’s in the loop. But keep this quiet from the brass as much as you can—they’ll just blow it out of proportion. We handle things like this on our own.”</w:t>
      </w:r>
    </w:p>
    <w:p w:rsidR="00000000" w:rsidDel="00000000" w:rsidP="00000000" w:rsidRDefault="00000000" w:rsidRPr="00000000" w14:paraId="000003F9">
      <w:pPr>
        <w:ind w:firstLine="720"/>
        <w:rPr/>
      </w:pPr>
      <w:r w:rsidDel="00000000" w:rsidR="00000000" w:rsidRPr="00000000">
        <w:rPr>
          <w:rtl w:val="0"/>
        </w:rPr>
        <w:t xml:space="preserve">Steele gave a quick nod. “Understood. Thanks for the heads-up, Connor.”</w:t>
      </w:r>
    </w:p>
    <w:p w:rsidR="00000000" w:rsidDel="00000000" w:rsidP="00000000" w:rsidRDefault="00000000" w:rsidRPr="00000000" w14:paraId="000003FA">
      <w:pPr>
        <w:ind w:firstLine="720"/>
        <w:rPr/>
      </w:pPr>
      <w:r w:rsidDel="00000000" w:rsidR="00000000" w:rsidRPr="00000000">
        <w:rPr>
          <w:rtl w:val="0"/>
        </w:rPr>
        <w:t xml:space="preserve">Connor put a hand on Steele’s shoulder, giving it a reassuring squeeze. “It’s what we do, brother. We watch each other’s backs. Now, let’s get back on patrol and remind these assholes whose streets these are.”</w:t>
      </w:r>
    </w:p>
    <w:p w:rsidR="00000000" w:rsidDel="00000000" w:rsidP="00000000" w:rsidRDefault="00000000" w:rsidRPr="00000000" w14:paraId="000003FB">
      <w:pPr>
        <w:ind w:firstLine="720"/>
        <w:rPr/>
      </w:pPr>
      <w:r w:rsidDel="00000000" w:rsidR="00000000" w:rsidRPr="00000000">
        <w:rPr>
          <w:rtl w:val="0"/>
        </w:rPr>
        <w:t xml:space="preserve">Steele nodded and turned back to his patrol car, his mind racing. As he drove away from the scene, he felt the mix of anger, fear, and determination bubble inside him. The Florencia gang had crossed a line, and they had made it personal. He kept an eye on every alley, every intersection as he patrolled through Firestone, his senses heightened.</w:t>
      </w:r>
    </w:p>
    <w:p w:rsidR="00000000" w:rsidDel="00000000" w:rsidP="00000000" w:rsidRDefault="00000000" w:rsidRPr="00000000" w14:paraId="000003FC">
      <w:pPr>
        <w:ind w:firstLine="720"/>
        <w:rPr/>
      </w:pPr>
      <w:r w:rsidDel="00000000" w:rsidR="00000000" w:rsidRPr="00000000">
        <w:rPr>
          <w:rtl w:val="0"/>
        </w:rPr>
        <w:t xml:space="preserve">The rest of the shift was uneventful, but Steele knew things had changed. The tag on that wall was a stark reminder that the job was no longer just about responding to calls or chasing down suspects. He was now part of a dangerous game, one that would follow him even when he wasn’t wearing the badge.</w:t>
      </w:r>
    </w:p>
    <w:p w:rsidR="00000000" w:rsidDel="00000000" w:rsidP="00000000" w:rsidRDefault="00000000" w:rsidRPr="00000000" w14:paraId="000003FD">
      <w:pPr>
        <w:ind w:firstLine="720"/>
        <w:rPr/>
      </w:pPr>
      <w:r w:rsidDel="00000000" w:rsidR="00000000" w:rsidRPr="00000000">
        <w:rPr>
          <w:rtl w:val="0"/>
        </w:rPr>
        <w:t xml:space="preserve">When he finally pulled into the station lot at the end of his shift, he took a moment before stepping out of the car. Looking around the darkened lot, he checked his surroundings before walking inside. Connor's warning echoed in his mind: always stay vigilant.</w:t>
      </w:r>
    </w:p>
    <w:p w:rsidR="00000000" w:rsidDel="00000000" w:rsidP="00000000" w:rsidRDefault="00000000" w:rsidRPr="00000000" w14:paraId="000003FE">
      <w:pPr>
        <w:ind w:firstLine="720"/>
        <w:rPr/>
      </w:pPr>
      <w:r w:rsidDel="00000000" w:rsidR="00000000" w:rsidRPr="00000000">
        <w:rPr>
          <w:rtl w:val="0"/>
        </w:rPr>
        <w:t xml:space="preserve">He had made his mark on the streets, and now the streets were marking him in return. This was the new reality, and he would have to live with it every day. But he wasn’t about to back down. They wanted him afraid; they wanted him on edge. He’d give them that, but he'd also make sure they knew he wasn’t going anywhere.</w:t>
      </w:r>
    </w:p>
    <w:p w:rsidR="00000000" w:rsidDel="00000000" w:rsidP="00000000" w:rsidRDefault="00000000" w:rsidRPr="00000000" w14:paraId="000003FF">
      <w:pPr>
        <w:ind w:firstLine="720"/>
        <w:rPr/>
      </w:pPr>
      <w:r w:rsidDel="00000000" w:rsidR="00000000" w:rsidRPr="00000000">
        <w:rPr>
          <w:rtl w:val="0"/>
        </w:rPr>
        <w:t xml:space="preserve">***</w:t>
      </w:r>
    </w:p>
    <w:p w:rsidR="00000000" w:rsidDel="00000000" w:rsidP="00000000" w:rsidRDefault="00000000" w:rsidRPr="00000000" w14:paraId="00000400">
      <w:pPr>
        <w:ind w:firstLine="720"/>
        <w:rPr/>
      </w:pPr>
      <w:r w:rsidDel="00000000" w:rsidR="00000000" w:rsidRPr="00000000">
        <w:rPr>
          <w:rtl w:val="0"/>
        </w:rPr>
        <w:t xml:space="preserve">A few weeks later, Steele found himself back at his parents' home in Lakewood for a long-overdue family dinner. Between his demanding shifts and the intensity of recent events, it had been nearly impossible to make time for these visits. Tonight, however, his mom’s persistence had finally worn him down.</w:t>
      </w:r>
    </w:p>
    <w:p w:rsidR="00000000" w:rsidDel="00000000" w:rsidP="00000000" w:rsidRDefault="00000000" w:rsidRPr="00000000" w14:paraId="00000401">
      <w:pPr>
        <w:ind w:firstLine="720"/>
        <w:rPr/>
      </w:pPr>
      <w:r w:rsidDel="00000000" w:rsidR="00000000" w:rsidRPr="00000000">
        <w:rPr>
          <w:rtl w:val="0"/>
        </w:rPr>
        <w:t xml:space="preserve">As he stepped inside, the familiar scent of his mother’s cooking hit him. It was a stark contrast to the grittiness of South Central, the place where he spent his nights. His mom, Jane, who had been a cop herself for over twenty-five years, met him at the door with a hug that was equal parts warmth and firmness.</w:t>
      </w:r>
    </w:p>
    <w:p w:rsidR="00000000" w:rsidDel="00000000" w:rsidP="00000000" w:rsidRDefault="00000000" w:rsidRPr="00000000" w14:paraId="00000402">
      <w:pPr>
        <w:ind w:firstLine="720"/>
        <w:rPr/>
      </w:pPr>
      <w:r w:rsidDel="00000000" w:rsidR="00000000" w:rsidRPr="00000000">
        <w:rPr>
          <w:rtl w:val="0"/>
        </w:rPr>
        <w:t xml:space="preserve">“There he is,” she said, releasing him and giving him a sharp once-over. “You look like you’ve been through the wringer.”</w:t>
      </w:r>
    </w:p>
    <w:p w:rsidR="00000000" w:rsidDel="00000000" w:rsidP="00000000" w:rsidRDefault="00000000" w:rsidRPr="00000000" w14:paraId="00000403">
      <w:pPr>
        <w:ind w:firstLine="720"/>
        <w:rPr/>
      </w:pPr>
      <w:r w:rsidDel="00000000" w:rsidR="00000000" w:rsidRPr="00000000">
        <w:rPr>
          <w:rtl w:val="0"/>
        </w:rPr>
        <w:t xml:space="preserve">“Work’s been... interesting, lately,” Steele replied, managing a small smile. He was quickly learning that his mom could always read him like a book, no matter how hard he tried to mask what was going on.</w:t>
      </w:r>
    </w:p>
    <w:p w:rsidR="00000000" w:rsidDel="00000000" w:rsidP="00000000" w:rsidRDefault="00000000" w:rsidRPr="00000000" w14:paraId="00000404">
      <w:pPr>
        <w:ind w:firstLine="720"/>
        <w:rPr/>
      </w:pPr>
      <w:r w:rsidDel="00000000" w:rsidR="00000000" w:rsidRPr="00000000">
        <w:rPr>
          <w:rtl w:val="0"/>
        </w:rPr>
        <w:t xml:space="preserve">His father, Rich, who had been a sergeant with the department before retiring, was already sitting at the kitchen table. He stood up and gave Steele a firm handshake. “Heard you’ve been busy. What’s been going on?”</w:t>
      </w:r>
    </w:p>
    <w:p w:rsidR="00000000" w:rsidDel="00000000" w:rsidP="00000000" w:rsidRDefault="00000000" w:rsidRPr="00000000" w14:paraId="00000405">
      <w:pPr>
        <w:ind w:firstLine="720"/>
        <w:rPr/>
      </w:pPr>
      <w:r w:rsidDel="00000000" w:rsidR="00000000" w:rsidRPr="00000000">
        <w:rPr>
          <w:rtl w:val="0"/>
        </w:rPr>
        <w:t xml:space="preserve">Steele hesitated for a moment as he took a seat. There was no point in sugarcoating it, not with these two—they’d been through it all themselves. Jane placed a plate in front of him before sitting down, her eyes on him, waiting for an answer.</w:t>
      </w:r>
    </w:p>
    <w:p w:rsidR="00000000" w:rsidDel="00000000" w:rsidP="00000000" w:rsidRDefault="00000000" w:rsidRPr="00000000" w14:paraId="00000406">
      <w:pPr>
        <w:ind w:firstLine="720"/>
        <w:rPr/>
      </w:pPr>
      <w:r w:rsidDel="00000000" w:rsidR="00000000" w:rsidRPr="00000000">
        <w:rPr>
          <w:rtl w:val="0"/>
        </w:rPr>
        <w:t xml:space="preserve">“Got a bit of a situation. A few weeks ago, I was involved in a pursuit, caught a couple of Florencia gangsters, and found an AK-47 in their car. Since then, things have... escalated,” Steele admitted.</w:t>
      </w:r>
    </w:p>
    <w:p w:rsidR="00000000" w:rsidDel="00000000" w:rsidP="00000000" w:rsidRDefault="00000000" w:rsidRPr="00000000" w14:paraId="00000407">
      <w:pPr>
        <w:ind w:firstLine="720"/>
        <w:rPr/>
      </w:pPr>
      <w:r w:rsidDel="00000000" w:rsidR="00000000" w:rsidRPr="00000000">
        <w:rPr>
          <w:rtl w:val="0"/>
        </w:rPr>
        <w:t xml:space="preserve">Rich’s eyes narrowed, and Jane leaned back in her chair, arms crossed, looking at him with a steely gaze. “Escalated how?” she demanded.</w:t>
      </w:r>
    </w:p>
    <w:p w:rsidR="00000000" w:rsidDel="00000000" w:rsidP="00000000" w:rsidRDefault="00000000" w:rsidRPr="00000000" w14:paraId="00000408">
      <w:pPr>
        <w:ind w:firstLine="720"/>
        <w:rPr/>
      </w:pPr>
      <w:r w:rsidDel="00000000" w:rsidR="00000000" w:rsidRPr="00000000">
        <w:rPr>
          <w:rtl w:val="0"/>
        </w:rPr>
        <w:t xml:space="preserve">“Connor found some graffiti in Firestone last week. It said ‘187 Steele.’ They’ve put a hit out on me,” Steele said plainly, gauging their reactions.</w:t>
      </w:r>
    </w:p>
    <w:p w:rsidR="00000000" w:rsidDel="00000000" w:rsidP="00000000" w:rsidRDefault="00000000" w:rsidRPr="00000000" w14:paraId="00000409">
      <w:pPr>
        <w:ind w:firstLine="720"/>
        <w:rPr/>
      </w:pPr>
      <w:r w:rsidDel="00000000" w:rsidR="00000000" w:rsidRPr="00000000">
        <w:rPr>
          <w:rtl w:val="0"/>
        </w:rPr>
        <w:t xml:space="preserve">“Typical Florencia,” Jane said, her voice hardening. “This is exactly what those cowards do when someone rattles their little cage. So now you’re on their radar. What have you done about it?”</w:t>
      </w:r>
    </w:p>
    <w:p w:rsidR="00000000" w:rsidDel="00000000" w:rsidP="00000000" w:rsidRDefault="00000000" w:rsidRPr="00000000" w14:paraId="0000040A">
      <w:pPr>
        <w:ind w:firstLine="720"/>
        <w:rPr/>
      </w:pPr>
      <w:r w:rsidDel="00000000" w:rsidR="00000000" w:rsidRPr="00000000">
        <w:rPr>
          <w:rtl w:val="0"/>
        </w:rPr>
        <w:t xml:space="preserve">“Connor gave me the rundown. Change my routines, watch my back, keep my eyes open even off-duty. The usual precautions,” Steele replied, sensing his mom’s intensity rising.</w:t>
      </w:r>
    </w:p>
    <w:p w:rsidR="00000000" w:rsidDel="00000000" w:rsidP="00000000" w:rsidRDefault="00000000" w:rsidRPr="00000000" w14:paraId="0000040B">
      <w:pPr>
        <w:ind w:firstLine="720"/>
        <w:rPr/>
      </w:pPr>
      <w:r w:rsidDel="00000000" w:rsidR="00000000" w:rsidRPr="00000000">
        <w:rPr>
          <w:rtl w:val="0"/>
        </w:rPr>
        <w:t xml:space="preserve">Jane shook her head. “The usual precautions aren’t enough when you’re dealing with animals like these. They don’t fight fair, and they won’t come at you when you’re ready for it. They’ll catch you off-guard if you’re not vigilant every second. This isn’t a game, Ryan.”</w:t>
      </w:r>
    </w:p>
    <w:p w:rsidR="00000000" w:rsidDel="00000000" w:rsidP="00000000" w:rsidRDefault="00000000" w:rsidRPr="00000000" w14:paraId="0000040C">
      <w:pPr>
        <w:ind w:firstLine="720"/>
        <w:rPr/>
      </w:pPr>
      <w:r w:rsidDel="00000000" w:rsidR="00000000" w:rsidRPr="00000000">
        <w:rPr>
          <w:rtl w:val="0"/>
        </w:rPr>
        <w:t xml:space="preserve">Rich spoke up, his tone equally serious. “Your mom’s right. You’ve got to be ten steps ahead. These gangs thrive on fear and intimidation. They think they can make you look over your shoulder and hesitate. If they sense weakness, they’ll exploit it.”</w:t>
      </w:r>
    </w:p>
    <w:p w:rsidR="00000000" w:rsidDel="00000000" w:rsidP="00000000" w:rsidRDefault="00000000" w:rsidRPr="00000000" w14:paraId="0000040D">
      <w:pPr>
        <w:ind w:firstLine="720"/>
        <w:rPr/>
      </w:pPr>
      <w:r w:rsidDel="00000000" w:rsidR="00000000" w:rsidRPr="00000000">
        <w:rPr>
          <w:rtl w:val="0"/>
        </w:rPr>
        <w:t xml:space="preserve">Steele nodded, already feeling the weight of their words. “I’m not backing down. I knew what I signed up for when I put in for Century. I just didn’t expect to be dealing with being green lit so early.”</w:t>
      </w:r>
    </w:p>
    <w:p w:rsidR="00000000" w:rsidDel="00000000" w:rsidP="00000000" w:rsidRDefault="00000000" w:rsidRPr="00000000" w14:paraId="0000040E">
      <w:pPr>
        <w:ind w:firstLine="720"/>
        <w:rPr/>
      </w:pPr>
      <w:r w:rsidDel="00000000" w:rsidR="00000000" w:rsidRPr="00000000">
        <w:rPr>
          <w:rtl w:val="0"/>
        </w:rPr>
        <w:t xml:space="preserve">“You’ve made a dent, and they hate that,” Jane said bluntly. “The second they think you’re scared, they’ve got the upper hand. You have to keep pushing forward, keep showing up, keep doing the job.”</w:t>
      </w:r>
    </w:p>
    <w:p w:rsidR="00000000" w:rsidDel="00000000" w:rsidP="00000000" w:rsidRDefault="00000000" w:rsidRPr="00000000" w14:paraId="0000040F">
      <w:pPr>
        <w:ind w:firstLine="720"/>
        <w:rPr/>
      </w:pPr>
      <w:r w:rsidDel="00000000" w:rsidR="00000000" w:rsidRPr="00000000">
        <w:rPr>
          <w:rtl w:val="0"/>
        </w:rPr>
        <w:t xml:space="preserve">“Easier said than done when you’ve got a target on your back,” Steele muttered, picking at his food.</w:t>
      </w:r>
    </w:p>
    <w:p w:rsidR="00000000" w:rsidDel="00000000" w:rsidP="00000000" w:rsidRDefault="00000000" w:rsidRPr="00000000" w14:paraId="00000410">
      <w:pPr>
        <w:ind w:firstLine="720"/>
        <w:rPr/>
      </w:pPr>
      <w:r w:rsidDel="00000000" w:rsidR="00000000" w:rsidRPr="00000000">
        <w:rPr>
          <w:rtl w:val="0"/>
        </w:rPr>
        <w:t xml:space="preserve">“Welcome to the real world of police work,” Jane shot back, her eyes fierce. “We dealt with this crap, and now it’s your turn. But you’re not out there alone. Use your crew, rely on your partners, and don’t you dare think about playing the hero solo. You’re no good to anyone if you’re six feet under.”</w:t>
      </w:r>
    </w:p>
    <w:p w:rsidR="00000000" w:rsidDel="00000000" w:rsidP="00000000" w:rsidRDefault="00000000" w:rsidRPr="00000000" w14:paraId="00000411">
      <w:pPr>
        <w:ind w:firstLine="720"/>
        <w:rPr/>
      </w:pPr>
      <w:r w:rsidDel="00000000" w:rsidR="00000000" w:rsidRPr="00000000">
        <w:rPr>
          <w:rtl w:val="0"/>
        </w:rPr>
        <w:t xml:space="preserve">“I get that, Mom,” Steele replied, his voice firm. “I’ve got a solid team. Connor, Johnson, the others—they’ve got my back.”</w:t>
      </w:r>
    </w:p>
    <w:p w:rsidR="00000000" w:rsidDel="00000000" w:rsidP="00000000" w:rsidRDefault="00000000" w:rsidRPr="00000000" w14:paraId="00000412">
      <w:pPr>
        <w:ind w:firstLine="720"/>
        <w:rPr/>
      </w:pPr>
      <w:r w:rsidDel="00000000" w:rsidR="00000000" w:rsidRPr="00000000">
        <w:rPr>
          <w:rtl w:val="0"/>
        </w:rPr>
        <w:t xml:space="preserve">“You better make sure of that,” Jane continued. “You’re in it now, and it’s not just your life on the line. Every deputy you ride with depends on you, just as you do on them. One mistake could cost more than just your life.”</w:t>
      </w:r>
    </w:p>
    <w:p w:rsidR="00000000" w:rsidDel="00000000" w:rsidP="00000000" w:rsidRDefault="00000000" w:rsidRPr="00000000" w14:paraId="00000413">
      <w:pPr>
        <w:ind w:firstLine="720"/>
        <w:rPr/>
      </w:pPr>
      <w:r w:rsidDel="00000000" w:rsidR="00000000" w:rsidRPr="00000000">
        <w:rPr>
          <w:rtl w:val="0"/>
        </w:rPr>
        <w:t xml:space="preserve">Rich leaned forward, nodding in agreement. “She’s right, son. This isn’t about proving you’re tough; it’s about being smart. Keep your head in the game, and don’t let them change how you operate. They’re trying to get in your head. Don’t let them win that battle.”</w:t>
      </w:r>
    </w:p>
    <w:p w:rsidR="00000000" w:rsidDel="00000000" w:rsidP="00000000" w:rsidRDefault="00000000" w:rsidRPr="00000000" w14:paraId="00000414">
      <w:pPr>
        <w:ind w:firstLine="720"/>
        <w:rPr/>
      </w:pPr>
      <w:r w:rsidDel="00000000" w:rsidR="00000000" w:rsidRPr="00000000">
        <w:rPr>
          <w:rtl w:val="0"/>
        </w:rPr>
        <w:t xml:space="preserve">Steele looked at his parents, the room filled with a tense silence. They had both walked this path before, faced their own dangers on the streets, and come out the other side. They were hardened by their years in the department, and now it was his turn to navigate that treacherous terrain.</w:t>
      </w:r>
    </w:p>
    <w:p w:rsidR="00000000" w:rsidDel="00000000" w:rsidP="00000000" w:rsidRDefault="00000000" w:rsidRPr="00000000" w14:paraId="00000415">
      <w:pPr>
        <w:ind w:firstLine="720"/>
        <w:rPr/>
      </w:pPr>
      <w:r w:rsidDel="00000000" w:rsidR="00000000" w:rsidRPr="00000000">
        <w:rPr>
          <w:rtl w:val="0"/>
        </w:rPr>
        <w:t xml:space="preserve">“I hear you,” Steele said finally, his eyes locking with his mother’s. “I’m not going to let them rattle me. I’ll keep my eyes open, stay vigilant, and keep doing the job.”</w:t>
      </w:r>
    </w:p>
    <w:p w:rsidR="00000000" w:rsidDel="00000000" w:rsidP="00000000" w:rsidRDefault="00000000" w:rsidRPr="00000000" w14:paraId="00000416">
      <w:pPr>
        <w:ind w:firstLine="720"/>
        <w:rPr/>
      </w:pPr>
      <w:r w:rsidDel="00000000" w:rsidR="00000000" w:rsidRPr="00000000">
        <w:rPr>
          <w:rtl w:val="0"/>
        </w:rPr>
        <w:t xml:space="preserve">Jane nodded, a glint of pride mixed with concern in her eyes. “Good. But don’t forget—you don’t owe these bastards anything. If you have to take a step back to protect yourself or your partners, you do it. Nobody wins a war by throwing themselves in front of bullets for no reason.”</w:t>
      </w:r>
    </w:p>
    <w:p w:rsidR="00000000" w:rsidDel="00000000" w:rsidP="00000000" w:rsidRDefault="00000000" w:rsidRPr="00000000" w14:paraId="00000417">
      <w:pPr>
        <w:ind w:firstLine="720"/>
        <w:rPr/>
      </w:pPr>
      <w:r w:rsidDel="00000000" w:rsidR="00000000" w:rsidRPr="00000000">
        <w:rPr>
          <w:rtl w:val="0"/>
        </w:rPr>
        <w:t xml:space="preserve">Rich added, “It’s about survival and coming home at the end of the day. You’ve got people here who care about you. Don’t ever lose sight of that.”</w:t>
      </w:r>
    </w:p>
    <w:p w:rsidR="00000000" w:rsidDel="00000000" w:rsidP="00000000" w:rsidRDefault="00000000" w:rsidRPr="00000000" w14:paraId="00000418">
      <w:pPr>
        <w:ind w:firstLine="720"/>
        <w:rPr/>
      </w:pPr>
      <w:r w:rsidDel="00000000" w:rsidR="00000000" w:rsidRPr="00000000">
        <w:rPr>
          <w:rtl w:val="0"/>
        </w:rPr>
        <w:t xml:space="preserve">Steele nodded, the reality of their words sinking in. “I promise. I’ll be smart about it.”</w:t>
      </w:r>
    </w:p>
    <w:p w:rsidR="00000000" w:rsidDel="00000000" w:rsidP="00000000" w:rsidRDefault="00000000" w:rsidRPr="00000000" w14:paraId="00000419">
      <w:pPr>
        <w:ind w:firstLine="720"/>
        <w:rPr/>
      </w:pPr>
      <w:r w:rsidDel="00000000" w:rsidR="00000000" w:rsidRPr="00000000">
        <w:rPr>
          <w:rtl w:val="0"/>
        </w:rPr>
        <w:t xml:space="preserve">Jane reached across the table and squeezed his hand, her grip firm. “Good. Because if I hear you’ve done something reckless, I’ll kick your ass myself, hit or no hit.”</w:t>
      </w:r>
    </w:p>
    <w:p w:rsidR="00000000" w:rsidDel="00000000" w:rsidP="00000000" w:rsidRDefault="00000000" w:rsidRPr="00000000" w14:paraId="0000041A">
      <w:pPr>
        <w:ind w:firstLine="720"/>
        <w:rPr/>
      </w:pPr>
      <w:r w:rsidDel="00000000" w:rsidR="00000000" w:rsidRPr="00000000">
        <w:rPr>
          <w:rtl w:val="0"/>
        </w:rPr>
        <w:t xml:space="preserve">Steele managed a chuckle, appreciating her tough love. “I wouldn’t expect anything less from you.”</w:t>
      </w:r>
    </w:p>
    <w:p w:rsidR="00000000" w:rsidDel="00000000" w:rsidP="00000000" w:rsidRDefault="00000000" w:rsidRPr="00000000" w14:paraId="0000041B">
      <w:pPr>
        <w:ind w:firstLine="720"/>
        <w:rPr/>
      </w:pPr>
      <w:r w:rsidDel="00000000" w:rsidR="00000000" w:rsidRPr="00000000">
        <w:rPr>
          <w:rtl w:val="0"/>
        </w:rPr>
        <w:t xml:space="preserve">The rest of dinner shifted to lighter topics, but the tension of the earlier conversation lingered in the air. As Steele drove back later that night, he replayed his parents' words in his head. The stakes were high, and he was now playing a different kind of game. But he was ready. This was the job he had signed up for, and no hit from Florencia was going to change that.</w:t>
      </w:r>
    </w:p>
    <w:p w:rsidR="00000000" w:rsidDel="00000000" w:rsidP="00000000" w:rsidRDefault="00000000" w:rsidRPr="00000000" w14:paraId="0000041C">
      <w:pPr>
        <w:ind w:firstLine="720"/>
        <w:rPr/>
      </w:pPr>
      <w:r w:rsidDel="00000000" w:rsidR="00000000" w:rsidRPr="00000000">
        <w:rPr>
          <w:rtl w:val="0"/>
        </w:rPr>
        <w:t xml:space="preserve">***</w:t>
      </w:r>
    </w:p>
    <w:p w:rsidR="00000000" w:rsidDel="00000000" w:rsidP="00000000" w:rsidRDefault="00000000" w:rsidRPr="00000000" w14:paraId="0000041D">
      <w:pPr>
        <w:ind w:firstLine="720"/>
        <w:rPr/>
      </w:pPr>
      <w:r w:rsidDel="00000000" w:rsidR="00000000" w:rsidRPr="00000000">
        <w:rPr>
          <w:rtl w:val="0"/>
        </w:rPr>
        <w:t xml:space="preserve">Chapter 5</w:t>
      </w:r>
    </w:p>
    <w:p w:rsidR="00000000" w:rsidDel="00000000" w:rsidP="00000000" w:rsidRDefault="00000000" w:rsidRPr="00000000" w14:paraId="0000041E">
      <w:pPr>
        <w:ind w:firstLine="720"/>
        <w:rPr/>
      </w:pPr>
      <w:r w:rsidDel="00000000" w:rsidR="00000000" w:rsidRPr="00000000">
        <w:rPr>
          <w:rtl w:val="0"/>
        </w:rPr>
        <w:t xml:space="preserve">It wasn’t often that Century Station called for extra patrols, and when they did it was usually serious. Sergeant Bearish stood at the front of his early morning shift briefing, his gaze steady as he took in the room filled with deputies. Steele sat in the front, still playing the role of the new guy.</w:t>
      </w:r>
    </w:p>
    <w:p w:rsidR="00000000" w:rsidDel="00000000" w:rsidP="00000000" w:rsidRDefault="00000000" w:rsidRPr="00000000" w14:paraId="0000041F">
      <w:pPr>
        <w:ind w:firstLine="720"/>
        <w:rPr/>
      </w:pPr>
      <w:r w:rsidDel="00000000" w:rsidR="00000000" w:rsidRPr="00000000">
        <w:rPr>
          <w:rtl w:val="0"/>
        </w:rPr>
        <w:t xml:space="preserve">Bearish began, “Listen up, everyone. Next Tuesday marks the eleventh anniversary of Deputy Myers' death in the Florence area. Killed by a Florencia gangster, in cold blood. We haven’t forgotten. And with the recent wave of homicides, it's time to make our presence known."</w:t>
      </w:r>
    </w:p>
    <w:p w:rsidR="00000000" w:rsidDel="00000000" w:rsidP="00000000" w:rsidRDefault="00000000" w:rsidRPr="00000000" w14:paraId="00000420">
      <w:pPr>
        <w:ind w:firstLine="720"/>
        <w:rPr/>
      </w:pPr>
      <w:r w:rsidDel="00000000" w:rsidR="00000000" w:rsidRPr="00000000">
        <w:rPr>
          <w:rtl w:val="0"/>
        </w:rPr>
        <w:t xml:space="preserve">Steele glanced around the room. The older deputies, the ones who'd been there when Myers was killed, wore grim expressions. The memory of that night still lingered like a bad scar, a reminder of the constant danger they faced.</w:t>
      </w:r>
    </w:p>
    <w:p w:rsidR="00000000" w:rsidDel="00000000" w:rsidP="00000000" w:rsidRDefault="00000000" w:rsidRPr="00000000" w14:paraId="00000421">
      <w:pPr>
        <w:ind w:firstLine="720"/>
        <w:rPr/>
      </w:pPr>
      <w:r w:rsidDel="00000000" w:rsidR="00000000" w:rsidRPr="00000000">
        <w:rPr>
          <w:rtl w:val="0"/>
        </w:rPr>
        <w:t xml:space="preserve">"With all the gang activity heating up lately, we’re stepping up patrols. Overtime positions are available for the memorial night," Bearish continued. "I know it's a night off for some of you, but we need boots on the ground. We’re doing a saturation patrol in Firestone, Florence, and Willowbrook."</w:t>
      </w:r>
    </w:p>
    <w:p w:rsidR="00000000" w:rsidDel="00000000" w:rsidP="00000000" w:rsidRDefault="00000000" w:rsidRPr="00000000" w14:paraId="00000422">
      <w:pPr>
        <w:ind w:firstLine="720"/>
        <w:rPr/>
      </w:pPr>
      <w:r w:rsidDel="00000000" w:rsidR="00000000" w:rsidRPr="00000000">
        <w:rPr>
          <w:rtl w:val="0"/>
        </w:rPr>
        <w:t xml:space="preserve">Without hesitation, Steele raised his hand to volunteer.</w:t>
      </w:r>
    </w:p>
    <w:p w:rsidR="00000000" w:rsidDel="00000000" w:rsidP="00000000" w:rsidRDefault="00000000" w:rsidRPr="00000000" w14:paraId="00000423">
      <w:pPr>
        <w:ind w:firstLine="720"/>
        <w:rPr/>
      </w:pPr>
      <w:r w:rsidDel="00000000" w:rsidR="00000000" w:rsidRPr="00000000">
        <w:rPr>
          <w:rtl w:val="0"/>
        </w:rPr>
        <w:t xml:space="preserve">Bearish nodded. “Good. Steele, I’ll put you with Grant—you’re assigned to 216 Henry that night. You’ll focus on the border between Florence and Firestone. I want you on top of every suspicious vehicle, every known gangster, and every dark alley. Make your contacts and take anyone to jail for anything you can pin on them. We’re sending a message.”</w:t>
      </w:r>
    </w:p>
    <w:p w:rsidR="00000000" w:rsidDel="00000000" w:rsidP="00000000" w:rsidRDefault="00000000" w:rsidRPr="00000000" w14:paraId="00000424">
      <w:pPr>
        <w:ind w:firstLine="720"/>
        <w:rPr/>
      </w:pPr>
      <w:r w:rsidDel="00000000" w:rsidR="00000000" w:rsidRPr="00000000">
        <w:rPr>
          <w:rtl w:val="0"/>
        </w:rPr>
        <w:t xml:space="preserve">"Copy that, sir," Steele replied, his voice steady.</w:t>
      </w:r>
    </w:p>
    <w:p w:rsidR="00000000" w:rsidDel="00000000" w:rsidP="00000000" w:rsidRDefault="00000000" w:rsidRPr="00000000" w14:paraId="00000425">
      <w:pPr>
        <w:ind w:firstLine="720"/>
        <w:rPr/>
      </w:pPr>
      <w:r w:rsidDel="00000000" w:rsidR="00000000" w:rsidRPr="00000000">
        <w:rPr>
          <w:rtl w:val="0"/>
        </w:rPr>
        <w:t xml:space="preserve">Bearish continued, “For the rest of you, that night I want everyone looking sharp. Long sleeves and ties. Tuesday isn’t just about handling calls; it’s about reminding these gangs who owns these streets. Let’s honor Myers the right way. That’s it. Stay safe, and keep an eye out for each other."</w:t>
      </w:r>
    </w:p>
    <w:p w:rsidR="00000000" w:rsidDel="00000000" w:rsidP="00000000" w:rsidRDefault="00000000" w:rsidRPr="00000000" w14:paraId="00000426">
      <w:pPr>
        <w:ind w:firstLine="720"/>
        <w:rPr/>
      </w:pPr>
      <w:r w:rsidDel="00000000" w:rsidR="00000000" w:rsidRPr="00000000">
        <w:rPr>
          <w:rtl w:val="0"/>
        </w:rPr>
        <w:t xml:space="preserve">The room emptied out quickly, deputies preparing for the long night ahead. Steele and Connor exchanged glances, feeling the weight of the night that lay ahead of them.</w:t>
      </w:r>
    </w:p>
    <w:p w:rsidR="00000000" w:rsidDel="00000000" w:rsidP="00000000" w:rsidRDefault="00000000" w:rsidRPr="00000000" w14:paraId="00000427">
      <w:pPr>
        <w:ind w:firstLine="720"/>
        <w:rPr/>
      </w:pPr>
      <w:r w:rsidDel="00000000" w:rsidR="00000000" w:rsidRPr="00000000">
        <w:rPr>
          <w:rtl w:val="0"/>
        </w:rPr>
        <w:t xml:space="preserve">***</w:t>
      </w:r>
    </w:p>
    <w:p w:rsidR="00000000" w:rsidDel="00000000" w:rsidP="00000000" w:rsidRDefault="00000000" w:rsidRPr="00000000" w14:paraId="00000428">
      <w:pPr>
        <w:ind w:firstLine="720"/>
        <w:rPr/>
      </w:pPr>
      <w:r w:rsidDel="00000000" w:rsidR="00000000" w:rsidRPr="00000000">
        <w:rPr>
          <w:rtl w:val="0"/>
        </w:rPr>
        <w:t xml:space="preserve">It was Steele's night off, but instead of relaxing, he was back in uniform and ready to work. He and Grant sat in their black-and-white cruiser as they drove out of Century Station toward the Firestone and Florence areas.</w:t>
      </w:r>
    </w:p>
    <w:p w:rsidR="00000000" w:rsidDel="00000000" w:rsidP="00000000" w:rsidRDefault="00000000" w:rsidRPr="00000000" w14:paraId="00000429">
      <w:pPr>
        <w:ind w:firstLine="720"/>
        <w:rPr/>
      </w:pPr>
      <w:r w:rsidDel="00000000" w:rsidR="00000000" w:rsidRPr="00000000">
        <w:rPr>
          <w:rtl w:val="0"/>
        </w:rPr>
        <w:t xml:space="preserve">“Big night, brother,” Steele said, eyes scanning the dark streets as they cruised through the neighborhoods.</w:t>
      </w:r>
    </w:p>
    <w:p w:rsidR="00000000" w:rsidDel="00000000" w:rsidP="00000000" w:rsidRDefault="00000000" w:rsidRPr="00000000" w14:paraId="0000042A">
      <w:pPr>
        <w:ind w:firstLine="720"/>
        <w:rPr/>
      </w:pPr>
      <w:r w:rsidDel="00000000" w:rsidR="00000000" w:rsidRPr="00000000">
        <w:rPr>
          <w:rtl w:val="0"/>
        </w:rPr>
        <w:t xml:space="preserve">“Yeah, Myers’ anniversary,” Grant replied. “We need to make these bastards think twice about pulling any more stunts around here.”</w:t>
      </w:r>
    </w:p>
    <w:p w:rsidR="00000000" w:rsidDel="00000000" w:rsidP="00000000" w:rsidRDefault="00000000" w:rsidRPr="00000000" w14:paraId="0000042B">
      <w:pPr>
        <w:ind w:firstLine="720"/>
        <w:rPr/>
      </w:pPr>
      <w:r w:rsidDel="00000000" w:rsidR="00000000" w:rsidRPr="00000000">
        <w:rPr>
          <w:rtl w:val="0"/>
        </w:rPr>
        <w:t xml:space="preserve">They had been assigned to work 216 Henry, the same area where Myers had been killed. It was a subtle reminder of the stakes they faced every night. As they navigated the narrow streets, they knew the goal was to flood the area, make contact with any Florencia or East Coast Crip gang members, and haul in as many arrests as possible.</w:t>
      </w:r>
    </w:p>
    <w:p w:rsidR="00000000" w:rsidDel="00000000" w:rsidP="00000000" w:rsidRDefault="00000000" w:rsidRPr="00000000" w14:paraId="0000042C">
      <w:pPr>
        <w:ind w:firstLine="720"/>
        <w:rPr/>
      </w:pPr>
      <w:r w:rsidDel="00000000" w:rsidR="00000000" w:rsidRPr="00000000">
        <w:rPr>
          <w:rtl w:val="0"/>
        </w:rPr>
        <w:t xml:space="preserve">The hours ticked by, the night air filled with the hum of engines and the distant sound of sirens. Steele guided the patrol car through alleyways and back streets, driving with the headlights off to sneak up on any gangsters trying to avoid police presence.</w:t>
      </w:r>
    </w:p>
    <w:p w:rsidR="00000000" w:rsidDel="00000000" w:rsidP="00000000" w:rsidRDefault="00000000" w:rsidRPr="00000000" w14:paraId="0000042D">
      <w:pPr>
        <w:ind w:firstLine="720"/>
        <w:rPr/>
      </w:pPr>
      <w:r w:rsidDel="00000000" w:rsidR="00000000" w:rsidRPr="00000000">
        <w:rPr>
          <w:rtl w:val="0"/>
        </w:rPr>
        <w:t xml:space="preserve">“You gotta creep with the lights off,” Steele muttered. “Catch them off guard, otherwise, they’ll scatter before we even get close.”</w:t>
      </w:r>
    </w:p>
    <w:p w:rsidR="00000000" w:rsidDel="00000000" w:rsidP="00000000" w:rsidRDefault="00000000" w:rsidRPr="00000000" w14:paraId="0000042E">
      <w:pPr>
        <w:ind w:firstLine="720"/>
        <w:rPr/>
      </w:pPr>
      <w:r w:rsidDel="00000000" w:rsidR="00000000" w:rsidRPr="00000000">
        <w:rPr>
          <w:rtl w:val="0"/>
        </w:rPr>
        <w:t xml:space="preserve">“Copy that,” Grant replied, his eyes darting to each side of the street, searching for movement in the shadows.</w:t>
      </w:r>
    </w:p>
    <w:p w:rsidR="00000000" w:rsidDel="00000000" w:rsidP="00000000" w:rsidRDefault="00000000" w:rsidRPr="00000000" w14:paraId="0000042F">
      <w:pPr>
        <w:ind w:firstLine="720"/>
        <w:rPr/>
      </w:pPr>
      <w:r w:rsidDel="00000000" w:rsidR="00000000" w:rsidRPr="00000000">
        <w:rPr>
          <w:rtl w:val="0"/>
        </w:rPr>
        <w:t xml:space="preserve">After an hour of patrolling the Florence neighborhood, Steele spotted something on a brick wall—a fresh tag that made his blood run cold. There it was: "187 Steele," scrawled in dark spray paint, accompanied by other Florencia gang markings.</w:t>
      </w:r>
    </w:p>
    <w:p w:rsidR="00000000" w:rsidDel="00000000" w:rsidP="00000000" w:rsidRDefault="00000000" w:rsidRPr="00000000" w14:paraId="00000430">
      <w:pPr>
        <w:ind w:firstLine="720"/>
        <w:rPr/>
      </w:pPr>
      <w:r w:rsidDel="00000000" w:rsidR="00000000" w:rsidRPr="00000000">
        <w:rPr>
          <w:rtl w:val="0"/>
        </w:rPr>
        <w:t xml:space="preserve">Grant saw it too. "Looks like you’ve made the hit list, bro."</w:t>
      </w:r>
    </w:p>
    <w:p w:rsidR="00000000" w:rsidDel="00000000" w:rsidP="00000000" w:rsidRDefault="00000000" w:rsidRPr="00000000" w14:paraId="00000431">
      <w:pPr>
        <w:ind w:firstLine="720"/>
        <w:rPr/>
      </w:pPr>
      <w:r w:rsidDel="00000000" w:rsidR="00000000" w:rsidRPr="00000000">
        <w:rPr>
          <w:rtl w:val="0"/>
        </w:rPr>
        <w:t xml:space="preserve">Steele tightened his grip on the wheel. "Guess they didn’t like me catching their buddy the other night. Screw them. We still have a job to do."</w:t>
      </w:r>
    </w:p>
    <w:p w:rsidR="00000000" w:rsidDel="00000000" w:rsidP="00000000" w:rsidRDefault="00000000" w:rsidRPr="00000000" w14:paraId="00000432">
      <w:pPr>
        <w:ind w:firstLine="720"/>
        <w:rPr/>
      </w:pPr>
      <w:r w:rsidDel="00000000" w:rsidR="00000000" w:rsidRPr="00000000">
        <w:rPr>
          <w:rtl w:val="0"/>
        </w:rPr>
        <w:t xml:space="preserve">As they drove deeper into Florencia territory, the radio crackled to life. “216 Henry, report of a large group congregating in the alleyway near 83rd and Hooper. Possible gang activity. Units to respond?”</w:t>
      </w:r>
    </w:p>
    <w:p w:rsidR="00000000" w:rsidDel="00000000" w:rsidP="00000000" w:rsidRDefault="00000000" w:rsidRPr="00000000" w14:paraId="00000433">
      <w:pPr>
        <w:ind w:firstLine="720"/>
        <w:rPr/>
      </w:pPr>
      <w:r w:rsidDel="00000000" w:rsidR="00000000" w:rsidRPr="00000000">
        <w:rPr>
          <w:rtl w:val="0"/>
        </w:rPr>
        <w:t xml:space="preserve">Steele keyed the mic immediately, "216 Henry, en route." He exchanged a quick glance with Grant, who nodded. This was the kind of action they had signed up for.</w:t>
      </w:r>
    </w:p>
    <w:p w:rsidR="00000000" w:rsidDel="00000000" w:rsidP="00000000" w:rsidRDefault="00000000" w:rsidRPr="00000000" w14:paraId="00000434">
      <w:pPr>
        <w:ind w:firstLine="720"/>
        <w:rPr/>
      </w:pPr>
      <w:r w:rsidDel="00000000" w:rsidR="00000000" w:rsidRPr="00000000">
        <w:rPr>
          <w:rtl w:val="0"/>
        </w:rPr>
        <w:t xml:space="preserve">Steele killed the headlights, coasting through the dark streets toward the location. "Game on," he whispered as they turned into the alley. In the distance, he saw silhouettes shifting, figures darting in the shadows.</w:t>
      </w:r>
    </w:p>
    <w:p w:rsidR="00000000" w:rsidDel="00000000" w:rsidP="00000000" w:rsidRDefault="00000000" w:rsidRPr="00000000" w14:paraId="00000435">
      <w:pPr>
        <w:ind w:firstLine="720"/>
        <w:rPr/>
      </w:pPr>
      <w:r w:rsidDel="00000000" w:rsidR="00000000" w:rsidRPr="00000000">
        <w:rPr>
          <w:rtl w:val="0"/>
        </w:rPr>
        <w:t xml:space="preserve">"There they are," Grant murmured, his hand instinctively moving to his weapon.</w:t>
      </w:r>
    </w:p>
    <w:p w:rsidR="00000000" w:rsidDel="00000000" w:rsidP="00000000" w:rsidRDefault="00000000" w:rsidRPr="00000000" w14:paraId="00000436">
      <w:pPr>
        <w:ind w:firstLine="720"/>
        <w:rPr/>
      </w:pPr>
      <w:r w:rsidDel="00000000" w:rsidR="00000000" w:rsidRPr="00000000">
        <w:rPr>
          <w:rtl w:val="0"/>
        </w:rPr>
        <w:t xml:space="preserve">Steele parked the car, leaving enough distance between them and the group to give themselves some cover if things went south. "We go in slow," Steele said, his voice steady. "We keep them in front of us. If they run, we call for backup."</w:t>
      </w:r>
    </w:p>
    <w:p w:rsidR="00000000" w:rsidDel="00000000" w:rsidP="00000000" w:rsidRDefault="00000000" w:rsidRPr="00000000" w14:paraId="00000437">
      <w:pPr>
        <w:ind w:firstLine="720"/>
        <w:rPr/>
      </w:pPr>
      <w:r w:rsidDel="00000000" w:rsidR="00000000" w:rsidRPr="00000000">
        <w:rPr>
          <w:rtl w:val="0"/>
        </w:rPr>
        <w:t xml:space="preserve">The two stepped out of the cruiser, keeping low as they approached. "Sheriff’s Department!" Steele barked, his flashlight beam cutting through the dark. "Get your hands up!"</w:t>
      </w:r>
    </w:p>
    <w:p w:rsidR="00000000" w:rsidDel="00000000" w:rsidP="00000000" w:rsidRDefault="00000000" w:rsidRPr="00000000" w14:paraId="00000438">
      <w:pPr>
        <w:ind w:firstLine="720"/>
        <w:rPr/>
      </w:pPr>
      <w:r w:rsidDel="00000000" w:rsidR="00000000" w:rsidRPr="00000000">
        <w:rPr>
          <w:rtl w:val="0"/>
        </w:rPr>
        <w:t xml:space="preserve">The figures turned, momentarily frozen in the light. For a heartbeat, there was nothing but silence, the tension crackling in the air. Then, one of the gangsters bolted, sprinting toward the back of the alley.</w:t>
      </w:r>
    </w:p>
    <w:p w:rsidR="00000000" w:rsidDel="00000000" w:rsidP="00000000" w:rsidRDefault="00000000" w:rsidRPr="00000000" w14:paraId="00000439">
      <w:pPr>
        <w:ind w:firstLine="720"/>
        <w:rPr/>
      </w:pPr>
      <w:r w:rsidDel="00000000" w:rsidR="00000000" w:rsidRPr="00000000">
        <w:rPr>
          <w:rtl w:val="0"/>
        </w:rPr>
        <w:t xml:space="preserve">"Runner!" Grant shouted.</w:t>
      </w:r>
    </w:p>
    <w:p w:rsidR="00000000" w:rsidDel="00000000" w:rsidP="00000000" w:rsidRDefault="00000000" w:rsidRPr="00000000" w14:paraId="0000043A">
      <w:pPr>
        <w:ind w:firstLine="720"/>
        <w:rPr/>
      </w:pPr>
      <w:r w:rsidDel="00000000" w:rsidR="00000000" w:rsidRPr="00000000">
        <w:rPr>
          <w:rtl w:val="0"/>
        </w:rPr>
        <w:t xml:space="preserve">Steele was already in motion, chasing after the suspect. His boots pounded against the pavement as he rounded the corner of the alley, eyes locked on the fleeing figure. "Stop! Sheriff's Department!" he yelled, but the gangster only pushed harder, vaulting over a low fence.</w:t>
      </w:r>
    </w:p>
    <w:p w:rsidR="00000000" w:rsidDel="00000000" w:rsidP="00000000" w:rsidRDefault="00000000" w:rsidRPr="00000000" w14:paraId="0000043B">
      <w:pPr>
        <w:ind w:firstLine="720"/>
        <w:rPr/>
      </w:pPr>
      <w:r w:rsidDel="00000000" w:rsidR="00000000" w:rsidRPr="00000000">
        <w:rPr>
          <w:rtl w:val="0"/>
        </w:rPr>
        <w:t xml:space="preserve">Steele followed, feeling the adrenaline surge through his veins. He landed on the other side of the fence, his hand grazing the butt of his weapon as he prepared for anything. The gangster glanced back, eyes wide with fear as he realized Steele was gaining on him. Steele lunged, tackling the man to the ground with a thud.</w:t>
      </w:r>
    </w:p>
    <w:p w:rsidR="00000000" w:rsidDel="00000000" w:rsidP="00000000" w:rsidRDefault="00000000" w:rsidRPr="00000000" w14:paraId="0000043C">
      <w:pPr>
        <w:ind w:firstLine="720"/>
        <w:rPr/>
      </w:pPr>
      <w:r w:rsidDel="00000000" w:rsidR="00000000" w:rsidRPr="00000000">
        <w:rPr>
          <w:rtl w:val="0"/>
        </w:rPr>
        <w:t xml:space="preserve">"Got him!" Steele called out, wrestling the suspect's arms behind his back and slapping on the cuffs.</w:t>
      </w:r>
    </w:p>
    <w:p w:rsidR="00000000" w:rsidDel="00000000" w:rsidP="00000000" w:rsidRDefault="00000000" w:rsidRPr="00000000" w14:paraId="0000043D">
      <w:pPr>
        <w:ind w:firstLine="720"/>
        <w:rPr/>
      </w:pPr>
      <w:r w:rsidDel="00000000" w:rsidR="00000000" w:rsidRPr="00000000">
        <w:rPr>
          <w:rtl w:val="0"/>
        </w:rPr>
        <w:t xml:space="preserve">Steele dragged the gangster back to where Grant was, breathing heavily. "Nice work," he panted, helping Steele put the suspect in their crown victoria.</w:t>
      </w:r>
    </w:p>
    <w:p w:rsidR="00000000" w:rsidDel="00000000" w:rsidP="00000000" w:rsidRDefault="00000000" w:rsidRPr="00000000" w14:paraId="0000043E">
      <w:pPr>
        <w:ind w:firstLine="720"/>
        <w:rPr/>
      </w:pPr>
      <w:r w:rsidDel="00000000" w:rsidR="00000000" w:rsidRPr="00000000">
        <w:rPr>
          <w:rtl w:val="0"/>
        </w:rPr>
        <w:t xml:space="preserve">Back at the alley, the rest of the gang members were lined up against the wall, hands behind their heads as other deputies arrived on scene. Steele and Grant searched the group, finding small amounts of drugs and locating warrants on two the East Coast Crip gangsters. They called it in, requesting transport for their detainees.</w:t>
      </w:r>
    </w:p>
    <w:p w:rsidR="00000000" w:rsidDel="00000000" w:rsidP="00000000" w:rsidRDefault="00000000" w:rsidRPr="00000000" w14:paraId="0000043F">
      <w:pPr>
        <w:ind w:firstLine="720"/>
        <w:rPr/>
      </w:pPr>
      <w:r w:rsidDel="00000000" w:rsidR="00000000" w:rsidRPr="00000000">
        <w:rPr>
          <w:rtl w:val="0"/>
        </w:rPr>
        <w:t xml:space="preserve">As they watched the gang members get loaded into patrol cars, Steele turned to Grant. "Tonight, we sent a message."</w:t>
      </w:r>
    </w:p>
    <w:p w:rsidR="00000000" w:rsidDel="00000000" w:rsidP="00000000" w:rsidRDefault="00000000" w:rsidRPr="00000000" w14:paraId="00000440">
      <w:pPr>
        <w:ind w:firstLine="720"/>
        <w:rPr/>
      </w:pPr>
      <w:r w:rsidDel="00000000" w:rsidR="00000000" w:rsidRPr="00000000">
        <w:rPr>
          <w:rtl w:val="0"/>
        </w:rPr>
        <w:t xml:space="preserve">Grant nodded. "For Myers," he said simply.</w:t>
      </w:r>
    </w:p>
    <w:p w:rsidR="00000000" w:rsidDel="00000000" w:rsidP="00000000" w:rsidRDefault="00000000" w:rsidRPr="00000000" w14:paraId="00000441">
      <w:pPr>
        <w:ind w:firstLine="720"/>
        <w:rPr/>
      </w:pPr>
      <w:r w:rsidDel="00000000" w:rsidR="00000000" w:rsidRPr="00000000">
        <w:rPr>
          <w:rtl w:val="0"/>
        </w:rPr>
        <w:t xml:space="preserve">Steele climbed back into the cruiser, glancing in the rearview mirror at the "187 Steele" graffiti. He knew that his job had just escalated to a whole new level of danger, but that didn’t matter. Tonight, they had shown the gangs that the sheriff's deputies were still in control.</w:t>
      </w:r>
    </w:p>
    <w:p w:rsidR="00000000" w:rsidDel="00000000" w:rsidP="00000000" w:rsidRDefault="00000000" w:rsidRPr="00000000" w14:paraId="00000442">
      <w:pPr>
        <w:ind w:firstLine="720"/>
        <w:rPr/>
      </w:pPr>
      <w:r w:rsidDel="00000000" w:rsidR="00000000" w:rsidRPr="00000000">
        <w:rPr>
          <w:rtl w:val="0"/>
        </w:rPr>
        <w:t xml:space="preserve">As they drove off into the night, the weight of the task ahead settled on Steele's shoulders. This was only the beginning.</w:t>
      </w:r>
    </w:p>
    <w:p w:rsidR="00000000" w:rsidDel="00000000" w:rsidP="00000000" w:rsidRDefault="00000000" w:rsidRPr="00000000" w14:paraId="00000443">
      <w:pPr>
        <w:ind w:firstLine="720"/>
        <w:rPr/>
      </w:pPr>
      <w:r w:rsidDel="00000000" w:rsidR="00000000" w:rsidRPr="00000000">
        <w:rPr>
          <w:rtl w:val="0"/>
        </w:rPr>
        <w:t xml:space="preserve">***</w:t>
      </w:r>
    </w:p>
    <w:p w:rsidR="00000000" w:rsidDel="00000000" w:rsidP="00000000" w:rsidRDefault="00000000" w:rsidRPr="00000000" w14:paraId="00000444">
      <w:pPr>
        <w:ind w:firstLine="720"/>
        <w:rPr/>
      </w:pPr>
      <w:r w:rsidDel="00000000" w:rsidR="00000000" w:rsidRPr="00000000">
        <w:rPr>
          <w:rtl w:val="0"/>
        </w:rPr>
        <w:t xml:space="preserve">Later in the shift, Steele’s phone buzzed, and he answered with a quick, “What’s up, sir?”</w:t>
      </w:r>
    </w:p>
    <w:p w:rsidR="00000000" w:rsidDel="00000000" w:rsidP="00000000" w:rsidRDefault="00000000" w:rsidRPr="00000000" w14:paraId="00000445">
      <w:pPr>
        <w:ind w:firstLine="720"/>
        <w:rPr/>
      </w:pPr>
      <w:r w:rsidDel="00000000" w:rsidR="00000000" w:rsidRPr="00000000">
        <w:rPr>
          <w:rtl w:val="0"/>
        </w:rPr>
        <w:t xml:space="preserve">“Meet me and the fellas at the loading docks in 10,” Connor replied, then hung up without waiting for a response.</w:t>
      </w:r>
    </w:p>
    <w:p w:rsidR="00000000" w:rsidDel="00000000" w:rsidP="00000000" w:rsidRDefault="00000000" w:rsidRPr="00000000" w14:paraId="00000446">
      <w:pPr>
        <w:ind w:firstLine="720"/>
        <w:rPr/>
      </w:pPr>
      <w:r w:rsidDel="00000000" w:rsidR="00000000" w:rsidRPr="00000000">
        <w:rPr>
          <w:rtl w:val="0"/>
        </w:rPr>
        <w:t xml:space="preserve">Steele glanced at Grant, who had caught part of the conversation. "Connor wants us at the docks," he said. Grant nodded, and Steele turned the car in the direction of the station.</w:t>
      </w:r>
    </w:p>
    <w:p w:rsidR="00000000" w:rsidDel="00000000" w:rsidP="00000000" w:rsidRDefault="00000000" w:rsidRPr="00000000" w14:paraId="00000447">
      <w:pPr>
        <w:ind w:firstLine="720"/>
        <w:rPr/>
      </w:pPr>
      <w:r w:rsidDel="00000000" w:rsidR="00000000" w:rsidRPr="00000000">
        <w:rPr>
          <w:rtl w:val="0"/>
        </w:rPr>
        <w:t xml:space="preserve">When they arrived, five other units were already parked, their lights off. A circle of ten deputies stood around in the shadows, a mix of chatter and laughter carrying through the night air. Steele recognized them immediately—these were the inked guys on the shift. The veterans. The ones who’d been through it all.</w:t>
      </w:r>
    </w:p>
    <w:p w:rsidR="00000000" w:rsidDel="00000000" w:rsidP="00000000" w:rsidRDefault="00000000" w:rsidRPr="00000000" w14:paraId="00000448">
      <w:pPr>
        <w:ind w:firstLine="720"/>
        <w:rPr/>
      </w:pPr>
      <w:r w:rsidDel="00000000" w:rsidR="00000000" w:rsidRPr="00000000">
        <w:rPr>
          <w:rtl w:val="0"/>
        </w:rPr>
        <w:t xml:space="preserve">Steele and Grant walked up, trying to mask their curiosity. Connor was at the center of the circle, his stance commanding everyone's attention. “Welcome to the party," Connor greeted them, his eyes sharp. "Nice work earlier, both of you. But we aren’t done yet.”</w:t>
      </w:r>
    </w:p>
    <w:p w:rsidR="00000000" w:rsidDel="00000000" w:rsidP="00000000" w:rsidRDefault="00000000" w:rsidRPr="00000000" w14:paraId="00000449">
      <w:pPr>
        <w:ind w:firstLine="720"/>
        <w:rPr/>
      </w:pPr>
      <w:r w:rsidDel="00000000" w:rsidR="00000000" w:rsidRPr="00000000">
        <w:rPr>
          <w:rtl w:val="0"/>
        </w:rPr>
        <w:t xml:space="preserve">Steele could sense the energy among the deputies; this wasn’t going to be a casual patrol. Something was up.</w:t>
      </w:r>
    </w:p>
    <w:p w:rsidR="00000000" w:rsidDel="00000000" w:rsidP="00000000" w:rsidRDefault="00000000" w:rsidRPr="00000000" w14:paraId="0000044A">
      <w:pPr>
        <w:ind w:firstLine="720"/>
        <w:rPr/>
      </w:pPr>
      <w:r w:rsidDel="00000000" w:rsidR="00000000" w:rsidRPr="00000000">
        <w:rPr>
          <w:rtl w:val="0"/>
        </w:rPr>
        <w:t xml:space="preserve">Connor continued, his tone all business. “There’s a Florencia clique that has practically claimed 59th Place, just east of Compton Ave. They’ve got lookouts on every corner, and the second we roll through, they start whistling, warning the whole block we’re coming. We’re going to change that tonight. For Myers.”</w:t>
      </w:r>
    </w:p>
    <w:p w:rsidR="00000000" w:rsidDel="00000000" w:rsidP="00000000" w:rsidRDefault="00000000" w:rsidRPr="00000000" w14:paraId="0000044B">
      <w:pPr>
        <w:ind w:firstLine="720"/>
        <w:rPr/>
      </w:pPr>
      <w:r w:rsidDel="00000000" w:rsidR="00000000" w:rsidRPr="00000000">
        <w:rPr>
          <w:rtl w:val="0"/>
        </w:rPr>
        <w:t xml:space="preserve">The group went quiet, each deputy’s expression hardening at the mention of their fallen brother.</w:t>
      </w:r>
    </w:p>
    <w:p w:rsidR="00000000" w:rsidDel="00000000" w:rsidP="00000000" w:rsidRDefault="00000000" w:rsidRPr="00000000" w14:paraId="0000044C">
      <w:pPr>
        <w:ind w:firstLine="720"/>
        <w:rPr/>
      </w:pPr>
      <w:r w:rsidDel="00000000" w:rsidR="00000000" w:rsidRPr="00000000">
        <w:rPr>
          <w:rtl w:val="0"/>
        </w:rPr>
        <w:t xml:space="preserve">“So here’s the plan,” Connor began. “Tonight, we're going in on foot. Half of us will start at Compton Avenue, the other half will start at Hooper. We walk through the street, squeeze them from both ends, and catch them off guard. No lights, no sirens—just boots on the ground. If we’re lucky, we’ll walk right up on these bastards before they even know we’re there.”</w:t>
      </w:r>
    </w:p>
    <w:p w:rsidR="00000000" w:rsidDel="00000000" w:rsidP="00000000" w:rsidRDefault="00000000" w:rsidRPr="00000000" w14:paraId="0000044D">
      <w:pPr>
        <w:ind w:firstLine="720"/>
        <w:rPr/>
      </w:pPr>
      <w:r w:rsidDel="00000000" w:rsidR="00000000" w:rsidRPr="00000000">
        <w:rPr>
          <w:rtl w:val="0"/>
        </w:rPr>
        <w:t xml:space="preserve">Steele exchanged a quick look with Grant. This was going to be a bold move, and it wasn’t exactly standard procedure. But the adrenaline was already starting to pump; they knew they were being brought into something that mattered.</w:t>
      </w:r>
    </w:p>
    <w:p w:rsidR="00000000" w:rsidDel="00000000" w:rsidP="00000000" w:rsidRDefault="00000000" w:rsidRPr="00000000" w14:paraId="0000044E">
      <w:pPr>
        <w:ind w:firstLine="720"/>
        <w:rPr/>
      </w:pPr>
      <w:r w:rsidDel="00000000" w:rsidR="00000000" w:rsidRPr="00000000">
        <w:rPr>
          <w:rtl w:val="0"/>
        </w:rPr>
        <w:t xml:space="preserve">Connor continued, “Bearish is in the loop and knows what we’re about to do. GET still has extra units in the area tonight, and I’ll let them know to keep off 59th but be close by in case things get hairy. This could get loud, so be ready.”</w:t>
      </w:r>
    </w:p>
    <w:p w:rsidR="00000000" w:rsidDel="00000000" w:rsidP="00000000" w:rsidRDefault="00000000" w:rsidRPr="00000000" w14:paraId="0000044F">
      <w:pPr>
        <w:ind w:firstLine="720"/>
        <w:rPr/>
      </w:pPr>
      <w:r w:rsidDel="00000000" w:rsidR="00000000" w:rsidRPr="00000000">
        <w:rPr>
          <w:rtl w:val="0"/>
        </w:rPr>
        <w:t xml:space="preserve">He scanned the circle, meeting each deputy’s eyes. “Any questions?”</w:t>
      </w:r>
    </w:p>
    <w:p w:rsidR="00000000" w:rsidDel="00000000" w:rsidP="00000000" w:rsidRDefault="00000000" w:rsidRPr="00000000" w14:paraId="00000450">
      <w:pPr>
        <w:ind w:firstLine="720"/>
        <w:rPr/>
      </w:pPr>
      <w:r w:rsidDel="00000000" w:rsidR="00000000" w:rsidRPr="00000000">
        <w:rPr>
          <w:rtl w:val="0"/>
        </w:rPr>
        <w:t xml:space="preserve">The group shook their heads. Steele could feel the gravity of what they were about to do settle into the pit of his stomach, but he knew this was part of the job—part of proving he could hold his own among these men.</w:t>
      </w:r>
    </w:p>
    <w:p w:rsidR="00000000" w:rsidDel="00000000" w:rsidP="00000000" w:rsidRDefault="00000000" w:rsidRPr="00000000" w14:paraId="00000451">
      <w:pPr>
        <w:ind w:firstLine="720"/>
        <w:rPr/>
      </w:pPr>
      <w:r w:rsidDel="00000000" w:rsidR="00000000" w:rsidRPr="00000000">
        <w:rPr>
          <w:rtl w:val="0"/>
        </w:rPr>
        <w:t xml:space="preserve">“Alright then,” Connor said, nodding in approval. “Head to your units. We meet back here in ten and then roll out. Let’s show these punks what happens when they cross a line.”</w:t>
      </w:r>
    </w:p>
    <w:p w:rsidR="00000000" w:rsidDel="00000000" w:rsidP="00000000" w:rsidRDefault="00000000" w:rsidRPr="00000000" w14:paraId="00000452">
      <w:pPr>
        <w:ind w:firstLine="720"/>
        <w:rPr/>
      </w:pPr>
      <w:r w:rsidDel="00000000" w:rsidR="00000000" w:rsidRPr="00000000">
        <w:rPr>
          <w:rtl w:val="0"/>
        </w:rPr>
        <w:t xml:space="preserve">As Steele and Grant walked back to their car, Grant whispered, “Looks like we’re about to crash their little party.”</w:t>
      </w:r>
    </w:p>
    <w:p w:rsidR="00000000" w:rsidDel="00000000" w:rsidP="00000000" w:rsidRDefault="00000000" w:rsidRPr="00000000" w14:paraId="00000453">
      <w:pPr>
        <w:ind w:firstLine="720"/>
        <w:rPr/>
      </w:pPr>
      <w:r w:rsidDel="00000000" w:rsidR="00000000" w:rsidRPr="00000000">
        <w:rPr>
          <w:rtl w:val="0"/>
        </w:rPr>
        <w:t xml:space="preserve">“Yeah,” Steele replied, tightening his grip on the steering wheel as they got into the cruiser. “And this time, they won’t see us coming.”</w:t>
      </w:r>
    </w:p>
    <w:p w:rsidR="00000000" w:rsidDel="00000000" w:rsidP="00000000" w:rsidRDefault="00000000" w:rsidRPr="00000000" w14:paraId="00000454">
      <w:pPr>
        <w:ind w:firstLine="720"/>
        <w:rPr/>
      </w:pPr>
      <w:r w:rsidDel="00000000" w:rsidR="00000000" w:rsidRPr="00000000">
        <w:rPr>
          <w:rtl w:val="0"/>
        </w:rPr>
        <w:t xml:space="preserve">The two pulled away from the docks, adrenaline building as they prepared for what could be the tensest patrol of their careers. This wasn’t just another night shift; it was about sending a message in memory of a fallen brother.</w:t>
      </w:r>
    </w:p>
    <w:p w:rsidR="00000000" w:rsidDel="00000000" w:rsidP="00000000" w:rsidRDefault="00000000" w:rsidRPr="00000000" w14:paraId="00000455">
      <w:pPr>
        <w:ind w:firstLine="720"/>
        <w:rPr/>
      </w:pPr>
      <w:r w:rsidDel="00000000" w:rsidR="00000000" w:rsidRPr="00000000">
        <w:rPr>
          <w:rtl w:val="0"/>
        </w:rPr>
        <w:t xml:space="preserve">Steele, Grant, Connor, Johnson, and Sousa began their slow approach from the Compton Avenue end of 59th Place. The night was cloaked in a thick fog, muting any streetlights and giving everything an eerie, almost dream-like quality. It was 2:30 AM, and the street was unnervingly quiet.</w:t>
      </w:r>
    </w:p>
    <w:p w:rsidR="00000000" w:rsidDel="00000000" w:rsidP="00000000" w:rsidRDefault="00000000" w:rsidRPr="00000000" w14:paraId="00000456">
      <w:pPr>
        <w:ind w:firstLine="720"/>
        <w:rPr/>
      </w:pPr>
      <w:r w:rsidDel="00000000" w:rsidR="00000000" w:rsidRPr="00000000">
        <w:rPr>
          <w:rtl w:val="0"/>
        </w:rPr>
        <w:t xml:space="preserve">They moved in silence, careful with each step to avoid making noise. For the first few minutes, they saw nothing and nobody. The block seemed deserted, and Steele began to think this operation might be a bust. He glanced at Grant, who raised his eyebrows and gave a slight shrug. Maybe word had gotten out about the saturation, and the gangsters had cleared the area.</w:t>
      </w:r>
    </w:p>
    <w:p w:rsidR="00000000" w:rsidDel="00000000" w:rsidP="00000000" w:rsidRDefault="00000000" w:rsidRPr="00000000" w14:paraId="00000457">
      <w:pPr>
        <w:ind w:firstLine="720"/>
        <w:rPr/>
      </w:pPr>
      <w:r w:rsidDel="00000000" w:rsidR="00000000" w:rsidRPr="00000000">
        <w:rPr>
          <w:rtl w:val="0"/>
        </w:rPr>
        <w:t xml:space="preserve">Then, halfway down the block, they approached a known Florencia gang house. Three gangsters were sitting on the porch, passing around what looked like a blunt, completely unaware of the deputies creeping up in the dark.</w:t>
      </w:r>
    </w:p>
    <w:p w:rsidR="00000000" w:rsidDel="00000000" w:rsidP="00000000" w:rsidRDefault="00000000" w:rsidRPr="00000000" w14:paraId="00000458">
      <w:pPr>
        <w:ind w:firstLine="720"/>
        <w:rPr/>
      </w:pPr>
      <w:r w:rsidDel="00000000" w:rsidR="00000000" w:rsidRPr="00000000">
        <w:rPr>
          <w:rtl w:val="0"/>
        </w:rPr>
        <w:t xml:space="preserve">Connor whispered, “There they are, eyes on. We need to take this slow and quiet. Steele, you and Grant flank right. Johnson, you and I will come up center. Sousa, you cover us from the left.”</w:t>
      </w:r>
    </w:p>
    <w:p w:rsidR="00000000" w:rsidDel="00000000" w:rsidP="00000000" w:rsidRDefault="00000000" w:rsidRPr="00000000" w14:paraId="00000459">
      <w:pPr>
        <w:ind w:firstLine="720"/>
        <w:rPr/>
      </w:pPr>
      <w:r w:rsidDel="00000000" w:rsidR="00000000" w:rsidRPr="00000000">
        <w:rPr>
          <w:rtl w:val="0"/>
        </w:rPr>
        <w:t xml:space="preserve">Steele nodded, his heart pounding in his chest as they moved silently into position. They were within 50 yards of the house, every step deliberate, weapons drawn but held low. They were just beginning to close the final distance when they heard the faint rumble of an engine.</w:t>
      </w:r>
    </w:p>
    <w:p w:rsidR="00000000" w:rsidDel="00000000" w:rsidP="00000000" w:rsidRDefault="00000000" w:rsidRPr="00000000" w14:paraId="0000045A">
      <w:pPr>
        <w:ind w:firstLine="720"/>
        <w:rPr/>
      </w:pPr>
      <w:r w:rsidDel="00000000" w:rsidR="00000000" w:rsidRPr="00000000">
        <w:rPr>
          <w:rtl w:val="0"/>
        </w:rPr>
        <w:t xml:space="preserve">"Hold," Connor hissed, his hand raised to signal a stop. Steele froze, turning his head just in time to see a dark Chevy Astrovan creeping down 59th Place from Compton Avenue. The deputies sank to their knees, taking cover behind parked cars and garden walls. Steele gritted his teeth, eyes glued to the van as it inched closer to the gang house.</w:t>
      </w:r>
    </w:p>
    <w:p w:rsidR="00000000" w:rsidDel="00000000" w:rsidP="00000000" w:rsidRDefault="00000000" w:rsidRPr="00000000" w14:paraId="0000045B">
      <w:pPr>
        <w:ind w:firstLine="720"/>
        <w:rPr/>
      </w:pPr>
      <w:r w:rsidDel="00000000" w:rsidR="00000000" w:rsidRPr="00000000">
        <w:rPr>
          <w:rtl w:val="0"/>
        </w:rPr>
        <w:t xml:space="preserve">“What the hell?” Grant muttered under his breath, barely audible.</w:t>
      </w:r>
    </w:p>
    <w:p w:rsidR="00000000" w:rsidDel="00000000" w:rsidP="00000000" w:rsidRDefault="00000000" w:rsidRPr="00000000" w14:paraId="0000045C">
      <w:pPr>
        <w:ind w:firstLine="720"/>
        <w:rPr/>
      </w:pPr>
      <w:r w:rsidDel="00000000" w:rsidR="00000000" w:rsidRPr="00000000">
        <w:rPr>
          <w:rtl w:val="0"/>
        </w:rPr>
        <w:t xml:space="preserve">The van continued its slow crawl until it was almost directly in front of the house. Suddenly, the side door slid open, and two Black gangsters leaned out, guns in hand. Time seemed to stop for a heartbeat, and then everything erupted into chaos.</w:t>
      </w:r>
    </w:p>
    <w:p w:rsidR="00000000" w:rsidDel="00000000" w:rsidP="00000000" w:rsidRDefault="00000000" w:rsidRPr="00000000" w14:paraId="0000045D">
      <w:pPr>
        <w:ind w:firstLine="720"/>
        <w:rPr/>
      </w:pPr>
      <w:r w:rsidDel="00000000" w:rsidR="00000000" w:rsidRPr="00000000">
        <w:rPr>
          <w:rtl w:val="0"/>
        </w:rPr>
        <w:t xml:space="preserve">The gangsters in the van opened fire with rifles, unleashing a barrage of bullets toward the Florencia gangsters on the porch. Muzzle flashes lit up the fog, the sounds of gunfire echoing off the surrounding houses like rolling thunder. The Florencia gangsters sprang to their feet, pulling out pistols and firing back with equal ferocity.</w:t>
      </w:r>
    </w:p>
    <w:p w:rsidR="00000000" w:rsidDel="00000000" w:rsidP="00000000" w:rsidRDefault="00000000" w:rsidRPr="00000000" w14:paraId="0000045E">
      <w:pPr>
        <w:ind w:firstLine="720"/>
        <w:rPr/>
      </w:pPr>
      <w:r w:rsidDel="00000000" w:rsidR="00000000" w:rsidRPr="00000000">
        <w:rPr>
          <w:rtl w:val="0"/>
        </w:rPr>
        <w:t xml:space="preserve">"They are all shooting. Get those guys" Connor barked as he raised his weapon. Steele didn't hesitate; he aimed for the van and squeezed the trigger, sending a volley of shots toward the open door. Beside him, Sousa, Johnson, and Connor focused their fire on the Florencia gangsters, who had turned their attention to the ambush unfolding in front of them.</w:t>
      </w:r>
    </w:p>
    <w:p w:rsidR="00000000" w:rsidDel="00000000" w:rsidP="00000000" w:rsidRDefault="00000000" w:rsidRPr="00000000" w14:paraId="0000045F">
      <w:pPr>
        <w:ind w:firstLine="720"/>
        <w:rPr/>
      </w:pPr>
      <w:r w:rsidDel="00000000" w:rsidR="00000000" w:rsidRPr="00000000">
        <w:rPr>
          <w:rtl w:val="0"/>
        </w:rPr>
        <w:t xml:space="preserve">The air filled with the deafening sound of gunfire. Steele kept his aim steady on the van, watching as one of the Black gangsters jumped out to stand in the street, firing at anything that moved. Then, in the chaos, both sets of gangsters turned their guns toward the deputies.</w:t>
      </w:r>
    </w:p>
    <w:p w:rsidR="00000000" w:rsidDel="00000000" w:rsidP="00000000" w:rsidRDefault="00000000" w:rsidRPr="00000000" w14:paraId="00000460">
      <w:pPr>
        <w:ind w:firstLine="720"/>
        <w:rPr/>
      </w:pPr>
      <w:r w:rsidDel="00000000" w:rsidR="00000000" w:rsidRPr="00000000">
        <w:rPr>
          <w:rtl w:val="0"/>
        </w:rPr>
        <w:t xml:space="preserve">"Get down!" Grant yelled as he dove for cover, just in time to avoid a hail of bullets.</w:t>
      </w:r>
    </w:p>
    <w:p w:rsidR="00000000" w:rsidDel="00000000" w:rsidP="00000000" w:rsidRDefault="00000000" w:rsidRPr="00000000" w14:paraId="00000461">
      <w:pPr>
        <w:ind w:firstLine="720"/>
        <w:rPr/>
      </w:pPr>
      <w:r w:rsidDel="00000000" w:rsidR="00000000" w:rsidRPr="00000000">
        <w:rPr>
          <w:rtl w:val="0"/>
        </w:rPr>
        <w:t xml:space="preserve">Steele ducked behind a garden wall as rounds ricocheted off the asphalt and bricks around him. The air stank of cordite and sweat, the fog now glowing with the strobe-like flashes of gunfire. Steele peeked over his cover and resumed firing, aiming for the gangster now standing in the street.</w:t>
      </w:r>
    </w:p>
    <w:p w:rsidR="00000000" w:rsidDel="00000000" w:rsidP="00000000" w:rsidRDefault="00000000" w:rsidRPr="00000000" w14:paraId="00000462">
      <w:pPr>
        <w:ind w:firstLine="720"/>
        <w:rPr/>
      </w:pPr>
      <w:r w:rsidDel="00000000" w:rsidR="00000000" w:rsidRPr="00000000">
        <w:rPr>
          <w:rtl w:val="0"/>
        </w:rPr>
        <w:t xml:space="preserve">From the other end of the block, the rest of the deputies began sprinting toward the gunfight. Their radios crackled with frantic reports, but none of it mattered now—it was all about surviving the next few minutes.</w:t>
      </w:r>
    </w:p>
    <w:p w:rsidR="00000000" w:rsidDel="00000000" w:rsidP="00000000" w:rsidRDefault="00000000" w:rsidRPr="00000000" w14:paraId="00000463">
      <w:pPr>
        <w:ind w:firstLine="720"/>
        <w:rPr/>
      </w:pPr>
      <w:r w:rsidDel="00000000" w:rsidR="00000000" w:rsidRPr="00000000">
        <w:rPr>
          <w:rtl w:val="0"/>
        </w:rPr>
        <w:t xml:space="preserve">One of the Black gangsters suddenly went down, collapsing in the middle of the street. The other shooter, realizing his partner was hit, jumped back into the van. Steele saw him pause, hesitate, then leap back out to grab the rifle from the fallen shooter before scrambling back into the vehicle.</w:t>
      </w:r>
    </w:p>
    <w:p w:rsidR="00000000" w:rsidDel="00000000" w:rsidP="00000000" w:rsidRDefault="00000000" w:rsidRPr="00000000" w14:paraId="00000464">
      <w:pPr>
        <w:ind w:firstLine="720"/>
        <w:rPr/>
      </w:pPr>
      <w:r w:rsidDel="00000000" w:rsidR="00000000" w:rsidRPr="00000000">
        <w:rPr>
          <w:rtl w:val="0"/>
        </w:rPr>
        <w:t xml:space="preserve">“They’re pulling out!” Johnson yelled as the van’s engine roared to life, tires screeching against the pavement.</w:t>
      </w:r>
    </w:p>
    <w:p w:rsidR="00000000" w:rsidDel="00000000" w:rsidP="00000000" w:rsidRDefault="00000000" w:rsidRPr="00000000" w14:paraId="00000465">
      <w:pPr>
        <w:ind w:firstLine="720"/>
        <w:rPr/>
      </w:pPr>
      <w:r w:rsidDel="00000000" w:rsidR="00000000" w:rsidRPr="00000000">
        <w:rPr>
          <w:rtl w:val="0"/>
        </w:rPr>
        <w:t xml:space="preserve">"Don't let them get away!" Connor shouted.</w:t>
      </w:r>
    </w:p>
    <w:p w:rsidR="00000000" w:rsidDel="00000000" w:rsidP="00000000" w:rsidRDefault="00000000" w:rsidRPr="00000000" w14:paraId="00000466">
      <w:pPr>
        <w:ind w:firstLine="720"/>
        <w:rPr/>
      </w:pPr>
      <w:r w:rsidDel="00000000" w:rsidR="00000000" w:rsidRPr="00000000">
        <w:rPr>
          <w:rtl w:val="0"/>
        </w:rPr>
        <w:t xml:space="preserve">The van accelerated, barreling down the street toward Hooper Avenue. Steele and Grant popped up from cover, unloading the last rounds in their magazines at the speeding vehicle. As it passed the other deputies on foot, the occupants of the van leaned out, firing wildly. The deputies returned fire, the sound of bullets tearing through metal and glass filling the air.</w:t>
      </w:r>
    </w:p>
    <w:p w:rsidR="00000000" w:rsidDel="00000000" w:rsidP="00000000" w:rsidRDefault="00000000" w:rsidRPr="00000000" w14:paraId="00000467">
      <w:pPr>
        <w:ind w:firstLine="720"/>
        <w:rPr/>
      </w:pPr>
      <w:r w:rsidDel="00000000" w:rsidR="00000000" w:rsidRPr="00000000">
        <w:rPr>
          <w:rtl w:val="0"/>
        </w:rPr>
        <w:t xml:space="preserve">Steele watched as the van, now riddled with bullet holes, somehow managed to keep going. It swerved violently, but the driver managed to hold it together long enough to make a right turn onto Hooper, disappearing into the night.</w:t>
      </w:r>
    </w:p>
    <w:p w:rsidR="00000000" w:rsidDel="00000000" w:rsidP="00000000" w:rsidRDefault="00000000" w:rsidRPr="00000000" w14:paraId="00000468">
      <w:pPr>
        <w:ind w:firstLine="720"/>
        <w:rPr/>
      </w:pPr>
      <w:r w:rsidDel="00000000" w:rsidR="00000000" w:rsidRPr="00000000">
        <w:rPr>
          <w:rtl w:val="0"/>
        </w:rPr>
        <w:t xml:space="preserve">The street fell silent except for the sound of car alarms and the distant wail of sirens. Steele glanced around, seeing the other deputies emerge from cover, their faces grim and covered in sweat.</w:t>
      </w:r>
    </w:p>
    <w:p w:rsidR="00000000" w:rsidDel="00000000" w:rsidP="00000000" w:rsidRDefault="00000000" w:rsidRPr="00000000" w14:paraId="00000469">
      <w:pPr>
        <w:ind w:firstLine="720"/>
        <w:rPr/>
      </w:pPr>
      <w:r w:rsidDel="00000000" w:rsidR="00000000" w:rsidRPr="00000000">
        <w:rPr>
          <w:rtl w:val="0"/>
        </w:rPr>
        <w:t xml:space="preserve">Connor moved up, his eyes scanning the scene. "Everyone alright?" he asked, his voice carrying authority despite the chaos.</w:t>
      </w:r>
    </w:p>
    <w:p w:rsidR="00000000" w:rsidDel="00000000" w:rsidP="00000000" w:rsidRDefault="00000000" w:rsidRPr="00000000" w14:paraId="0000046A">
      <w:pPr>
        <w:ind w:firstLine="720"/>
        <w:rPr/>
      </w:pPr>
      <w:r w:rsidDel="00000000" w:rsidR="00000000" w:rsidRPr="00000000">
        <w:rPr>
          <w:rtl w:val="0"/>
        </w:rPr>
        <w:t xml:space="preserve">"We're good," Steele replied, his voice steady even though his heart was racing. He looked at the gang house porch, now littered with bullet casings and debris. There was one gangster down,  on the front lawn, and the rest had scattered; the only thing left was the chaos they had just lived through.</w:t>
      </w:r>
    </w:p>
    <w:p w:rsidR="00000000" w:rsidDel="00000000" w:rsidP="00000000" w:rsidRDefault="00000000" w:rsidRPr="00000000" w14:paraId="0000046B">
      <w:pPr>
        <w:ind w:firstLine="720"/>
        <w:rPr/>
      </w:pPr>
      <w:r w:rsidDel="00000000" w:rsidR="00000000" w:rsidRPr="00000000">
        <w:rPr>
          <w:rtl w:val="0"/>
        </w:rPr>
        <w:t xml:space="preserve">"Grant, Steele, check on the downed gangster in the street, we will check the one on the lawn," Connor ordered, reloading his weapon.</w:t>
      </w:r>
    </w:p>
    <w:p w:rsidR="00000000" w:rsidDel="00000000" w:rsidP="00000000" w:rsidRDefault="00000000" w:rsidRPr="00000000" w14:paraId="0000046C">
      <w:pPr>
        <w:ind w:firstLine="720"/>
        <w:rPr/>
      </w:pPr>
      <w:r w:rsidDel="00000000" w:rsidR="00000000" w:rsidRPr="00000000">
        <w:rPr>
          <w:rtl w:val="0"/>
        </w:rPr>
        <w:t xml:space="preserve">Steele nodded, heading cautiously toward the middle of the street, where the gangster lay motionless. As he got closer, he saw the pool of blood spreading out from the body. The gangster’s eyes stared blankly up at the sky, his rifle now missing.</w:t>
      </w:r>
    </w:p>
    <w:p w:rsidR="00000000" w:rsidDel="00000000" w:rsidP="00000000" w:rsidRDefault="00000000" w:rsidRPr="00000000" w14:paraId="0000046D">
      <w:pPr>
        <w:ind w:firstLine="720"/>
        <w:rPr/>
      </w:pPr>
      <w:r w:rsidDel="00000000" w:rsidR="00000000" w:rsidRPr="00000000">
        <w:rPr>
          <w:rtl w:val="0"/>
        </w:rPr>
        <w:t xml:space="preserve">“Dead,” Grant confirmed grimly, his eyes scanning the horizon for any more threats.</w:t>
      </w:r>
    </w:p>
    <w:p w:rsidR="00000000" w:rsidDel="00000000" w:rsidP="00000000" w:rsidRDefault="00000000" w:rsidRPr="00000000" w14:paraId="0000046E">
      <w:pPr>
        <w:ind w:firstLine="720"/>
        <w:rPr/>
      </w:pPr>
      <w:r w:rsidDel="00000000" w:rsidR="00000000" w:rsidRPr="00000000">
        <w:rPr>
          <w:rtl w:val="0"/>
        </w:rPr>
        <w:t xml:space="preserve">“This guys dead too,” Connor said while standing over the Florencia gangster.</w:t>
      </w:r>
    </w:p>
    <w:p w:rsidR="00000000" w:rsidDel="00000000" w:rsidP="00000000" w:rsidRDefault="00000000" w:rsidRPr="00000000" w14:paraId="0000046F">
      <w:pPr>
        <w:ind w:firstLine="720"/>
        <w:rPr/>
      </w:pPr>
      <w:r w:rsidDel="00000000" w:rsidR="00000000" w:rsidRPr="00000000">
        <w:rPr>
          <w:rtl w:val="0"/>
        </w:rPr>
        <w:t xml:space="preserve">Connor keyed his radio. “10-33, 213 Henry. Shots fired, two suspect down. The suspect vehicle fled southbound on Hooper in a dark chevy astrovan, occupants possibly armed with rifles. We need units to contain the area.”</w:t>
      </w:r>
    </w:p>
    <w:p w:rsidR="00000000" w:rsidDel="00000000" w:rsidP="00000000" w:rsidRDefault="00000000" w:rsidRPr="00000000" w14:paraId="00000470">
      <w:pPr>
        <w:ind w:firstLine="720"/>
        <w:rPr/>
      </w:pPr>
      <w:r w:rsidDel="00000000" w:rsidR="00000000" w:rsidRPr="00000000">
        <w:rPr>
          <w:rtl w:val="0"/>
        </w:rPr>
        <w:t xml:space="preserve">Steele took a deep breath, his adrenaline still spiking as he stood there, listening to the faint echoes of sirens approaching. The street was quiet again, but this night was far from over.</w:t>
      </w:r>
    </w:p>
    <w:p w:rsidR="00000000" w:rsidDel="00000000" w:rsidP="00000000" w:rsidRDefault="00000000" w:rsidRPr="00000000" w14:paraId="00000471">
      <w:pPr>
        <w:ind w:firstLine="720"/>
        <w:rPr/>
      </w:pPr>
      <w:r w:rsidDel="00000000" w:rsidR="00000000" w:rsidRPr="00000000">
        <w:rPr>
          <w:rtl w:val="0"/>
        </w:rPr>
        <w:t xml:space="preserve">“Everyone stay sharp,” Connor called out. “This isn’t done yet.”</w:t>
      </w:r>
    </w:p>
    <w:p w:rsidR="00000000" w:rsidDel="00000000" w:rsidP="00000000" w:rsidRDefault="00000000" w:rsidRPr="00000000" w14:paraId="00000472">
      <w:pPr>
        <w:ind w:firstLine="720"/>
        <w:rPr/>
      </w:pPr>
      <w:r w:rsidDel="00000000" w:rsidR="00000000" w:rsidRPr="00000000">
        <w:rPr>
          <w:rtl w:val="0"/>
        </w:rPr>
        <w:t xml:space="preserve">The aftermath of the chaotic shootout on 59th Place had left the area swarming with deputies and flashing red and blue lights. The neighborhood, usually shrouded in darkness at this hour, was now a stage for chaos and investigation. Steele and the other deputies had searched the scene extensively, but the van and the rest of the suspects had managed to slip away into the night. The only leads they had left were two Florencia gangsters they found hiding in the backyard of the house where the firefight had started.</w:t>
      </w:r>
    </w:p>
    <w:p w:rsidR="00000000" w:rsidDel="00000000" w:rsidP="00000000" w:rsidRDefault="00000000" w:rsidRPr="00000000" w14:paraId="00000473">
      <w:pPr>
        <w:ind w:firstLine="720"/>
        <w:rPr/>
      </w:pPr>
      <w:r>
        <w:t>Connor and Steele stood near the entrance of the property, discussing the next steps when they saw the silhouette of Sergeant Sanchez striding towards them through the foggy darkness. His posture was tense, and his face already bore the telltale signs of skepticism. He looked irritated, ready to scrutinize every decision that had been made on the scene.</w:t>
      </w:r>
    </w:p>
    <w:p w:rsidR="00000000" w:rsidDel="00000000" w:rsidP="00000000" w:rsidRDefault="00000000" w:rsidRPr="00000000" w14:paraId="00000474">
      <w:pPr>
        <w:ind w:firstLine="720"/>
        <w:rPr/>
      </w:pPr>
      <w:r>
        <w:t>Sanchez stopped in front of Steele, casting a glance at the cuffed gangsters sitting on the curb, guarded by another deputy. “So, what’s the story here?” he asked curtly, his eyes now fixed on Steele.</w:t>
      </w:r>
    </w:p>
    <w:p w:rsidR="00000000" w:rsidDel="00000000" w:rsidP="00000000" w:rsidRDefault="00000000" w:rsidRPr="00000000" w14:paraId="00000475">
      <w:pPr>
        <w:ind w:firstLine="720"/>
        <w:rPr/>
      </w:pPr>
      <w:r w:rsidDel="00000000" w:rsidR="00000000" w:rsidRPr="00000000">
        <w:rPr>
          <w:rtl w:val="0"/>
        </w:rPr>
        <w:t xml:space="preserve">“We rolled up on the block to do a saturation patrol,” Steele began, maintaining a professional tone. “Saw these guys on the porch. Then, that black Astrovan rolls up, shooters hang out the side and open fire with AKs. The gangsters shot back from the porch, then everyone starting shooting at us. We returned fire, but the van sped off. We shot one of the Florencia gangsters, he’s armed.”</w:t>
      </w:r>
    </w:p>
    <w:p w:rsidR="00000000" w:rsidDel="00000000" w:rsidP="00000000" w:rsidRDefault="00000000" w:rsidRPr="00000000" w14:paraId="00000476">
      <w:pPr>
        <w:ind w:firstLine="720"/>
        <w:rPr/>
      </w:pPr>
      <w:r>
        <w:t>Sanchez nodded slowly, crossing his arms. “And what about the one you shot? Was he armed?”</w:t>
      </w:r>
    </w:p>
    <w:p w:rsidR="00000000" w:rsidDel="00000000" w:rsidP="00000000" w:rsidRDefault="00000000" w:rsidRPr="00000000" w14:paraId="00000477">
      <w:pPr>
        <w:ind w:firstLine="720"/>
        <w:rPr/>
      </w:pPr>
      <w:r w:rsidDel="00000000" w:rsidR="00000000" w:rsidRPr="00000000">
        <w:rPr>
          <w:rtl w:val="0"/>
        </w:rPr>
        <w:t xml:space="preserve">“Yes, sir,” Steele replied firmly. “He had a rifle. We saw another suspect pull it off him before the van took off.”</w:t>
      </w:r>
    </w:p>
    <w:p w:rsidR="00000000" w:rsidDel="00000000" w:rsidP="00000000" w:rsidRDefault="00000000" w:rsidRPr="00000000" w14:paraId="00000478">
      <w:pPr>
        <w:ind w:firstLine="720"/>
        <w:rPr/>
      </w:pPr>
      <w:r>
        <w:t>Sanchez gave a skeptical chuckle, shaking his head. “Right. So, the gun just magically disappears, and now we’re supposed to take your word for it?” He glanced around at the inked deputies in the area, his tone dripping with disdain. “Sounds a lot like the usual ‘inked deputy’ cover-up if you ask me.”</w:t>
      </w:r>
    </w:p>
    <w:p w:rsidR="00000000" w:rsidDel="00000000" w:rsidP="00000000" w:rsidRDefault="00000000" w:rsidRPr="00000000" w14:paraId="00000479">
      <w:pPr>
        <w:ind w:firstLine="720"/>
        <w:rPr/>
      </w:pPr>
      <w:r>
        <w:t>Connor stepped forward, his face impassive but his voice cold. “We don’t need this right now, Sanchez. We did what we had to do, and we did it by the book. The suspect was armed, and we all saw it.”</w:t>
      </w:r>
    </w:p>
    <w:p w:rsidR="00000000" w:rsidDel="00000000" w:rsidP="00000000" w:rsidRDefault="00000000" w:rsidRPr="00000000" w14:paraId="0000047A">
      <w:pPr>
        <w:ind w:firstLine="720"/>
        <w:rPr/>
      </w:pPr>
      <w:r>
        <w:t>Sanchez turned his attention back to Steele, ignoring Connor. “So, let’s go over this again. You say he had a rifle, but nobody can find it now. Convenient, don’t you think?”</w:t>
      </w:r>
    </w:p>
    <w:p w:rsidR="00000000" w:rsidDel="00000000" w:rsidP="00000000" w:rsidRDefault="00000000" w:rsidRPr="00000000" w14:paraId="0000047B">
      <w:pPr>
        <w:ind w:firstLine="720"/>
        <w:rPr/>
      </w:pPr>
      <w:r w:rsidDel="00000000" w:rsidR="00000000" w:rsidRPr="00000000">
        <w:rPr>
          <w:rtl w:val="0"/>
        </w:rPr>
        <w:t xml:space="preserve">Steele felt his blood boil but kept his voice steady. “Sir, the other suspect took the gun before they fled in the van. We were under fire from both sides. Our focus was on stopping the threat.”</w:t>
      </w:r>
    </w:p>
    <w:p w:rsidR="00000000" w:rsidDel="00000000" w:rsidP="00000000" w:rsidRDefault="00000000" w:rsidRPr="00000000" w14:paraId="0000047C">
      <w:pPr>
        <w:ind w:firstLine="720"/>
        <w:rPr/>
      </w:pPr>
      <w:r>
        <w:t>“And yet,” Sanchez continued, leaning in slightly, “you managed to shoot a man, but we have no weapon to back up your story. You know how this looks, don’t you? Like every other shooting involving inked deputies.”</w:t>
      </w:r>
    </w:p>
    <w:p w:rsidR="00000000" w:rsidDel="00000000" w:rsidP="00000000" w:rsidRDefault="00000000" w:rsidRPr="00000000" w14:paraId="0000047D">
      <w:pPr>
        <w:ind w:firstLine="720"/>
        <w:rPr/>
      </w:pPr>
      <w:r>
        <w:t>Connor’s patience snapped. “Back off, Sanchez. We’re not covering up anything here. That weapon was real, and the guy had it pointed at us. The other suspects took it with them. Are you seriously going to stand here and second-guess a firefight you weren’t even a part of?”</w:t>
      </w:r>
    </w:p>
    <w:p w:rsidR="00000000" w:rsidDel="00000000" w:rsidP="00000000" w:rsidRDefault="00000000" w:rsidRPr="00000000" w14:paraId="0000047E">
      <w:pPr>
        <w:ind w:firstLine="720"/>
        <w:rPr/>
      </w:pPr>
      <w:r>
        <w:t>Sanchez raised his hands mockingly. “Oh, I’m sorry. I forgot. The inked deputies never make mistakes, right? Always ‘justified,’ always ‘by the book.’” He turned to Steele, his eyes piercing. “You’re not even inked yet, kid. You really want to go down this road?”</w:t>
      </w:r>
    </w:p>
    <w:p w:rsidR="00000000" w:rsidDel="00000000" w:rsidP="00000000" w:rsidRDefault="00000000" w:rsidRPr="00000000" w14:paraId="0000047F">
      <w:pPr>
        <w:ind w:firstLine="720"/>
        <w:rPr/>
      </w:pPr>
      <w:r w:rsidDel="00000000" w:rsidR="00000000" w:rsidRPr="00000000">
        <w:rPr>
          <w:rtl w:val="0"/>
        </w:rPr>
        <w:t xml:space="preserve">Steele clenched his jaw. “I’m telling you the truth, sir. He had a weapon.”</w:t>
      </w:r>
    </w:p>
    <w:p w:rsidR="00000000" w:rsidDel="00000000" w:rsidP="00000000" w:rsidRDefault="00000000" w:rsidRPr="00000000" w14:paraId="00000480">
      <w:pPr>
        <w:ind w:firstLine="720"/>
        <w:rPr/>
      </w:pPr>
      <w:r>
        <w:t>“Well, that’s for the investigators to figure out,” Sanchez sneered. “But here’s what I see: a dead gangster with no gun. You better hope you’re right, or this will fall squarely on you.”</w:t>
      </w:r>
    </w:p>
    <w:p w:rsidR="00000000" w:rsidDel="00000000" w:rsidP="00000000" w:rsidRDefault="00000000" w:rsidRPr="00000000" w14:paraId="00000481">
      <w:pPr>
        <w:ind w:firstLine="720"/>
        <w:rPr/>
      </w:pPr>
      <w:r>
        <w:t>Connor took a step closer, his demeanor icy. “We’re done here, Sanchez. You want to make this an issue? Be my guest. But right now, we’re securing this scene and dealing with the aftermath of a firefight. You can either help or get out of the way.”</w:t>
      </w:r>
    </w:p>
    <w:p w:rsidR="00000000" w:rsidDel="00000000" w:rsidP="00000000" w:rsidRDefault="00000000" w:rsidRPr="00000000" w14:paraId="00000482">
      <w:pPr>
        <w:ind w:firstLine="720"/>
        <w:rPr/>
      </w:pPr>
      <w:r>
        <w:t>Sanchez glared at Connor for a moment, then shifted his gaze back to Steele. “You cowboys always think you’re untouchable. Just remember, the department’s got eyes on you now. One misstep, and you’ll be hung out to dry.”</w:t>
      </w:r>
    </w:p>
    <w:p w:rsidR="00000000" w:rsidDel="00000000" w:rsidP="00000000" w:rsidRDefault="00000000" w:rsidRPr="00000000" w14:paraId="00000483">
      <w:pPr>
        <w:ind w:firstLine="720"/>
        <w:rPr/>
      </w:pPr>
      <w:r>
        <w:t>Steele’s heart pounded, but he held Sanchez’s stare. He knew the sergeant had it out for him, but he wasn’t going to be intimidated. Not now, not ever.</w:t>
      </w:r>
    </w:p>
    <w:p w:rsidR="00000000" w:rsidDel="00000000" w:rsidP="00000000" w:rsidRDefault="00000000" w:rsidRPr="00000000" w14:paraId="00000484">
      <w:pPr>
        <w:ind w:firstLine="720"/>
        <w:rPr/>
      </w:pPr>
      <w:r>
        <w:t>“Fine,” Sanchez said, finally stepping back. “I’ll be in touch with the detectives on this one. You’d better hope they find something to corroborate your story, Steele.” With that, he turned on his heel and walked away.</w:t>
      </w:r>
    </w:p>
    <w:p w:rsidR="00000000" w:rsidDel="00000000" w:rsidP="00000000" w:rsidRDefault="00000000" w:rsidRPr="00000000" w14:paraId="00000485">
      <w:pPr>
        <w:ind w:firstLine="720"/>
        <w:rPr/>
      </w:pPr>
      <w:r w:rsidDel="00000000" w:rsidR="00000000" w:rsidRPr="00000000">
        <w:rPr>
          <w:rtl w:val="0"/>
        </w:rPr>
        <w:t xml:space="preserve">Connor exhaled slowly, turning to Steele. “Don’t let him get to you. He’s looking for any reason to hang you out to dry, but you handled yourself well tonight.”</w:t>
      </w:r>
    </w:p>
    <w:p w:rsidR="00000000" w:rsidDel="00000000" w:rsidP="00000000" w:rsidRDefault="00000000" w:rsidRPr="00000000" w14:paraId="00000486">
      <w:pPr>
        <w:ind w:firstLine="720"/>
        <w:rPr/>
      </w:pPr>
      <w:r w:rsidDel="00000000" w:rsidR="00000000" w:rsidRPr="00000000">
        <w:rPr>
          <w:rtl w:val="0"/>
        </w:rPr>
        <w:t xml:space="preserve">Steele nodded, his nerves still on edge. “It’s just… it’s frustrating. We do our jobs, and people like him want to tear us down at every turn.”</w:t>
      </w:r>
    </w:p>
    <w:p w:rsidR="00000000" w:rsidDel="00000000" w:rsidP="00000000" w:rsidRDefault="00000000" w:rsidRPr="00000000" w14:paraId="00000487">
      <w:pPr>
        <w:ind w:firstLine="720"/>
        <w:rPr/>
      </w:pPr>
      <w:r>
        <w:t>“That’s how it is out here,” Connor replied, his voice calm. “You’re going to have people like Sanchez questioning every move you make, especially when you start making a real impact. But you keep doing what you did tonight. Stay focused, stay sharp, and the truth will sort itself out.”</w:t>
      </w:r>
    </w:p>
    <w:p w:rsidR="00000000" w:rsidDel="00000000" w:rsidP="00000000" w:rsidRDefault="00000000" w:rsidRPr="00000000" w14:paraId="00000488">
      <w:pPr>
        <w:ind w:firstLine="720"/>
        <w:rPr/>
      </w:pPr>
      <w:r w:rsidDel="00000000" w:rsidR="00000000" w:rsidRPr="00000000">
        <w:rPr>
          <w:rtl w:val="0"/>
        </w:rPr>
        <w:t xml:space="preserve">Grant walked over, looking between Steele and Connor. “Everything good?”</w:t>
      </w:r>
    </w:p>
    <w:p w:rsidR="00000000" w:rsidDel="00000000" w:rsidP="00000000" w:rsidRDefault="00000000" w:rsidRPr="00000000" w14:paraId="00000489">
      <w:pPr>
        <w:ind w:firstLine="720"/>
        <w:rPr/>
      </w:pPr>
      <w:r w:rsidDel="00000000" w:rsidR="00000000" w:rsidRPr="00000000">
        <w:rPr>
          <w:rtl w:val="0"/>
        </w:rPr>
        <w:t xml:space="preserve">“Yeah, we’re good,” Connor said, giving Steele a reassuring pat on the shoulder. “Let’s get back to the station. The investigators will be interviewing all of us.”</w:t>
      </w:r>
    </w:p>
    <w:p w:rsidR="00000000" w:rsidDel="00000000" w:rsidP="00000000" w:rsidRDefault="00000000" w:rsidRPr="00000000" w14:paraId="0000048A">
      <w:pPr>
        <w:ind w:firstLine="720"/>
        <w:rPr/>
      </w:pPr>
      <w:r>
        <w:t>As they walked back to their patrol cars, Steele glanced back at the scene. He could still hear Sanchez’s words echoing in his mind, but he pushed them aside. The job was to protect the people in this neighborhood, and he wasn’t going to let some bitter sergeant derail him. He was in this for the long haul, no matter what came next.</w:t>
      </w:r>
    </w:p>
    <w:p w:rsidR="00000000" w:rsidDel="00000000" w:rsidP="00000000" w:rsidRDefault="00000000" w:rsidRPr="00000000" w14:paraId="0000048B">
      <w:pPr>
        <w:ind w:firstLine="720"/>
        <w:rPr/>
      </w:pPr>
      <w:r w:rsidDel="00000000" w:rsidR="00000000" w:rsidRPr="00000000">
        <w:rPr>
          <w:rtl w:val="0"/>
        </w:rPr>
        <w:t xml:space="preserve">“Ready?” Grant asked, opening the car door.</w:t>
      </w:r>
    </w:p>
    <w:p w:rsidR="00000000" w:rsidDel="00000000" w:rsidP="00000000" w:rsidRDefault="00000000" w:rsidRPr="00000000" w14:paraId="0000048C">
      <w:pPr>
        <w:ind w:firstLine="720"/>
        <w:rPr/>
      </w:pPr>
      <w:r w:rsidDel="00000000" w:rsidR="00000000" w:rsidRPr="00000000">
        <w:rPr>
          <w:rtl w:val="0"/>
        </w:rPr>
        <w:t xml:space="preserve">“Yeah,” Steele replied, taking a deep breath. “Let’s get this done.”</w:t>
      </w:r>
    </w:p>
    <w:p w:rsidR="00000000" w:rsidDel="00000000" w:rsidP="00000000" w:rsidRDefault="00000000" w:rsidRPr="00000000" w14:paraId="0000048D">
      <w:pPr>
        <w:ind w:firstLine="720"/>
        <w:rPr/>
      </w:pPr>
      <w:r w:rsidDel="00000000" w:rsidR="00000000" w:rsidRPr="00000000">
        <w:rPr>
          <w:rtl w:val="0"/>
        </w:rPr>
        <w:t xml:space="preserve">As they drove back to the station, the weight of the night's events settled on Steele's shoulders. The job had only just begun.</w:t>
      </w:r>
    </w:p>
    <w:p w:rsidR="00000000" w:rsidDel="00000000" w:rsidP="00000000" w:rsidRDefault="00000000" w:rsidRPr="00000000" w14:paraId="0000048E">
      <w:pPr>
        <w:ind w:firstLine="720"/>
        <w:rPr/>
      </w:pPr>
      <w:r w:rsidDel="00000000" w:rsidR="00000000" w:rsidRPr="00000000">
        <w:rPr>
          <w:rtl w:val="0"/>
        </w:rPr>
        <w:t xml:space="preserve">***</w:t>
      </w:r>
    </w:p>
    <w:p w:rsidR="00000000" w:rsidDel="00000000" w:rsidP="00000000" w:rsidRDefault="00000000" w:rsidRPr="00000000" w14:paraId="0000048F">
      <w:pPr>
        <w:ind w:firstLine="720"/>
        <w:rPr/>
      </w:pPr>
      <w:r w:rsidDel="00000000" w:rsidR="00000000" w:rsidRPr="00000000">
        <w:rPr>
          <w:rtl w:val="0"/>
        </w:rPr>
        <w:t xml:space="preserve">Steele sat in the dimly lit interview room at the station, his nerves taut but his expression calm. Across the table sat two homicide detectives, O’Connor and Vasquez. Both were experienced and well-known in the department for their thoroughness. They were friendly faces, but Steele knew this wasn’t going to be an easy conversation. They were here to dissect every detail of the shootout on 59th Place, especially the missing rifle.</w:t>
      </w:r>
    </w:p>
    <w:p w:rsidR="00000000" w:rsidDel="00000000" w:rsidP="00000000" w:rsidRDefault="00000000" w:rsidRPr="00000000" w14:paraId="00000490">
      <w:pPr>
        <w:ind w:firstLine="720"/>
        <w:rPr/>
      </w:pPr>
      <w:r w:rsidDel="00000000" w:rsidR="00000000" w:rsidRPr="00000000">
        <w:rPr>
          <w:rtl w:val="0"/>
        </w:rPr>
        <w:t xml:space="preserve">O’Connor, a grizzled detective with a neatly trimmed mustache, leaned back in his chair, notebook in hand. “So, Steele, let’s go over what happened again, just to get everything clear for the record. You spotted the van approaching, saw the door slide open, and witnessed the suspects start shooting, correct?”</w:t>
      </w:r>
    </w:p>
    <w:p w:rsidR="00000000" w:rsidDel="00000000" w:rsidP="00000000" w:rsidRDefault="00000000" w:rsidRPr="00000000" w14:paraId="00000491">
      <w:pPr>
        <w:ind w:firstLine="720"/>
        <w:rPr/>
      </w:pPr>
      <w:r w:rsidDel="00000000" w:rsidR="00000000" w:rsidRPr="00000000">
        <w:rPr>
          <w:rtl w:val="0"/>
        </w:rPr>
        <w:t xml:space="preserve">“Yes, sir,” Steele replied, keeping his voice steady. “Two shooters leaned out of the van and fired towards the house. I returned fire to stop them from shooting people at the house. There was chaos all around. During the incident we were taking fire from both directions.”</w:t>
      </w:r>
    </w:p>
    <w:p w:rsidR="00000000" w:rsidDel="00000000" w:rsidP="00000000" w:rsidRDefault="00000000" w:rsidRPr="00000000" w14:paraId="00000492">
      <w:pPr>
        <w:ind w:firstLine="720"/>
        <w:rPr/>
      </w:pPr>
      <w:r w:rsidDel="00000000" w:rsidR="00000000" w:rsidRPr="00000000">
        <w:rPr>
          <w:rtl w:val="0"/>
        </w:rPr>
        <w:t xml:space="preserve">Vasquez, a sharp-eyed detective who had a reputation for catching the smallest inconsistencies, nodded as she jotted down notes. “Right. Now, tell us again about the guy you shot. The black male. You’re certain he had a rifle?”</w:t>
      </w:r>
    </w:p>
    <w:p w:rsidR="00000000" w:rsidDel="00000000" w:rsidP="00000000" w:rsidRDefault="00000000" w:rsidRPr="00000000" w14:paraId="00000493">
      <w:pPr>
        <w:ind w:firstLine="720"/>
        <w:rPr/>
      </w:pPr>
      <w:r w:rsidDel="00000000" w:rsidR="00000000" w:rsidRPr="00000000">
        <w:rPr>
          <w:rtl w:val="0"/>
        </w:rPr>
        <w:t xml:space="preserve">Steele held her gaze. “Absolutely. I saw him with the rifle before he went down. After I shot him, one of the other suspects grabbed it before jumping back into the van.”</w:t>
      </w:r>
    </w:p>
    <w:p w:rsidR="00000000" w:rsidDel="00000000" w:rsidP="00000000" w:rsidRDefault="00000000" w:rsidRPr="00000000" w14:paraId="00000494">
      <w:pPr>
        <w:ind w:firstLine="720"/>
        <w:rPr/>
      </w:pPr>
      <w:r w:rsidDel="00000000" w:rsidR="00000000" w:rsidRPr="00000000">
        <w:rPr>
          <w:rtl w:val="0"/>
        </w:rPr>
        <w:t xml:space="preserve">Vasquez gave a slow nod, glancing at O’Connor. The silence stretched out for a moment before O’Connor leaned forward. “See, that’s where things get complicated, Steele. We’ve canvassed the area, and we found casings from AK-47 rounds near the house and in the street. But there’s no rifle. The guy you shot—” O’Connor flipped through his notes, “—turns out he’s an East Coast Crip. We have him in our system. But so far, no weapon has turned up, and that’s raising some flags.”</w:t>
      </w:r>
    </w:p>
    <w:p w:rsidR="00000000" w:rsidDel="00000000" w:rsidP="00000000" w:rsidRDefault="00000000" w:rsidRPr="00000000" w14:paraId="00000495">
      <w:pPr>
        <w:ind w:firstLine="720"/>
        <w:rPr/>
      </w:pPr>
      <w:r w:rsidDel="00000000" w:rsidR="00000000" w:rsidRPr="00000000">
        <w:rPr>
          <w:rtl w:val="0"/>
        </w:rPr>
        <w:t xml:space="preserve">Steele’s jaw tightened. He had been expecting this line of questioning. “I know what I saw. I’m telling you, he was armed. The other suspect took the rifle before they got away in the van.”</w:t>
      </w:r>
    </w:p>
    <w:p w:rsidR="00000000" w:rsidDel="00000000" w:rsidP="00000000" w:rsidRDefault="00000000" w:rsidRPr="00000000" w14:paraId="00000496">
      <w:pPr>
        <w:ind w:firstLine="720"/>
        <w:rPr/>
      </w:pPr>
      <w:r w:rsidDel="00000000" w:rsidR="00000000" w:rsidRPr="00000000">
        <w:rPr>
          <w:rtl w:val="0"/>
        </w:rPr>
        <w:t xml:space="preserve">Vasquez leaned in slightly, her tone calm but probing. “We’re not saying you’re lying, Steele. We’re just trying to put the pieces together. In officer-involved shootings, especially ones involving gang members, every detail matters. Without the weapon, it leaves room for doubt, and that’s the last thing we need. Did you see the second suspect grab the rifle clearly?”</w:t>
      </w:r>
    </w:p>
    <w:p w:rsidR="00000000" w:rsidDel="00000000" w:rsidP="00000000" w:rsidRDefault="00000000" w:rsidRPr="00000000" w14:paraId="00000497">
      <w:pPr>
        <w:ind w:firstLine="720"/>
        <w:rPr/>
      </w:pPr>
      <w:r w:rsidDel="00000000" w:rsidR="00000000" w:rsidRPr="00000000">
        <w:rPr>
          <w:rtl w:val="0"/>
        </w:rPr>
        <w:t xml:space="preserve">Steele nodded firmly. “Yes, I saw him reach down, pick up the rifle, and take it back into the van. It all happened fast, but I’m certain of it.”</w:t>
      </w:r>
    </w:p>
    <w:p w:rsidR="00000000" w:rsidDel="00000000" w:rsidP="00000000" w:rsidRDefault="00000000" w:rsidRPr="00000000" w14:paraId="00000498">
      <w:pPr>
        <w:ind w:firstLine="720"/>
        <w:rPr/>
      </w:pPr>
      <w:r w:rsidDel="00000000" w:rsidR="00000000" w:rsidRPr="00000000">
        <w:rPr>
          <w:rtl w:val="0"/>
        </w:rPr>
        <w:t xml:space="preserve">O’Connor scribbled a few more notes and then put his pen down, looking Steele directly in the eyes. “Here’s the thing, Steele. We’re with you on this. We know the kind of crap you guys face out there. But without that weapon, this is going to be a tough sell. You understand what we’re getting at, right?”</w:t>
      </w:r>
    </w:p>
    <w:p w:rsidR="00000000" w:rsidDel="00000000" w:rsidP="00000000" w:rsidRDefault="00000000" w:rsidRPr="00000000" w14:paraId="00000499">
      <w:pPr>
        <w:ind w:firstLine="720"/>
        <w:rPr/>
      </w:pPr>
      <w:r w:rsidDel="00000000" w:rsidR="00000000" w:rsidRPr="00000000">
        <w:rPr>
          <w:rtl w:val="0"/>
        </w:rPr>
        <w:t xml:space="preserve">Steele swallowed, maintaining eye contact. “Yes, sir. I get it. But I stand by what I saw.”</w:t>
      </w:r>
    </w:p>
    <w:p w:rsidR="00000000" w:rsidDel="00000000" w:rsidP="00000000" w:rsidRDefault="00000000" w:rsidRPr="00000000" w14:paraId="0000049A">
      <w:pPr>
        <w:ind w:firstLine="720"/>
        <w:rPr/>
      </w:pPr>
      <w:r w:rsidDel="00000000" w:rsidR="00000000" w:rsidRPr="00000000">
        <w:rPr>
          <w:rtl w:val="0"/>
        </w:rPr>
        <w:t xml:space="preserve">O’Connor nodded, tapping his pen on the notepad. “Alright, that’s what we needed to hear. Now, we’re going to keep digging, see if we can track down that van and recover the rifle. But in the meantime, there’s protocol to follow.”</w:t>
      </w:r>
    </w:p>
    <w:p w:rsidR="00000000" w:rsidDel="00000000" w:rsidP="00000000" w:rsidRDefault="00000000" w:rsidRPr="00000000" w14:paraId="0000049B">
      <w:pPr>
        <w:ind w:firstLine="720"/>
        <w:rPr/>
      </w:pPr>
      <w:r w:rsidDel="00000000" w:rsidR="00000000" w:rsidRPr="00000000">
        <w:rPr>
          <w:rtl w:val="0"/>
        </w:rPr>
        <w:t xml:space="preserve">Vasquez closed her notepad and exchanged a glance with O’Connor. She turned back to Steele with a hint of sympathy in her eyes. “Steele, you’re going to be placed on routine administrative leave for three days while we continue the investigation. It’s standard procedure, nothing personal. You need to take this time to regroup and clear your head. Understood?”</w:t>
      </w:r>
    </w:p>
    <w:p w:rsidR="00000000" w:rsidDel="00000000" w:rsidP="00000000" w:rsidRDefault="00000000" w:rsidRPr="00000000" w14:paraId="0000049C">
      <w:pPr>
        <w:ind w:firstLine="720"/>
        <w:rPr/>
      </w:pPr>
      <w:r w:rsidDel="00000000" w:rsidR="00000000" w:rsidRPr="00000000">
        <w:rPr>
          <w:rtl w:val="0"/>
        </w:rPr>
        <w:t xml:space="preserve">Steele nodded, his stomach twisting at the announcement. He knew this was coming, but it didn’t make it any easier to swallow. “Understood, ma’am.”</w:t>
      </w:r>
    </w:p>
    <w:p w:rsidR="00000000" w:rsidDel="00000000" w:rsidP="00000000" w:rsidRDefault="00000000" w:rsidRPr="00000000" w14:paraId="0000049D">
      <w:pPr>
        <w:ind w:firstLine="720"/>
        <w:rPr/>
      </w:pPr>
      <w:r w:rsidDel="00000000" w:rsidR="00000000" w:rsidRPr="00000000">
        <w:rPr>
          <w:rtl w:val="0"/>
        </w:rPr>
        <w:t xml:space="preserve">O’Connor stood up, offering Steele a nod. “Look, we know it’s tough, but hang in there. We’ve got your statement on record, and we’ll do our part to get to the truth. If you need anything or remember any details, call us.”</w:t>
      </w:r>
    </w:p>
    <w:p w:rsidR="00000000" w:rsidDel="00000000" w:rsidP="00000000" w:rsidRDefault="00000000" w:rsidRPr="00000000" w14:paraId="0000049E">
      <w:pPr>
        <w:ind w:firstLine="720"/>
        <w:rPr/>
      </w:pPr>
      <w:r w:rsidDel="00000000" w:rsidR="00000000" w:rsidRPr="00000000">
        <w:rPr>
          <w:rtl w:val="0"/>
        </w:rPr>
        <w:t xml:space="preserve">Vasquez added, “Take these next few days to decompress. You’ve been through a lot out there.”</w:t>
      </w:r>
    </w:p>
    <w:p w:rsidR="00000000" w:rsidDel="00000000" w:rsidP="00000000" w:rsidRDefault="00000000" w:rsidRPr="00000000" w14:paraId="0000049F">
      <w:pPr>
        <w:ind w:firstLine="720"/>
        <w:rPr/>
      </w:pPr>
      <w:r w:rsidDel="00000000" w:rsidR="00000000" w:rsidRPr="00000000">
        <w:rPr>
          <w:rtl w:val="0"/>
        </w:rPr>
        <w:t xml:space="preserve">“Thank you,” Steele replied, standing up as well. He shook their hands and walked out of the interview room, his mind racing. He had done everything by the book, but now he was in limbo, waiting for an investigation that hinged on finding that missing rifle. And all he could do was wait.</w:t>
      </w:r>
    </w:p>
    <w:p w:rsidR="00000000" w:rsidDel="00000000" w:rsidP="00000000" w:rsidRDefault="00000000" w:rsidRPr="00000000" w14:paraId="000004A0">
      <w:pPr>
        <w:ind w:firstLine="720"/>
        <w:rPr/>
      </w:pPr>
      <w:r w:rsidDel="00000000" w:rsidR="00000000" w:rsidRPr="00000000">
        <w:rPr>
          <w:rtl w:val="0"/>
        </w:rPr>
        <w:t xml:space="preserve">***</w:t>
      </w:r>
    </w:p>
    <w:p w:rsidR="00000000" w:rsidDel="00000000" w:rsidP="00000000" w:rsidRDefault="00000000" w:rsidRPr="00000000" w14:paraId="000004A1">
      <w:pPr>
        <w:ind w:firstLine="720"/>
        <w:rPr/>
      </w:pPr>
      <w:r w:rsidDel="00000000" w:rsidR="00000000" w:rsidRPr="00000000">
        <w:rPr>
          <w:rtl w:val="0"/>
        </w:rPr>
        <w:t xml:space="preserve">Steele stepped out of the locker room, dressed in his civilian clothes—a simple pair of jeans, a t-shirt, and a zip-up hoodie. It felt strange being out of his uniform, like shedding a second skin that he had grown accustomed to wearing. He stuffed his duty belt and uniform into his gym bag, slung it over his shoulder, and walked down the hallway of the station. He had three days off, not by choice, and every second of it was starting to weigh on him.</w:t>
      </w:r>
    </w:p>
    <w:p w:rsidR="00000000" w:rsidDel="00000000" w:rsidP="00000000" w:rsidRDefault="00000000" w:rsidRPr="00000000" w14:paraId="000004A2">
      <w:pPr>
        <w:ind w:firstLine="720"/>
        <w:rPr/>
      </w:pPr>
      <w:r w:rsidDel="00000000" w:rsidR="00000000" w:rsidRPr="00000000">
        <w:rPr>
          <w:rtl w:val="0"/>
        </w:rPr>
        <w:t xml:space="preserve">As he headed for the exit, he could already hear the commotion outside. The station lobby was packed, and the usual quiet was shattered by the noise of voices shouting over each other. When he reached the double glass doors leading out to the parking lot, he caught sight of a sea of reporters, camera crews, and microphones clustered in a circle. At the center of it all stood a tall, sharply dressed man, holding court with the press.</w:t>
      </w:r>
    </w:p>
    <w:p w:rsidR="00000000" w:rsidDel="00000000" w:rsidP="00000000" w:rsidRDefault="00000000" w:rsidRPr="00000000" w14:paraId="000004A3">
      <w:pPr>
        <w:ind w:firstLine="720"/>
        <w:rPr/>
      </w:pPr>
      <w:r w:rsidDel="00000000" w:rsidR="00000000" w:rsidRPr="00000000">
        <w:rPr>
          <w:rtl w:val="0"/>
        </w:rPr>
        <w:t xml:space="preserve">Steele recognized him immediately: the famous Los Angeles civil rights attorney, Jerome Carter. He was a regular face on the news, known for taking on high-profile cases of alleged police misconduct and brutality. Steele could feel his heart rate quicken, a mix of anger and anxiety building up in his chest. The press conference was in full swing, and the reporters were hanging on every word that Carter was spouting.</w:t>
      </w:r>
    </w:p>
    <w:p w:rsidR="00000000" w:rsidDel="00000000" w:rsidP="00000000" w:rsidRDefault="00000000" w:rsidRPr="00000000" w14:paraId="000004A4">
      <w:pPr>
        <w:ind w:firstLine="720"/>
        <w:rPr/>
      </w:pPr>
      <w:r w:rsidDel="00000000" w:rsidR="00000000" w:rsidRPr="00000000">
        <w:rPr>
          <w:rtl w:val="0"/>
        </w:rPr>
        <w:t xml:space="preserve">"…only 19 years old!" Carter’s voice carried across the parking lot, loud and clear. “A young man, just starting his life, gunned down in the streets by police brutality. The so-called 'deputies' involved have claimed there was a weapon, but where is it? I can tell you this: there is no gun, because there never was one! This was nothing more than an execution, plain and simple."</w:t>
      </w:r>
    </w:p>
    <w:p w:rsidR="00000000" w:rsidDel="00000000" w:rsidP="00000000" w:rsidRDefault="00000000" w:rsidRPr="00000000" w14:paraId="000004A5">
      <w:pPr>
        <w:ind w:firstLine="720"/>
        <w:rPr/>
      </w:pPr>
      <w:r w:rsidDel="00000000" w:rsidR="00000000" w:rsidRPr="00000000">
        <w:rPr>
          <w:rtl w:val="0"/>
        </w:rPr>
        <w:t xml:space="preserve">Steele stopped in his tracks, watching the spectacle unfold. He stayed back near the side of the building, trying to stay out of sight, but it was impossible not to hear Carter’s every word. The reporters fired off questions, trying to outdo each other for sound bites.</w:t>
      </w:r>
    </w:p>
    <w:p w:rsidR="00000000" w:rsidDel="00000000" w:rsidP="00000000" w:rsidRDefault="00000000" w:rsidRPr="00000000" w14:paraId="000004A6">
      <w:pPr>
        <w:ind w:firstLine="720"/>
        <w:rPr/>
      </w:pPr>
      <w:r w:rsidDel="00000000" w:rsidR="00000000" w:rsidRPr="00000000">
        <w:rPr>
          <w:rtl w:val="0"/>
        </w:rPr>
        <w:t xml:space="preserve">"Mr. Carter, what do you have to say about the deputy involved?" one of the reporters shouted, shoving a microphone toward the lawyer.</w:t>
      </w:r>
    </w:p>
    <w:p w:rsidR="00000000" w:rsidDel="00000000" w:rsidP="00000000" w:rsidRDefault="00000000" w:rsidRPr="00000000" w14:paraId="000004A7">
      <w:pPr>
        <w:ind w:firstLine="720"/>
        <w:rPr/>
      </w:pPr>
      <w:r w:rsidDel="00000000" w:rsidR="00000000" w:rsidRPr="00000000">
        <w:rPr>
          <w:rtl w:val="0"/>
        </w:rPr>
        <w:t xml:space="preserve">"We know this deputy has ties to other deputies who glorify violence and operate with a gang mentality. This isn’t an isolated incident. It’s part of a systemic issue within the department," Carter declared, his face etched with righteous fury. "We demand that the deputy be brought to justice. This community deserves better than racist, trigger-happy cops terrorizing its streets."</w:t>
      </w:r>
    </w:p>
    <w:p w:rsidR="00000000" w:rsidDel="00000000" w:rsidP="00000000" w:rsidRDefault="00000000" w:rsidRPr="00000000" w14:paraId="000004A8">
      <w:pPr>
        <w:ind w:firstLine="720"/>
        <w:rPr/>
      </w:pPr>
      <w:r w:rsidDel="00000000" w:rsidR="00000000" w:rsidRPr="00000000">
        <w:rPr>
          <w:rtl w:val="0"/>
        </w:rPr>
        <w:t xml:space="preserve">Steele clenched his jaw, his teeth grinding as he listened. His blood boiled. This attorney had no idea what really happened out there, and yet here he was, painting a picture of a cold-blooded cop who had gunned down an innocent young man. Steele had done everything by the book, but none of that mattered in the court of public opinion.</w:t>
      </w:r>
    </w:p>
    <w:p w:rsidR="00000000" w:rsidDel="00000000" w:rsidP="00000000" w:rsidRDefault="00000000" w:rsidRPr="00000000" w14:paraId="000004A9">
      <w:pPr>
        <w:ind w:firstLine="720"/>
        <w:rPr/>
      </w:pPr>
      <w:r w:rsidDel="00000000" w:rsidR="00000000" w:rsidRPr="00000000">
        <w:rPr>
          <w:rtl w:val="0"/>
        </w:rPr>
        <w:t xml:space="preserve">Not wanting to stick around any longer, Steele quickly made his way through the lot and reached his truck. He threw his bag into the passenger seat and climbed in, shutting the door behind him with a hard slam. He took a deep breath, trying to steady himself. His hands gripped the steering wheel tightly as he watched the press conference continue, a cluster of microphones surrounding Carter as he continued to spin his narrative.</w:t>
      </w:r>
    </w:p>
    <w:p w:rsidR="00000000" w:rsidDel="00000000" w:rsidP="00000000" w:rsidRDefault="00000000" w:rsidRPr="00000000" w14:paraId="000004AA">
      <w:pPr>
        <w:ind w:firstLine="720"/>
        <w:rPr/>
      </w:pPr>
      <w:r w:rsidDel="00000000" w:rsidR="00000000" w:rsidRPr="00000000">
        <w:rPr>
          <w:rtl w:val="0"/>
        </w:rPr>
        <w:t xml:space="preserve">Steele started the engine and backed out, steering toward the station’s exit. As he merged onto the main road, he flicked on the radio, tuning to the news station out of habit. Immediately, Carter’s voice blared through the speakers, picked up live from the scene.</w:t>
      </w:r>
    </w:p>
    <w:p w:rsidR="00000000" w:rsidDel="00000000" w:rsidP="00000000" w:rsidRDefault="00000000" w:rsidRPr="00000000" w14:paraId="000004AB">
      <w:pPr>
        <w:ind w:firstLine="720"/>
        <w:rPr/>
      </w:pPr>
      <w:r w:rsidDel="00000000" w:rsidR="00000000" w:rsidRPr="00000000">
        <w:rPr>
          <w:rtl w:val="0"/>
        </w:rPr>
        <w:t xml:space="preserve">"This young man was unarmed," Carter was saying. "He was a good boy, with his whole life ahead of him, and now his family is left to pick up the pieces. We will be filing a lawsuit against the Los Angeles County Sheriff's Department. This is nothing less than murder, and we will not stop until justice is served!"</w:t>
      </w:r>
    </w:p>
    <w:p w:rsidR="00000000" w:rsidDel="00000000" w:rsidP="00000000" w:rsidRDefault="00000000" w:rsidRPr="00000000" w14:paraId="000004AC">
      <w:pPr>
        <w:ind w:firstLine="720"/>
        <w:rPr/>
      </w:pPr>
      <w:r w:rsidDel="00000000" w:rsidR="00000000" w:rsidRPr="00000000">
        <w:rPr>
          <w:rtl w:val="0"/>
        </w:rPr>
        <w:t xml:space="preserve">Steele’s stomach twisted as he listened. This was the narrative that was already spreading, and it didn’t matter what the investigation would ultimately find. The story was out there now, and people would latch onto it. He gritted his teeth, wanting to punch the steering wheel but knowing it wouldn’t do any good.</w:t>
      </w:r>
    </w:p>
    <w:p w:rsidR="00000000" w:rsidDel="00000000" w:rsidP="00000000" w:rsidRDefault="00000000" w:rsidRPr="00000000" w14:paraId="000004AD">
      <w:pPr>
        <w:ind w:firstLine="720"/>
        <w:rPr/>
      </w:pPr>
      <w:r w:rsidDel="00000000" w:rsidR="00000000" w:rsidRPr="00000000">
        <w:rPr>
          <w:rtl w:val="0"/>
        </w:rPr>
        <w:t xml:space="preserve">He turned the volume down and drove in silence, his mind racing. It felt like a punch to the gut; the accusations, the anger, the outright lies. All he had done was his job—what he was trained to do, to protect himself and others. But now, he was in the middle of a storm that had nothing to do with truth and everything to do with perception.</w:t>
      </w:r>
    </w:p>
    <w:p w:rsidR="00000000" w:rsidDel="00000000" w:rsidP="00000000" w:rsidRDefault="00000000" w:rsidRPr="00000000" w14:paraId="000004AE">
      <w:pPr>
        <w:ind w:firstLine="720"/>
        <w:rPr/>
      </w:pPr>
      <w:r w:rsidDel="00000000" w:rsidR="00000000" w:rsidRPr="00000000">
        <w:rPr>
          <w:rtl w:val="0"/>
        </w:rPr>
        <w:t xml:space="preserve">As he drove home through the city streets, the flashing lights and blaring sirens of the night shift carried on without him. For the next three days, he was off the streets, a spectator to his own unraveling.</w:t>
      </w:r>
    </w:p>
    <w:p w:rsidR="00000000" w:rsidDel="00000000" w:rsidP="00000000" w:rsidRDefault="00000000" w:rsidRPr="00000000" w14:paraId="000004AF">
      <w:pPr>
        <w:ind w:firstLine="720"/>
        <w:rPr/>
      </w:pPr>
      <w:r w:rsidDel="00000000" w:rsidR="00000000" w:rsidRPr="00000000">
        <w:rPr>
          <w:rtl w:val="0"/>
        </w:rPr>
        <w:t xml:space="preserve">***</w:t>
      </w:r>
    </w:p>
    <w:p w:rsidR="00000000" w:rsidDel="00000000" w:rsidP="00000000" w:rsidRDefault="00000000" w:rsidRPr="00000000" w14:paraId="000004B0">
      <w:pPr>
        <w:ind w:firstLine="720"/>
        <w:rPr/>
      </w:pPr>
      <w:r w:rsidDel="00000000" w:rsidR="00000000" w:rsidRPr="00000000">
        <w:rPr>
          <w:rtl w:val="0"/>
        </w:rPr>
        <w:t xml:space="preserve">Steele sat slouched on the couch in his Long Beach townhouse, his eyes fixed on the TV screen, though his mind was miles away. The usual calm of his neighborhood, just blocks from the shore, did little to quiet the storm raging inside him. This place was supposed to be his sanctuary, but tonight, it offered no comfort.</w:t>
      </w:r>
    </w:p>
    <w:p w:rsidR="00000000" w:rsidDel="00000000" w:rsidP="00000000" w:rsidRDefault="00000000" w:rsidRPr="00000000" w14:paraId="000004B1">
      <w:pPr>
        <w:ind w:firstLine="720"/>
        <w:rPr/>
      </w:pPr>
      <w:r w:rsidDel="00000000" w:rsidR="00000000" w:rsidRPr="00000000">
        <w:rPr>
          <w:rtl w:val="0"/>
        </w:rPr>
        <w:t xml:space="preserve">Grant sat on the other end of the couch, equally silent. It was their second day on administrative leave, and the room felt heavier with each passing minute. Steele had changed into a simple pair of gym shorts and a t-shirt, while Grant was similarly dressed in casual clothes, trying to unwind but failing miserably. Their sheriff uniforms were tucked away in their closets, a painful reminder of the last shift.</w:t>
      </w:r>
    </w:p>
    <w:p w:rsidR="00000000" w:rsidDel="00000000" w:rsidP="00000000" w:rsidRDefault="00000000" w:rsidRPr="00000000" w14:paraId="000004B2">
      <w:pPr>
        <w:ind w:firstLine="720"/>
        <w:rPr/>
      </w:pPr>
      <w:r w:rsidDel="00000000" w:rsidR="00000000" w:rsidRPr="00000000">
        <w:rPr>
          <w:rtl w:val="0"/>
        </w:rPr>
        <w:t xml:space="preserve">Steele broke the silence, his voice shaky and uncertain. "I keep replaying it, man. Over and over. It’s like it's on a constant loop in my head," he said, rubbing his temples. "I know I saw the gun. I know it. But the more I think about it, the more I start to doubt myself. What if I missed something? What if…?"</w:t>
      </w:r>
    </w:p>
    <w:p w:rsidR="00000000" w:rsidDel="00000000" w:rsidP="00000000" w:rsidRDefault="00000000" w:rsidRPr="00000000" w14:paraId="000004B3">
      <w:pPr>
        <w:ind w:firstLine="720"/>
        <w:rPr/>
      </w:pPr>
      <w:r w:rsidDel="00000000" w:rsidR="00000000" w:rsidRPr="00000000">
        <w:rPr>
          <w:rtl w:val="0"/>
        </w:rPr>
        <w:t xml:space="preserve">"Bro, stop," Grant interrupted, leaning forward with his elbows on his knees. "You saw it. You were there. It’s not like you imagined it out of thin air. And besides, these things happen so fast. You had to make a call in a split second, and you did what you were trained to do."</w:t>
      </w:r>
    </w:p>
    <w:p w:rsidR="00000000" w:rsidDel="00000000" w:rsidP="00000000" w:rsidRDefault="00000000" w:rsidRPr="00000000" w14:paraId="000004B4">
      <w:pPr>
        <w:ind w:firstLine="720"/>
        <w:rPr/>
      </w:pPr>
      <w:r>
        <w:t>Steele sighed, slumping back into the couch. “I hear you, but it’s getting harder to shake. I mean, they didn’t find the rifle on him. It’s like…where the hell did it go? And now I’m hearing Sanchez, and his ‘cover-up’ crap, and I’m starting to wonder if this whole thing is going to end me.”</w:t>
      </w:r>
    </w:p>
    <w:p w:rsidR="00000000" w:rsidDel="00000000" w:rsidP="00000000" w:rsidRDefault="00000000" w:rsidRPr="00000000" w14:paraId="000004B5">
      <w:pPr>
        <w:ind w:firstLine="720"/>
        <w:rPr/>
      </w:pPr>
      <w:r w:rsidDel="00000000" w:rsidR="00000000" w:rsidRPr="00000000">
        <w:rPr>
          <w:rtl w:val="0"/>
        </w:rPr>
        <w:t xml:space="preserve">Grant turned to face Steele, his expression firm. "Look, I get it. I’m nervous too. But at least in my case, they found the gun on the Florencia gangster I shot at. That guy was armed, no doubt about it. But you… you know what you saw. They just have to find the evidence to back it up.”</w:t>
      </w:r>
    </w:p>
    <w:p w:rsidR="00000000" w:rsidDel="00000000" w:rsidP="00000000" w:rsidRDefault="00000000" w:rsidRPr="00000000" w14:paraId="000004B6">
      <w:pPr>
        <w:ind w:firstLine="720"/>
        <w:rPr/>
      </w:pPr>
      <w:r w:rsidDel="00000000" w:rsidR="00000000" w:rsidRPr="00000000">
        <w:rPr>
          <w:rtl w:val="0"/>
        </w:rPr>
        <w:t xml:space="preserve">Steele stared at the ceiling, his jaw tight. “Yeah, but try explaining that to a jury. Or the media. I can already hear that lawyer, Carter, spinning this into ‘racist cop shoots unarmed black man.’ It doesn’t matter what the truth is—what matters is what people believe.”</w:t>
      </w:r>
    </w:p>
    <w:p w:rsidR="00000000" w:rsidDel="00000000" w:rsidP="00000000" w:rsidRDefault="00000000" w:rsidRPr="00000000" w14:paraId="000004B7">
      <w:pPr>
        <w:ind w:firstLine="720"/>
        <w:rPr/>
      </w:pPr>
      <w:r w:rsidDel="00000000" w:rsidR="00000000" w:rsidRPr="00000000">
        <w:rPr>
          <w:rtl w:val="0"/>
        </w:rPr>
        <w:t xml:space="preserve">Grant nodded slowly. "You're not wrong. The narrative is already out there. They’re going to use this against us. The department, the media, the activists—they’ve all got their own agendas. But we can't let them get in our heads."</w:t>
      </w:r>
    </w:p>
    <w:p w:rsidR="00000000" w:rsidDel="00000000" w:rsidP="00000000" w:rsidRDefault="00000000" w:rsidRPr="00000000" w14:paraId="000004B8">
      <w:pPr>
        <w:ind w:firstLine="720"/>
        <w:rPr/>
      </w:pPr>
      <w:r w:rsidDel="00000000" w:rsidR="00000000" w:rsidRPr="00000000">
        <w:rPr>
          <w:rtl w:val="0"/>
        </w:rPr>
        <w:t xml:space="preserve">Steele buried his face in his hands. "I know, I know. It’s just… I keep seeing his face, the way he went down. It's like I'm reliving the moment every time I close my eyes."</w:t>
      </w:r>
    </w:p>
    <w:p w:rsidR="00000000" w:rsidDel="00000000" w:rsidP="00000000" w:rsidRDefault="00000000" w:rsidRPr="00000000" w14:paraId="000004B9">
      <w:pPr>
        <w:ind w:firstLine="720"/>
        <w:rPr/>
      </w:pPr>
      <w:r w:rsidDel="00000000" w:rsidR="00000000" w:rsidRPr="00000000">
        <w:rPr>
          <w:rtl w:val="0"/>
        </w:rPr>
        <w:t xml:space="preserve">Grant shifted uncomfortably, not sure how to offer more reassurance. They had both been through the academy, prepared for the reality of making life-and-death decisions, but nothing truly equipped you for the aftermath. The psychological toll wasn’t part of any training course.</w:t>
      </w:r>
    </w:p>
    <w:p w:rsidR="00000000" w:rsidDel="00000000" w:rsidP="00000000" w:rsidRDefault="00000000" w:rsidRPr="00000000" w14:paraId="000004BA">
      <w:pPr>
        <w:ind w:firstLine="720"/>
        <w:rPr/>
      </w:pPr>
      <w:r w:rsidDel="00000000" w:rsidR="00000000" w:rsidRPr="00000000">
        <w:rPr>
          <w:rtl w:val="0"/>
        </w:rPr>
        <w:t xml:space="preserve">They sat in silence again, the only sound the muffled hum of the refrigerator in the adjoining kitchen. The living room was dimly lit, the sun having set hours ago, leaving only the glow of a lamp in the corner. Steele finally reached for the remote and flipped on the TV, needing some background noise to drown out the thoughts spiraling in his head.</w:t>
      </w:r>
    </w:p>
    <w:p w:rsidR="00000000" w:rsidDel="00000000" w:rsidP="00000000" w:rsidRDefault="00000000" w:rsidRPr="00000000" w14:paraId="000004BB">
      <w:pPr>
        <w:ind w:firstLine="720"/>
        <w:rPr/>
      </w:pPr>
      <w:r w:rsidDel="00000000" w:rsidR="00000000" w:rsidRPr="00000000">
        <w:rPr>
          <w:rtl w:val="0"/>
        </w:rPr>
        <w:t xml:space="preserve">The screen flickered to life, showing the evening news. And there it was—the story they were trying to avoid. Images of angry protesters flooded the screen, gathered outside Century Station, holding signs that read, "No Justice, No Peace," and "Stop Police Brutality." The camera panned over to a group of people shouting into megaphones, while others chanted in unison.</w:t>
      </w:r>
    </w:p>
    <w:p w:rsidR="00000000" w:rsidDel="00000000" w:rsidP="00000000" w:rsidRDefault="00000000" w:rsidRPr="00000000" w14:paraId="000004BC">
      <w:pPr>
        <w:ind w:firstLine="720"/>
        <w:rPr/>
      </w:pPr>
      <w:r w:rsidDel="00000000" w:rsidR="00000000" w:rsidRPr="00000000">
        <w:rPr>
          <w:rtl w:val="0"/>
        </w:rPr>
        <w:t xml:space="preserve">"Great," Grant muttered under his breath. "Just what we needed."</w:t>
      </w:r>
    </w:p>
    <w:p w:rsidR="00000000" w:rsidDel="00000000" w:rsidP="00000000" w:rsidRDefault="00000000" w:rsidRPr="00000000" w14:paraId="000004BD">
      <w:pPr>
        <w:ind w:firstLine="720"/>
        <w:rPr/>
      </w:pPr>
      <w:r w:rsidDel="00000000" w:rsidR="00000000" w:rsidRPr="00000000">
        <w:rPr>
          <w:rtl w:val="0"/>
        </w:rPr>
        <w:t xml:space="preserve">Steele stared at the screen, his stomach tightening. He turned up the volume as the anchor spoke. “Protests continue tonight outside the Los Angeles County Sheriff’s station in South Central, following the recent shooting of an unarmed 19-year-old black man by a sheriff’s deputy. The man, identified as a member of the East Coast Crips, was killed in a shootout with police that has sparked widespread outrage and renewed calls for police reform in the community."</w:t>
      </w:r>
    </w:p>
    <w:p w:rsidR="00000000" w:rsidDel="00000000" w:rsidP="00000000" w:rsidRDefault="00000000" w:rsidRPr="00000000" w14:paraId="000004BE">
      <w:pPr>
        <w:ind w:firstLine="720"/>
        <w:rPr/>
      </w:pPr>
      <w:r w:rsidDel="00000000" w:rsidR="00000000" w:rsidRPr="00000000">
        <w:rPr>
          <w:rtl w:val="0"/>
        </w:rPr>
        <w:t xml:space="preserve">The video cut to an interview with a protester, who waved a hand-painted sign toward the camera. "This has to stop! They’re out here killing our people, and they get away with it every time. We demand justice for this young man!"</w:t>
      </w:r>
    </w:p>
    <w:p w:rsidR="00000000" w:rsidDel="00000000" w:rsidP="00000000" w:rsidRDefault="00000000" w:rsidRPr="00000000" w14:paraId="000004BF">
      <w:pPr>
        <w:ind w:firstLine="720"/>
        <w:rPr/>
      </w:pPr>
      <w:r w:rsidDel="00000000" w:rsidR="00000000" w:rsidRPr="00000000">
        <w:rPr>
          <w:rtl w:val="0"/>
        </w:rPr>
        <w:t xml:space="preserve">Steele clicked the mute button and leaned back, his eyes still fixed on the screen. “There it is,” he said quietly. "They've already made up their minds. ‘Unarmed black man killed by cops.’ That’s all they’re going to hear."</w:t>
      </w:r>
    </w:p>
    <w:p w:rsidR="00000000" w:rsidDel="00000000" w:rsidP="00000000" w:rsidRDefault="00000000" w:rsidRPr="00000000" w14:paraId="000004C0">
      <w:pPr>
        <w:ind w:firstLine="720"/>
        <w:rPr/>
      </w:pPr>
      <w:r w:rsidDel="00000000" w:rsidR="00000000" w:rsidRPr="00000000">
        <w:rPr>
          <w:rtl w:val="0"/>
        </w:rPr>
        <w:t xml:space="preserve">Grant sighed, shaking his head. “That’s how it always is. They never see what we see, what really goes down on these streets. We’re guilty until proven innocent in their eyes. Hell, even when we're proven innocent, some people still won’t care.”</w:t>
      </w:r>
    </w:p>
    <w:p w:rsidR="00000000" w:rsidDel="00000000" w:rsidP="00000000" w:rsidRDefault="00000000" w:rsidRPr="00000000" w14:paraId="000004C1">
      <w:pPr>
        <w:ind w:firstLine="720"/>
        <w:rPr/>
      </w:pPr>
      <w:r w:rsidDel="00000000" w:rsidR="00000000" w:rsidRPr="00000000">
        <w:rPr>
          <w:rtl w:val="0"/>
        </w:rPr>
        <w:t xml:space="preserve">Steele felt a lump in his throat. "So what do we do? Just wait and hope this blows over?"</w:t>
      </w:r>
    </w:p>
    <w:p w:rsidR="00000000" w:rsidDel="00000000" w:rsidP="00000000" w:rsidRDefault="00000000" w:rsidRPr="00000000" w14:paraId="000004C2">
      <w:pPr>
        <w:ind w:firstLine="720"/>
        <w:rPr/>
      </w:pPr>
      <w:r w:rsidDel="00000000" w:rsidR="00000000" w:rsidRPr="00000000">
        <w:rPr>
          <w:rtl w:val="0"/>
        </w:rPr>
        <w:t xml:space="preserve">Grant looked at him seriously. “No. We do what we always do. We stand by the truth. We were out there that night for a reason—to keep those streets safe. If they want to come after us, let them. But we know what happened. We know we did our jobs.”</w:t>
      </w:r>
    </w:p>
    <w:p w:rsidR="00000000" w:rsidDel="00000000" w:rsidP="00000000" w:rsidRDefault="00000000" w:rsidRPr="00000000" w14:paraId="000004C3">
      <w:pPr>
        <w:ind w:firstLine="720"/>
        <w:rPr/>
      </w:pPr>
      <w:r w:rsidDel="00000000" w:rsidR="00000000" w:rsidRPr="00000000">
        <w:rPr>
          <w:rtl w:val="0"/>
        </w:rPr>
        <w:t xml:space="preserve">Steele nodded slowly, trying to absorb Grant’s words. “Yeah, you're right. I just wish… I wish it didn’t have to be like this.”</w:t>
      </w:r>
    </w:p>
    <w:p w:rsidR="00000000" w:rsidDel="00000000" w:rsidP="00000000" w:rsidRDefault="00000000" w:rsidRPr="00000000" w14:paraId="000004C4">
      <w:pPr>
        <w:ind w:firstLine="720"/>
        <w:rPr/>
      </w:pPr>
      <w:r w:rsidDel="00000000" w:rsidR="00000000" w:rsidRPr="00000000">
        <w:rPr>
          <w:rtl w:val="0"/>
        </w:rPr>
        <w:t xml:space="preserve">"Me too, man," Grant replied. "But we're not in this for the glory. We're in it because somebody's gotta be out there dealing with these guys. And right now, that somebody is us."</w:t>
      </w:r>
    </w:p>
    <w:p w:rsidR="00000000" w:rsidDel="00000000" w:rsidP="00000000" w:rsidRDefault="00000000" w:rsidRPr="00000000" w14:paraId="000004C5">
      <w:pPr>
        <w:ind w:firstLine="720"/>
        <w:rPr/>
      </w:pPr>
      <w:r w:rsidDel="00000000" w:rsidR="00000000" w:rsidRPr="00000000">
        <w:rPr>
          <w:rtl w:val="0"/>
        </w:rPr>
        <w:t xml:space="preserve">They both sat in silence, the muted images of the protests still playing on the screen. Outside, the Long Beach night stretched out, calm and indifferent to the chaos they were drowning in. For Steele, the three days off felt more like a punishment than a break, a ticking clock until he had to go back out and face the unknown. But as much as the fear and doubt gnawed at him, he knew deep down that he'd have to pull himself together.</w:t>
      </w:r>
    </w:p>
    <w:p w:rsidR="00000000" w:rsidDel="00000000" w:rsidP="00000000" w:rsidRDefault="00000000" w:rsidRPr="00000000" w14:paraId="000004C6">
      <w:pPr>
        <w:ind w:firstLine="720"/>
        <w:rPr/>
      </w:pPr>
      <w:r w:rsidDel="00000000" w:rsidR="00000000" w:rsidRPr="00000000">
        <w:rPr>
          <w:rtl w:val="0"/>
        </w:rPr>
        <w:t xml:space="preserve">He glanced at Grant, who gave him a nod. “We got this, bro. Just gotta keep moving forward.”</w:t>
      </w:r>
    </w:p>
    <w:p w:rsidR="00000000" w:rsidDel="00000000" w:rsidP="00000000" w:rsidRDefault="00000000" w:rsidRPr="00000000" w14:paraId="000004C7">
      <w:pPr>
        <w:ind w:firstLine="720"/>
        <w:rPr/>
      </w:pPr>
      <w:r w:rsidDel="00000000" w:rsidR="00000000" w:rsidRPr="00000000">
        <w:rPr>
          <w:rtl w:val="0"/>
        </w:rPr>
        <w:t xml:space="preserve">Steele took a deep breath, exhaling slowly. "Yeah. We'll get through it."</w:t>
      </w:r>
    </w:p>
    <w:p w:rsidR="00000000" w:rsidDel="00000000" w:rsidP="00000000" w:rsidRDefault="00000000" w:rsidRPr="00000000" w14:paraId="000004C8">
      <w:pPr>
        <w:ind w:firstLine="720"/>
        <w:rPr/>
      </w:pPr>
      <w:r w:rsidDel="00000000" w:rsidR="00000000" w:rsidRPr="00000000">
        <w:rPr>
          <w:rtl w:val="0"/>
        </w:rPr>
        <w:t xml:space="preserve">For now, it was all they could do. Just keep moving forward.</w:t>
      </w:r>
    </w:p>
    <w:p w:rsidR="00000000" w:rsidDel="00000000" w:rsidP="00000000" w:rsidRDefault="00000000" w:rsidRPr="00000000" w14:paraId="000004C9">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4CA">
      <w:pPr>
        <w:pStyle w:val="Heading1"/>
        <w:ind w:firstLine="720"/>
        <w:rPr/>
      </w:pPr>
      <w:r w:rsidDel="00000000" w:rsidR="00000000" w:rsidRPr="00000000">
        <w:rPr>
          <w:rtl w:val="0"/>
        </w:rPr>
        <w:t xml:space="preserve">CHAPTER 6 </w:t>
      </w:r>
    </w:p>
    <w:p w:rsidR="00000000" w:rsidDel="00000000" w:rsidP="00000000" w:rsidRDefault="00000000" w:rsidRPr="00000000" w14:paraId="000004CB">
      <w:pPr>
        <w:ind w:firstLine="720"/>
        <w:rPr/>
      </w:pPr>
      <w:r w:rsidDel="00000000" w:rsidR="00000000" w:rsidRPr="00000000">
        <w:rPr>
          <w:rtl w:val="0"/>
        </w:rPr>
      </w:r>
    </w:p>
    <w:p w:rsidR="00000000" w:rsidDel="00000000" w:rsidP="00000000" w:rsidRDefault="00000000" w:rsidRPr="00000000" w14:paraId="000004CC">
      <w:pPr>
        <w:ind w:firstLine="720"/>
        <w:rPr/>
      </w:pPr>
      <w:r w:rsidDel="00000000" w:rsidR="00000000" w:rsidRPr="00000000">
        <w:rPr>
          <w:rtl w:val="0"/>
        </w:rPr>
        <w:t xml:space="preserve">Steele walked into the station, his nerves frayed from the last three days of uncertainty. He had spent his forced administrative leave holed up in his Long Beach townhouse, replaying the events of that night in his head on an endless loop. Now, as he stepped back through the station doors, he was greeted by a buzz of activity. Deputies passed by, some giving him nods, others avoiding eye contact entirely. It was clear that everyone had heard what went down.</w:t>
      </w:r>
    </w:p>
    <w:p w:rsidR="00000000" w:rsidDel="00000000" w:rsidP="00000000" w:rsidRDefault="00000000" w:rsidRPr="00000000" w14:paraId="000004CD">
      <w:pPr>
        <w:ind w:firstLine="720"/>
        <w:rPr/>
      </w:pPr>
      <w:r w:rsidDel="00000000" w:rsidR="00000000" w:rsidRPr="00000000">
        <w:rPr>
          <w:rtl w:val="0"/>
        </w:rPr>
        <w:t xml:space="preserve">Sergeant Bearish was standing near the Watch Commander’s office, his expression unreadable. As Steele approached, Bearish gave him a curt nod.</w:t>
      </w:r>
    </w:p>
    <w:p w:rsidR="00000000" w:rsidDel="00000000" w:rsidP="00000000" w:rsidRDefault="00000000" w:rsidRPr="00000000" w14:paraId="000004CE">
      <w:pPr>
        <w:ind w:firstLine="720"/>
        <w:rPr/>
      </w:pPr>
      <w:r w:rsidDel="00000000" w:rsidR="00000000" w:rsidRPr="00000000">
        <w:rPr>
          <w:rtl w:val="0"/>
        </w:rPr>
        <w:t xml:space="preserve">“Steele, good to have you back,” Bearish said, his voice even. “But we need to talk.”</w:t>
      </w:r>
    </w:p>
    <w:p w:rsidR="00000000" w:rsidDel="00000000" w:rsidP="00000000" w:rsidRDefault="00000000" w:rsidRPr="00000000" w14:paraId="000004CF">
      <w:pPr>
        <w:ind w:firstLine="720"/>
        <w:rPr/>
      </w:pPr>
      <w:r w:rsidDel="00000000" w:rsidR="00000000" w:rsidRPr="00000000">
        <w:rPr>
          <w:rtl w:val="0"/>
        </w:rPr>
        <w:t xml:space="preserve">Steele’s stomach tightened. "Sure, Sarge. What’s going on?"</w:t>
      </w:r>
    </w:p>
    <w:p w:rsidR="00000000" w:rsidDel="00000000" w:rsidP="00000000" w:rsidRDefault="00000000" w:rsidRPr="00000000" w14:paraId="000004D0">
      <w:pPr>
        <w:ind w:firstLine="720"/>
        <w:rPr/>
      </w:pPr>
      <w:r w:rsidDel="00000000" w:rsidR="00000000" w:rsidRPr="00000000">
        <w:rPr>
          <w:rtl w:val="0"/>
        </w:rPr>
        <w:t xml:space="preserve">Bearish motioned for him to follow down the hallway, away from the cluster of deputies. As they reached a quieter spot, Bearish turned to face him. "Due to the protests outside and the current media attention, command has decided to take you off the streets for now," Bearish explained, his tone firm but not unkind.</w:t>
      </w:r>
    </w:p>
    <w:p w:rsidR="00000000" w:rsidDel="00000000" w:rsidP="00000000" w:rsidRDefault="00000000" w:rsidRPr="00000000" w14:paraId="000004D1">
      <w:pPr>
        <w:ind w:firstLine="720"/>
        <w:rPr/>
      </w:pPr>
      <w:r w:rsidDel="00000000" w:rsidR="00000000" w:rsidRPr="00000000">
        <w:rPr>
          <w:rtl w:val="0"/>
        </w:rPr>
        <w:t xml:space="preserve">Steele felt the ground shift beneath him. "So, what does that mean?" he asked, trying to keep his voice steady.</w:t>
      </w:r>
    </w:p>
    <w:p w:rsidR="00000000" w:rsidDel="00000000" w:rsidP="00000000" w:rsidRDefault="00000000" w:rsidRPr="00000000" w14:paraId="000004D2">
      <w:pPr>
        <w:ind w:firstLine="720"/>
        <w:rPr/>
      </w:pPr>
      <w:r w:rsidDel="00000000" w:rsidR="00000000" w:rsidRPr="00000000">
        <w:rPr>
          <w:rtl w:val="0"/>
        </w:rPr>
        <w:t xml:space="preserve">“You’re on desk duty, starting today," Bearish replied. "You’ll be handling 911 calls at the Century desk until further notice. It’s not a punishment,” he added quickly, seeing the look on Steele's face. “It’s about optics and keeping things calm out there.”</w:t>
      </w:r>
    </w:p>
    <w:p w:rsidR="00000000" w:rsidDel="00000000" w:rsidP="00000000" w:rsidRDefault="00000000" w:rsidRPr="00000000" w14:paraId="000004D3">
      <w:pPr>
        <w:ind w:firstLine="720"/>
        <w:rPr/>
      </w:pPr>
      <w:r w:rsidDel="00000000" w:rsidR="00000000" w:rsidRPr="00000000">
        <w:rPr>
          <w:rtl w:val="0"/>
        </w:rPr>
        <w:t xml:space="preserve">Steele nodded, swallowing his frustration. "I get it, Sarge," he said, though it took everything in him to say the words. Being off the streets meant more than just a change of scenery—it was like being sidelined from the job he had fought so hard for.</w:t>
      </w:r>
    </w:p>
    <w:p w:rsidR="00000000" w:rsidDel="00000000" w:rsidP="00000000" w:rsidRDefault="00000000" w:rsidRPr="00000000" w14:paraId="000004D4">
      <w:pPr>
        <w:ind w:firstLine="720"/>
        <w:rPr/>
      </w:pPr>
      <w:r w:rsidDel="00000000" w:rsidR="00000000" w:rsidRPr="00000000">
        <w:rPr>
          <w:rtl w:val="0"/>
        </w:rPr>
        <w:t xml:space="preserve">Bearish put a hand on his shoulder. "Look, this isn’t permanent. Just keep your head down for now and do the job. Things will settle, but it’s going to take some time."</w:t>
      </w:r>
    </w:p>
    <w:p w:rsidR="00000000" w:rsidDel="00000000" w:rsidP="00000000" w:rsidRDefault="00000000" w:rsidRPr="00000000" w14:paraId="000004D5">
      <w:pPr>
        <w:ind w:firstLine="720"/>
        <w:rPr/>
      </w:pPr>
      <w:r w:rsidDel="00000000" w:rsidR="00000000" w:rsidRPr="00000000">
        <w:rPr>
          <w:rtl w:val="0"/>
        </w:rPr>
        <w:t xml:space="preserve">Steele took a deep breath, nodding again. “Understood.”</w:t>
      </w:r>
    </w:p>
    <w:p w:rsidR="00000000" w:rsidDel="00000000" w:rsidP="00000000" w:rsidRDefault="00000000" w:rsidRPr="00000000" w14:paraId="000004D6">
      <w:pPr>
        <w:ind w:firstLine="720"/>
        <w:rPr/>
      </w:pPr>
      <w:r w:rsidDel="00000000" w:rsidR="00000000" w:rsidRPr="00000000">
        <w:rPr>
          <w:rtl w:val="0"/>
        </w:rPr>
        <w:t xml:space="preserve">“Good. Now, get yourself to the desk. I’ll let them know you’re on your way,” Bearish said, his voice carrying a note of finality as he walked off.</w:t>
      </w:r>
    </w:p>
    <w:p w:rsidR="00000000" w:rsidDel="00000000" w:rsidP="00000000" w:rsidRDefault="00000000" w:rsidRPr="00000000" w14:paraId="000004D7">
      <w:pPr>
        <w:ind w:firstLine="720"/>
        <w:rPr/>
      </w:pPr>
      <w:r w:rsidDel="00000000" w:rsidR="00000000" w:rsidRPr="00000000">
        <w:rPr>
          <w:rtl w:val="0"/>
        </w:rPr>
        <w:t xml:space="preserve">Steele headed to the desk area, feeling a mix of anger and disappointment. This wasn’t where he belonged. He made his way to the 911 call center, where a couple of other deputies were already stationed. They looked up as he entered, giving him quick nods.</w:t>
      </w:r>
    </w:p>
    <w:p w:rsidR="00000000" w:rsidDel="00000000" w:rsidP="00000000" w:rsidRDefault="00000000" w:rsidRPr="00000000" w14:paraId="000004D8">
      <w:pPr>
        <w:ind w:firstLine="720"/>
        <w:rPr/>
      </w:pPr>
      <w:r w:rsidDel="00000000" w:rsidR="00000000" w:rsidRPr="00000000">
        <w:rPr>
          <w:rtl w:val="0"/>
        </w:rPr>
        <w:t xml:space="preserve">One of them, Deputy Martinez, raised an eyebrow. "Desk duty, huh?" he said, his tone more sympathetic than mocking. "Welcome to the party."</w:t>
      </w:r>
    </w:p>
    <w:p w:rsidR="00000000" w:rsidDel="00000000" w:rsidP="00000000" w:rsidRDefault="00000000" w:rsidRPr="00000000" w14:paraId="000004D9">
      <w:pPr>
        <w:ind w:firstLine="720"/>
        <w:rPr/>
      </w:pPr>
      <w:r w:rsidDel="00000000" w:rsidR="00000000" w:rsidRPr="00000000">
        <w:rPr>
          <w:rtl w:val="0"/>
        </w:rPr>
        <w:t xml:space="preserve">"Yeah, guess so," Steele muttered as he took a seat. He looked around, taking in the rows of computers and phone lines. The desk felt foreign to him, and yet, this was his reality for now.</w:t>
      </w:r>
    </w:p>
    <w:p w:rsidR="00000000" w:rsidDel="00000000" w:rsidP="00000000" w:rsidRDefault="00000000" w:rsidRPr="00000000" w14:paraId="000004DA">
      <w:pPr>
        <w:ind w:firstLine="720"/>
        <w:rPr/>
      </w:pPr>
      <w:r w:rsidDel="00000000" w:rsidR="00000000" w:rsidRPr="00000000">
        <w:rPr>
          <w:rtl w:val="0"/>
        </w:rPr>
        <w:t xml:space="preserve">Steele adjusted his headset, the earpiece fitting awkwardly over his ear. As he settled in, he heard the first call beep in through his headset. He forced himself to focus on the task at hand, knowing he had to stay sharp. This was his new beat, at least for the foreseeable future.</w:t>
      </w:r>
    </w:p>
    <w:p w:rsidR="00000000" w:rsidDel="00000000" w:rsidP="00000000" w:rsidRDefault="00000000" w:rsidRPr="00000000" w14:paraId="000004DB">
      <w:pPr>
        <w:ind w:firstLine="720"/>
        <w:rPr/>
      </w:pPr>
      <w:r w:rsidDel="00000000" w:rsidR="00000000" w:rsidRPr="00000000">
        <w:rPr>
          <w:rtl w:val="0"/>
        </w:rPr>
        <w:t xml:space="preserve">***</w:t>
      </w:r>
    </w:p>
    <w:p w:rsidR="00000000" w:rsidDel="00000000" w:rsidP="00000000" w:rsidRDefault="00000000" w:rsidRPr="00000000" w14:paraId="000004DC">
      <w:pPr>
        <w:ind w:firstLine="720"/>
        <w:rPr/>
      </w:pPr>
      <w:r w:rsidDel="00000000" w:rsidR="00000000" w:rsidRPr="00000000">
        <w:rPr>
          <w:rtl w:val="0"/>
        </w:rPr>
        <w:t xml:space="preserve">Steele was jolted awake by the piercing ring of his phone. He blinked, disoriented, and glanced at the clock on his bedside table. It was just after four—five hours before his shift. Rubbing his eyes, he grabbed the phone, trying to shake off the remnants of sleep.</w:t>
      </w:r>
    </w:p>
    <w:p w:rsidR="00000000" w:rsidDel="00000000" w:rsidP="00000000" w:rsidRDefault="00000000" w:rsidRPr="00000000" w14:paraId="000004DD">
      <w:pPr>
        <w:ind w:firstLine="720"/>
        <w:rPr/>
      </w:pPr>
      <w:r w:rsidDel="00000000" w:rsidR="00000000" w:rsidRPr="00000000">
        <w:rPr>
          <w:rtl w:val="0"/>
        </w:rPr>
        <w:t xml:space="preserve">“Steele here,” he muttered into the receiver, his voice rough.</w:t>
      </w:r>
    </w:p>
    <w:p w:rsidR="00000000" w:rsidDel="00000000" w:rsidP="00000000" w:rsidRDefault="00000000" w:rsidRPr="00000000" w14:paraId="000004DE">
      <w:pPr>
        <w:ind w:firstLine="720"/>
        <w:rPr/>
      </w:pPr>
      <w:r w:rsidDel="00000000" w:rsidR="00000000" w:rsidRPr="00000000">
        <w:rPr>
          <w:rtl w:val="0"/>
        </w:rPr>
        <w:t xml:space="preserve">“Steele, it’s Bearish. We need all hands on deck. Protests have turned into full-blown riots in South Central. Report to the station ASAP,” Bearish’s voice crackled through, sounding tense and hurried.</w:t>
      </w:r>
    </w:p>
    <w:p w:rsidR="00000000" w:rsidDel="00000000" w:rsidP="00000000" w:rsidRDefault="00000000" w:rsidRPr="00000000" w14:paraId="000004DF">
      <w:pPr>
        <w:ind w:firstLine="720"/>
        <w:rPr/>
      </w:pPr>
      <w:r w:rsidDel="00000000" w:rsidR="00000000" w:rsidRPr="00000000">
        <w:rPr>
          <w:rtl w:val="0"/>
        </w:rPr>
        <w:t xml:space="preserve">“Copy that, Sarge. I’ll be there as fast as I can,” Steele replied, immediately springing into action. He tossed on his uniform, his mind racing. This was bigger than he’d imagined.</w:t>
      </w:r>
    </w:p>
    <w:p w:rsidR="00000000" w:rsidDel="00000000" w:rsidP="00000000" w:rsidRDefault="00000000" w:rsidRPr="00000000" w14:paraId="000004E0">
      <w:pPr>
        <w:ind w:firstLine="720"/>
        <w:rPr/>
      </w:pPr>
      <w:r w:rsidDel="00000000" w:rsidR="00000000" w:rsidRPr="00000000">
        <w:rPr>
          <w:rtl w:val="0"/>
        </w:rPr>
        <w:t xml:space="preserve">Twenty minutes later, he pulled into the station parking lot, greeted by a chaotic scene. Dozens of deputies were suiting up in riot gear, forming mobile field force teams to respond to the violence erupting in the Florence area. Flashing red and blue lights lit up the lot, and the low hum of engines filled the air as units prepared to roll out.</w:t>
      </w:r>
    </w:p>
    <w:p w:rsidR="00000000" w:rsidDel="00000000" w:rsidP="00000000" w:rsidRDefault="00000000" w:rsidRPr="00000000" w14:paraId="000004E1">
      <w:pPr>
        <w:ind w:firstLine="720"/>
        <w:rPr/>
      </w:pPr>
      <w:r w:rsidDel="00000000" w:rsidR="00000000" w:rsidRPr="00000000">
        <w:rPr>
          <w:rtl w:val="0"/>
        </w:rPr>
        <w:t xml:space="preserve">Steele hurried to the main entrance, half-expecting to be reassigned to one of the response teams. As he entered the station, Bearish intercepted him, his expression grim.</w:t>
      </w:r>
    </w:p>
    <w:p w:rsidR="00000000" w:rsidDel="00000000" w:rsidP="00000000" w:rsidRDefault="00000000" w:rsidRPr="00000000" w14:paraId="000004E2">
      <w:pPr>
        <w:ind w:firstLine="720"/>
        <w:rPr/>
      </w:pPr>
      <w:r w:rsidDel="00000000" w:rsidR="00000000" w:rsidRPr="00000000">
        <w:rPr>
          <w:rtl w:val="0"/>
        </w:rPr>
        <w:t xml:space="preserve">“Steele, head to the desk. You’re still assigned there,” Bearish said curtly, waving him off.</w:t>
      </w:r>
    </w:p>
    <w:p w:rsidR="00000000" w:rsidDel="00000000" w:rsidP="00000000" w:rsidRDefault="00000000" w:rsidRPr="00000000" w14:paraId="000004E3">
      <w:pPr>
        <w:ind w:firstLine="720"/>
        <w:rPr/>
      </w:pPr>
      <w:r w:rsidDel="00000000" w:rsidR="00000000" w:rsidRPr="00000000">
        <w:rPr>
          <w:rtl w:val="0"/>
        </w:rPr>
        <w:t xml:space="preserve">Steele clenched his jaw, frustration bubbling up inside. "Sarge, I can—"</w:t>
      </w:r>
    </w:p>
    <w:p w:rsidR="00000000" w:rsidDel="00000000" w:rsidP="00000000" w:rsidRDefault="00000000" w:rsidRPr="00000000" w14:paraId="000004E4">
      <w:pPr>
        <w:ind w:firstLine="720"/>
        <w:rPr/>
      </w:pPr>
      <w:r w:rsidDel="00000000" w:rsidR="00000000" w:rsidRPr="00000000">
        <w:rPr>
          <w:rtl w:val="0"/>
        </w:rPr>
        <w:t xml:space="preserve">“Desk. Now.” Bearish cut him off sharply. “We need someone holding down communications while we’re out there. It’s not up for debate.”</w:t>
      </w:r>
    </w:p>
    <w:p w:rsidR="00000000" w:rsidDel="00000000" w:rsidP="00000000" w:rsidRDefault="00000000" w:rsidRPr="00000000" w14:paraId="000004E5">
      <w:pPr>
        <w:ind w:firstLine="720"/>
        <w:rPr/>
      </w:pPr>
      <w:r w:rsidDel="00000000" w:rsidR="00000000" w:rsidRPr="00000000">
        <w:rPr>
          <w:rtl w:val="0"/>
        </w:rPr>
        <w:t xml:space="preserve">Steele took a deep breath and nodded, swallowing his objections. He made his way back to the 911 call center, glancing over his shoulder at the teams forming up in the parking lot. Deputies were grabbing shields and batons, strapping on helmets, preparing for what could be a long, brutal night.</w:t>
      </w:r>
    </w:p>
    <w:p w:rsidR="00000000" w:rsidDel="00000000" w:rsidP="00000000" w:rsidRDefault="00000000" w:rsidRPr="00000000" w14:paraId="000004E6">
      <w:pPr>
        <w:ind w:firstLine="720"/>
        <w:rPr/>
      </w:pPr>
      <w:r w:rsidDel="00000000" w:rsidR="00000000" w:rsidRPr="00000000">
        <w:rPr>
          <w:rtl w:val="0"/>
        </w:rPr>
        <w:t xml:space="preserve">Once seated at the desk, he plugged in his headset and logged into the system. Calls flooded in as reports of looting, fires, and assaults blared through the radio. Steele listened as dispatch coordinated with the response units, deploying them to hot spots around Florence where rioters were venting their anger at his shooting.</w:t>
      </w:r>
    </w:p>
    <w:p w:rsidR="00000000" w:rsidDel="00000000" w:rsidP="00000000" w:rsidRDefault="00000000" w:rsidRPr="00000000" w14:paraId="000004E7">
      <w:pPr>
        <w:ind w:firstLine="720"/>
        <w:rPr/>
      </w:pPr>
      <w:r w:rsidDel="00000000" w:rsidR="00000000" w:rsidRPr="00000000">
        <w:rPr>
          <w:rtl w:val="0"/>
        </w:rPr>
        <w:t xml:space="preserve">He gripped the edge of his desk as he listened to the chaos unfold, feeling utterly powerless. His fellow deputies were out there, dodging bricks and Molotov cocktails, while he sat here answering phone calls.</w:t>
      </w:r>
    </w:p>
    <w:p w:rsidR="00000000" w:rsidDel="00000000" w:rsidP="00000000" w:rsidRDefault="00000000" w:rsidRPr="00000000" w14:paraId="000004E8">
      <w:pPr>
        <w:ind w:firstLine="720"/>
        <w:rPr/>
      </w:pPr>
      <w:r w:rsidDel="00000000" w:rsidR="00000000" w:rsidRPr="00000000">
        <w:rPr>
          <w:rtl w:val="0"/>
        </w:rPr>
        <w:t xml:space="preserve">Hours passed. Steele listened as the units reported looting in stores, cars set ablaze, and confrontations with rioters. The air grew thick with tension, but gradually, the intensity on the airwaves started to die down. The riot was burning itself out, for now.</w:t>
      </w:r>
    </w:p>
    <w:p w:rsidR="00000000" w:rsidDel="00000000" w:rsidP="00000000" w:rsidRDefault="00000000" w:rsidRPr="00000000" w14:paraId="000004E9">
      <w:pPr>
        <w:ind w:firstLine="720"/>
        <w:rPr/>
      </w:pPr>
      <w:r w:rsidDel="00000000" w:rsidR="00000000" w:rsidRPr="00000000">
        <w:rPr>
          <w:rtl w:val="0"/>
        </w:rPr>
        <w:t xml:space="preserve">Connor eventually made his way back to the station, his uniform smeared with soot and grime. He pulled off his helmet and approached the desk where Steele was sitting, still manning the phone lines.</w:t>
      </w:r>
    </w:p>
    <w:p w:rsidR="00000000" w:rsidDel="00000000" w:rsidP="00000000" w:rsidRDefault="00000000" w:rsidRPr="00000000" w14:paraId="000004EA">
      <w:pPr>
        <w:ind w:firstLine="720"/>
        <w:rPr/>
      </w:pPr>
      <w:r w:rsidDel="00000000" w:rsidR="00000000" w:rsidRPr="00000000">
        <w:rPr>
          <w:rtl w:val="0"/>
        </w:rPr>
        <w:t xml:space="preserve">“Steele,” Connor said, his voice steady but carrying an edge of fatigue. “You holding up?”</w:t>
      </w:r>
    </w:p>
    <w:p w:rsidR="00000000" w:rsidDel="00000000" w:rsidP="00000000" w:rsidRDefault="00000000" w:rsidRPr="00000000" w14:paraId="000004EB">
      <w:pPr>
        <w:ind w:firstLine="720"/>
        <w:rPr/>
      </w:pPr>
      <w:r w:rsidDel="00000000" w:rsidR="00000000" w:rsidRPr="00000000">
        <w:rPr>
          <w:rtl w:val="0"/>
        </w:rPr>
        <w:t xml:space="preserve">Steele looked up, forcing a nod. “Yeah, I’m good,” he lied, trying to keep his voice even. “Wish I could’ve been out there.”</w:t>
      </w:r>
    </w:p>
    <w:p w:rsidR="00000000" w:rsidDel="00000000" w:rsidP="00000000" w:rsidRDefault="00000000" w:rsidRPr="00000000" w14:paraId="000004EC">
      <w:pPr>
        <w:ind w:firstLine="720"/>
        <w:rPr/>
      </w:pPr>
      <w:r w:rsidDel="00000000" w:rsidR="00000000" w:rsidRPr="00000000">
        <w:rPr>
          <w:rtl w:val="0"/>
        </w:rPr>
        <w:t xml:space="preserve">Connor gave a half-smile. “I know. But you’ll get through this, trust me.” He leaned in closer, lowering his voice. “I talked to a detective buddy of mine—one of the inked guys. He’s working the investigation. They’ve already found shell casings at the scene, different markings. Forensics matched them to multiple AK-47s. You’re going to be good, man. Just hang tight.”</w:t>
      </w:r>
    </w:p>
    <w:p w:rsidR="00000000" w:rsidDel="00000000" w:rsidP="00000000" w:rsidRDefault="00000000" w:rsidRPr="00000000" w14:paraId="000004ED">
      <w:pPr>
        <w:ind w:firstLine="720"/>
        <w:rPr/>
      </w:pPr>
      <w:r w:rsidDel="00000000" w:rsidR="00000000" w:rsidRPr="00000000">
        <w:rPr>
          <w:rtl w:val="0"/>
        </w:rPr>
        <w:t xml:space="preserve">A wave of relief washed over Steele, but it was quickly replaced by a renewed sense of dread. "Thanks, sir. I needed to hear that," he said, his voice barely above a whisper.</w:t>
      </w:r>
    </w:p>
    <w:p w:rsidR="00000000" w:rsidDel="00000000" w:rsidP="00000000" w:rsidRDefault="00000000" w:rsidRPr="00000000" w14:paraId="000004EE">
      <w:pPr>
        <w:ind w:firstLine="720"/>
        <w:rPr/>
      </w:pPr>
      <w:r w:rsidDel="00000000" w:rsidR="00000000" w:rsidRPr="00000000">
        <w:rPr>
          <w:rtl w:val="0"/>
        </w:rPr>
        <w:t xml:space="preserve">Connor patted him on the shoulder. “I’ve got your back. We all do,” he assured, then headed back toward the locker rooms, leaving Steele with a faint glimmer of hope.</w:t>
      </w:r>
    </w:p>
    <w:p w:rsidR="00000000" w:rsidDel="00000000" w:rsidP="00000000" w:rsidRDefault="00000000" w:rsidRPr="00000000" w14:paraId="000004EF">
      <w:pPr>
        <w:ind w:firstLine="720"/>
        <w:rPr/>
      </w:pPr>
      <w:r>
        <w:t>Not long after, Steele saw Sergeant Sanchez enter the station. The atmosphere shifted as the sergeant strode purposefully toward the desk. Steele braced himself. Sanchez walked past Connor, who was cleaning up his gear, and fixed Steele with an icy glare as he approached.</w:t>
      </w:r>
    </w:p>
    <w:p w:rsidR="00000000" w:rsidDel="00000000" w:rsidP="00000000" w:rsidRDefault="00000000" w:rsidRPr="00000000" w14:paraId="000004F0">
      <w:pPr>
        <w:ind w:firstLine="720"/>
        <w:rPr/>
      </w:pPr>
      <w:r>
        <w:t>Sanchez stopped a few feet away, his eyes boring into Steele. For a moment, it seemed as though he was about to say something, but instead, he just shook his head, a look of disdain crossing his face. Without a word, he turned on his heel and walked away, leaving a chill in his wake.</w:t>
      </w:r>
    </w:p>
    <w:p w:rsidR="00000000" w:rsidDel="00000000" w:rsidP="00000000" w:rsidRDefault="00000000" w:rsidRPr="00000000" w14:paraId="000004F1">
      <w:pPr>
        <w:ind w:firstLine="720"/>
        <w:rPr/>
      </w:pPr>
      <w:r>
        <w:t>Steele sat back, feeling the weight of Sanchez’s silent judgment. It was a stark contrast to Connor’s reassurance. The room felt colder now, the noise from the riot response fading into the background as Steele resumed his duty, answering calls and waiting for this storm to pass.</w:t>
      </w:r>
    </w:p>
    <w:p w:rsidR="00000000" w:rsidDel="00000000" w:rsidP="00000000" w:rsidRDefault="00000000" w:rsidRPr="00000000" w14:paraId="000004F2">
      <w:pPr>
        <w:ind w:firstLine="720"/>
        <w:rPr/>
      </w:pPr>
      <w:r w:rsidDel="00000000" w:rsidR="00000000" w:rsidRPr="00000000">
        <w:rPr>
          <w:rtl w:val="0"/>
        </w:rPr>
        <w:t xml:space="preserve">***</w:t>
      </w:r>
    </w:p>
    <w:p w:rsidR="00000000" w:rsidDel="00000000" w:rsidP="00000000" w:rsidRDefault="00000000" w:rsidRPr="00000000" w14:paraId="000004F3">
      <w:pPr>
        <w:ind w:firstLine="720"/>
        <w:rPr/>
      </w:pPr>
      <w:r w:rsidDel="00000000" w:rsidR="00000000" w:rsidRPr="00000000">
        <w:rPr>
          <w:rtl w:val="0"/>
        </w:rPr>
        <w:t xml:space="preserve">The next morning, Steele was sitting in his living room, still trying to wake up when the news caught his attention. A local news agency had just begun broadcasting his name, linking him to the "unarmed Black man shooting." Steele's heart dropped as his picture flashed across the screen.</w:t>
      </w:r>
    </w:p>
    <w:p w:rsidR="00000000" w:rsidDel="00000000" w:rsidP="00000000" w:rsidRDefault="00000000" w:rsidRPr="00000000" w14:paraId="000004F4">
      <w:pPr>
        <w:ind w:firstLine="720"/>
        <w:rPr/>
      </w:pPr>
      <w:r w:rsidDel="00000000" w:rsidR="00000000" w:rsidRPr="00000000">
        <w:rPr>
          <w:rtl w:val="0"/>
        </w:rPr>
        <w:t xml:space="preserve">"This just in," the anchor announced, "Deputy Ryan Steele has been identified as the officer involved in the recent controversial shooting. The Los Angeles County Sheriff’s Department has not officially released his name, leading many to suspect an internal leak. This development is likely to intensify protests calling for justice in what many are labeling a racially motivated incident."</w:t>
      </w:r>
    </w:p>
    <w:p w:rsidR="00000000" w:rsidDel="00000000" w:rsidP="00000000" w:rsidRDefault="00000000" w:rsidRPr="00000000" w14:paraId="000004F5">
      <w:pPr>
        <w:ind w:firstLine="720"/>
        <w:rPr/>
      </w:pPr>
      <w:r>
        <w:t>Steele stared blankly at the TV. He hadn't been ready for this. The department hadn’t even publicly released his name yet. Someone had leaked it to the media. Was it Sanchez? He turned off the TV, grabbed his gear, and headed to work, the pit in his stomach growing larger.</w:t>
      </w:r>
    </w:p>
    <w:p w:rsidR="00000000" w:rsidDel="00000000" w:rsidP="00000000" w:rsidRDefault="00000000" w:rsidRPr="00000000" w14:paraId="000004F6">
      <w:pPr>
        <w:ind w:firstLine="720"/>
        <w:rPr/>
      </w:pPr>
      <w:r w:rsidDel="00000000" w:rsidR="00000000" w:rsidRPr="00000000">
        <w:rPr>
          <w:rtl w:val="0"/>
        </w:rPr>
        <w:t xml:space="preserve">When he arrived at the station, he saw Sergeant Bearish waiting for him by the entrance. Bearish’s expression was serious, and Steele could tell this wasn’t going to be a casual conversation.</w:t>
      </w:r>
    </w:p>
    <w:p w:rsidR="00000000" w:rsidDel="00000000" w:rsidP="00000000" w:rsidRDefault="00000000" w:rsidRPr="00000000" w14:paraId="000004F7">
      <w:pPr>
        <w:ind w:firstLine="720"/>
        <w:rPr/>
      </w:pPr>
      <w:r w:rsidDel="00000000" w:rsidR="00000000" w:rsidRPr="00000000">
        <w:rPr>
          <w:rtl w:val="0"/>
        </w:rPr>
        <w:t xml:space="preserve">"Steele," Bearish called out, waving him over. "Head straight to the captain's office. She wants to see you."</w:t>
      </w:r>
    </w:p>
    <w:p w:rsidR="00000000" w:rsidDel="00000000" w:rsidP="00000000" w:rsidRDefault="00000000" w:rsidRPr="00000000" w14:paraId="000004F8">
      <w:pPr>
        <w:ind w:firstLine="720"/>
        <w:rPr/>
      </w:pPr>
      <w:r w:rsidDel="00000000" w:rsidR="00000000" w:rsidRPr="00000000">
        <w:rPr>
          <w:rtl w:val="0"/>
        </w:rPr>
        <w:t xml:space="preserve">Steele nodded, his jaw tightening. He walked through the station with a sense of dread, feeling every pair of eyes on him. The hallways seemed longer, the fluorescent lights harsher than usual. Reaching the captain’s office, he took a deep breath and knocked.</w:t>
      </w:r>
    </w:p>
    <w:p w:rsidR="00000000" w:rsidDel="00000000" w:rsidP="00000000" w:rsidRDefault="00000000" w:rsidRPr="00000000" w14:paraId="000004F9">
      <w:pPr>
        <w:ind w:firstLine="720"/>
        <w:rPr/>
      </w:pPr>
      <w:r w:rsidDel="00000000" w:rsidR="00000000" w:rsidRPr="00000000">
        <w:rPr>
          <w:rtl w:val="0"/>
        </w:rPr>
        <w:t xml:space="preserve">“Come in,” a stern voice replied.</w:t>
      </w:r>
    </w:p>
    <w:p w:rsidR="00000000" w:rsidDel="00000000" w:rsidP="00000000" w:rsidRDefault="00000000" w:rsidRPr="00000000" w14:paraId="000004FA">
      <w:pPr>
        <w:ind w:firstLine="720"/>
        <w:rPr/>
      </w:pPr>
      <w:r w:rsidDel="00000000" w:rsidR="00000000" w:rsidRPr="00000000">
        <w:rPr>
          <w:rtl w:val="0"/>
        </w:rPr>
        <w:t xml:space="preserve">Steele opened the door and stepped inside. Captain Hughes was seated behind her desk, her gaze sharp and unwelcoming. She was a Black woman who had risen through the ranks quickly, with only one year of patrol experience before promoting to sergeant and beyond. Rumors around the station said she had little patience for aggressive deputies, especially those associated with the inked groups.</w:t>
      </w:r>
    </w:p>
    <w:p w:rsidR="00000000" w:rsidDel="00000000" w:rsidP="00000000" w:rsidRDefault="00000000" w:rsidRPr="00000000" w14:paraId="000004FB">
      <w:pPr>
        <w:ind w:firstLine="720"/>
        <w:rPr/>
      </w:pPr>
      <w:r w:rsidDel="00000000" w:rsidR="00000000" w:rsidRPr="00000000">
        <w:rPr>
          <w:rtl w:val="0"/>
        </w:rPr>
        <w:t xml:space="preserve">"Deputy Steele," she began, motioning for him to sit. "As you are aware, your name has been leaked to the media in connection with the recent incident. The protests and public pressure are escalating.”</w:t>
      </w:r>
    </w:p>
    <w:p w:rsidR="00000000" w:rsidDel="00000000" w:rsidP="00000000" w:rsidRDefault="00000000" w:rsidRPr="00000000" w14:paraId="000004FC">
      <w:pPr>
        <w:ind w:firstLine="720"/>
        <w:rPr/>
      </w:pPr>
      <w:r w:rsidDel="00000000" w:rsidR="00000000" w:rsidRPr="00000000">
        <w:rPr>
          <w:rtl w:val="0"/>
        </w:rPr>
        <w:t xml:space="preserve">Steele nodded but didn’t say anything, feeling the tension in the air.</w:t>
      </w:r>
    </w:p>
    <w:p w:rsidR="00000000" w:rsidDel="00000000" w:rsidP="00000000" w:rsidRDefault="00000000" w:rsidRPr="00000000" w14:paraId="000004FD">
      <w:pPr>
        <w:ind w:firstLine="720"/>
        <w:rPr/>
      </w:pPr>
      <w:r w:rsidDel="00000000" w:rsidR="00000000" w:rsidRPr="00000000">
        <w:rPr>
          <w:rtl w:val="0"/>
        </w:rPr>
        <w:t xml:space="preserve">"Effective immediately," Captain Hughes continued, her voice cold, "you are being temporarily transferred back to Men's Central Jail pending the investigation. You’ll report there starting tomorrow."</w:t>
      </w:r>
    </w:p>
    <w:p w:rsidR="00000000" w:rsidDel="00000000" w:rsidP="00000000" w:rsidRDefault="00000000" w:rsidRPr="00000000" w14:paraId="000004FE">
      <w:pPr>
        <w:ind w:firstLine="720"/>
        <w:rPr/>
      </w:pPr>
      <w:r w:rsidDel="00000000" w:rsidR="00000000" w:rsidRPr="00000000">
        <w:rPr>
          <w:rtl w:val="0"/>
        </w:rPr>
        <w:t xml:space="preserve">Steele’s heart sank. "What? You're pulling me off patrol?" he asked, his voice rising. "Captain, this is ridiculous. We both know there's more to the story here."</w:t>
      </w:r>
    </w:p>
    <w:p w:rsidR="00000000" w:rsidDel="00000000" w:rsidP="00000000" w:rsidRDefault="00000000" w:rsidRPr="00000000" w14:paraId="000004FF">
      <w:pPr>
        <w:ind w:firstLine="720"/>
        <w:rPr/>
      </w:pPr>
      <w:r w:rsidDel="00000000" w:rsidR="00000000" w:rsidRPr="00000000">
        <w:rPr>
          <w:rtl w:val="0"/>
        </w:rPr>
        <w:t xml:space="preserve">Captain Hughes raised an eyebrow, her eyes narrowing. "This isn't up for debate, Deputy Steele. The decision has been made."</w:t>
      </w:r>
    </w:p>
    <w:p w:rsidR="00000000" w:rsidDel="00000000" w:rsidP="00000000" w:rsidRDefault="00000000" w:rsidRPr="00000000" w14:paraId="00000500">
      <w:pPr>
        <w:ind w:firstLine="720"/>
        <w:rPr/>
      </w:pPr>
      <w:r w:rsidDel="00000000" w:rsidR="00000000" w:rsidRPr="00000000">
        <w:rPr>
          <w:rtl w:val="0"/>
        </w:rPr>
        <w:t xml:space="preserve">Steele couldn't hold back any longer. "What about the shell casings? The detectives already said they found two different AK-47 shells at the scene. That proves there were multiple shooters!"</w:t>
      </w:r>
    </w:p>
    <w:p w:rsidR="00000000" w:rsidDel="00000000" w:rsidP="00000000" w:rsidRDefault="00000000" w:rsidRPr="00000000" w14:paraId="00000501">
      <w:pPr>
        <w:ind w:firstLine="720"/>
        <w:rPr/>
      </w:pPr>
      <w:r w:rsidDel="00000000" w:rsidR="00000000" w:rsidRPr="00000000">
        <w:rPr>
          <w:rtl w:val="0"/>
        </w:rPr>
        <w:t xml:space="preserve">The captain's expression darkened. "You will not discuss ongoing investigative details, Steele," she snapped. "This is a pending investigation, and we control what information gets released to the public and when."</w:t>
      </w:r>
    </w:p>
    <w:p w:rsidR="00000000" w:rsidDel="00000000" w:rsidP="00000000" w:rsidRDefault="00000000" w:rsidRPr="00000000" w14:paraId="00000502">
      <w:pPr>
        <w:ind w:firstLine="720"/>
        <w:rPr/>
      </w:pPr>
      <w:r w:rsidDel="00000000" w:rsidR="00000000" w:rsidRPr="00000000">
        <w:rPr>
          <w:rtl w:val="0"/>
        </w:rPr>
        <w:t xml:space="preserve">Steele leaned forward, his hands gripping the arms of the chair. "But this leak has put me in the crosshairs! People think I shot an unarmed man. You need to release the information about the casings to calm this situation down!"</w:t>
      </w:r>
    </w:p>
    <w:p w:rsidR="00000000" w:rsidDel="00000000" w:rsidP="00000000" w:rsidRDefault="00000000" w:rsidRPr="00000000" w14:paraId="00000503">
      <w:pPr>
        <w:ind w:firstLine="720"/>
        <w:rPr/>
      </w:pPr>
      <w:r w:rsidDel="00000000" w:rsidR="00000000" w:rsidRPr="00000000">
        <w:rPr>
          <w:rtl w:val="0"/>
        </w:rPr>
        <w:t xml:space="preserve">Captain Hughes stood up, her eyes blazing. "I don't need to do anything, Deputy," she said, her tone cutting. "You don’t get to dictate how we handle this investigation. The department will release the information when we’re ready, not when you think it's convenient."</w:t>
      </w:r>
    </w:p>
    <w:p w:rsidR="00000000" w:rsidDel="00000000" w:rsidP="00000000" w:rsidRDefault="00000000" w:rsidRPr="00000000" w14:paraId="00000504">
      <w:pPr>
        <w:ind w:firstLine="720"/>
        <w:rPr/>
      </w:pPr>
      <w:r w:rsidDel="00000000" w:rsidR="00000000" w:rsidRPr="00000000">
        <w:rPr>
          <w:rtl w:val="0"/>
        </w:rPr>
        <w:t xml:space="preserve">Steele felt a surge of anger, but he forced himself to stay seated. "You're letting this get out of control," he said through gritted teeth. "My life is on the line here, and the longer you keep the truth under wraps, the worse it's going to get."</w:t>
      </w:r>
    </w:p>
    <w:p w:rsidR="00000000" w:rsidDel="00000000" w:rsidP="00000000" w:rsidRDefault="00000000" w:rsidRPr="00000000" w14:paraId="00000505">
      <w:pPr>
        <w:ind w:firstLine="720"/>
        <w:rPr/>
      </w:pPr>
      <w:r w:rsidDel="00000000" w:rsidR="00000000" w:rsidRPr="00000000">
        <w:rPr>
          <w:rtl w:val="0"/>
        </w:rPr>
        <w:t xml:space="preserve">The captain moved around the desk, her demeanor unyielding. "Your assignment is at MCJ starting tomorrow. That’s the end of it. Now, get out of my office."</w:t>
      </w:r>
    </w:p>
    <w:p w:rsidR="00000000" w:rsidDel="00000000" w:rsidP="00000000" w:rsidRDefault="00000000" w:rsidRPr="00000000" w14:paraId="00000506">
      <w:pPr>
        <w:ind w:firstLine="720"/>
        <w:rPr/>
      </w:pPr>
      <w:r w:rsidDel="00000000" w:rsidR="00000000" w:rsidRPr="00000000">
        <w:rPr>
          <w:rtl w:val="0"/>
        </w:rPr>
        <w:t xml:space="preserve">Steele stood, his jaw tight. "Yes, ma'am," he replied, turning to leave. As he walked out, he could feel the captain’s eyes drilling into his back. He left the office, slamming the door shut behind him.</w:t>
      </w:r>
    </w:p>
    <w:p w:rsidR="00000000" w:rsidDel="00000000" w:rsidP="00000000" w:rsidRDefault="00000000" w:rsidRPr="00000000" w14:paraId="00000507">
      <w:pPr>
        <w:ind w:firstLine="720"/>
        <w:rPr/>
      </w:pPr>
      <w:r w:rsidDel="00000000" w:rsidR="00000000" w:rsidRPr="00000000">
        <w:rPr>
          <w:rtl w:val="0"/>
        </w:rPr>
        <w:t xml:space="preserve">***</w:t>
      </w:r>
    </w:p>
    <w:p w:rsidR="00000000" w:rsidDel="00000000" w:rsidP="00000000" w:rsidRDefault="00000000" w:rsidRPr="00000000" w14:paraId="00000508">
      <w:pPr>
        <w:ind w:firstLine="720"/>
        <w:rPr/>
      </w:pPr>
      <w:r w:rsidDel="00000000" w:rsidR="00000000" w:rsidRPr="00000000">
        <w:rPr>
          <w:rtl w:val="0"/>
        </w:rPr>
        <w:t xml:space="preserve">Steele had settled into his new role at Men's Central Jail, but it wasn't the return he had hoped for. Despite being assigned to the 1750 position as a prowler—an elite role within the jail that came with a measure of respect—he still felt like he was stuck in limbo. Prowlers were the top of the food chain at MCJ, tasked with patrolling the tiers, breaking up fights, and responding to emergency calls. In other words, it was the closest thing to patrol he could get in the jail, but it wasn't enough.</w:t>
      </w:r>
    </w:p>
    <w:p w:rsidR="00000000" w:rsidDel="00000000" w:rsidP="00000000" w:rsidRDefault="00000000" w:rsidRPr="00000000" w14:paraId="00000509">
      <w:pPr>
        <w:ind w:firstLine="720"/>
        <w:rPr/>
      </w:pPr>
      <w:r w:rsidDel="00000000" w:rsidR="00000000" w:rsidRPr="00000000">
        <w:rPr>
          <w:rtl w:val="0"/>
        </w:rPr>
        <w:t xml:space="preserve">Everywhere he went, the other deputies treated him like some kind of gunslinger, a veteran of the streets who'd seen real action. Whispers followed him down the hallways. When he walked into the break room, conversations stopped for a moment before picking back up. They called him "The Shooter" when he wasn't around, and even when he was, they still regarded him with a mix of awe and wariness.</w:t>
      </w:r>
    </w:p>
    <w:p w:rsidR="00000000" w:rsidDel="00000000" w:rsidP="00000000" w:rsidRDefault="00000000" w:rsidRPr="00000000" w14:paraId="0000050A">
      <w:pPr>
        <w:ind w:firstLine="720"/>
        <w:rPr/>
      </w:pPr>
      <w:r w:rsidDel="00000000" w:rsidR="00000000" w:rsidRPr="00000000">
        <w:rPr>
          <w:rtl w:val="0"/>
        </w:rPr>
        <w:t xml:space="preserve">“1750, you got the prowler’s post tonight?” one of the deputies called out as Steele walked by.</w:t>
      </w:r>
    </w:p>
    <w:p w:rsidR="00000000" w:rsidDel="00000000" w:rsidP="00000000" w:rsidRDefault="00000000" w:rsidRPr="00000000" w14:paraId="0000050B">
      <w:pPr>
        <w:ind w:firstLine="720"/>
        <w:rPr/>
      </w:pPr>
      <w:r w:rsidDel="00000000" w:rsidR="00000000" w:rsidRPr="00000000">
        <w:rPr>
          <w:rtl w:val="0"/>
        </w:rPr>
        <w:t xml:space="preserve">“Yeah,” Steele replied curtly, barely breaking his stride. He just wanted to get through his shifts and keep his head down. The respect from the other deputies was nice, but it wasn’t the same as being out on the streets, doing real police work. He belonged in a black-and-white, not prowling the confines of the jail.</w:t>
      </w:r>
    </w:p>
    <w:p w:rsidR="00000000" w:rsidDel="00000000" w:rsidP="00000000" w:rsidRDefault="00000000" w:rsidRPr="00000000" w14:paraId="0000050C">
      <w:pPr>
        <w:ind w:firstLine="720"/>
        <w:rPr/>
      </w:pPr>
      <w:r w:rsidDel="00000000" w:rsidR="00000000" w:rsidRPr="00000000">
        <w:rPr>
          <w:rtl w:val="0"/>
        </w:rPr>
        <w:t xml:space="preserve">On a break, Steele found his way outside to the small concrete area that served as a smoking section for the deputies. The air was stale with the scent of cigarettes, but at least it was fresh compared to the inside of the jail. He pulled out his phone and dialed Connor. He needed to hear something, anything, about what was going on outside.</w:t>
      </w:r>
    </w:p>
    <w:p w:rsidR="00000000" w:rsidDel="00000000" w:rsidP="00000000" w:rsidRDefault="00000000" w:rsidRPr="00000000" w14:paraId="0000050D">
      <w:pPr>
        <w:ind w:firstLine="720"/>
        <w:rPr/>
      </w:pPr>
      <w:r w:rsidDel="00000000" w:rsidR="00000000" w:rsidRPr="00000000">
        <w:rPr>
          <w:rtl w:val="0"/>
        </w:rPr>
        <w:t xml:space="preserve">After a few rings, Connor picked up. “What’s up, brother?”</w:t>
      </w:r>
    </w:p>
    <w:p w:rsidR="00000000" w:rsidDel="00000000" w:rsidP="00000000" w:rsidRDefault="00000000" w:rsidRPr="00000000" w14:paraId="0000050E">
      <w:pPr>
        <w:ind w:firstLine="720"/>
        <w:rPr/>
      </w:pPr>
      <w:r w:rsidDel="00000000" w:rsidR="00000000" w:rsidRPr="00000000">
        <w:rPr>
          <w:rtl w:val="0"/>
        </w:rPr>
        <w:t xml:space="preserve">Steele leaned against the wall, feeling the weight of the past few days settle on his shoulders. “Not much. Just wanted to get an update. How’s the world outside of this concrete box?”</w:t>
      </w:r>
    </w:p>
    <w:p w:rsidR="00000000" w:rsidDel="00000000" w:rsidP="00000000" w:rsidRDefault="00000000" w:rsidRPr="00000000" w14:paraId="0000050F">
      <w:pPr>
        <w:ind w:firstLine="720"/>
        <w:rPr/>
      </w:pPr>
      <w:r w:rsidDel="00000000" w:rsidR="00000000" w:rsidRPr="00000000">
        <w:rPr>
          <w:rtl w:val="0"/>
        </w:rPr>
        <w:t xml:space="preserve">Connor let out a sigh on the other end of the line. “Things have calmed down some. The riots and the looting have died off. But there are still protestors outside the station every day. They’re not letting this go.”</w:t>
      </w:r>
    </w:p>
    <w:p w:rsidR="00000000" w:rsidDel="00000000" w:rsidP="00000000" w:rsidRDefault="00000000" w:rsidRPr="00000000" w14:paraId="00000510">
      <w:pPr>
        <w:ind w:firstLine="720"/>
        <w:rPr/>
      </w:pPr>
      <w:r w:rsidDel="00000000" w:rsidR="00000000" w:rsidRPr="00000000">
        <w:rPr>
          <w:rtl w:val="0"/>
        </w:rPr>
        <w:t xml:space="preserve">Steele closed his eyes, feeling a knot form in his stomach. “Yeah, I figured as much. Any word on the investigation?”</w:t>
      </w:r>
    </w:p>
    <w:p w:rsidR="00000000" w:rsidDel="00000000" w:rsidP="00000000" w:rsidRDefault="00000000" w:rsidRPr="00000000" w14:paraId="00000511">
      <w:pPr>
        <w:ind w:firstLine="720"/>
        <w:rPr/>
      </w:pPr>
      <w:r w:rsidDel="00000000" w:rsidR="00000000" w:rsidRPr="00000000">
        <w:rPr>
          <w:rtl w:val="0"/>
        </w:rPr>
        <w:t xml:space="preserve">“No solid news yet,” Connor replied. “But there’s talk of a large civil rights lawsuit getting filed against the department for wrongful death. It’s gaining traction. They’re going after the department hard, and you’re their poster boy.”</w:t>
      </w:r>
    </w:p>
    <w:p w:rsidR="00000000" w:rsidDel="00000000" w:rsidP="00000000" w:rsidRDefault="00000000" w:rsidRPr="00000000" w14:paraId="00000512">
      <w:pPr>
        <w:ind w:firstLine="720"/>
        <w:rPr/>
      </w:pPr>
      <w:r w:rsidDel="00000000" w:rsidR="00000000" w:rsidRPr="00000000">
        <w:rPr>
          <w:rtl w:val="0"/>
        </w:rPr>
        <w:t xml:space="preserve">“Perfect,” Steele muttered. “Just what I needed to hear.”</w:t>
      </w:r>
    </w:p>
    <w:p w:rsidR="00000000" w:rsidDel="00000000" w:rsidP="00000000" w:rsidRDefault="00000000" w:rsidRPr="00000000" w14:paraId="00000513">
      <w:pPr>
        <w:ind w:firstLine="720"/>
        <w:rPr/>
      </w:pPr>
      <w:r w:rsidDel="00000000" w:rsidR="00000000" w:rsidRPr="00000000">
        <w:rPr>
          <w:rtl w:val="0"/>
        </w:rPr>
        <w:t xml:space="preserve">“Look, man,” Connor continued, “this is bigger than just you now. You did your job, you know that. And I know it’s hard, but you’ve got to keep your head in the game. Word around here is that the detectives have more evidence supporting you, but you know how this goes. The brass are playing politics, waiting to make their move when it suits them.”</w:t>
      </w:r>
    </w:p>
    <w:p w:rsidR="00000000" w:rsidDel="00000000" w:rsidP="00000000" w:rsidRDefault="00000000" w:rsidRPr="00000000" w14:paraId="00000514">
      <w:pPr>
        <w:ind w:firstLine="720"/>
        <w:rPr/>
      </w:pPr>
      <w:r w:rsidDel="00000000" w:rsidR="00000000" w:rsidRPr="00000000">
        <w:rPr>
          <w:rtl w:val="0"/>
        </w:rPr>
        <w:t xml:space="preserve">Steele clenched his jaw, his free hand forming a fist. “I just want to get back out there, man. This desk duty and prowler crap is driving me nuts. I’m not meant to be locked up in this place.”</w:t>
      </w:r>
    </w:p>
    <w:p w:rsidR="00000000" w:rsidDel="00000000" w:rsidP="00000000" w:rsidRDefault="00000000" w:rsidRPr="00000000" w14:paraId="00000515">
      <w:pPr>
        <w:ind w:firstLine="720"/>
        <w:rPr/>
      </w:pPr>
      <w:r w:rsidDel="00000000" w:rsidR="00000000" w:rsidRPr="00000000">
        <w:rPr>
          <w:rtl w:val="0"/>
        </w:rPr>
        <w:t xml:space="preserve">“I hear you,” Connor said, his voice firm but reassuring. “You’ll get through this. Just keep your cool, alright? You’ve got the respect of the guys, and that means something. We’re all behind you out here, even if you can’t see it right now.”</w:t>
      </w:r>
    </w:p>
    <w:p w:rsidR="00000000" w:rsidDel="00000000" w:rsidP="00000000" w:rsidRDefault="00000000" w:rsidRPr="00000000" w14:paraId="00000516">
      <w:pPr>
        <w:ind w:firstLine="720"/>
        <w:rPr/>
      </w:pPr>
      <w:r w:rsidDel="00000000" w:rsidR="00000000" w:rsidRPr="00000000">
        <w:rPr>
          <w:rtl w:val="0"/>
        </w:rPr>
        <w:t xml:space="preserve">“Yeah, I know,” Steele replied, though his tone was still edged with frustration. “Just wish this whole thing would blow over already.”</w:t>
      </w:r>
    </w:p>
    <w:p w:rsidR="00000000" w:rsidDel="00000000" w:rsidP="00000000" w:rsidRDefault="00000000" w:rsidRPr="00000000" w14:paraId="00000517">
      <w:pPr>
        <w:ind w:firstLine="720"/>
        <w:rPr/>
      </w:pPr>
      <w:r w:rsidDel="00000000" w:rsidR="00000000" w:rsidRPr="00000000">
        <w:rPr>
          <w:rtl w:val="0"/>
        </w:rPr>
        <w:t xml:space="preserve">“It will,” Connor promised. “It’s just gonna take time. Hang in there, brother.”</w:t>
      </w:r>
    </w:p>
    <w:p w:rsidR="00000000" w:rsidDel="00000000" w:rsidP="00000000" w:rsidRDefault="00000000" w:rsidRPr="00000000" w14:paraId="00000518">
      <w:pPr>
        <w:ind w:firstLine="720"/>
        <w:rPr/>
      </w:pPr>
      <w:r w:rsidDel="00000000" w:rsidR="00000000" w:rsidRPr="00000000">
        <w:rPr>
          <w:rtl w:val="0"/>
        </w:rPr>
        <w:t xml:space="preserve">Steele took a deep breath and nodded, even though Connor couldn’t see it. “Alright. I’ll catch you later.”</w:t>
      </w:r>
    </w:p>
    <w:p w:rsidR="00000000" w:rsidDel="00000000" w:rsidP="00000000" w:rsidRDefault="00000000" w:rsidRPr="00000000" w14:paraId="00000519">
      <w:pPr>
        <w:ind w:firstLine="720"/>
        <w:rPr/>
      </w:pPr>
      <w:r w:rsidDel="00000000" w:rsidR="00000000" w:rsidRPr="00000000">
        <w:rPr>
          <w:rtl w:val="0"/>
        </w:rPr>
        <w:t xml:space="preserve">“Stay safe, man,” Connor said before hanging up.</w:t>
      </w:r>
    </w:p>
    <w:p w:rsidR="00000000" w:rsidDel="00000000" w:rsidP="00000000" w:rsidRDefault="00000000" w:rsidRPr="00000000" w14:paraId="0000051A">
      <w:pPr>
        <w:ind w:firstLine="720"/>
        <w:rPr/>
      </w:pPr>
      <w:r w:rsidDel="00000000" w:rsidR="00000000" w:rsidRPr="00000000">
        <w:rPr>
          <w:rtl w:val="0"/>
        </w:rPr>
        <w:t xml:space="preserve">Steele slipped his phone back into his pocket and glanced out at the city skyline in the distance. The world outside was still moving, still full of chaos and uncertainty, while he was stuck in the concrete confines of the jail. All he could do now was wait, and that was the hardest part. He pushed off the wall and headed back inside, ready to continue his shift as the 1750 prowler, even if it wasn’t where he wanted to be.</w:t>
      </w:r>
    </w:p>
    <w:p w:rsidR="00000000" w:rsidDel="00000000" w:rsidP="00000000" w:rsidRDefault="00000000" w:rsidRPr="00000000" w14:paraId="0000051B">
      <w:pPr>
        <w:ind w:firstLine="720"/>
        <w:rPr/>
      </w:pPr>
      <w:r w:rsidDel="00000000" w:rsidR="00000000" w:rsidRPr="00000000">
        <w:rPr>
          <w:rtl w:val="0"/>
        </w:rPr>
        <w:t xml:space="preserve">***</w:t>
      </w:r>
    </w:p>
    <w:p w:rsidR="00000000" w:rsidDel="00000000" w:rsidP="00000000" w:rsidRDefault="00000000" w:rsidRPr="00000000" w14:paraId="0000051C">
      <w:pPr>
        <w:ind w:firstLine="720"/>
        <w:rPr/>
      </w:pPr>
      <w:r w:rsidDel="00000000" w:rsidR="00000000" w:rsidRPr="00000000">
        <w:rPr>
          <w:rtl w:val="0"/>
        </w:rPr>
        <w:t xml:space="preserve">Steele sat around the dinner table with his parents in their Lakewood home. It was one of the few places that still felt normal to him—a refuge from the chaos surrounding his life in South Central. The smell of his mom’s homemade lasagna filled the room, bringing back memories of simpler times. But now, even in this peaceful setting, his mind couldn’t escape the turmoil brewing around him.</w:t>
      </w:r>
    </w:p>
    <w:p w:rsidR="00000000" w:rsidDel="00000000" w:rsidP="00000000" w:rsidRDefault="00000000" w:rsidRPr="00000000" w14:paraId="0000051D">
      <w:pPr>
        <w:ind w:firstLine="720"/>
        <w:rPr/>
      </w:pPr>
      <w:r w:rsidDel="00000000" w:rsidR="00000000" w:rsidRPr="00000000">
        <w:rPr>
          <w:rtl w:val="0"/>
        </w:rPr>
        <w:t xml:space="preserve">His dad, Rich, broke the silence as he poured another glass of water. “So, Ryan,” he started cautiously, “how’s it going at the jail? They still have you in high power?”</w:t>
      </w:r>
    </w:p>
    <w:p w:rsidR="00000000" w:rsidDel="00000000" w:rsidP="00000000" w:rsidRDefault="00000000" w:rsidRPr="00000000" w14:paraId="0000051E">
      <w:pPr>
        <w:ind w:firstLine="720"/>
        <w:rPr/>
      </w:pPr>
      <w:r w:rsidDel="00000000" w:rsidR="00000000" w:rsidRPr="00000000">
        <w:rPr>
          <w:rtl w:val="0"/>
        </w:rPr>
        <w:t xml:space="preserve">Ryan nodded, pushing the lasagna around his plate. “Yeah, I’m on prowler duty. They’ve got me at the top of the jail food chain, but it’s not what I signed up for. I just want to get back to patrol.”</w:t>
      </w:r>
    </w:p>
    <w:p w:rsidR="00000000" w:rsidDel="00000000" w:rsidP="00000000" w:rsidRDefault="00000000" w:rsidRPr="00000000" w14:paraId="0000051F">
      <w:pPr>
        <w:ind w:firstLine="720"/>
        <w:rPr/>
      </w:pPr>
      <w:r w:rsidDel="00000000" w:rsidR="00000000" w:rsidRPr="00000000">
        <w:rPr>
          <w:rtl w:val="0"/>
        </w:rPr>
        <w:t xml:space="preserve">His mom fixed him with a steady gaze. “I get it, Ryan. You’re a street cop, not a jail guard. But right now, you need to keep your head down and push through. Part of this job is doing what needs to be done, even when it’s not what you want.”</w:t>
      </w:r>
    </w:p>
    <w:p w:rsidR="00000000" w:rsidDel="00000000" w:rsidP="00000000" w:rsidRDefault="00000000" w:rsidRPr="00000000" w14:paraId="00000520">
      <w:pPr>
        <w:ind w:firstLine="720"/>
        <w:rPr/>
      </w:pPr>
      <w:r w:rsidDel="00000000" w:rsidR="00000000" w:rsidRPr="00000000">
        <w:rPr>
          <w:rtl w:val="0"/>
        </w:rPr>
        <w:t xml:space="preserve">Ryan sighed, his fork hovering over the food. “I keep replaying the shooting in my head, over and over. I know I saw the gun, but now I’m second-guessing everything. It’s like the whole world is against me. Did you hear about the lawsuit?”</w:t>
      </w:r>
    </w:p>
    <w:p w:rsidR="00000000" w:rsidDel="00000000" w:rsidP="00000000" w:rsidRDefault="00000000" w:rsidRPr="00000000" w14:paraId="00000521">
      <w:pPr>
        <w:ind w:firstLine="720"/>
        <w:rPr/>
      </w:pPr>
      <w:r w:rsidDel="00000000" w:rsidR="00000000" w:rsidRPr="00000000">
        <w:rPr>
          <w:rtl w:val="0"/>
        </w:rPr>
        <w:t xml:space="preserve">Rich leaned in, his brow furrowing. “Yeah, I heard. One hundred million dollars. It’s ridiculous. But you have to understand, it’s not about you personally, Ryan. It’s about the department and a payday for the lawyers. They’re spinning it into a story, that’s all.”</w:t>
      </w:r>
    </w:p>
    <w:p w:rsidR="00000000" w:rsidDel="00000000" w:rsidP="00000000" w:rsidRDefault="00000000" w:rsidRPr="00000000" w14:paraId="00000522">
      <w:pPr>
        <w:ind w:firstLine="720"/>
        <w:rPr/>
      </w:pPr>
      <w:r w:rsidDel="00000000" w:rsidR="00000000" w:rsidRPr="00000000">
        <w:rPr>
          <w:rtl w:val="0"/>
        </w:rPr>
        <w:t xml:space="preserve">Ryan’s mom chimed in, her voice no-nonsense, hardened by years on the force. “That’s exactly what they’re doing. The media and these civil rights attorneys—they want to create a narrative. You’re just the face they’re using right now. You saw the gun, and forensics will back you up. They’re turning this into a circus, but you can’t let that get into your head.”</w:t>
      </w:r>
    </w:p>
    <w:p w:rsidR="00000000" w:rsidDel="00000000" w:rsidP="00000000" w:rsidRDefault="00000000" w:rsidRPr="00000000" w14:paraId="00000523">
      <w:pPr>
        <w:ind w:firstLine="720"/>
        <w:rPr/>
      </w:pPr>
      <w:r w:rsidDel="00000000" w:rsidR="00000000" w:rsidRPr="00000000">
        <w:rPr>
          <w:rtl w:val="0"/>
        </w:rPr>
        <w:t xml:space="preserve">Ryan nodded slowly, finally picking up his fork. “I get that, but it’s hard to ignore. They’re out there calling me a murderer, and now they’re dragging me through a lawsuit. One hundred million dollars, like I’m some kind of monster.”</w:t>
      </w:r>
    </w:p>
    <w:p w:rsidR="00000000" w:rsidDel="00000000" w:rsidP="00000000" w:rsidRDefault="00000000" w:rsidRPr="00000000" w14:paraId="00000524">
      <w:pPr>
        <w:ind w:firstLine="720"/>
        <w:rPr/>
      </w:pPr>
      <w:r w:rsidDel="00000000" w:rsidR="00000000" w:rsidRPr="00000000">
        <w:rPr>
          <w:rtl w:val="0"/>
        </w:rPr>
        <w:t xml:space="preserve">“Listen to your mom,” Rich interjected firmly. “She’s right. This isn’t about you; it’s about politics and money. They’re making you the scapegoat because it’s good press, but that doesn’t change the facts. You followed your training. You did what you were supposed to do.”</w:t>
      </w:r>
    </w:p>
    <w:p w:rsidR="00000000" w:rsidDel="00000000" w:rsidP="00000000" w:rsidRDefault="00000000" w:rsidRPr="00000000" w14:paraId="00000525">
      <w:pPr>
        <w:ind w:firstLine="720"/>
        <w:rPr/>
      </w:pPr>
      <w:r w:rsidDel="00000000" w:rsidR="00000000" w:rsidRPr="00000000">
        <w:rPr>
          <w:rtl w:val="0"/>
        </w:rPr>
        <w:t xml:space="preserve">Ryan’s mom reached across the table and took his hand. “You’re a cop, Ryan. You’ve been trained for these situations. It’s easy for everyone to point fingers now, but when the dust settles, the truth will come out. The forensics team found shell casings from different AK-47s at the scene. That’s going to vindicate you.”</w:t>
      </w:r>
    </w:p>
    <w:p w:rsidR="00000000" w:rsidDel="00000000" w:rsidP="00000000" w:rsidRDefault="00000000" w:rsidRPr="00000000" w14:paraId="00000526">
      <w:pPr>
        <w:ind w:firstLine="720"/>
        <w:rPr/>
      </w:pPr>
      <w:r w:rsidDel="00000000" w:rsidR="00000000" w:rsidRPr="00000000">
        <w:rPr>
          <w:rtl w:val="0"/>
        </w:rPr>
        <w:t xml:space="preserve">“They need to release that information now,” Ryan said, frustration bubbling up. “They’re holding it back, playing this political game while I get crucified in the press. I asked the captain to release the forensics report, and she refused. Said it’s a pending investigation.”</w:t>
      </w:r>
    </w:p>
    <w:p w:rsidR="00000000" w:rsidDel="00000000" w:rsidP="00000000" w:rsidRDefault="00000000" w:rsidRPr="00000000" w14:paraId="00000527">
      <w:pPr>
        <w:ind w:firstLine="720"/>
        <w:rPr/>
      </w:pPr>
      <w:r w:rsidDel="00000000" w:rsidR="00000000" w:rsidRPr="00000000">
        <w:rPr>
          <w:rtl w:val="0"/>
        </w:rPr>
        <w:t xml:space="preserve">His mom’s eyes narrowed, and she shook her head. “Of course she did. They’re going to drag this out as long as they can to cover their own asses. You know how this department works. They’ll release it when they think it benefits them, not when it’s the right thing to do.”</w:t>
      </w:r>
    </w:p>
    <w:p w:rsidR="00000000" w:rsidDel="00000000" w:rsidP="00000000" w:rsidRDefault="00000000" w:rsidRPr="00000000" w14:paraId="00000528">
      <w:pPr>
        <w:ind w:firstLine="720"/>
        <w:rPr/>
      </w:pPr>
      <w:r w:rsidDel="00000000" w:rsidR="00000000" w:rsidRPr="00000000">
        <w:rPr>
          <w:rtl w:val="0"/>
        </w:rPr>
        <w:t xml:space="preserve">Rich nodded in agreement. “It’s not right, but it’s how it’s done. You just need to ride it out. You’re not alone in this, son. You’ve got the guys at the station on your side, and we’re here with you every step of the way.”</w:t>
      </w:r>
    </w:p>
    <w:p w:rsidR="00000000" w:rsidDel="00000000" w:rsidP="00000000" w:rsidRDefault="00000000" w:rsidRPr="00000000" w14:paraId="00000529">
      <w:pPr>
        <w:ind w:firstLine="720"/>
        <w:rPr/>
      </w:pPr>
      <w:r w:rsidDel="00000000" w:rsidR="00000000" w:rsidRPr="00000000">
        <w:rPr>
          <w:rtl w:val="0"/>
        </w:rPr>
        <w:t xml:space="preserve">Ryan managed a small smile, feeling a glimmer of reassurance from his parents' words. “I know. I just wish I could fast-forward through all this. I just want to get back out there and do my job.”</w:t>
      </w:r>
    </w:p>
    <w:p w:rsidR="00000000" w:rsidDel="00000000" w:rsidP="00000000" w:rsidRDefault="00000000" w:rsidRPr="00000000" w14:paraId="0000052A">
      <w:pPr>
        <w:ind w:firstLine="720"/>
        <w:rPr/>
      </w:pPr>
      <w:r w:rsidDel="00000000" w:rsidR="00000000" w:rsidRPr="00000000">
        <w:rPr>
          <w:rtl w:val="0"/>
        </w:rPr>
        <w:t xml:space="preserve">“You will,” his mom said, her voice unyielding. “You’re stronger than this, and you’re not going to let them beat you. The department and the media don’t control your career. You do.”</w:t>
      </w:r>
    </w:p>
    <w:p w:rsidR="00000000" w:rsidDel="00000000" w:rsidP="00000000" w:rsidRDefault="00000000" w:rsidRPr="00000000" w14:paraId="0000052B">
      <w:pPr>
        <w:ind w:firstLine="720"/>
        <w:rPr/>
      </w:pPr>
      <w:r w:rsidDel="00000000" w:rsidR="00000000" w:rsidRPr="00000000">
        <w:rPr>
          <w:rtl w:val="0"/>
        </w:rPr>
        <w:t xml:space="preserve">“She's right,” Rich added. “This lawsuit, the protests, all of it—it’ll blow over in time. You just need to stay focused and keep doing what you’re trained to do. The evidence is on your side.”</w:t>
      </w:r>
    </w:p>
    <w:p w:rsidR="00000000" w:rsidDel="00000000" w:rsidP="00000000" w:rsidRDefault="00000000" w:rsidRPr="00000000" w14:paraId="0000052C">
      <w:pPr>
        <w:ind w:firstLine="720"/>
        <w:rPr/>
      </w:pPr>
      <w:r w:rsidDel="00000000" w:rsidR="00000000" w:rsidRPr="00000000">
        <w:rPr>
          <w:rtl w:val="0"/>
        </w:rPr>
        <w:t xml:space="preserve">Ryan nodded, squeezing his mom’s hand before finally digging into his food. “Thanks. I needed to hear that.”</w:t>
      </w:r>
    </w:p>
    <w:p w:rsidR="00000000" w:rsidDel="00000000" w:rsidP="00000000" w:rsidRDefault="00000000" w:rsidRPr="00000000" w14:paraId="0000052D">
      <w:pPr>
        <w:ind w:firstLine="720"/>
        <w:rPr/>
      </w:pPr>
      <w:r w:rsidDel="00000000" w:rsidR="00000000" w:rsidRPr="00000000">
        <w:rPr>
          <w:rtl w:val="0"/>
        </w:rPr>
        <w:t xml:space="preserve">“Well,” his mom smirked, “finish your lasagna. You’re not taking on the world on an empty stomach.”</w:t>
      </w:r>
    </w:p>
    <w:p w:rsidR="00000000" w:rsidDel="00000000" w:rsidP="00000000" w:rsidRDefault="00000000" w:rsidRPr="00000000" w14:paraId="0000052E">
      <w:pPr>
        <w:ind w:firstLine="720"/>
        <w:rPr/>
      </w:pPr>
      <w:r w:rsidDel="00000000" w:rsidR="00000000" w:rsidRPr="00000000">
        <w:rPr>
          <w:rtl w:val="0"/>
        </w:rPr>
        <w:t xml:space="preserve">He chuckled, the tension easing just a bit as they continued their meal, leaving the troubles of the outside world behind, if only for a moment.</w:t>
      </w:r>
    </w:p>
    <w:p w:rsidR="00000000" w:rsidDel="00000000" w:rsidP="00000000" w:rsidRDefault="00000000" w:rsidRPr="00000000" w14:paraId="0000052F">
      <w:pPr>
        <w:ind w:firstLine="720"/>
        <w:rPr/>
      </w:pPr>
      <w:r w:rsidDel="00000000" w:rsidR="00000000" w:rsidRPr="00000000">
        <w:rPr>
          <w:rtl w:val="0"/>
        </w:rPr>
        <w:t xml:space="preserve">***</w:t>
      </w:r>
    </w:p>
    <w:p w:rsidR="00000000" w:rsidDel="00000000" w:rsidP="00000000" w:rsidRDefault="00000000" w:rsidRPr="00000000" w14:paraId="00000530">
      <w:pPr>
        <w:ind w:firstLine="720"/>
        <w:rPr/>
      </w:pPr>
      <w:r w:rsidDel="00000000" w:rsidR="00000000" w:rsidRPr="00000000">
        <w:rPr>
          <w:rtl w:val="0"/>
        </w:rPr>
        <w:t xml:space="preserve">Steele sat in the cold, sterile waiting room of the Internal Affairs Bureau downtown, his leg bouncing up and down in nervous energy. His attorney, a grizzled older man with salt-and-pepper hair and a calm demeanor, sat next to him, flipping through a file. Steele glanced at the clock on the wall, wishing it would tick faster and get this over with.</w:t>
      </w:r>
    </w:p>
    <w:p w:rsidR="00000000" w:rsidDel="00000000" w:rsidP="00000000" w:rsidRDefault="00000000" w:rsidRPr="00000000" w14:paraId="00000531">
      <w:pPr>
        <w:ind w:firstLine="720"/>
        <w:rPr/>
      </w:pPr>
      <w:r>
        <w:t>As they waited, the door to the bureau swung open, and out walked Sergeant Sanchez. Steele immediately locked eyes with him. Sanchez’s face twisted into a scowl, his eyes burning with disdain. He didn’t say a word but made sure to give Steele a long, hard look as he passed. Steele’s stomach tightened. The contempt in Sanchez's expression was palpable.</w:t>
      </w:r>
    </w:p>
    <w:p w:rsidR="00000000" w:rsidDel="00000000" w:rsidP="00000000" w:rsidRDefault="00000000" w:rsidRPr="00000000" w14:paraId="00000532">
      <w:pPr>
        <w:ind w:firstLine="720"/>
        <w:rPr/>
      </w:pPr>
      <w:r>
        <w:t>“Don’t let that get to you,” his attorney muttered, not even bothering to look up from his file. “Sanchez has his own agenda. I’ve got it on good authority that the shooting is looking solid. Just stick to your story, and you’ll be fine.”</w:t>
      </w:r>
    </w:p>
    <w:p w:rsidR="00000000" w:rsidDel="00000000" w:rsidP="00000000" w:rsidRDefault="00000000" w:rsidRPr="00000000" w14:paraId="00000533">
      <w:pPr>
        <w:ind w:firstLine="720"/>
        <w:rPr/>
      </w:pPr>
      <w:r>
        <w:t>Steele nodded, trying to take in the reassurance. He trusted his attorney, but seeing Sanchez slinking out of the IA office left him unsettled. He took a deep breath and stared at the door ahead, mentally preparing himself for the grilling he knew was coming.</w:t>
      </w:r>
    </w:p>
    <w:p w:rsidR="00000000" w:rsidDel="00000000" w:rsidP="00000000" w:rsidRDefault="00000000" w:rsidRPr="00000000" w14:paraId="00000534">
      <w:pPr>
        <w:ind w:firstLine="720"/>
        <w:rPr/>
      </w:pPr>
      <w:r w:rsidDel="00000000" w:rsidR="00000000" w:rsidRPr="00000000">
        <w:rPr>
          <w:rtl w:val="0"/>
        </w:rPr>
        <w:t xml:space="preserve">A moment later, the door opened, and a clerk called his name. Steele and his attorney stood, straightened their jackets, and walked through the door. The room inside was large but windowless, giving it a suffocating feel. At the center of the room sat two IA investigators, both with notepads and recorders in front of them. They greeted Steele professionally, though their expressions remained neutral.</w:t>
      </w:r>
    </w:p>
    <w:p w:rsidR="00000000" w:rsidDel="00000000" w:rsidP="00000000" w:rsidRDefault="00000000" w:rsidRPr="00000000" w14:paraId="00000535">
      <w:pPr>
        <w:ind w:firstLine="720"/>
        <w:rPr/>
      </w:pPr>
      <w:r w:rsidDel="00000000" w:rsidR="00000000" w:rsidRPr="00000000">
        <w:rPr>
          <w:rtl w:val="0"/>
        </w:rPr>
        <w:t xml:space="preserve">“Deputy Steele, thank you for coming in,” one of the investigators said, gesturing to the chair across the table. “This is a routine interview regarding the shooting incident you were involved in. As you’re aware, we need to go through everything, second by second.”</w:t>
      </w:r>
    </w:p>
    <w:p w:rsidR="00000000" w:rsidDel="00000000" w:rsidP="00000000" w:rsidRDefault="00000000" w:rsidRPr="00000000" w14:paraId="00000536">
      <w:pPr>
        <w:ind w:firstLine="720"/>
        <w:rPr/>
      </w:pPr>
      <w:r w:rsidDel="00000000" w:rsidR="00000000" w:rsidRPr="00000000">
        <w:rPr>
          <w:rtl w:val="0"/>
        </w:rPr>
        <w:t xml:space="preserve">Steele sat down, his attorney by his side. “Understood,” Steele replied, feeling the tension coil in his chest.</w:t>
      </w:r>
    </w:p>
    <w:p w:rsidR="00000000" w:rsidDel="00000000" w:rsidP="00000000" w:rsidRDefault="00000000" w:rsidRPr="00000000" w14:paraId="00000537">
      <w:pPr>
        <w:ind w:firstLine="720"/>
        <w:rPr/>
      </w:pPr>
      <w:r w:rsidDel="00000000" w:rsidR="00000000" w:rsidRPr="00000000">
        <w:rPr>
          <w:rtl w:val="0"/>
        </w:rPr>
        <w:t xml:space="preserve">For the next four hours, Steele was walked through the incident in excruciating detail. They began at the start of the night, from the moment they decided to approach 59th Place on foot rather than by car.</w:t>
      </w:r>
    </w:p>
    <w:p w:rsidR="00000000" w:rsidDel="00000000" w:rsidP="00000000" w:rsidRDefault="00000000" w:rsidRPr="00000000" w14:paraId="00000538">
      <w:pPr>
        <w:ind w:firstLine="720"/>
        <w:rPr/>
      </w:pPr>
      <w:r w:rsidDel="00000000" w:rsidR="00000000" w:rsidRPr="00000000">
        <w:rPr>
          <w:rtl w:val="0"/>
        </w:rPr>
        <w:t xml:space="preserve">"Why did you and the other deputies choose to go in on foot that night, Deputy Steele?" one of the investigators asked, his eyes boring into Steele.</w:t>
      </w:r>
    </w:p>
    <w:p w:rsidR="00000000" w:rsidDel="00000000" w:rsidP="00000000" w:rsidRDefault="00000000" w:rsidRPr="00000000" w14:paraId="00000539">
      <w:pPr>
        <w:ind w:firstLine="720"/>
        <w:rPr/>
      </w:pPr>
      <w:r w:rsidDel="00000000" w:rsidR="00000000" w:rsidRPr="00000000">
        <w:rPr>
          <w:rtl w:val="0"/>
        </w:rPr>
        <w:t xml:space="preserve">“We were looking to surprise the gang members," Steele explained. "They have lookouts all over the block. If we drove in, they’d be tipped off right away, and any illegal activity would vanish before we got close.”</w:t>
      </w:r>
    </w:p>
    <w:p w:rsidR="00000000" w:rsidDel="00000000" w:rsidP="00000000" w:rsidRDefault="00000000" w:rsidRPr="00000000" w14:paraId="0000053A">
      <w:pPr>
        <w:ind w:firstLine="720"/>
        <w:rPr/>
      </w:pPr>
      <w:r w:rsidDel="00000000" w:rsidR="00000000" w:rsidRPr="00000000">
        <w:rPr>
          <w:rtl w:val="0"/>
        </w:rPr>
        <w:t xml:space="preserve">The investigator nodded, scribbling notes. “So, would you say this was a targeted action, given that it was a memorial night?”</w:t>
      </w:r>
    </w:p>
    <w:p w:rsidR="00000000" w:rsidDel="00000000" w:rsidP="00000000" w:rsidRDefault="00000000" w:rsidRPr="00000000" w14:paraId="0000053B">
      <w:pPr>
        <w:ind w:firstLine="720"/>
        <w:rPr/>
      </w:pPr>
      <w:r w:rsidDel="00000000" w:rsidR="00000000" w:rsidRPr="00000000">
        <w:rPr>
          <w:rtl w:val="0"/>
        </w:rPr>
        <w:t xml:space="preserve">Steele’s attorney immediately cut in. “Let’s not read into this. The deputies were out conducting patrols and, yes, they were more vigilant given the circumstances. That’s standard practice.”</w:t>
      </w:r>
    </w:p>
    <w:p w:rsidR="00000000" w:rsidDel="00000000" w:rsidP="00000000" w:rsidRDefault="00000000" w:rsidRPr="00000000" w14:paraId="0000053C">
      <w:pPr>
        <w:ind w:firstLine="720"/>
        <w:rPr/>
      </w:pPr>
      <w:r w:rsidDel="00000000" w:rsidR="00000000" w:rsidRPr="00000000">
        <w:rPr>
          <w:rtl w:val="0"/>
        </w:rPr>
        <w:t xml:space="preserve">Steele took a steadying breath and answered, "We weren’t there for retaliation. We were there to conduct patrol in an area known for high gang activity and violence. Memorial night or not, our job is to keep the streets safe.”</w:t>
      </w:r>
    </w:p>
    <w:p w:rsidR="00000000" w:rsidDel="00000000" w:rsidP="00000000" w:rsidRDefault="00000000" w:rsidRPr="00000000" w14:paraId="0000053D">
      <w:pPr>
        <w:ind w:firstLine="720"/>
        <w:rPr/>
      </w:pPr>
      <w:r w:rsidDel="00000000" w:rsidR="00000000" w:rsidRPr="00000000">
        <w:rPr>
          <w:rtl w:val="0"/>
        </w:rPr>
        <w:t xml:space="preserve">The investigators exchanged a glance before moving on. “Let’s talk about when you made the decision to fire your weapon,” the second investigator said, pushing the conversation forward. “Walk us through that moment. What exactly did you see that made you feel the need to shoot?”</w:t>
      </w:r>
    </w:p>
    <w:p w:rsidR="00000000" w:rsidDel="00000000" w:rsidP="00000000" w:rsidRDefault="00000000" w:rsidRPr="00000000" w14:paraId="0000053E">
      <w:pPr>
        <w:ind w:firstLine="720"/>
        <w:rPr/>
      </w:pPr>
      <w:r w:rsidDel="00000000" w:rsidR="00000000" w:rsidRPr="00000000">
        <w:rPr>
          <w:rtl w:val="0"/>
        </w:rPr>
        <w:t xml:space="preserve">Steele felt his pulse quicken. This was the critical part. “I saw one of the suspects exit the van with a rifle,” he said, leaning forward slightly, his eyes fixed on the investigator’s pen scratching on paper. “It was an AK-47. He aimed it toward the house and then started firing. I had to make the call. He was armed, and I had no doubt he would shoot at us and i thought either myself, a bystander, or another deputy could be killed.”</w:t>
      </w:r>
    </w:p>
    <w:p w:rsidR="00000000" w:rsidDel="00000000" w:rsidP="00000000" w:rsidRDefault="00000000" w:rsidRPr="00000000" w14:paraId="0000053F">
      <w:pPr>
        <w:ind w:firstLine="720"/>
        <w:rPr/>
      </w:pPr>
      <w:r w:rsidDel="00000000" w:rsidR="00000000" w:rsidRPr="00000000">
        <w:rPr>
          <w:rtl w:val="0"/>
        </w:rPr>
        <w:t xml:space="preserve">The investigator leaned back, studying him. “And you’re certain you saw the rifle before you fired?”</w:t>
      </w:r>
    </w:p>
    <w:p w:rsidR="00000000" w:rsidDel="00000000" w:rsidP="00000000" w:rsidRDefault="00000000" w:rsidRPr="00000000" w14:paraId="00000540">
      <w:pPr>
        <w:ind w:firstLine="720"/>
        <w:rPr/>
      </w:pPr>
      <w:r w:rsidDel="00000000" w:rsidR="00000000" w:rsidRPr="00000000">
        <w:rPr>
          <w:rtl w:val="0"/>
        </w:rPr>
        <w:t xml:space="preserve">“Yes,” Steele replied firmly. “I saw the rifle. I know what I saw.”</w:t>
      </w:r>
    </w:p>
    <w:p w:rsidR="00000000" w:rsidDel="00000000" w:rsidP="00000000" w:rsidRDefault="00000000" w:rsidRPr="00000000" w14:paraId="00000541">
      <w:pPr>
        <w:ind w:firstLine="720"/>
        <w:rPr/>
      </w:pPr>
      <w:r w:rsidDel="00000000" w:rsidR="00000000" w:rsidRPr="00000000">
        <w:rPr>
          <w:rtl w:val="0"/>
        </w:rPr>
        <w:t xml:space="preserve">The room went quiet for a moment as the investigator wrote something down. Steele glanced at his attorney, who gave him a slight nod.</w:t>
      </w:r>
    </w:p>
    <w:p w:rsidR="00000000" w:rsidDel="00000000" w:rsidP="00000000" w:rsidRDefault="00000000" w:rsidRPr="00000000" w14:paraId="00000542">
      <w:pPr>
        <w:ind w:firstLine="720"/>
        <w:rPr/>
      </w:pPr>
      <w:r w:rsidDel="00000000" w:rsidR="00000000" w:rsidRPr="00000000">
        <w:rPr>
          <w:rtl w:val="0"/>
        </w:rPr>
        <w:t xml:space="preserve">They drilled down into every second after that. How many shots he fired. How he aimed. Whether he saw the suspect fall. They left no detail unexplored. After what felt like an eternity, they moved on to the aftermath.</w:t>
      </w:r>
    </w:p>
    <w:p w:rsidR="00000000" w:rsidDel="00000000" w:rsidP="00000000" w:rsidRDefault="00000000" w:rsidRPr="00000000" w14:paraId="00000543">
      <w:pPr>
        <w:ind w:firstLine="720"/>
        <w:rPr/>
      </w:pPr>
      <w:r w:rsidDel="00000000" w:rsidR="00000000" w:rsidRPr="00000000">
        <w:rPr>
          <w:rtl w:val="0"/>
        </w:rPr>
        <w:t xml:space="preserve">“Once the suspect was down, you said you didn’t immediately see the weapon. Why was that?” the investigator asked.</w:t>
      </w:r>
    </w:p>
    <w:p w:rsidR="00000000" w:rsidDel="00000000" w:rsidP="00000000" w:rsidRDefault="00000000" w:rsidRPr="00000000" w14:paraId="00000544">
      <w:pPr>
        <w:ind w:firstLine="720"/>
        <w:rPr/>
      </w:pPr>
      <w:r w:rsidDel="00000000" w:rsidR="00000000" w:rsidRPr="00000000">
        <w:rPr>
          <w:rtl w:val="0"/>
        </w:rPr>
        <w:t xml:space="preserve">Steele shifted in his chair. “It was chaotic. During the incident, I saw another suspect exit the van and grab the rifle off of the ground.”</w:t>
      </w:r>
    </w:p>
    <w:p w:rsidR="00000000" w:rsidDel="00000000" w:rsidP="00000000" w:rsidRDefault="00000000" w:rsidRPr="00000000" w14:paraId="00000545">
      <w:pPr>
        <w:ind w:firstLine="720"/>
        <w:rPr/>
      </w:pPr>
      <w:r w:rsidDel="00000000" w:rsidR="00000000" w:rsidRPr="00000000">
        <w:rPr>
          <w:rtl w:val="0"/>
        </w:rPr>
        <w:t xml:space="preserve">The investigators pressed further, questioning how he and the other deputies could have known what type of weapon it was by sight. They kept circling back to the idea of whether this had been some kind of ambush or if their actions were premeditated given the memorial night.</w:t>
      </w:r>
    </w:p>
    <w:p w:rsidR="00000000" w:rsidDel="00000000" w:rsidP="00000000" w:rsidRDefault="00000000" w:rsidRPr="00000000" w14:paraId="00000546">
      <w:pPr>
        <w:ind w:firstLine="720"/>
        <w:rPr/>
      </w:pPr>
      <w:r w:rsidDel="00000000" w:rsidR="00000000" w:rsidRPr="00000000">
        <w:rPr>
          <w:rtl w:val="0"/>
        </w:rPr>
        <w:t xml:space="preserve">By the time they wrapped up, Steele felt wrung out, like he had been through a mental and emotional gauntlet. But as he stood to leave, he realized he also felt a strange sense of relief. He had been honest, thorough, and clear. The investigators had everything they needed, and Steele knew that the facts were on his side.</w:t>
      </w:r>
    </w:p>
    <w:p w:rsidR="00000000" w:rsidDel="00000000" w:rsidP="00000000" w:rsidRDefault="00000000" w:rsidRPr="00000000" w14:paraId="00000547">
      <w:pPr>
        <w:ind w:firstLine="720"/>
        <w:rPr/>
      </w:pPr>
      <w:r w:rsidDel="00000000" w:rsidR="00000000" w:rsidRPr="00000000">
        <w:rPr>
          <w:rtl w:val="0"/>
        </w:rPr>
        <w:t xml:space="preserve">On their way out, his attorney clapped him on the shoulder. “You did good in there. This isn’t over yet, but you handled it well. Remember what I said—the case is looking strong for you.”</w:t>
      </w:r>
    </w:p>
    <w:p w:rsidR="00000000" w:rsidDel="00000000" w:rsidP="00000000" w:rsidRDefault="00000000" w:rsidRPr="00000000" w14:paraId="00000548">
      <w:pPr>
        <w:ind w:firstLine="720"/>
        <w:rPr/>
      </w:pPr>
      <w:r w:rsidDel="00000000" w:rsidR="00000000" w:rsidRPr="00000000">
        <w:rPr>
          <w:rtl w:val="0"/>
        </w:rPr>
        <w:t xml:space="preserve">Steele nodded, feeling a flicker of hope. “Thanks. I just want this to end and get back out there.”</w:t>
      </w:r>
    </w:p>
    <w:p w:rsidR="00000000" w:rsidDel="00000000" w:rsidP="00000000" w:rsidRDefault="00000000" w:rsidRPr="00000000" w14:paraId="00000549">
      <w:pPr>
        <w:ind w:firstLine="720"/>
        <w:rPr/>
      </w:pPr>
      <w:r w:rsidDel="00000000" w:rsidR="00000000" w:rsidRPr="00000000">
        <w:rPr>
          <w:rtl w:val="0"/>
        </w:rPr>
        <w:t xml:space="preserve">“Patience,” the attorney said. “This process is slow, but it’s moving in your favor. Keep your head up.”</w:t>
      </w:r>
    </w:p>
    <w:p w:rsidR="00000000" w:rsidDel="00000000" w:rsidP="00000000" w:rsidRDefault="00000000" w:rsidRPr="00000000" w14:paraId="0000054A">
      <w:pPr>
        <w:ind w:firstLine="720"/>
        <w:rPr/>
      </w:pPr>
      <w:r w:rsidDel="00000000" w:rsidR="00000000" w:rsidRPr="00000000">
        <w:rPr>
          <w:rtl w:val="0"/>
        </w:rPr>
        <w:t xml:space="preserve">As they stepped outside, the weight of the investigation still loomed, but Steele finally felt like he had taken a step forward. He just hoped it would be enough.</w:t>
      </w:r>
    </w:p>
    <w:p w:rsidR="00000000" w:rsidDel="00000000" w:rsidP="00000000" w:rsidRDefault="00000000" w:rsidRPr="00000000" w14:paraId="0000054B">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54C">
      <w:pPr>
        <w:pStyle w:val="Heading1"/>
        <w:ind w:firstLine="720"/>
        <w:rPr/>
      </w:pPr>
      <w:r w:rsidDel="00000000" w:rsidR="00000000" w:rsidRPr="00000000">
        <w:rPr>
          <w:rtl w:val="0"/>
        </w:rPr>
        <w:t xml:space="preserve">CHAPTER 7 </w:t>
      </w:r>
    </w:p>
    <w:p w:rsidR="00000000" w:rsidDel="00000000" w:rsidP="00000000" w:rsidRDefault="00000000" w:rsidRPr="00000000" w14:paraId="0000054D">
      <w:pPr>
        <w:ind w:firstLine="720"/>
        <w:rPr/>
      </w:pPr>
      <w:r w:rsidDel="00000000" w:rsidR="00000000" w:rsidRPr="00000000">
        <w:rPr>
          <w:rtl w:val="0"/>
        </w:rPr>
      </w:r>
    </w:p>
    <w:p w:rsidR="00000000" w:rsidDel="00000000" w:rsidP="00000000" w:rsidRDefault="00000000" w:rsidRPr="00000000" w14:paraId="0000054E">
      <w:pPr>
        <w:ind w:firstLine="720"/>
        <w:rPr/>
      </w:pPr>
      <w:r w:rsidDel="00000000" w:rsidR="00000000" w:rsidRPr="00000000">
        <w:rPr>
          <w:rtl w:val="0"/>
        </w:rPr>
        <w:t xml:space="preserve">Three long months had crawled by since Steele was reassigned to Men’s Central Jail (MCJ), enduring the endless wait as the investigation into his shooting incident dragged on. Night after night, he found himself patrolling the dimly lit 1750 module, a far cry from the adrenaline-fueled patrols in South Central. Tonight, he was back in his usual routine, eyes scanning the cells, when the intercom crackled to life.</w:t>
      </w:r>
    </w:p>
    <w:p w:rsidR="00000000" w:rsidDel="00000000" w:rsidP="00000000" w:rsidRDefault="00000000" w:rsidRPr="00000000" w14:paraId="0000054F">
      <w:pPr>
        <w:ind w:firstLine="720"/>
        <w:rPr/>
      </w:pPr>
      <w:r w:rsidDel="00000000" w:rsidR="00000000" w:rsidRPr="00000000">
        <w:rPr>
          <w:rtl w:val="0"/>
        </w:rPr>
        <w:t xml:space="preserve">"Steele, main control. You have a visitor outside of security. It's the Homicide Captain," a voice announced.</w:t>
      </w:r>
    </w:p>
    <w:p w:rsidR="00000000" w:rsidDel="00000000" w:rsidP="00000000" w:rsidRDefault="00000000" w:rsidRPr="00000000" w14:paraId="00000550">
      <w:pPr>
        <w:ind w:firstLine="720"/>
        <w:rPr/>
      </w:pPr>
      <w:r w:rsidDel="00000000" w:rsidR="00000000" w:rsidRPr="00000000">
        <w:rPr>
          <w:rtl w:val="0"/>
        </w:rPr>
        <w:t xml:space="preserve">Steele's heart skipped a beat. The captain of Homicide? It had to be news about the investigation. He quickly handed over his post to another deputy and made a beeline for the main corridor, his stomach twisted in knots of hope and fear.</w:t>
      </w:r>
    </w:p>
    <w:p w:rsidR="00000000" w:rsidDel="00000000" w:rsidP="00000000" w:rsidRDefault="00000000" w:rsidRPr="00000000" w14:paraId="00000551">
      <w:pPr>
        <w:ind w:firstLine="720"/>
        <w:rPr/>
      </w:pPr>
      <w:r w:rsidDel="00000000" w:rsidR="00000000" w:rsidRPr="00000000">
        <w:rPr>
          <w:rtl w:val="0"/>
        </w:rPr>
        <w:t xml:space="preserve">As he rounded the corner, he saw a tall, grizzled man standing outside the security gate, wearing a nice suit. Steele approached, trying to keep his composure, but his mind raced with possibilities.</w:t>
      </w:r>
    </w:p>
    <w:p w:rsidR="00000000" w:rsidDel="00000000" w:rsidP="00000000" w:rsidRDefault="00000000" w:rsidRPr="00000000" w14:paraId="00000552">
      <w:pPr>
        <w:ind w:firstLine="720"/>
        <w:rPr/>
      </w:pPr>
      <w:r w:rsidDel="00000000" w:rsidR="00000000" w:rsidRPr="00000000">
        <w:rPr>
          <w:rtl w:val="0"/>
        </w:rPr>
        <w:t xml:space="preserve">“Deputy Steele?” the captain asked, extending a hand with a firm grip. “I'm Captain Davis. I used to work with your old man back in the day. I wanted to personally come down here and meet with you.”</w:t>
      </w:r>
    </w:p>
    <w:p w:rsidR="00000000" w:rsidDel="00000000" w:rsidP="00000000" w:rsidRDefault="00000000" w:rsidRPr="00000000" w14:paraId="00000553">
      <w:pPr>
        <w:ind w:firstLine="720"/>
        <w:rPr/>
      </w:pPr>
      <w:r w:rsidDel="00000000" w:rsidR="00000000" w:rsidRPr="00000000">
        <w:rPr>
          <w:rtl w:val="0"/>
        </w:rPr>
        <w:t xml:space="preserve">“Captain, sir,” Steele acknowledged, shaking his hand. “Is this about the investigation?”</w:t>
      </w:r>
    </w:p>
    <w:p w:rsidR="00000000" w:rsidDel="00000000" w:rsidP="00000000" w:rsidRDefault="00000000" w:rsidRPr="00000000" w14:paraId="00000554">
      <w:pPr>
        <w:ind w:firstLine="720"/>
        <w:rPr/>
      </w:pPr>
      <w:r w:rsidDel="00000000" w:rsidR="00000000" w:rsidRPr="00000000">
        <w:rPr>
          <w:rtl w:val="0"/>
        </w:rPr>
        <w:t xml:space="preserve">Captain Davis nodded, his expression serious but kind. "Yes, it is. Let’s step out of here for a moment. I’ve got some news for you."</w:t>
      </w:r>
    </w:p>
    <w:p w:rsidR="00000000" w:rsidDel="00000000" w:rsidP="00000000" w:rsidRDefault="00000000" w:rsidRPr="00000000" w14:paraId="00000555">
      <w:pPr>
        <w:ind w:firstLine="720"/>
        <w:rPr/>
      </w:pPr>
      <w:r w:rsidDel="00000000" w:rsidR="00000000" w:rsidRPr="00000000">
        <w:rPr>
          <w:rtl w:val="0"/>
        </w:rPr>
        <w:t xml:space="preserve">Steele followed Davis out of the gate, the buzz of the jail fading behind them as they entered a quieter hallway. The captain turned to face him, taking a moment to study Steele's face.</w:t>
      </w:r>
    </w:p>
    <w:p w:rsidR="00000000" w:rsidDel="00000000" w:rsidP="00000000" w:rsidRDefault="00000000" w:rsidRPr="00000000" w14:paraId="00000556">
      <w:pPr>
        <w:ind w:firstLine="720"/>
        <w:rPr/>
      </w:pPr>
      <w:r w:rsidDel="00000000" w:rsidR="00000000" w:rsidRPr="00000000">
        <w:rPr>
          <w:rtl w:val="0"/>
        </w:rPr>
        <w:t xml:space="preserve">"Look, Ryan, I wanted to be the one to tell you this personally, considering my history with your father," the captain began. "The investigation into the shooting has concluded, and you’ve been cleared."</w:t>
      </w:r>
    </w:p>
    <w:p w:rsidR="00000000" w:rsidDel="00000000" w:rsidP="00000000" w:rsidRDefault="00000000" w:rsidRPr="00000000" w14:paraId="00000557">
      <w:pPr>
        <w:ind w:firstLine="720"/>
        <w:rPr/>
      </w:pPr>
      <w:r w:rsidDel="00000000" w:rsidR="00000000" w:rsidRPr="00000000">
        <w:rPr>
          <w:rtl w:val="0"/>
        </w:rPr>
        <w:t xml:space="preserve">Steele's breath caught in his throat. "Cleared?" He managed to ask, hardly believing the words. "Completely?"</w:t>
      </w:r>
    </w:p>
    <w:p w:rsidR="00000000" w:rsidDel="00000000" w:rsidP="00000000" w:rsidRDefault="00000000" w:rsidRPr="00000000" w14:paraId="00000558">
      <w:pPr>
        <w:ind w:firstLine="720"/>
        <w:rPr/>
      </w:pPr>
      <w:r w:rsidDel="00000000" w:rsidR="00000000" w:rsidRPr="00000000">
        <w:rPr>
          <w:rtl w:val="0"/>
        </w:rPr>
        <w:t xml:space="preserve">Davis nodded. "Completely. Forensics confirmed that two AK-47s were used in the shooting that night. Not only that, but the gunshot residue tests on the deceased East Coast Crip showed that he had recently fired a weapon. That means he was, without question, armed during the incident."</w:t>
      </w:r>
    </w:p>
    <w:p w:rsidR="00000000" w:rsidDel="00000000" w:rsidP="00000000" w:rsidRDefault="00000000" w:rsidRPr="00000000" w14:paraId="00000559">
      <w:pPr>
        <w:ind w:firstLine="720"/>
        <w:rPr/>
      </w:pPr>
      <w:r w:rsidDel="00000000" w:rsidR="00000000" w:rsidRPr="00000000">
        <w:rPr>
          <w:rtl w:val="0"/>
        </w:rPr>
        <w:t xml:space="preserve">Steele felt a wave of relief wash over him. His shoulders relaxed, and for the first time in months, he felt like he could breathe again. "Sir, thank you. You have no idea how much this means."</w:t>
      </w:r>
    </w:p>
    <w:p w:rsidR="00000000" w:rsidDel="00000000" w:rsidP="00000000" w:rsidRDefault="00000000" w:rsidRPr="00000000" w14:paraId="0000055A">
      <w:pPr>
        <w:ind w:firstLine="720"/>
        <w:rPr/>
      </w:pPr>
      <w:r w:rsidDel="00000000" w:rsidR="00000000" w:rsidRPr="00000000">
        <w:rPr>
          <w:rtl w:val="0"/>
        </w:rPr>
        <w:t xml:space="preserve">The captain gave a small smile. "I had a feeling you’d be glad to hear it. And I wanted to thank you for hanging in there and letting the investigation play out. I know it wasn’t easy, but we had to be thorough. We can't afford to get this kind of thing wrong, especially in this climate."</w:t>
      </w:r>
    </w:p>
    <w:p w:rsidR="00000000" w:rsidDel="00000000" w:rsidP="00000000" w:rsidRDefault="00000000" w:rsidRPr="00000000" w14:paraId="0000055B">
      <w:pPr>
        <w:ind w:firstLine="720"/>
        <w:rPr/>
      </w:pPr>
      <w:r w:rsidDel="00000000" w:rsidR="00000000" w:rsidRPr="00000000">
        <w:rPr>
          <w:rtl w:val="0"/>
        </w:rPr>
        <w:t xml:space="preserve">“I understand,” Steele replied, nodding. “I just—I knew what I saw out there, and I had to trust it.”</w:t>
      </w:r>
    </w:p>
    <w:p w:rsidR="00000000" w:rsidDel="00000000" w:rsidP="00000000" w:rsidRDefault="00000000" w:rsidRPr="00000000" w14:paraId="0000055C">
      <w:pPr>
        <w:ind w:firstLine="720"/>
        <w:rPr/>
      </w:pPr>
      <w:r w:rsidDel="00000000" w:rsidR="00000000" w:rsidRPr="00000000">
        <w:rPr>
          <w:rtl w:val="0"/>
        </w:rPr>
        <w:t xml:space="preserve">"That's exactly what you should do, always," Captain Davis said, placing a hand on Steele's shoulder. "And now for the other piece of news. You’re clear to return to Century Station, effective tomorrow. Your name has been cleared, and you’re back in action."</w:t>
      </w:r>
    </w:p>
    <w:p w:rsidR="00000000" w:rsidDel="00000000" w:rsidP="00000000" w:rsidRDefault="00000000" w:rsidRPr="00000000" w14:paraId="0000055D">
      <w:pPr>
        <w:ind w:firstLine="720"/>
        <w:rPr/>
      </w:pPr>
      <w:r w:rsidDel="00000000" w:rsidR="00000000" w:rsidRPr="00000000">
        <w:rPr>
          <w:rtl w:val="0"/>
        </w:rPr>
        <w:t xml:space="preserve">Steele couldn't contain his excitement. "Really? I can go back to patrol?"</w:t>
      </w:r>
    </w:p>
    <w:p w:rsidR="00000000" w:rsidDel="00000000" w:rsidP="00000000" w:rsidRDefault="00000000" w:rsidRPr="00000000" w14:paraId="0000055E">
      <w:pPr>
        <w:ind w:firstLine="720"/>
        <w:rPr/>
      </w:pPr>
      <w:r w:rsidDel="00000000" w:rsidR="00000000" w:rsidRPr="00000000">
        <w:rPr>
          <w:rtl w:val="0"/>
        </w:rPr>
        <w:t xml:space="preserve">Davis nodded, his smile widening. "Yes, back to where you belong. Just keep doing your job, and know that you have the support of the department behind you. Not everyone gets that support, so make the most of it."</w:t>
      </w:r>
    </w:p>
    <w:p w:rsidR="00000000" w:rsidDel="00000000" w:rsidP="00000000" w:rsidRDefault="00000000" w:rsidRPr="00000000" w14:paraId="0000055F">
      <w:pPr>
        <w:ind w:firstLine="720"/>
        <w:rPr/>
      </w:pPr>
      <w:r w:rsidDel="00000000" w:rsidR="00000000" w:rsidRPr="00000000">
        <w:rPr>
          <w:rtl w:val="0"/>
        </w:rPr>
        <w:t xml:space="preserve">Steele felt an immense sense of pride and vindication. It had been a grueling few months, filled with uncertainty and doubt. But now, he was finally coming out the other side, ready to get back to the work he was meant to do.</w:t>
      </w:r>
    </w:p>
    <w:p w:rsidR="00000000" w:rsidDel="00000000" w:rsidP="00000000" w:rsidRDefault="00000000" w:rsidRPr="00000000" w14:paraId="00000560">
      <w:pPr>
        <w:ind w:firstLine="720"/>
        <w:rPr/>
      </w:pPr>
      <w:r w:rsidDel="00000000" w:rsidR="00000000" w:rsidRPr="00000000">
        <w:rPr>
          <w:rtl w:val="0"/>
        </w:rPr>
        <w:t xml:space="preserve">“Thank you, Captain,” Steele said, his voice steady. “And thank you for coming down here to tell me in person. It means a lot.”</w:t>
      </w:r>
    </w:p>
    <w:p w:rsidR="00000000" w:rsidDel="00000000" w:rsidP="00000000" w:rsidRDefault="00000000" w:rsidRPr="00000000" w14:paraId="00000561">
      <w:pPr>
        <w:ind w:firstLine="720"/>
        <w:rPr/>
      </w:pPr>
      <w:r w:rsidDel="00000000" w:rsidR="00000000" w:rsidRPr="00000000">
        <w:rPr>
          <w:rtl w:val="0"/>
        </w:rPr>
        <w:t xml:space="preserve">“Of course,” Davis replied. “I know it’s been rough. Just remember, this job can get messy, but you’ve got people who will always have your back. Now go get some rest. You’ve got a big day ahead of you back at Century.”</w:t>
      </w:r>
    </w:p>
    <w:p w:rsidR="00000000" w:rsidDel="00000000" w:rsidP="00000000" w:rsidRDefault="00000000" w:rsidRPr="00000000" w14:paraId="00000562">
      <w:pPr>
        <w:ind w:firstLine="720"/>
        <w:rPr/>
      </w:pPr>
      <w:r w:rsidDel="00000000" w:rsidR="00000000" w:rsidRPr="00000000">
        <w:rPr>
          <w:rtl w:val="0"/>
        </w:rPr>
        <w:t xml:space="preserve">With that, the captain gave Steele a firm pat on the shoulder before turning to leave. Steele stood there for a moment, soaking in the reality of what had just happened. The weight he had been carrying around for months had finally been lifted.</w:t>
      </w:r>
    </w:p>
    <w:p w:rsidR="00000000" w:rsidDel="00000000" w:rsidP="00000000" w:rsidRDefault="00000000" w:rsidRPr="00000000" w14:paraId="00000563">
      <w:pPr>
        <w:ind w:firstLine="720"/>
        <w:rPr/>
      </w:pPr>
      <w:r w:rsidDel="00000000" w:rsidR="00000000" w:rsidRPr="00000000">
        <w:rPr>
          <w:rtl w:val="0"/>
        </w:rPr>
        <w:t xml:space="preserve">As he made his way back inside the jail, his mind was already racing with thoughts of hitting the streets again, this time with the experience and wisdom that only a trial by fire could impart. The following day couldn't come fast enough.</w:t>
      </w:r>
    </w:p>
    <w:p w:rsidR="00000000" w:rsidDel="00000000" w:rsidP="00000000" w:rsidRDefault="00000000" w:rsidRPr="00000000" w14:paraId="00000564">
      <w:pPr>
        <w:ind w:firstLine="720"/>
        <w:rPr/>
      </w:pPr>
      <w:r w:rsidDel="00000000" w:rsidR="00000000" w:rsidRPr="00000000">
        <w:rPr>
          <w:rtl w:val="0"/>
        </w:rPr>
        <w:t xml:space="preserve">***</w:t>
      </w:r>
    </w:p>
    <w:p w:rsidR="00000000" w:rsidDel="00000000" w:rsidP="00000000" w:rsidRDefault="00000000" w:rsidRPr="00000000" w14:paraId="00000565">
      <w:pPr>
        <w:ind w:firstLine="720"/>
        <w:rPr/>
      </w:pPr>
      <w:r w:rsidDel="00000000" w:rsidR="00000000" w:rsidRPr="00000000">
        <w:rPr>
          <w:rtl w:val="0"/>
        </w:rPr>
        <w:t xml:space="preserve">Steele stepped into the familiar briefing room at Century Station, feeling a mix of anticipation and relief. It was his first day back on the graveyard shift after months of being away, and the air was thick with the usual energy of the station gearing up for the night ahead. He hadn’t realized just how much he missed this until now.</w:t>
      </w:r>
    </w:p>
    <w:p w:rsidR="00000000" w:rsidDel="00000000" w:rsidP="00000000" w:rsidRDefault="00000000" w:rsidRPr="00000000" w14:paraId="00000566">
      <w:pPr>
        <w:ind w:firstLine="720"/>
        <w:rPr/>
      </w:pPr>
      <w:r w:rsidDel="00000000" w:rsidR="00000000" w:rsidRPr="00000000">
        <w:rPr>
          <w:rtl w:val="0"/>
        </w:rPr>
        <w:t xml:space="preserve">The room quieted for a moment as Steele walked in, then erupted with applause. Some of the veteran deputies approached him with firm handshakes and shoulder pats. The newer guys nodded at him with respect.</w:t>
      </w:r>
    </w:p>
    <w:p w:rsidR="00000000" w:rsidDel="00000000" w:rsidP="00000000" w:rsidRDefault="00000000" w:rsidRPr="00000000" w14:paraId="00000567">
      <w:pPr>
        <w:ind w:firstLine="720"/>
        <w:rPr/>
      </w:pPr>
      <w:r w:rsidDel="00000000" w:rsidR="00000000" w:rsidRPr="00000000">
        <w:rPr>
          <w:rtl w:val="0"/>
        </w:rPr>
        <w:t xml:space="preserve">“Good to have you back, Steele!” one of the deputies called out from across the room.</w:t>
      </w:r>
    </w:p>
    <w:p w:rsidR="00000000" w:rsidDel="00000000" w:rsidP="00000000" w:rsidRDefault="00000000" w:rsidRPr="00000000" w14:paraId="00000568">
      <w:pPr>
        <w:ind w:firstLine="720"/>
        <w:rPr/>
      </w:pPr>
      <w:r w:rsidDel="00000000" w:rsidR="00000000" w:rsidRPr="00000000">
        <w:rPr>
          <w:rtl w:val="0"/>
        </w:rPr>
        <w:t xml:space="preserve">“Hell of a ride you’ve been on, brother!” said another.</w:t>
      </w:r>
    </w:p>
    <w:p w:rsidR="00000000" w:rsidDel="00000000" w:rsidP="00000000" w:rsidRDefault="00000000" w:rsidRPr="00000000" w14:paraId="00000569">
      <w:pPr>
        <w:ind w:firstLine="720"/>
        <w:rPr/>
      </w:pPr>
      <w:r w:rsidDel="00000000" w:rsidR="00000000" w:rsidRPr="00000000">
        <w:rPr>
          <w:rtl w:val="0"/>
        </w:rPr>
        <w:t xml:space="preserve">Steele couldn't help but smile, taking in the warm welcome from his brothers and sisters in uniform. For the first time in a long while, he felt like he was right where he belonged.</w:t>
      </w:r>
    </w:p>
    <w:p w:rsidR="00000000" w:rsidDel="00000000" w:rsidP="00000000" w:rsidRDefault="00000000" w:rsidRPr="00000000" w14:paraId="0000056A">
      <w:pPr>
        <w:ind w:firstLine="720"/>
        <w:rPr/>
      </w:pPr>
      <w:r w:rsidDel="00000000" w:rsidR="00000000" w:rsidRPr="00000000">
        <w:rPr>
          <w:rtl w:val="0"/>
        </w:rPr>
        <w:t xml:space="preserve">Sergeant Bearish took his spot at the front of the room, a smile spreading across his face as he looked at Steele. “All right, all right! Settle down, you knuckleheads,” he said with a chuckle. “We’ve got some things to go over tonight. But before we get to business, I want to acknowledge our brother Steele here.”</w:t>
      </w:r>
    </w:p>
    <w:p w:rsidR="00000000" w:rsidDel="00000000" w:rsidP="00000000" w:rsidRDefault="00000000" w:rsidRPr="00000000" w14:paraId="0000056B">
      <w:pPr>
        <w:ind w:firstLine="720"/>
        <w:rPr/>
      </w:pPr>
      <w:r w:rsidDel="00000000" w:rsidR="00000000" w:rsidRPr="00000000">
        <w:rPr>
          <w:rtl w:val="0"/>
        </w:rPr>
        <w:t xml:space="preserve">The room went silent, everyone’s attention locked on Bearish. “Ryan Steele has been through the fire, and he’s made it out the other side,” Bearish continued. “He kept his head high, did the job he was supposed to do, and now he's back here where he belongs. That’s the kind of grit we look for in this department. Good to have you back, Steele.”</w:t>
      </w:r>
    </w:p>
    <w:p w:rsidR="00000000" w:rsidDel="00000000" w:rsidP="00000000" w:rsidRDefault="00000000" w:rsidRPr="00000000" w14:paraId="0000056C">
      <w:pPr>
        <w:ind w:firstLine="720"/>
        <w:rPr/>
      </w:pPr>
      <w:r w:rsidDel="00000000" w:rsidR="00000000" w:rsidRPr="00000000">
        <w:rPr>
          <w:rtl w:val="0"/>
        </w:rPr>
        <w:t xml:space="preserve">Another round of applause filled the room, and Steele nodded in appreciation. “Thank you, sir. It’s good to be back,” he said, his voice steady.</w:t>
      </w:r>
    </w:p>
    <w:p w:rsidR="00000000" w:rsidDel="00000000" w:rsidP="00000000" w:rsidRDefault="00000000" w:rsidRPr="00000000" w14:paraId="0000056D">
      <w:pPr>
        <w:ind w:firstLine="720"/>
        <w:rPr/>
      </w:pPr>
      <w:r w:rsidDel="00000000" w:rsidR="00000000" w:rsidRPr="00000000">
        <w:rPr>
          <w:rtl w:val="0"/>
        </w:rPr>
        <w:t xml:space="preserve">Bearish nodded. “All right, let’s get back to it. Tonight, we’re dealing with the usual issues in Willowbrook and Florence. We’ve got a new trainee rolling with us tonight from MCJ.” Bearish motioned toward the door as a young deputy walked in, clearly trying to appear confident despite the nerves written all over his face.</w:t>
      </w:r>
    </w:p>
    <w:p w:rsidR="00000000" w:rsidDel="00000000" w:rsidP="00000000" w:rsidRDefault="00000000" w:rsidRPr="00000000" w14:paraId="0000056E">
      <w:pPr>
        <w:ind w:firstLine="720"/>
        <w:rPr/>
      </w:pPr>
      <w:r w:rsidDel="00000000" w:rsidR="00000000" w:rsidRPr="00000000">
        <w:rPr>
          <w:rtl w:val="0"/>
        </w:rPr>
        <w:t xml:space="preserve">“This here is Deputy Morales,” Bearish continued. “He’s assigned to Deputy Johnson for the next six months.”</w:t>
      </w:r>
    </w:p>
    <w:p w:rsidR="00000000" w:rsidDel="00000000" w:rsidP="00000000" w:rsidRDefault="00000000" w:rsidRPr="00000000" w14:paraId="0000056F">
      <w:pPr>
        <w:ind w:firstLine="720"/>
        <w:rPr/>
      </w:pPr>
      <w:r w:rsidDel="00000000" w:rsidR="00000000" w:rsidRPr="00000000">
        <w:rPr>
          <w:rtl w:val="0"/>
        </w:rPr>
        <w:t xml:space="preserve">Steele glanced over at Connor, who caught his eye with a slight grin. Once the briefing wrapped up, Connor spoke up. “Sarge, I’d like to put in a request,” he said, drawing everyone's attention. “If it’s all right with you, I’d like Steele here to be my partner for the next six months while Johnson is training Morales. I think we’ve got some unfinished business to take care of in Willowbrook.”</w:t>
      </w:r>
    </w:p>
    <w:p w:rsidR="00000000" w:rsidDel="00000000" w:rsidP="00000000" w:rsidRDefault="00000000" w:rsidRPr="00000000" w14:paraId="00000570">
      <w:pPr>
        <w:ind w:firstLine="720"/>
        <w:rPr/>
      </w:pPr>
      <w:r w:rsidDel="00000000" w:rsidR="00000000" w:rsidRPr="00000000">
        <w:rPr>
          <w:rtl w:val="0"/>
        </w:rPr>
        <w:t xml:space="preserve">The room fell silent, all eyes turning toward Steele. He felt a rush of pride. To be asked to ride with Connor, one of the most respected deputies on the shift, was a significant honor.</w:t>
      </w:r>
    </w:p>
    <w:p w:rsidR="00000000" w:rsidDel="00000000" w:rsidP="00000000" w:rsidRDefault="00000000" w:rsidRPr="00000000" w14:paraId="00000571">
      <w:pPr>
        <w:ind w:firstLine="720"/>
        <w:rPr/>
      </w:pPr>
      <w:r w:rsidDel="00000000" w:rsidR="00000000" w:rsidRPr="00000000">
        <w:rPr>
          <w:rtl w:val="0"/>
        </w:rPr>
        <w:t xml:space="preserve">Bearish looked at Steele and then back at Connor. “You sure about this, Connor?”</w:t>
      </w:r>
    </w:p>
    <w:p w:rsidR="00000000" w:rsidDel="00000000" w:rsidP="00000000" w:rsidRDefault="00000000" w:rsidRPr="00000000" w14:paraId="00000572">
      <w:pPr>
        <w:ind w:firstLine="720"/>
        <w:rPr/>
      </w:pPr>
      <w:r w:rsidDel="00000000" w:rsidR="00000000" w:rsidRPr="00000000">
        <w:rPr>
          <w:rtl w:val="0"/>
        </w:rPr>
        <w:t xml:space="preserve">Connor nodded. “Absolutely. He’s proven himself, and we’ll get more work done together.”</w:t>
      </w:r>
    </w:p>
    <w:p w:rsidR="00000000" w:rsidDel="00000000" w:rsidP="00000000" w:rsidRDefault="00000000" w:rsidRPr="00000000" w14:paraId="00000573">
      <w:pPr>
        <w:ind w:firstLine="720"/>
        <w:rPr/>
      </w:pPr>
      <w:r w:rsidDel="00000000" w:rsidR="00000000" w:rsidRPr="00000000">
        <w:rPr>
          <w:rtl w:val="0"/>
        </w:rPr>
        <w:t xml:space="preserve">Bearish’s lips curved into a small smile. “All right, then. Steele, you’re with Connor in 214 Henry, Willowbrook.”</w:t>
      </w:r>
    </w:p>
    <w:p w:rsidR="00000000" w:rsidDel="00000000" w:rsidP="00000000" w:rsidRDefault="00000000" w:rsidRPr="00000000" w14:paraId="00000574">
      <w:pPr>
        <w:ind w:firstLine="720"/>
        <w:rPr/>
      </w:pPr>
      <w:r w:rsidDel="00000000" w:rsidR="00000000" w:rsidRPr="00000000">
        <w:rPr>
          <w:rtl w:val="0"/>
        </w:rPr>
        <w:t xml:space="preserve">“Yes, sir!” Steele replied, unable to hide his excitement. This was more than he had hoped for on his first night back.</w:t>
      </w:r>
    </w:p>
    <w:p w:rsidR="00000000" w:rsidDel="00000000" w:rsidP="00000000" w:rsidRDefault="00000000" w:rsidRPr="00000000" w14:paraId="00000575">
      <w:pPr>
        <w:ind w:firstLine="720"/>
        <w:rPr/>
      </w:pPr>
      <w:r w:rsidDel="00000000" w:rsidR="00000000" w:rsidRPr="00000000">
        <w:rPr>
          <w:rtl w:val="0"/>
        </w:rPr>
        <w:t xml:space="preserve">Connor walked over and clapped Steele on the shoulder. “Let’s do this, partner. We’ve got a lot of ground to cover,” he said with a grin.</w:t>
      </w:r>
    </w:p>
    <w:p w:rsidR="00000000" w:rsidDel="00000000" w:rsidP="00000000" w:rsidRDefault="00000000" w:rsidRPr="00000000" w14:paraId="00000576">
      <w:pPr>
        <w:ind w:firstLine="720"/>
        <w:rPr/>
      </w:pPr>
      <w:r w:rsidDel="00000000" w:rsidR="00000000" w:rsidRPr="00000000">
        <w:rPr>
          <w:rtl w:val="0"/>
        </w:rPr>
        <w:t xml:space="preserve">The room began to clear out as deputies headed toward the parking lot. Steele and Connor walked out together, their boots echoing in the station's hallway.</w:t>
      </w:r>
    </w:p>
    <w:p w:rsidR="00000000" w:rsidDel="00000000" w:rsidP="00000000" w:rsidRDefault="00000000" w:rsidRPr="00000000" w14:paraId="00000577">
      <w:pPr>
        <w:ind w:firstLine="720"/>
        <w:rPr/>
      </w:pPr>
      <w:r w:rsidDel="00000000" w:rsidR="00000000" w:rsidRPr="00000000">
        <w:rPr>
          <w:rtl w:val="0"/>
        </w:rPr>
        <w:t xml:space="preserve">“You ready to dive back in?” Connor asked, his voice steady and serious.</w:t>
      </w:r>
    </w:p>
    <w:p w:rsidR="00000000" w:rsidDel="00000000" w:rsidP="00000000" w:rsidRDefault="00000000" w:rsidRPr="00000000" w14:paraId="00000578">
      <w:pPr>
        <w:ind w:firstLine="720"/>
        <w:rPr/>
      </w:pPr>
      <w:r w:rsidDel="00000000" w:rsidR="00000000" w:rsidRPr="00000000">
        <w:rPr>
          <w:rtl w:val="0"/>
        </w:rPr>
        <w:t xml:space="preserve">“More than ever,” Steele replied. “Thanks for this. It means a lot.”</w:t>
      </w:r>
    </w:p>
    <w:p w:rsidR="00000000" w:rsidDel="00000000" w:rsidP="00000000" w:rsidRDefault="00000000" w:rsidRPr="00000000" w14:paraId="00000579">
      <w:pPr>
        <w:ind w:firstLine="720"/>
        <w:rPr/>
      </w:pPr>
      <w:r w:rsidDel="00000000" w:rsidR="00000000" w:rsidRPr="00000000">
        <w:rPr>
          <w:rtl w:val="0"/>
        </w:rPr>
        <w:t xml:space="preserve">“Don’t thank me yet. We’re gonna hit it hard, and I’ll expect you to keep up,” Connor said with a smirk. “We’re back in Willowbrook, and it’s still the wild west out there.”</w:t>
      </w:r>
    </w:p>
    <w:p w:rsidR="00000000" w:rsidDel="00000000" w:rsidP="00000000" w:rsidRDefault="00000000" w:rsidRPr="00000000" w14:paraId="0000057A">
      <w:pPr>
        <w:ind w:firstLine="720"/>
        <w:rPr/>
      </w:pPr>
      <w:r w:rsidDel="00000000" w:rsidR="00000000" w:rsidRPr="00000000">
        <w:rPr>
          <w:rtl w:val="0"/>
        </w:rPr>
        <w:t xml:space="preserve">***</w:t>
      </w:r>
    </w:p>
    <w:p w:rsidR="00000000" w:rsidDel="00000000" w:rsidP="00000000" w:rsidRDefault="00000000" w:rsidRPr="00000000" w14:paraId="0000057B">
      <w:pPr>
        <w:ind w:firstLine="720"/>
        <w:rPr/>
      </w:pPr>
      <w:r w:rsidDel="00000000" w:rsidR="00000000" w:rsidRPr="00000000">
        <w:rPr>
          <w:rtl w:val="0"/>
        </w:rPr>
        <w:t xml:space="preserve">As Steele and Connor cruised slowly through the dimly lit streets of Willowbrook, the familiar hum of the patrol car's engine provided a steady background noise. They’d been out for a few hours, responding to calls, but things had quieted down as the night deepened. Steele glanced out the window, his mind drifting. It felt good to be back on patrol, but the tension from the last few months still lingered in the back of his mind.</w:t>
      </w:r>
    </w:p>
    <w:p w:rsidR="00000000" w:rsidDel="00000000" w:rsidP="00000000" w:rsidRDefault="00000000" w:rsidRPr="00000000" w14:paraId="0000057C">
      <w:pPr>
        <w:ind w:firstLine="720"/>
        <w:rPr/>
      </w:pPr>
      <w:r w:rsidDel="00000000" w:rsidR="00000000" w:rsidRPr="00000000">
        <w:rPr>
          <w:rtl w:val="0"/>
        </w:rPr>
        <w:t xml:space="preserve">Connor broke the silence. "You been settling back in okay?"</w:t>
      </w:r>
    </w:p>
    <w:p w:rsidR="00000000" w:rsidDel="00000000" w:rsidP="00000000" w:rsidRDefault="00000000" w:rsidRPr="00000000" w14:paraId="0000057D">
      <w:pPr>
        <w:ind w:firstLine="720"/>
        <w:rPr/>
      </w:pPr>
      <w:r w:rsidDel="00000000" w:rsidR="00000000" w:rsidRPr="00000000">
        <w:rPr>
          <w:rtl w:val="0"/>
        </w:rPr>
        <w:t xml:space="preserve">Steele nodded. "Yeah, it feels right being back out here. MCJ was… well, you know how it is. But I’d rather be out here, where the real work is."</w:t>
      </w:r>
    </w:p>
    <w:p w:rsidR="00000000" w:rsidDel="00000000" w:rsidP="00000000" w:rsidRDefault="00000000" w:rsidRPr="00000000" w14:paraId="0000057E">
      <w:pPr>
        <w:ind w:firstLine="720"/>
        <w:rPr/>
      </w:pPr>
      <w:r w:rsidDel="00000000" w:rsidR="00000000" w:rsidRPr="00000000">
        <w:rPr>
          <w:rtl w:val="0"/>
        </w:rPr>
        <w:t xml:space="preserve">Connor smirked. "I hear you. You always belonged out here, not behind a desk or locked up in the jailhouse."</w:t>
      </w:r>
    </w:p>
    <w:p w:rsidR="00000000" w:rsidDel="00000000" w:rsidP="00000000" w:rsidRDefault="00000000" w:rsidRPr="00000000" w14:paraId="0000057F">
      <w:pPr>
        <w:ind w:firstLine="720"/>
        <w:rPr/>
      </w:pPr>
      <w:r w:rsidDel="00000000" w:rsidR="00000000" w:rsidRPr="00000000">
        <w:rPr>
          <w:rtl w:val="0"/>
        </w:rPr>
        <w:t xml:space="preserve">There was a pause as they drove down a narrow street, the quiet night interrupted by a group of kids playing basketball under a flickering streetlight. Connor turned the car onto a side street, then cleared his throat.</w:t>
      </w:r>
    </w:p>
    <w:p w:rsidR="00000000" w:rsidDel="00000000" w:rsidP="00000000" w:rsidRDefault="00000000" w:rsidRPr="00000000" w14:paraId="00000580">
      <w:pPr>
        <w:ind w:firstLine="720"/>
        <w:rPr/>
      </w:pPr>
      <w:r w:rsidDel="00000000" w:rsidR="00000000" w:rsidRPr="00000000">
        <w:rPr>
          <w:rtl w:val="0"/>
        </w:rPr>
        <w:t xml:space="preserve">"There's something I didn’t mention before, while you were at MCJ," Connor said, his tone more serious now.</w:t>
      </w:r>
    </w:p>
    <w:p w:rsidR="00000000" w:rsidDel="00000000" w:rsidP="00000000" w:rsidRDefault="00000000" w:rsidRPr="00000000" w14:paraId="00000581">
      <w:pPr>
        <w:ind w:firstLine="720"/>
        <w:rPr/>
      </w:pPr>
      <w:r w:rsidDel="00000000" w:rsidR="00000000" w:rsidRPr="00000000">
        <w:rPr>
          <w:rtl w:val="0"/>
        </w:rPr>
        <w:t xml:space="preserve">Steele glanced at him, sensing a shift in the conversation. "What’s that?"</w:t>
      </w:r>
    </w:p>
    <w:p w:rsidR="00000000" w:rsidDel="00000000" w:rsidP="00000000" w:rsidRDefault="00000000" w:rsidRPr="00000000" w14:paraId="00000582">
      <w:pPr>
        <w:ind w:firstLine="720"/>
        <w:rPr/>
      </w:pPr>
      <w:r w:rsidDel="00000000" w:rsidR="00000000" w:rsidRPr="00000000">
        <w:rPr>
          <w:rtl w:val="0"/>
        </w:rPr>
        <w:t xml:space="preserve">Connor sighed and kept his eyes on the road ahead. "That ‘187 Steele’ graffiti… it’s still popping up in Florence. Especially after that night on 59th Place. The neighborhood’s been stirred up since then."</w:t>
      </w:r>
    </w:p>
    <w:p w:rsidR="00000000" w:rsidDel="00000000" w:rsidP="00000000" w:rsidRDefault="00000000" w:rsidRPr="00000000" w14:paraId="00000583">
      <w:pPr>
        <w:ind w:firstLine="720"/>
        <w:rPr/>
      </w:pPr>
      <w:r w:rsidDel="00000000" w:rsidR="00000000" w:rsidRPr="00000000">
        <w:rPr>
          <w:rtl w:val="0"/>
        </w:rPr>
        <w:t xml:space="preserve">Steele's jaw tightened, but he stayed silent, waiting for Connor to continue.</w:t>
      </w:r>
    </w:p>
    <w:p w:rsidR="00000000" w:rsidDel="00000000" w:rsidP="00000000" w:rsidRDefault="00000000" w:rsidRPr="00000000" w14:paraId="00000584">
      <w:pPr>
        <w:ind w:firstLine="720"/>
        <w:rPr/>
      </w:pPr>
      <w:r w:rsidDel="00000000" w:rsidR="00000000" w:rsidRPr="00000000">
        <w:rPr>
          <w:rtl w:val="0"/>
        </w:rPr>
        <w:t xml:space="preserve">"Even though you shot that East Coast Crip, the locals are still pointing fingers at you. Word on the street is that they’re blaming you for the Florencia gangster we took down in the middle of all that chaos. Doesn’t matter who shot who, they’re just looking for someone to blame."</w:t>
      </w:r>
    </w:p>
    <w:p w:rsidR="00000000" w:rsidDel="00000000" w:rsidP="00000000" w:rsidRDefault="00000000" w:rsidRPr="00000000" w14:paraId="00000585">
      <w:pPr>
        <w:ind w:firstLine="720"/>
        <w:rPr/>
      </w:pPr>
      <w:r w:rsidDel="00000000" w:rsidR="00000000" w:rsidRPr="00000000">
        <w:rPr>
          <w:rtl w:val="0"/>
        </w:rPr>
        <w:t xml:space="preserve">Steele clenched his fist slightly on the armrest. "I figured something like that might happen. Didn’t expect it to last this long, though."</w:t>
      </w:r>
    </w:p>
    <w:p w:rsidR="00000000" w:rsidDel="00000000" w:rsidP="00000000" w:rsidRDefault="00000000" w:rsidRPr="00000000" w14:paraId="00000586">
      <w:pPr>
        <w:ind w:firstLine="720"/>
        <w:rPr/>
      </w:pPr>
      <w:r w:rsidDel="00000000" w:rsidR="00000000" w:rsidRPr="00000000">
        <w:rPr>
          <w:rtl w:val="0"/>
        </w:rPr>
        <w:t xml:space="preserve">Connor shrugged. "That’s how it is around here. They see the badge, they don’t care about the facts. You’re the face of that night now, and they’re holding onto it. I didn’t want to lay that on you while you were stuck at MCJ. Figured you had enough on your plate without worrying about what was going on out here. But now that you’re back, I want you to know what’s up."</w:t>
      </w:r>
    </w:p>
    <w:p w:rsidR="00000000" w:rsidDel="00000000" w:rsidP="00000000" w:rsidRDefault="00000000" w:rsidRPr="00000000" w14:paraId="00000587">
      <w:pPr>
        <w:ind w:firstLine="720"/>
        <w:rPr/>
      </w:pPr>
      <w:r w:rsidDel="00000000" w:rsidR="00000000" w:rsidRPr="00000000">
        <w:rPr>
          <w:rtl w:val="0"/>
        </w:rPr>
        <w:t xml:space="preserve">Steele exhaled slowly, his mind running over the implications. "You think it’s gonna cause problems?"</w:t>
      </w:r>
    </w:p>
    <w:p w:rsidR="00000000" w:rsidDel="00000000" w:rsidP="00000000" w:rsidRDefault="00000000" w:rsidRPr="00000000" w14:paraId="00000588">
      <w:pPr>
        <w:ind w:firstLine="720"/>
        <w:rPr/>
      </w:pPr>
      <w:r w:rsidDel="00000000" w:rsidR="00000000" w:rsidRPr="00000000">
        <w:rPr>
          <w:rtl w:val="0"/>
        </w:rPr>
        <w:t xml:space="preserve">Connor shook his head slightly. "I wouldn’t say that, but I wouldn’t be surprised if we ran into some hostility in that part of Florence. It’s quieted down a bit since the protests, but the tension’s still there. People remember, especially in neighborhoods like this. Just keep your head on a swivel. We’ll be fine."</w:t>
      </w:r>
    </w:p>
    <w:p w:rsidR="00000000" w:rsidDel="00000000" w:rsidP="00000000" w:rsidRDefault="00000000" w:rsidRPr="00000000" w14:paraId="00000589">
      <w:pPr>
        <w:ind w:firstLine="720"/>
        <w:rPr/>
      </w:pPr>
      <w:r w:rsidDel="00000000" w:rsidR="00000000" w:rsidRPr="00000000">
        <w:rPr>
          <w:rtl w:val="0"/>
        </w:rPr>
        <w:t xml:space="preserve">Steele nodded, taking it all in. "I appreciate the heads-up, Connor. I’ll watch my back."</w:t>
      </w:r>
    </w:p>
    <w:p w:rsidR="00000000" w:rsidDel="00000000" w:rsidP="00000000" w:rsidRDefault="00000000" w:rsidRPr="00000000" w14:paraId="0000058A">
      <w:pPr>
        <w:ind w:firstLine="720"/>
        <w:rPr/>
      </w:pPr>
      <w:r w:rsidDel="00000000" w:rsidR="00000000" w:rsidRPr="00000000">
        <w:rPr>
          <w:rtl w:val="0"/>
        </w:rPr>
        <w:t xml:space="preserve">Connor glanced at him. "I’ve got your back too, Steele. You know that. We’ll ride this out. Just stay sharp and don’t let the noise get to you."</w:t>
      </w:r>
    </w:p>
    <w:p w:rsidR="00000000" w:rsidDel="00000000" w:rsidP="00000000" w:rsidRDefault="00000000" w:rsidRPr="00000000" w14:paraId="0000058B">
      <w:pPr>
        <w:ind w:firstLine="720"/>
        <w:rPr/>
      </w:pPr>
      <w:r w:rsidDel="00000000" w:rsidR="00000000" w:rsidRPr="00000000">
        <w:rPr>
          <w:rtl w:val="0"/>
        </w:rPr>
        <w:t xml:space="preserve">Steele looked out the window again as they rolled past another set of graffiti-tagged walls. "187 Steele" might be a shadow hanging over him in Florence, but with Connor riding beside him, he felt ready to take on whatever came next.</w:t>
      </w:r>
    </w:p>
    <w:p w:rsidR="00000000" w:rsidDel="00000000" w:rsidP="00000000" w:rsidRDefault="00000000" w:rsidRPr="00000000" w14:paraId="0000058C">
      <w:pPr>
        <w:ind w:firstLine="720"/>
        <w:rPr/>
      </w:pPr>
      <w:r w:rsidDel="00000000" w:rsidR="00000000" w:rsidRPr="00000000">
        <w:rPr>
          <w:rtl w:val="0"/>
        </w:rPr>
        <w:t xml:space="preserve">"You think this ever blows over?" Steele asked quietly.</w:t>
      </w:r>
    </w:p>
    <w:p w:rsidR="00000000" w:rsidDel="00000000" w:rsidP="00000000" w:rsidRDefault="00000000" w:rsidRPr="00000000" w14:paraId="0000058D">
      <w:pPr>
        <w:ind w:firstLine="720"/>
        <w:rPr/>
      </w:pPr>
      <w:r w:rsidDel="00000000" w:rsidR="00000000" w:rsidRPr="00000000">
        <w:rPr>
          <w:rtl w:val="0"/>
        </w:rPr>
        <w:t xml:space="preserve">Connor paused for a moment before responding. "Maybe. Maybe not. Doesn’t matter, though. All that matters is we keep doing the job. Let the rest handle itself."</w:t>
      </w:r>
    </w:p>
    <w:p w:rsidR="00000000" w:rsidDel="00000000" w:rsidP="00000000" w:rsidRDefault="00000000" w:rsidRPr="00000000" w14:paraId="0000058E">
      <w:pPr>
        <w:ind w:firstLine="720"/>
        <w:rPr/>
      </w:pPr>
      <w:r w:rsidDel="00000000" w:rsidR="00000000" w:rsidRPr="00000000">
        <w:rPr>
          <w:rtl w:val="0"/>
        </w:rPr>
        <w:t xml:space="preserve">Steele nodded, absorbing the weight of Connor's words as they drove deeper into the night.</w:t>
      </w:r>
    </w:p>
    <w:p w:rsidR="00000000" w:rsidDel="00000000" w:rsidP="00000000" w:rsidRDefault="00000000" w:rsidRPr="00000000" w14:paraId="0000058F">
      <w:pPr>
        <w:ind w:firstLine="720"/>
        <w:rPr/>
      </w:pPr>
      <w:r w:rsidDel="00000000" w:rsidR="00000000" w:rsidRPr="00000000">
        <w:rPr>
          <w:rtl w:val="0"/>
        </w:rPr>
      </w:r>
    </w:p>
    <w:p w:rsidR="00000000" w:rsidDel="00000000" w:rsidP="00000000" w:rsidRDefault="00000000" w:rsidRPr="00000000" w14:paraId="00000590">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591">
      <w:pPr>
        <w:pStyle w:val="Heading1"/>
        <w:ind w:firstLine="720"/>
        <w:rPr/>
      </w:pPr>
      <w:r w:rsidDel="00000000" w:rsidR="00000000" w:rsidRPr="00000000">
        <w:rPr>
          <w:rtl w:val="0"/>
        </w:rPr>
        <w:t xml:space="preserve">CHAPTER 8</w:t>
      </w:r>
    </w:p>
    <w:p w:rsidR="00000000" w:rsidDel="00000000" w:rsidP="00000000" w:rsidRDefault="00000000" w:rsidRPr="00000000" w14:paraId="00000592">
      <w:pPr>
        <w:ind w:firstLine="720"/>
        <w:rPr/>
      </w:pPr>
      <w:r w:rsidDel="00000000" w:rsidR="00000000" w:rsidRPr="00000000">
        <w:rPr>
          <w:rtl w:val="0"/>
        </w:rPr>
      </w:r>
    </w:p>
    <w:p w:rsidR="00000000" w:rsidDel="00000000" w:rsidP="00000000" w:rsidRDefault="00000000" w:rsidRPr="00000000" w14:paraId="00000593">
      <w:pPr>
        <w:ind w:firstLine="720"/>
        <w:rPr/>
      </w:pPr>
      <w:r w:rsidDel="00000000" w:rsidR="00000000" w:rsidRPr="00000000">
        <w:rPr>
          <w:rtl w:val="0"/>
        </w:rPr>
        <w:t xml:space="preserve">It was a typical Friday night in Willowbrook—busy, tense, and always on the edge. Steele and Connor were cruising the streets, their patrol car rolling slow through the familiar chaos. Firestone units were tied up on a double homicide deep in East Coast Crip territory. Word had already spread through the station that retaliation was inevitable, and the likely target was the Florencia neighborhood. Every deputy on shift knew it was just a matter of time before gunfire erupted.</w:t>
      </w:r>
    </w:p>
    <w:p w:rsidR="00000000" w:rsidDel="00000000" w:rsidP="00000000" w:rsidRDefault="00000000" w:rsidRPr="00000000" w14:paraId="00000594">
      <w:pPr>
        <w:ind w:firstLine="720"/>
        <w:rPr/>
      </w:pPr>
      <w:r w:rsidDel="00000000" w:rsidR="00000000" w:rsidRPr="00000000">
        <w:rPr>
          <w:rtl w:val="0"/>
        </w:rPr>
        <w:t xml:space="preserve">Connor kept his eyes on the road while Steele glanced down at the MDT. "Firestone’s getting hammered tonight," Steele said, reading off the details of the double homicide. "Two down in East Coast. They’re bracing for more in Florence."</w:t>
      </w:r>
    </w:p>
    <w:p w:rsidR="00000000" w:rsidDel="00000000" w:rsidP="00000000" w:rsidRDefault="00000000" w:rsidRPr="00000000" w14:paraId="00000595">
      <w:pPr>
        <w:ind w:firstLine="720"/>
        <w:rPr/>
      </w:pPr>
      <w:r w:rsidDel="00000000" w:rsidR="00000000" w:rsidRPr="00000000">
        <w:rPr>
          <w:rtl w:val="0"/>
        </w:rPr>
        <w:t xml:space="preserve">Connor nodded. "Yeah, that’s how it goes. One side hits, the other hits back. And we’re stuck in the middle of it. Stay sharp tonight, they’re gonna be gunning for each other."</w:t>
      </w:r>
    </w:p>
    <w:p w:rsidR="00000000" w:rsidDel="00000000" w:rsidP="00000000" w:rsidRDefault="00000000" w:rsidRPr="00000000" w14:paraId="00000596">
      <w:pPr>
        <w:ind w:firstLine="720"/>
        <w:rPr/>
      </w:pPr>
      <w:r w:rsidDel="00000000" w:rsidR="00000000" w:rsidRPr="00000000">
        <w:rPr>
          <w:rtl w:val="0"/>
        </w:rPr>
        <w:t xml:space="preserve">They cruised through the dimly lit streets, their headlights cutting through the smoggy haze that always seemed to hang over South Central LA. Steele noticed fresh graffiti splashed on a brick wall as they turned onto a narrow street.</w:t>
      </w:r>
    </w:p>
    <w:p w:rsidR="00000000" w:rsidDel="00000000" w:rsidP="00000000" w:rsidRDefault="00000000" w:rsidRPr="00000000" w14:paraId="00000597">
      <w:pPr>
        <w:ind w:firstLine="720"/>
        <w:rPr/>
      </w:pPr>
      <w:r w:rsidDel="00000000" w:rsidR="00000000" w:rsidRPr="00000000">
        <w:rPr>
          <w:rtl w:val="0"/>
        </w:rPr>
        <w:t xml:space="preserve">"187 Steele," Steele muttered, pointing at the bright red spray paint.</w:t>
      </w:r>
    </w:p>
    <w:p w:rsidR="00000000" w:rsidDel="00000000" w:rsidP="00000000" w:rsidRDefault="00000000" w:rsidRPr="00000000" w14:paraId="00000598">
      <w:pPr>
        <w:ind w:firstLine="720"/>
        <w:rPr/>
      </w:pPr>
      <w:r w:rsidDel="00000000" w:rsidR="00000000" w:rsidRPr="00000000">
        <w:rPr>
          <w:rtl w:val="0"/>
        </w:rPr>
        <w:t xml:space="preserve">Connor glanced over, then back at the road. "That’s the third one we’ve seen this week. They’re not letting it go."</w:t>
      </w:r>
    </w:p>
    <w:p w:rsidR="00000000" w:rsidDel="00000000" w:rsidP="00000000" w:rsidRDefault="00000000" w:rsidRPr="00000000" w14:paraId="00000599">
      <w:pPr>
        <w:ind w:firstLine="720"/>
        <w:rPr/>
      </w:pPr>
      <w:r w:rsidDel="00000000" w:rsidR="00000000" w:rsidRPr="00000000">
        <w:rPr>
          <w:rtl w:val="0"/>
        </w:rPr>
        <w:t xml:space="preserve">Steele clenched his jaw but stayed focused. He’d learned to live with it by now, even if the threat was always there, hanging in the air like the smog.</w:t>
      </w:r>
    </w:p>
    <w:p w:rsidR="00000000" w:rsidDel="00000000" w:rsidP="00000000" w:rsidRDefault="00000000" w:rsidRPr="00000000" w14:paraId="0000059A">
      <w:pPr>
        <w:ind w:firstLine="720"/>
        <w:rPr/>
      </w:pPr>
      <w:r w:rsidDel="00000000" w:rsidR="00000000" w:rsidRPr="00000000">
        <w:rPr>
          <w:rtl w:val="0"/>
        </w:rPr>
        <w:t xml:space="preserve">Suddenly, the radio crackled to life, interrupting the tension. "Attention all units, 911 call for a baby not breathing, Converse Avenue near 68th Street, 68th and Converse, Unit to respond code."</w:t>
      </w:r>
    </w:p>
    <w:p w:rsidR="00000000" w:rsidDel="00000000" w:rsidP="00000000" w:rsidRDefault="00000000" w:rsidRPr="00000000" w14:paraId="0000059B">
      <w:pPr>
        <w:ind w:firstLine="720"/>
        <w:rPr/>
      </w:pPr>
      <w:r w:rsidDel="00000000" w:rsidR="00000000" w:rsidRPr="00000000">
        <w:rPr>
          <w:rtl w:val="0"/>
        </w:rPr>
        <w:t xml:space="preserve">Steele’s heart dropped at the words "baby not breathing." He immediately keyed the mic. "214 Henry, we’ll take it. Show us rolling code."</w:t>
      </w:r>
    </w:p>
    <w:p w:rsidR="00000000" w:rsidDel="00000000" w:rsidP="00000000" w:rsidRDefault="00000000" w:rsidRPr="00000000" w14:paraId="0000059C">
      <w:pPr>
        <w:ind w:firstLine="720"/>
        <w:rPr/>
      </w:pPr>
      <w:r w:rsidDel="00000000" w:rsidR="00000000" w:rsidRPr="00000000">
        <w:rPr>
          <w:rtl w:val="0"/>
        </w:rPr>
        <w:t xml:space="preserve">Connor slammed on the gas, and the patrol car shot forward, lights flashing as they weaved through traffic. The streets of Florence flew by in a blur as they closed in on the location.</w:t>
      </w:r>
    </w:p>
    <w:p w:rsidR="00000000" w:rsidDel="00000000" w:rsidP="00000000" w:rsidRDefault="00000000" w:rsidRPr="00000000" w14:paraId="0000059D">
      <w:pPr>
        <w:ind w:firstLine="720"/>
        <w:rPr/>
      </w:pPr>
      <w:r w:rsidDel="00000000" w:rsidR="00000000" w:rsidRPr="00000000">
        <w:rPr>
          <w:rtl w:val="0"/>
        </w:rPr>
        <w:t xml:space="preserve">"Hold tight," Connor said, gripping the wheel as they sped toward Converse Avenue. "We have to get there quick. But watch yourself, this is deep in Florencia."</w:t>
      </w:r>
    </w:p>
    <w:p w:rsidR="00000000" w:rsidDel="00000000" w:rsidP="00000000" w:rsidRDefault="00000000" w:rsidRPr="00000000" w14:paraId="0000059E">
      <w:pPr>
        <w:ind w:firstLine="720"/>
        <w:rPr/>
      </w:pPr>
      <w:r w:rsidDel="00000000" w:rsidR="00000000" w:rsidRPr="00000000">
        <w:rPr>
          <w:rtl w:val="0"/>
        </w:rPr>
        <w:t xml:space="preserve">Steele felt it too. The urgency of the situation left no room for hesitation. They had to get there. A child’s life could be at stake.</w:t>
      </w:r>
    </w:p>
    <w:p w:rsidR="00000000" w:rsidDel="00000000" w:rsidP="00000000" w:rsidRDefault="00000000" w:rsidRPr="00000000" w14:paraId="0000059F">
      <w:pPr>
        <w:ind w:firstLine="720"/>
        <w:rPr/>
      </w:pPr>
      <w:r w:rsidDel="00000000" w:rsidR="00000000" w:rsidRPr="00000000">
        <w:rPr>
          <w:rtl w:val="0"/>
        </w:rPr>
        <w:t xml:space="preserve">As they pulled up to the address, the neighborhood seemed unusually quiet. Too quiet. Steele unbuckled and bolted from the car, following Connor toward the front door. They could see the house—small, run-down, with the front window partially covered by tattered blinds.</w:t>
      </w:r>
    </w:p>
    <w:p w:rsidR="00000000" w:rsidDel="00000000" w:rsidP="00000000" w:rsidRDefault="00000000" w:rsidRPr="00000000" w14:paraId="000005A0">
      <w:pPr>
        <w:ind w:firstLine="720"/>
        <w:rPr/>
      </w:pPr>
      <w:r w:rsidDel="00000000" w:rsidR="00000000" w:rsidRPr="00000000">
        <w:rPr>
          <w:rtl w:val="0"/>
        </w:rPr>
        <w:t xml:space="preserve">Connor reached the door first and knocked hard. "Sheriff’s Department, open up!"</w:t>
      </w:r>
    </w:p>
    <w:p w:rsidR="00000000" w:rsidDel="00000000" w:rsidP="00000000" w:rsidRDefault="00000000" w:rsidRPr="00000000" w14:paraId="000005A1">
      <w:pPr>
        <w:ind w:firstLine="720"/>
        <w:rPr/>
      </w:pPr>
      <w:r w:rsidDel="00000000" w:rsidR="00000000" w:rsidRPr="00000000">
        <w:rPr>
          <w:rtl w:val="0"/>
        </w:rPr>
        <w:t xml:space="preserve">There was a moment of stillness, and then it happened.</w:t>
      </w:r>
    </w:p>
    <w:p w:rsidR="00000000" w:rsidDel="00000000" w:rsidP="00000000" w:rsidRDefault="00000000" w:rsidRPr="00000000" w14:paraId="000005A2">
      <w:pPr>
        <w:ind w:firstLine="720"/>
        <w:rPr/>
      </w:pPr>
      <w:r w:rsidDel="00000000" w:rsidR="00000000" w:rsidRPr="00000000">
        <w:rPr>
          <w:rtl w:val="0"/>
        </w:rPr>
        <w:t xml:space="preserve">Gunfire erupted from the front door and the window simultaneously. Bullets tore through the air, splintering wood and sending shards of glass flying. Steele and Connor dove to the side, drawing their weapons as they scrambled for cover.</w:t>
      </w:r>
    </w:p>
    <w:p w:rsidR="00000000" w:rsidDel="00000000" w:rsidP="00000000" w:rsidRDefault="00000000" w:rsidRPr="00000000" w14:paraId="000005A3">
      <w:pPr>
        <w:ind w:firstLine="720"/>
        <w:rPr/>
      </w:pPr>
      <w:r w:rsidDel="00000000" w:rsidR="00000000" w:rsidRPr="00000000">
        <w:rPr>
          <w:rtl w:val="0"/>
        </w:rPr>
        <w:t xml:space="preserve">"Ambush!" Connor shouted, firing off a couple of rounds toward the front of the house.</w:t>
      </w:r>
    </w:p>
    <w:p w:rsidR="00000000" w:rsidDel="00000000" w:rsidP="00000000" w:rsidRDefault="00000000" w:rsidRPr="00000000" w14:paraId="000005A4">
      <w:pPr>
        <w:ind w:firstLine="720"/>
        <w:rPr/>
      </w:pPr>
      <w:r w:rsidDel="00000000" w:rsidR="00000000" w:rsidRPr="00000000">
        <w:rPr>
          <w:rtl w:val="0"/>
        </w:rPr>
        <w:t xml:space="preserve">Steele returned fire, his heart pounding as more shots came from inside the house. It wasn’t a 911 call—it was a setup.</w:t>
      </w:r>
    </w:p>
    <w:p w:rsidR="00000000" w:rsidDel="00000000" w:rsidP="00000000" w:rsidRDefault="00000000" w:rsidRPr="00000000" w14:paraId="000005A5">
      <w:pPr>
        <w:ind w:firstLine="720"/>
        <w:rPr/>
      </w:pPr>
      <w:r w:rsidDel="00000000" w:rsidR="00000000" w:rsidRPr="00000000">
        <w:rPr>
          <w:rtl w:val="0"/>
        </w:rPr>
        <w:t xml:space="preserve">"We need to fall back!" Steele shouted over the gunfire, seeing that the front of the house was a kill zone. “998, 998, we are taking fire from multiple suspects from the target house, this is an ambush. Roll units code and get us an airship.”</w:t>
      </w:r>
    </w:p>
    <w:p w:rsidR="00000000" w:rsidDel="00000000" w:rsidP="00000000" w:rsidRDefault="00000000" w:rsidRPr="00000000" w14:paraId="000005A6">
      <w:pPr>
        <w:ind w:firstLine="720"/>
        <w:rPr/>
      </w:pPr>
      <w:r w:rsidDel="00000000" w:rsidR="00000000" w:rsidRPr="00000000">
        <w:rPr>
          <w:rtl w:val="0"/>
        </w:rPr>
        <w:t xml:space="preserve">"Back yard!" Connor ordered, and the two deputies retreated, rushing toward the side gate and into the yard, hoping to get an advantage on anyone who tried to escape.</w:t>
      </w:r>
    </w:p>
    <w:p w:rsidR="00000000" w:rsidDel="00000000" w:rsidP="00000000" w:rsidRDefault="00000000" w:rsidRPr="00000000" w14:paraId="000005A7">
      <w:pPr>
        <w:ind w:firstLine="720"/>
        <w:rPr/>
      </w:pPr>
      <w:r w:rsidDel="00000000" w:rsidR="00000000" w:rsidRPr="00000000">
        <w:rPr>
          <w:rtl w:val="0"/>
        </w:rPr>
        <w:t xml:space="preserve">The backyard was dark, the air thick with tension. They positioned themselves behind a shed, their guns trained on the back door of the house. Steele could feel the adrenaline coursing through him, every muscle tensed for what was coming next.</w:t>
      </w:r>
    </w:p>
    <w:p w:rsidR="00000000" w:rsidDel="00000000" w:rsidP="00000000" w:rsidRDefault="00000000" w:rsidRPr="00000000" w14:paraId="000005A8">
      <w:pPr>
        <w:ind w:firstLine="720"/>
        <w:rPr/>
      </w:pPr>
      <w:r w:rsidDel="00000000" w:rsidR="00000000" w:rsidRPr="00000000">
        <w:rPr>
          <w:rtl w:val="0"/>
        </w:rPr>
        <w:t xml:space="preserve">A moment later, the door burst open, and a figure came running out. Steele didn’t hesitate—he fired two quick shots, hitting the gangster in the chest. The man collapsed to the ground, his weapon skidding across the dirt.</w:t>
      </w:r>
    </w:p>
    <w:p w:rsidR="00000000" w:rsidDel="00000000" w:rsidP="00000000" w:rsidRDefault="00000000" w:rsidRPr="00000000" w14:paraId="000005A9">
      <w:pPr>
        <w:ind w:firstLine="720"/>
        <w:rPr/>
      </w:pPr>
      <w:r w:rsidDel="00000000" w:rsidR="00000000" w:rsidRPr="00000000">
        <w:rPr>
          <w:rtl w:val="0"/>
        </w:rPr>
        <w:t xml:space="preserve">"One down!" Steele shouted.</w:t>
      </w:r>
    </w:p>
    <w:p w:rsidR="00000000" w:rsidDel="00000000" w:rsidP="00000000" w:rsidRDefault="00000000" w:rsidRPr="00000000" w14:paraId="000005AA">
      <w:pPr>
        <w:ind w:firstLine="720"/>
        <w:rPr/>
      </w:pPr>
      <w:r w:rsidDel="00000000" w:rsidR="00000000" w:rsidRPr="00000000">
        <w:rPr>
          <w:rtl w:val="0"/>
        </w:rPr>
        <w:t xml:space="preserve">Connor kept his weapon trained on the house. "There’s more in there. Stay sharp."</w:t>
      </w:r>
    </w:p>
    <w:p w:rsidR="00000000" w:rsidDel="00000000" w:rsidP="00000000" w:rsidRDefault="00000000" w:rsidRPr="00000000" w14:paraId="000005AB">
      <w:pPr>
        <w:ind w:firstLine="720"/>
        <w:rPr/>
      </w:pPr>
      <w:r w:rsidDel="00000000" w:rsidR="00000000" w:rsidRPr="00000000">
        <w:rPr>
          <w:rtl w:val="0"/>
        </w:rPr>
        <w:t xml:space="preserve">Deputies began arriving, flooding the area with flashing lights. They quickly set up a containment around the house as gunfire continued to crack from inside. At least two more suspects were still holed up, occasionally taking potshots at the deputies from the windows.</w:t>
      </w:r>
    </w:p>
    <w:p w:rsidR="00000000" w:rsidDel="00000000" w:rsidP="00000000" w:rsidRDefault="00000000" w:rsidRPr="00000000" w14:paraId="000005AC">
      <w:pPr>
        <w:ind w:firstLine="720"/>
        <w:rPr/>
      </w:pPr>
      <w:r w:rsidDel="00000000" w:rsidR="00000000" w:rsidRPr="00000000">
        <w:rPr>
          <w:rtl w:val="0"/>
        </w:rPr>
        <w:t xml:space="preserve">"This is a barricade now," Connor muttered. "SEB’s gonna have to come in for this one."</w:t>
      </w:r>
    </w:p>
    <w:p w:rsidR="00000000" w:rsidDel="00000000" w:rsidP="00000000" w:rsidRDefault="00000000" w:rsidRPr="00000000" w14:paraId="000005AD">
      <w:pPr>
        <w:ind w:firstLine="720"/>
        <w:rPr/>
      </w:pPr>
      <w:r w:rsidDel="00000000" w:rsidR="00000000" w:rsidRPr="00000000">
        <w:rPr>
          <w:rtl w:val="0"/>
        </w:rPr>
        <w:t xml:space="preserve">Within 45 minutes, the Special Enforcement Bureau (SEB) rolled up, decked out in full tactical gear, ready to handle the situation. They took control of the scene while the deputies, including Steele and Connor, held their positions. The SEB officers deployed a robot toward the house, the mechanical device rumbling forward to assess the situation.</w:t>
      </w:r>
    </w:p>
    <w:p w:rsidR="00000000" w:rsidDel="00000000" w:rsidP="00000000" w:rsidRDefault="00000000" w:rsidRPr="00000000" w14:paraId="000005AE">
      <w:pPr>
        <w:ind w:firstLine="720"/>
        <w:rPr/>
      </w:pPr>
      <w:r w:rsidDel="00000000" w:rsidR="00000000" w:rsidRPr="00000000">
        <w:rPr>
          <w:rtl w:val="0"/>
        </w:rPr>
        <w:t xml:space="preserve">"SEB’s gonna breach," Connor said, keeping his eyes on the house. "They’ll smoke these guys out if they have to."</w:t>
      </w:r>
    </w:p>
    <w:p w:rsidR="00000000" w:rsidDel="00000000" w:rsidP="00000000" w:rsidRDefault="00000000" w:rsidRPr="00000000" w14:paraId="000005AF">
      <w:pPr>
        <w:ind w:firstLine="720"/>
        <w:rPr/>
      </w:pPr>
      <w:r w:rsidDel="00000000" w:rsidR="00000000" w:rsidRPr="00000000">
        <w:rPr>
          <w:rtl w:val="0"/>
        </w:rPr>
        <w:t xml:space="preserve">The robot reached the front wall and, with a sharp mechanical hiss, ripped part of it away. Moments later, they dropped in hot gas, hoping to flush the suspects out. But the gunfire didn’t stop.</w:t>
      </w:r>
    </w:p>
    <w:p w:rsidR="00000000" w:rsidDel="00000000" w:rsidP="00000000" w:rsidRDefault="00000000" w:rsidRPr="00000000" w14:paraId="000005B0">
      <w:pPr>
        <w:ind w:firstLine="720"/>
        <w:rPr/>
      </w:pPr>
      <w:r w:rsidDel="00000000" w:rsidR="00000000" w:rsidRPr="00000000">
        <w:rPr>
          <w:rtl w:val="0"/>
        </w:rPr>
        <w:t xml:space="preserve">"Stubborn bastards," Steele muttered.</w:t>
      </w:r>
    </w:p>
    <w:p w:rsidR="00000000" w:rsidDel="00000000" w:rsidP="00000000" w:rsidRDefault="00000000" w:rsidRPr="00000000" w14:paraId="000005B1">
      <w:pPr>
        <w:ind w:firstLine="720"/>
        <w:rPr/>
      </w:pPr>
      <w:r w:rsidDel="00000000" w:rsidR="00000000" w:rsidRPr="00000000">
        <w:rPr>
          <w:rtl w:val="0"/>
        </w:rPr>
        <w:t xml:space="preserve">SEB made their move, storming the house with flashbangs and overwhelming force. The sounds of gunfire filled the air again, followed by shouts and then—silence.</w:t>
      </w:r>
    </w:p>
    <w:p w:rsidR="00000000" w:rsidDel="00000000" w:rsidP="00000000" w:rsidRDefault="00000000" w:rsidRPr="00000000" w14:paraId="000005B2">
      <w:pPr>
        <w:ind w:firstLine="720"/>
        <w:rPr/>
      </w:pPr>
      <w:r w:rsidDel="00000000" w:rsidR="00000000" w:rsidRPr="00000000">
        <w:rPr>
          <w:rtl w:val="0"/>
        </w:rPr>
        <w:t xml:space="preserve">A voice came over the radio. "All suspects down. Two inside confirmed deceased. We’re clearing the house now."</w:t>
      </w:r>
    </w:p>
    <w:p w:rsidR="00000000" w:rsidDel="00000000" w:rsidP="00000000" w:rsidRDefault="00000000" w:rsidRPr="00000000" w14:paraId="000005B3">
      <w:pPr>
        <w:ind w:firstLine="720"/>
        <w:rPr/>
      </w:pPr>
      <w:r w:rsidDel="00000000" w:rsidR="00000000" w:rsidRPr="00000000">
        <w:rPr>
          <w:rtl w:val="0"/>
        </w:rPr>
        <w:t xml:space="preserve">Steele exhaled, his grip loosening on his weapon. It was over. Three dead Florencia gangsters, and he and Connor were still standing. He looked at Connor, who nodded in silent acknowledgment.</w:t>
      </w:r>
    </w:p>
    <w:p w:rsidR="00000000" w:rsidDel="00000000" w:rsidP="00000000" w:rsidRDefault="00000000" w:rsidRPr="00000000" w14:paraId="000005B4">
      <w:pPr>
        <w:ind w:firstLine="720"/>
        <w:rPr/>
      </w:pPr>
      <w:r w:rsidDel="00000000" w:rsidR="00000000" w:rsidRPr="00000000">
        <w:rPr>
          <w:rtl w:val="0"/>
        </w:rPr>
        <w:t xml:space="preserve">"Let’s get back out front," Connor said quietly.</w:t>
      </w:r>
    </w:p>
    <w:p w:rsidR="00000000" w:rsidDel="00000000" w:rsidP="00000000" w:rsidRDefault="00000000" w:rsidRPr="00000000" w14:paraId="000005B5">
      <w:pPr>
        <w:ind w:firstLine="720"/>
        <w:rPr/>
      </w:pPr>
      <w:r w:rsidDel="00000000" w:rsidR="00000000" w:rsidRPr="00000000">
        <w:rPr>
          <w:rtl w:val="0"/>
        </w:rPr>
        <w:t xml:space="preserve">Steele followed him back toward the street, where the other deputies had gathered. The night’s tension still hung in the air, but the worst of it had passed. The aftermath of the firefight would be dealt with in the coming hours, but for now, Steele couldn’t help but feel the weight of the ambush—and the realization that the 187 Steele graffiti wasn’t just a threat. It was a promise.</w:t>
      </w:r>
    </w:p>
    <w:p w:rsidR="00000000" w:rsidDel="00000000" w:rsidP="00000000" w:rsidRDefault="00000000" w:rsidRPr="00000000" w14:paraId="000005B6">
      <w:pPr>
        <w:ind w:firstLine="720"/>
        <w:rPr/>
      </w:pPr>
      <w:r w:rsidDel="00000000" w:rsidR="00000000" w:rsidRPr="00000000">
        <w:rPr>
          <w:rtl w:val="0"/>
        </w:rPr>
        <w:t xml:space="preserve">As the dust settled on the chaotic scene in Florence, Steele and Connor were still catching their breath. The last few hours had been a blur of gunfire, tactical movements, and tense moments that could have ended much worse. The SEB team was wrapping up, and deputies were starting to mill about, debriefing the operation.</w:t>
      </w:r>
    </w:p>
    <w:p w:rsidR="00000000" w:rsidDel="00000000" w:rsidP="00000000" w:rsidRDefault="00000000" w:rsidRPr="00000000" w14:paraId="000005B7">
      <w:pPr>
        <w:ind w:firstLine="720"/>
        <w:rPr/>
      </w:pPr>
      <w:r w:rsidDel="00000000" w:rsidR="00000000" w:rsidRPr="00000000">
        <w:rPr>
          <w:rtl w:val="0"/>
        </w:rPr>
        <w:t xml:space="preserve">Steele stood near the front of the house, watching as investigators began cordoning off the area for evidence collection. He was still replaying the events in his mind—every movement, every shot fired. The reality of the ambush hadn’t fully sunk in, but he knew it was only a matter of time before it hit.</w:t>
      </w:r>
    </w:p>
    <w:p w:rsidR="00000000" w:rsidDel="00000000" w:rsidP="00000000" w:rsidRDefault="00000000" w:rsidRPr="00000000" w14:paraId="000005B8">
      <w:pPr>
        <w:ind w:firstLine="720"/>
        <w:rPr/>
      </w:pPr>
      <w:r w:rsidDel="00000000" w:rsidR="00000000" w:rsidRPr="00000000">
        <w:rPr>
          <w:rtl w:val="0"/>
        </w:rPr>
        <w:t xml:space="preserve">Connor walked over to Steele, clapping him on the shoulder. "Hell of a night, huh?"</w:t>
      </w:r>
    </w:p>
    <w:p w:rsidR="00000000" w:rsidDel="00000000" w:rsidP="00000000" w:rsidRDefault="00000000" w:rsidRPr="00000000" w14:paraId="000005B9">
      <w:pPr>
        <w:ind w:firstLine="720"/>
        <w:rPr/>
      </w:pPr>
      <w:r w:rsidDel="00000000" w:rsidR="00000000" w:rsidRPr="00000000">
        <w:rPr>
          <w:rtl w:val="0"/>
        </w:rPr>
        <w:t xml:space="preserve">"Yeah," Steele muttered, glancing around the street. "Could’ve gone a lot worse."</w:t>
      </w:r>
    </w:p>
    <w:p w:rsidR="00000000" w:rsidDel="00000000" w:rsidP="00000000" w:rsidRDefault="00000000" w:rsidRPr="00000000" w14:paraId="000005BA">
      <w:pPr>
        <w:ind w:firstLine="720"/>
        <w:rPr/>
      </w:pPr>
      <w:r>
        <w:t>Before they could say more, a familiar, unwelcome face appeared out of the darkness. Sergeant Sanchez. His expression was hard to read, but there was always something unsettling about his presence. He made a beeline straight for Steele and Connor, his eyes narrowing as he approached.</w:t>
      </w:r>
    </w:p>
    <w:p w:rsidR="00000000" w:rsidDel="00000000" w:rsidP="00000000" w:rsidRDefault="00000000" w:rsidRPr="00000000" w14:paraId="000005BB">
      <w:pPr>
        <w:ind w:firstLine="720"/>
        <w:rPr/>
      </w:pPr>
      <w:r>
        <w:t>"Steele. Connor," Sanchez said curtly. "I need your safety statements about what happened here tonight."</w:t>
      </w:r>
    </w:p>
    <w:p w:rsidR="00000000" w:rsidDel="00000000" w:rsidP="00000000" w:rsidRDefault="00000000" w:rsidRPr="00000000" w14:paraId="000005BC">
      <w:pPr>
        <w:ind w:firstLine="720"/>
        <w:rPr/>
      </w:pPr>
      <w:r>
        <w:t>Connor gave a slight nod but didn’t offer any immediate information. Steele could feel the tension rising between them. Sanchez’s reputation for being a hardliner on deputies—especially those he didn’t like—was well-known. And it was no secret that he wasn’t a fan of the inked deputies or the ones who stuck by them.</w:t>
      </w:r>
    </w:p>
    <w:p w:rsidR="00000000" w:rsidDel="00000000" w:rsidP="00000000" w:rsidRDefault="00000000" w:rsidRPr="00000000" w14:paraId="000005BD">
      <w:pPr>
        <w:ind w:firstLine="720"/>
        <w:rPr/>
      </w:pPr>
      <w:r w:rsidDel="00000000" w:rsidR="00000000" w:rsidRPr="00000000">
        <w:rPr>
          <w:rtl w:val="0"/>
        </w:rPr>
        <w:t xml:space="preserve">"We'll give our statements to homicide when they're ready," Connor said, keeping his voice calm but firm. "They're handling the investigation."</w:t>
      </w:r>
    </w:p>
    <w:p w:rsidR="00000000" w:rsidDel="00000000" w:rsidP="00000000" w:rsidRDefault="00000000" w:rsidRPr="00000000" w14:paraId="000005BE">
      <w:pPr>
        <w:ind w:firstLine="720"/>
        <w:rPr/>
      </w:pPr>
      <w:r>
        <w:t>Sanchez’s lip curled slightly, like he didn’t appreciate being stonewalled. "I'm not asking for a formal statement, Connor. I want to know why this happened. Right now." He looked at Steele, his eyes narrowing with suspicion. "Especially given your history with Florencia."</w:t>
      </w:r>
    </w:p>
    <w:p w:rsidR="00000000" w:rsidDel="00000000" w:rsidP="00000000" w:rsidRDefault="00000000" w:rsidRPr="00000000" w14:paraId="000005BF">
      <w:pPr>
        <w:ind w:firstLine="720"/>
        <w:rPr/>
      </w:pPr>
      <w:r w:rsidDel="00000000" w:rsidR="00000000" w:rsidRPr="00000000">
        <w:rPr>
          <w:rtl w:val="0"/>
        </w:rPr>
        <w:t xml:space="preserve">Steele’s stomach tightened. He knew where this was going.</w:t>
      </w:r>
    </w:p>
    <w:p w:rsidR="00000000" w:rsidDel="00000000" w:rsidP="00000000" w:rsidRDefault="00000000" w:rsidRPr="00000000" w14:paraId="000005C0">
      <w:pPr>
        <w:ind w:firstLine="720"/>
        <w:rPr/>
      </w:pPr>
      <w:r w:rsidDel="00000000" w:rsidR="00000000" w:rsidRPr="00000000">
        <w:rPr>
          <w:rtl w:val="0"/>
        </w:rPr>
        <w:t xml:space="preserve">"What do you mean by 'my history'?" Steele asked, doing his best to keep his tone neutral.</w:t>
      </w:r>
    </w:p>
    <w:p w:rsidR="00000000" w:rsidDel="00000000" w:rsidP="00000000" w:rsidRDefault="00000000" w:rsidRPr="00000000" w14:paraId="000005C1">
      <w:pPr>
        <w:ind w:firstLine="720"/>
        <w:rPr/>
      </w:pPr>
      <w:r>
        <w:t>Sanchez crossed his arms, taking a step closer. "Don't play dumb, Steele. You’ve been on their radar ever since the 59th Street incident. Now, we get a fake 911 call that lures you and Connor into an ambush right in their territory? I'm just wondering if you two might have been looking for a little payback tonight."</w:t>
      </w:r>
    </w:p>
    <w:p w:rsidR="00000000" w:rsidDel="00000000" w:rsidP="00000000" w:rsidRDefault="00000000" w:rsidRPr="00000000" w14:paraId="000005C2">
      <w:pPr>
        <w:ind w:firstLine="720"/>
        <w:rPr/>
      </w:pPr>
      <w:r w:rsidDel="00000000" w:rsidR="00000000" w:rsidRPr="00000000">
        <w:rPr>
          <w:rtl w:val="0"/>
        </w:rPr>
        <w:t xml:space="preserve">Connor stiffened beside Steele, his jaw clenched. "We responded to a call for a baby not breathing. We did what we’re supposed to do."</w:t>
      </w:r>
    </w:p>
    <w:p w:rsidR="00000000" w:rsidDel="00000000" w:rsidP="00000000" w:rsidRDefault="00000000" w:rsidRPr="00000000" w14:paraId="000005C3">
      <w:pPr>
        <w:ind w:firstLine="720"/>
        <w:rPr/>
      </w:pPr>
      <w:r>
        <w:t>Sanchez didn’t seem convinced. He shifted his attention back to Steele. "A baby not breathing, in the middle of Florencia territory, just happens to turn into a firefight where three gangsters end up dead? You don’t find that a little convenient, Steele? Especially with all the heat you've been under?"</w:t>
      </w:r>
    </w:p>
    <w:p w:rsidR="00000000" w:rsidDel="00000000" w:rsidP="00000000" w:rsidRDefault="00000000" w:rsidRPr="00000000" w14:paraId="000005C4">
      <w:pPr>
        <w:ind w:firstLine="720"/>
        <w:rPr/>
      </w:pPr>
      <w:r w:rsidDel="00000000" w:rsidR="00000000" w:rsidRPr="00000000">
        <w:rPr>
          <w:rtl w:val="0"/>
        </w:rPr>
        <w:t xml:space="preserve">Steele felt his pulse quicken, but he kept his expression steady. "We were ambushed. We returned fire because we were shot at. It’s that simple."</w:t>
      </w:r>
    </w:p>
    <w:p w:rsidR="00000000" w:rsidDel="00000000" w:rsidP="00000000" w:rsidRDefault="00000000" w:rsidRPr="00000000" w14:paraId="000005C5">
      <w:pPr>
        <w:ind w:firstLine="720"/>
        <w:rPr/>
      </w:pPr>
      <w:r>
        <w:t>Sanchez’s eyes flicked toward the house, then back to Steele. "And what about the guy you shot when he ran out of the back? Was he armed?"</w:t>
      </w:r>
    </w:p>
    <w:p w:rsidR="00000000" w:rsidDel="00000000" w:rsidP="00000000" w:rsidRDefault="00000000" w:rsidRPr="00000000" w14:paraId="000005C6">
      <w:pPr>
        <w:ind w:firstLine="720"/>
        <w:rPr/>
      </w:pPr>
      <w:r w:rsidDel="00000000" w:rsidR="00000000" w:rsidRPr="00000000">
        <w:rPr>
          <w:rtl w:val="0"/>
        </w:rPr>
        <w:t xml:space="preserve">Steele squared his shoulders, his voice steady. "Yes. He had a gun."</w:t>
      </w:r>
    </w:p>
    <w:p w:rsidR="00000000" w:rsidDel="00000000" w:rsidP="00000000" w:rsidRDefault="00000000" w:rsidRPr="00000000" w14:paraId="000005C7">
      <w:pPr>
        <w:ind w:firstLine="720"/>
        <w:rPr/>
      </w:pPr>
      <w:r>
        <w:t>Sanchez raised an eyebrow, skepticism written all over his face. "And where’s that gun now? Because as far as I know, it hasn’t turned up yet."</w:t>
      </w:r>
    </w:p>
    <w:p w:rsidR="00000000" w:rsidDel="00000000" w:rsidP="00000000" w:rsidRDefault="00000000" w:rsidRPr="00000000" w14:paraId="000005C8">
      <w:pPr>
        <w:ind w:firstLine="720"/>
        <w:rPr/>
      </w:pPr>
      <w:r w:rsidDel="00000000" w:rsidR="00000000" w:rsidRPr="00000000">
        <w:rPr>
          <w:rtl w:val="0"/>
        </w:rPr>
        <w:t xml:space="preserve">Steele felt his blood run cold. He had seen the weapon, but in the chaos, he hadn’t been able to recover it before the scene became a tactical operation. He was about to respond when Connor stepped in.</w:t>
      </w:r>
    </w:p>
    <w:p w:rsidR="00000000" w:rsidDel="00000000" w:rsidP="00000000" w:rsidRDefault="00000000" w:rsidRPr="00000000" w14:paraId="000005C9">
      <w:pPr>
        <w:ind w:firstLine="720"/>
        <w:rPr/>
      </w:pPr>
      <w:r>
        <w:t>"You want to talk about guns, Sanchez? How about the fact that SEB found enough firepower in there to take out half the city? They were armed, and they came out shooting. Steele did his job. We both did."</w:t>
      </w:r>
    </w:p>
    <w:p w:rsidR="00000000" w:rsidDel="00000000" w:rsidP="00000000" w:rsidRDefault="00000000" w:rsidRPr="00000000" w14:paraId="000005CA">
      <w:pPr>
        <w:ind w:firstLine="720"/>
        <w:rPr/>
      </w:pPr>
      <w:r>
        <w:t>Sanchez’s gaze lingered on Steele, his expression darkening. "We’ll see about that. I’m sure the investigators will be thorough in finding out exactly what went down here."</w:t>
      </w:r>
    </w:p>
    <w:p w:rsidR="00000000" w:rsidDel="00000000" w:rsidP="00000000" w:rsidRDefault="00000000" w:rsidRPr="00000000" w14:paraId="000005CB">
      <w:pPr>
        <w:ind w:firstLine="720"/>
        <w:rPr/>
      </w:pPr>
      <w:r>
        <w:t>Steele didn’t flinch, but inside, he felt the weight of Sanchez’s words. It was always the same with him—doubt, suspicion, and an underlying current of hostility toward anyone associated with the inked deputies.</w:t>
      </w:r>
    </w:p>
    <w:p w:rsidR="00000000" w:rsidDel="00000000" w:rsidP="00000000" w:rsidRDefault="00000000" w:rsidRPr="00000000" w14:paraId="000005CC">
      <w:pPr>
        <w:ind w:firstLine="720"/>
        <w:rPr/>
      </w:pPr>
      <w:r w:rsidDel="00000000" w:rsidR="00000000" w:rsidRPr="00000000">
        <w:rPr>
          <w:rtl w:val="0"/>
        </w:rPr>
        <w:t xml:space="preserve">"I’ll make sure to include everything in my statement," Steele said evenly.</w:t>
      </w:r>
    </w:p>
    <w:p w:rsidR="00000000" w:rsidDel="00000000" w:rsidP="00000000" w:rsidRDefault="00000000" w:rsidRPr="00000000" w14:paraId="000005CD">
      <w:pPr>
        <w:ind w:firstLine="720"/>
        <w:rPr/>
      </w:pPr>
      <w:r>
        <w:t>Sanchez smirked, but there was no warmth behind it. "You do that." He took one last look at both deputies before turning on his heel and heading back toward his car.</w:t>
      </w:r>
    </w:p>
    <w:p w:rsidR="00000000" w:rsidDel="00000000" w:rsidP="00000000" w:rsidRDefault="00000000" w:rsidRPr="00000000" w14:paraId="000005CE">
      <w:pPr>
        <w:ind w:firstLine="720"/>
        <w:rPr/>
      </w:pPr>
      <w:r>
        <w:t>As Sanchez walked away, Steele exhaled slowly, feeling the tension ease slightly. Connor glanced at him, shaking his head. "That guy’s a snake."</w:t>
      </w:r>
    </w:p>
    <w:p w:rsidR="00000000" w:rsidDel="00000000" w:rsidP="00000000" w:rsidRDefault="00000000" w:rsidRPr="00000000" w14:paraId="000005CF">
      <w:pPr>
        <w:ind w:firstLine="720"/>
        <w:rPr/>
      </w:pPr>
      <w:r w:rsidDel="00000000" w:rsidR="00000000" w:rsidRPr="00000000">
        <w:rPr>
          <w:rtl w:val="0"/>
        </w:rPr>
        <w:t xml:space="preserve">"Yeah," Steele muttered. "But he’s got a way of making you second-guess everything."</w:t>
      </w:r>
    </w:p>
    <w:p w:rsidR="00000000" w:rsidDel="00000000" w:rsidP="00000000" w:rsidRDefault="00000000" w:rsidRPr="00000000" w14:paraId="000005D0">
      <w:pPr>
        <w:ind w:firstLine="720"/>
        <w:rPr/>
      </w:pPr>
      <w:r w:rsidDel="00000000" w:rsidR="00000000" w:rsidRPr="00000000">
        <w:rPr>
          <w:rtl w:val="0"/>
        </w:rPr>
        <w:t xml:space="preserve">Connor placed a hand on Steele’s shoulder. "Don’t let him get to you. We did our jobs. The investigation will back us up. Trust me."</w:t>
      </w:r>
    </w:p>
    <w:p w:rsidR="00000000" w:rsidDel="00000000" w:rsidP="00000000" w:rsidRDefault="00000000" w:rsidRPr="00000000" w14:paraId="000005D1">
      <w:pPr>
        <w:ind w:firstLine="720"/>
        <w:rPr/>
      </w:pPr>
      <w:r>
        <w:t>Steele nodded, though the weight of Sanchez’s accusations still hung heavy in the air.</w:t>
      </w:r>
    </w:p>
    <w:p w:rsidR="00000000" w:rsidDel="00000000" w:rsidP="00000000" w:rsidRDefault="00000000" w:rsidRPr="00000000" w14:paraId="000005D2">
      <w:pPr>
        <w:ind w:firstLine="720"/>
        <w:rPr/>
      </w:pPr>
      <w:r w:rsidDel="00000000" w:rsidR="00000000" w:rsidRPr="00000000">
        <w:rPr>
          <w:rtl w:val="0"/>
        </w:rPr>
        <w:t xml:space="preserve">***</w:t>
      </w:r>
    </w:p>
    <w:p w:rsidR="00000000" w:rsidDel="00000000" w:rsidP="00000000" w:rsidRDefault="00000000" w:rsidRPr="00000000" w14:paraId="000005D3">
      <w:pPr>
        <w:ind w:firstLine="720"/>
        <w:rPr/>
      </w:pPr>
      <w:r w:rsidDel="00000000" w:rsidR="00000000" w:rsidRPr="00000000">
        <w:rPr>
          <w:rtl w:val="0"/>
        </w:rPr>
        <w:t xml:space="preserve">Steele and Connor sat in the bland, sterile interview room at Century Station, waiting for the homicide investigators to come back for another round of questions. They had been processed by forensics and photographed for evidence purposes. Hours had passed, and both deputies were exhausted from the intensity of the night and the hours of interviews that followed. The adrenaline was wearing off, replaced by a dull fatigue that weighed on their bodies.</w:t>
      </w:r>
    </w:p>
    <w:p w:rsidR="00000000" w:rsidDel="00000000" w:rsidP="00000000" w:rsidRDefault="00000000" w:rsidRPr="00000000" w14:paraId="000005D4">
      <w:pPr>
        <w:ind w:firstLine="720"/>
        <w:rPr/>
      </w:pPr>
      <w:r w:rsidDel="00000000" w:rsidR="00000000" w:rsidRPr="00000000">
        <w:rPr>
          <w:rtl w:val="0"/>
        </w:rPr>
        <w:t xml:space="preserve">"How many times have we done this now?" Steele muttered, leaning back in his chair.</w:t>
      </w:r>
    </w:p>
    <w:p w:rsidR="00000000" w:rsidDel="00000000" w:rsidP="00000000" w:rsidRDefault="00000000" w:rsidRPr="00000000" w14:paraId="000005D5">
      <w:pPr>
        <w:ind w:firstLine="720"/>
        <w:rPr/>
      </w:pPr>
      <w:r w:rsidDel="00000000" w:rsidR="00000000" w:rsidRPr="00000000">
        <w:rPr>
          <w:rtl w:val="0"/>
        </w:rPr>
        <w:t xml:space="preserve">Connor glanced over, his eyes heavy but sharp. "Too many."</w:t>
      </w:r>
    </w:p>
    <w:p w:rsidR="00000000" w:rsidDel="00000000" w:rsidP="00000000" w:rsidRDefault="00000000" w:rsidRPr="00000000" w14:paraId="000005D6">
      <w:pPr>
        <w:ind w:firstLine="720"/>
        <w:rPr/>
      </w:pPr>
      <w:r w:rsidDel="00000000" w:rsidR="00000000" w:rsidRPr="00000000">
        <w:rPr>
          <w:rtl w:val="0"/>
        </w:rPr>
        <w:t xml:space="preserve">After another long stretch of waiting, the lead investigator finally returned and gave them the green light to leave. Both were officially put back on three-day administrative leave, standard after a deputy-involved shooting.</w:t>
      </w:r>
    </w:p>
    <w:p w:rsidR="00000000" w:rsidDel="00000000" w:rsidP="00000000" w:rsidRDefault="00000000" w:rsidRPr="00000000" w14:paraId="000005D7">
      <w:pPr>
        <w:ind w:firstLine="720"/>
        <w:rPr/>
      </w:pPr>
      <w:r w:rsidDel="00000000" w:rsidR="00000000" w:rsidRPr="00000000">
        <w:rPr>
          <w:rtl w:val="0"/>
        </w:rPr>
        <w:t xml:space="preserve">As they walked out of the interview room and headed toward the lockers to change into civilian clothes, Steele nudged Connor with a grin.</w:t>
      </w:r>
    </w:p>
    <w:p w:rsidR="00000000" w:rsidDel="00000000" w:rsidP="00000000" w:rsidRDefault="00000000" w:rsidRPr="00000000" w14:paraId="000005D8">
      <w:pPr>
        <w:ind w:firstLine="720"/>
        <w:rPr/>
      </w:pPr>
      <w:r w:rsidDel="00000000" w:rsidR="00000000" w:rsidRPr="00000000">
        <w:rPr>
          <w:rtl w:val="0"/>
        </w:rPr>
        <w:t xml:space="preserve">"You know," Steele started, "before I met you, I think you’d been in what…six shootings?"</w:t>
      </w:r>
    </w:p>
    <w:p w:rsidR="00000000" w:rsidDel="00000000" w:rsidP="00000000" w:rsidRDefault="00000000" w:rsidRPr="00000000" w14:paraId="000005D9">
      <w:pPr>
        <w:ind w:firstLine="720"/>
        <w:rPr/>
      </w:pPr>
      <w:r w:rsidDel="00000000" w:rsidR="00000000" w:rsidRPr="00000000">
        <w:rPr>
          <w:rtl w:val="0"/>
        </w:rPr>
        <w:t xml:space="preserve">Connor looked over, raising an eyebrow. "Yeah, six."</w:t>
      </w:r>
    </w:p>
    <w:p w:rsidR="00000000" w:rsidDel="00000000" w:rsidP="00000000" w:rsidRDefault="00000000" w:rsidRPr="00000000" w14:paraId="000005DA">
      <w:pPr>
        <w:ind w:firstLine="720"/>
        <w:rPr/>
      </w:pPr>
      <w:r w:rsidDel="00000000" w:rsidR="00000000" w:rsidRPr="00000000">
        <w:rPr>
          <w:rtl w:val="0"/>
        </w:rPr>
        <w:t xml:space="preserve">"Well, since we started rolling together," Steele continued, "You've been in two more. And you’ve bumped up your body count from eight to ten. You’re like some kind of natural gunfighter, man."</w:t>
      </w:r>
    </w:p>
    <w:p w:rsidR="00000000" w:rsidDel="00000000" w:rsidP="00000000" w:rsidRDefault="00000000" w:rsidRPr="00000000" w14:paraId="000005DB">
      <w:pPr>
        <w:ind w:firstLine="720"/>
        <w:rPr/>
      </w:pPr>
      <w:r w:rsidDel="00000000" w:rsidR="00000000" w:rsidRPr="00000000">
        <w:rPr>
          <w:rtl w:val="0"/>
        </w:rPr>
        <w:t xml:space="preserve">Connor laughed, a low, tired chuckle. "What can I say? It’s a talent."</w:t>
      </w:r>
    </w:p>
    <w:p w:rsidR="00000000" w:rsidDel="00000000" w:rsidP="00000000" w:rsidRDefault="00000000" w:rsidRPr="00000000" w14:paraId="000005DC">
      <w:pPr>
        <w:ind w:firstLine="720"/>
        <w:rPr/>
      </w:pPr>
      <w:r w:rsidDel="00000000" w:rsidR="00000000" w:rsidRPr="00000000">
        <w:rPr>
          <w:rtl w:val="0"/>
        </w:rPr>
        <w:t xml:space="preserve">Steele chuckled back, pulling on his jeans and t-shirt, feeling the comfort of being out of uniform for the first time in hours. The fatigue was still there, but there was also a sense of relief. The situation had been tense, but they'd made it through.</w:t>
      </w:r>
    </w:p>
    <w:p w:rsidR="00000000" w:rsidDel="00000000" w:rsidP="00000000" w:rsidRDefault="00000000" w:rsidRPr="00000000" w14:paraId="000005DD">
      <w:pPr>
        <w:ind w:firstLine="720"/>
        <w:rPr/>
      </w:pPr>
      <w:r w:rsidDel="00000000" w:rsidR="00000000" w:rsidRPr="00000000">
        <w:rPr>
          <w:rtl w:val="0"/>
        </w:rPr>
        <w:t xml:space="preserve">As they made their way out into the parking lot, Steele noticed the homicide captain, Davis,  approaching them. The same captain who had delivered the good news months ago when Steele was cleared from his first shooting. The captain waved them over, his expression serious but warm.</w:t>
      </w:r>
    </w:p>
    <w:p w:rsidR="00000000" w:rsidDel="00000000" w:rsidP="00000000" w:rsidRDefault="00000000" w:rsidRPr="00000000" w14:paraId="000005DE">
      <w:pPr>
        <w:ind w:firstLine="720"/>
        <w:rPr/>
      </w:pPr>
      <w:r w:rsidDel="00000000" w:rsidR="00000000" w:rsidRPr="00000000">
        <w:rPr>
          <w:rtl w:val="0"/>
        </w:rPr>
        <w:t xml:space="preserve">"Hey, fellas," Davis called out, stopping in front of them. "I just wanted to give you an update before you head out."</w:t>
      </w:r>
    </w:p>
    <w:p w:rsidR="00000000" w:rsidDel="00000000" w:rsidP="00000000" w:rsidRDefault="00000000" w:rsidRPr="00000000" w14:paraId="000005DF">
      <w:pPr>
        <w:ind w:firstLine="720"/>
        <w:rPr/>
      </w:pPr>
      <w:r w:rsidDel="00000000" w:rsidR="00000000" w:rsidRPr="00000000">
        <w:rPr>
          <w:rtl w:val="0"/>
        </w:rPr>
        <w:t xml:space="preserve">Steele and Connor stopped, turning to face him.</w:t>
      </w:r>
    </w:p>
    <w:p w:rsidR="00000000" w:rsidDel="00000000" w:rsidP="00000000" w:rsidRDefault="00000000" w:rsidRPr="00000000" w14:paraId="000005E0">
      <w:pPr>
        <w:ind w:firstLine="720"/>
        <w:rPr/>
      </w:pPr>
      <w:r>
        <w:t>"We found the gun," the captain said. "It was in the back of the yard with the gangster you guys put down. No question about it—your shooting’s clean. There won’t be any issues. I just wanted you to know that, especially with Sanchez hanging around."</w:t>
      </w:r>
    </w:p>
    <w:p w:rsidR="00000000" w:rsidDel="00000000" w:rsidP="00000000" w:rsidRDefault="00000000" w:rsidRPr="00000000" w14:paraId="000005E1">
      <w:pPr>
        <w:ind w:firstLine="720"/>
        <w:rPr/>
      </w:pPr>
      <w:r w:rsidDel="00000000" w:rsidR="00000000" w:rsidRPr="00000000">
        <w:rPr>
          <w:rtl w:val="0"/>
        </w:rPr>
        <w:t xml:space="preserve">Steele felt a weight lift off his shoulders. He had been confident in what he saw, but hearing it officially confirmed brought a sense of closure.</w:t>
      </w:r>
    </w:p>
    <w:p w:rsidR="00000000" w:rsidDel="00000000" w:rsidP="00000000" w:rsidRDefault="00000000" w:rsidRPr="00000000" w14:paraId="000005E2">
      <w:pPr>
        <w:ind w:firstLine="720"/>
        <w:rPr/>
      </w:pPr>
      <w:r w:rsidDel="00000000" w:rsidR="00000000" w:rsidRPr="00000000">
        <w:rPr>
          <w:rtl w:val="0"/>
        </w:rPr>
        <w:t xml:space="preserve">"Thanks, Captain," Connor said, shaking the man’s hand.</w:t>
      </w:r>
    </w:p>
    <w:p w:rsidR="00000000" w:rsidDel="00000000" w:rsidP="00000000" w:rsidRDefault="00000000" w:rsidRPr="00000000" w14:paraId="000005E3">
      <w:pPr>
        <w:ind w:firstLine="720"/>
        <w:rPr/>
      </w:pPr>
      <w:r>
        <w:t>The captain gave a knowing smile. "Sanchez’s a piece of work. Never liked him much. You two did a good job tonight, and I didn’t want any bullshit clouding that."</w:t>
      </w:r>
    </w:p>
    <w:p w:rsidR="00000000" w:rsidDel="00000000" w:rsidP="00000000" w:rsidRDefault="00000000" w:rsidRPr="00000000" w14:paraId="000005E4">
      <w:pPr>
        <w:ind w:firstLine="720"/>
        <w:rPr/>
      </w:pPr>
      <w:r w:rsidDel="00000000" w:rsidR="00000000" w:rsidRPr="00000000">
        <w:rPr>
          <w:rtl w:val="0"/>
        </w:rPr>
        <w:t xml:space="preserve">Steele nodded, appreciating the captain's straight talk.</w:t>
      </w:r>
    </w:p>
    <w:p w:rsidR="00000000" w:rsidDel="00000000" w:rsidP="00000000" w:rsidRDefault="00000000" w:rsidRPr="00000000" w14:paraId="000005E5">
      <w:pPr>
        <w:ind w:firstLine="720"/>
        <w:rPr/>
      </w:pPr>
      <w:r w:rsidDel="00000000" w:rsidR="00000000" w:rsidRPr="00000000">
        <w:rPr>
          <w:rtl w:val="0"/>
        </w:rPr>
        <w:t xml:space="preserve">"Good job, both of you," the captain repeated before turning to leave. "Take care of yourselves. I’ll make sure this gets squared away."</w:t>
      </w:r>
    </w:p>
    <w:p w:rsidR="00000000" w:rsidDel="00000000" w:rsidP="00000000" w:rsidRDefault="00000000" w:rsidRPr="00000000" w14:paraId="000005E6">
      <w:pPr>
        <w:ind w:firstLine="720"/>
        <w:rPr/>
      </w:pPr>
      <w:r w:rsidDel="00000000" w:rsidR="00000000" w:rsidRPr="00000000">
        <w:rPr>
          <w:rtl w:val="0"/>
        </w:rPr>
        <w:t xml:space="preserve">As the captain walked away, Connor leaned in closer to Steele, lowering his voice. "You know he’s inked, right?"</w:t>
      </w:r>
    </w:p>
    <w:p w:rsidR="00000000" w:rsidDel="00000000" w:rsidP="00000000" w:rsidRDefault="00000000" w:rsidRPr="00000000" w14:paraId="000005E7">
      <w:pPr>
        <w:ind w:firstLine="720"/>
        <w:rPr/>
      </w:pPr>
      <w:r w:rsidDel="00000000" w:rsidR="00000000" w:rsidRPr="00000000">
        <w:rPr>
          <w:rtl w:val="0"/>
        </w:rPr>
        <w:t xml:space="preserve">Steele raised an eyebrow in surprise. "No shit?"</w:t>
      </w:r>
    </w:p>
    <w:p w:rsidR="00000000" w:rsidDel="00000000" w:rsidP="00000000" w:rsidRDefault="00000000" w:rsidRPr="00000000" w14:paraId="000005E8">
      <w:pPr>
        <w:ind w:firstLine="720"/>
        <w:rPr/>
      </w:pPr>
      <w:r>
        <w:t>Connor smirked. "Yep. He’s one of us. He’ll take care of us, especially with Sanchez sniffing around."</w:t>
      </w:r>
    </w:p>
    <w:p w:rsidR="00000000" w:rsidDel="00000000" w:rsidP="00000000" w:rsidRDefault="00000000" w:rsidRPr="00000000" w14:paraId="000005E9">
      <w:pPr>
        <w:ind w:firstLine="720"/>
        <w:rPr/>
      </w:pPr>
      <w:r w:rsidDel="00000000" w:rsidR="00000000" w:rsidRPr="00000000">
        <w:rPr>
          <w:rtl w:val="0"/>
        </w:rPr>
        <w:t xml:space="preserve">Steele exhaled, feeling a sense of security he hadn’t felt before. "Good to know."</w:t>
      </w:r>
    </w:p>
    <w:p w:rsidR="00000000" w:rsidDel="00000000" w:rsidP="00000000" w:rsidRDefault="00000000" w:rsidRPr="00000000" w14:paraId="000005EA">
      <w:pPr>
        <w:ind w:firstLine="720"/>
        <w:rPr/>
      </w:pPr>
      <w:r>
        <w:t>Connor clapped him on the back. "Come on, let’s get out of here before Sanchez shows up again."</w:t>
      </w:r>
    </w:p>
    <w:p w:rsidR="00000000" w:rsidDel="00000000" w:rsidP="00000000" w:rsidRDefault="00000000" w:rsidRPr="00000000" w14:paraId="000005EB">
      <w:pPr>
        <w:ind w:firstLine="720"/>
        <w:rPr/>
      </w:pPr>
      <w:r w:rsidDel="00000000" w:rsidR="00000000" w:rsidRPr="00000000">
        <w:rPr>
          <w:rtl w:val="0"/>
        </w:rPr>
        <w:t xml:space="preserve">Steele nodded, glancing back at the station for a moment before heading to his car with Connor. It had been another wild night, but at least they had each other's backs. No matter how dark things got in South Central, the brotherhood they had built was stronger than anything coming their way.</w:t>
      </w:r>
    </w:p>
    <w:p w:rsidR="00000000" w:rsidDel="00000000" w:rsidP="00000000" w:rsidRDefault="00000000" w:rsidRPr="00000000" w14:paraId="000005EC">
      <w:pPr>
        <w:ind w:firstLine="720"/>
        <w:rPr/>
      </w:pPr>
      <w:r w:rsidDel="00000000" w:rsidR="00000000" w:rsidRPr="00000000">
        <w:rPr>
          <w:rtl w:val="0"/>
        </w:rPr>
        <w:t xml:space="preserve">***</w:t>
      </w:r>
    </w:p>
    <w:p w:rsidR="00000000" w:rsidDel="00000000" w:rsidP="00000000" w:rsidRDefault="00000000" w:rsidRPr="00000000" w14:paraId="000005ED">
      <w:pPr>
        <w:ind w:firstLine="720"/>
        <w:rPr/>
      </w:pPr>
      <w:r w:rsidDel="00000000" w:rsidR="00000000" w:rsidRPr="00000000">
        <w:rPr>
          <w:rtl w:val="0"/>
        </w:rPr>
        <w:t xml:space="preserve">Ryan Steele sat at the dining room table in his parents' home in Lakewood, surrounded by the familiar warmth and comfort of family. His mom and his dad sat across from him, both wearing expressions of quiet concern as they listened to their son recount the latest events.</w:t>
      </w:r>
    </w:p>
    <w:p w:rsidR="00000000" w:rsidDel="00000000" w:rsidP="00000000" w:rsidRDefault="00000000" w:rsidRPr="00000000" w14:paraId="000005EE">
      <w:pPr>
        <w:ind w:firstLine="720"/>
        <w:rPr/>
      </w:pPr>
      <w:r w:rsidDel="00000000" w:rsidR="00000000" w:rsidRPr="00000000">
        <w:rPr>
          <w:rtl w:val="0"/>
        </w:rPr>
        <w:t xml:space="preserve">"So, another one," his dad, Rich, said, leaning back in his chair. "This is already your second OIS.”</w:t>
      </w:r>
    </w:p>
    <w:p w:rsidR="00000000" w:rsidDel="00000000" w:rsidP="00000000" w:rsidRDefault="00000000" w:rsidRPr="00000000" w14:paraId="000005EF">
      <w:pPr>
        <w:ind w:firstLine="720"/>
        <w:rPr/>
      </w:pPr>
      <w:r w:rsidDel="00000000" w:rsidR="00000000" w:rsidRPr="00000000">
        <w:rPr>
          <w:rtl w:val="0"/>
        </w:rPr>
        <w:t xml:space="preserve">Ryan nodded, pushing his food around the plate with his fork. "Yeah, second in just over a year. This one was an ambush, though. Fake 911 call, set up to take us out. We got shot at before we even made it to the door."</w:t>
      </w:r>
    </w:p>
    <w:p w:rsidR="00000000" w:rsidDel="00000000" w:rsidP="00000000" w:rsidRDefault="00000000" w:rsidRPr="00000000" w14:paraId="000005F0">
      <w:pPr>
        <w:ind w:firstLine="720"/>
        <w:rPr/>
      </w:pPr>
      <w:r>
        <w:t>His mom, Jane, folded her arms, her tough exterior still intact even in retirement. "And Sanchez? What’s his deal this time?"</w:t>
      </w:r>
    </w:p>
    <w:p w:rsidR="00000000" w:rsidDel="00000000" w:rsidP="00000000" w:rsidRDefault="00000000" w:rsidRPr="00000000" w14:paraId="000005F1">
      <w:pPr>
        <w:ind w:firstLine="720"/>
        <w:rPr/>
      </w:pPr>
      <w:r>
        <w:t>Ryan exhaled sharply. "He showed up right after the shooting, trying to get statements out of us like we did something wrong. Asking why we were there, pushing hard on whether the guy I shot was really armed. But Captain Davis came through again. He confirmed they found the gun and said we’re clear. I’m just tired of Sanchez breathing down my neck every time something happens."</w:t>
      </w:r>
    </w:p>
    <w:p w:rsidR="00000000" w:rsidDel="00000000" w:rsidP="00000000" w:rsidRDefault="00000000" w:rsidRPr="00000000" w14:paraId="000005F2">
      <w:pPr>
        <w:ind w:firstLine="720"/>
        <w:rPr/>
      </w:pPr>
      <w:r>
        <w:t>Jane's face hardened. "You need to watch him, Ryan. Guys like Sanchez, they’re not just a nuisance. They can really mess up your career if you're not careful. But Davis having your back is good—means you’ve got some real allies in your corner."</w:t>
      </w:r>
    </w:p>
    <w:p w:rsidR="00000000" w:rsidDel="00000000" w:rsidP="00000000" w:rsidRDefault="00000000" w:rsidRPr="00000000" w14:paraId="000005F3">
      <w:pPr>
        <w:ind w:firstLine="720"/>
        <w:rPr/>
      </w:pPr>
      <w:r>
        <w:t>Rich chimed in, "Sanchez's always been a problem. I knew his type back in the day. Loves power, doesn’t care who he throws under the bus to keep his own hands clean. You keep your head down, Ryan, but don’t let him push you around either."</w:t>
      </w:r>
    </w:p>
    <w:p w:rsidR="00000000" w:rsidDel="00000000" w:rsidP="00000000" w:rsidRDefault="00000000" w:rsidRPr="00000000" w14:paraId="000005F4">
      <w:pPr>
        <w:ind w:firstLine="720"/>
        <w:rPr/>
      </w:pPr>
      <w:r>
        <w:t>Ryan rubbed the back of his neck. "It’s frustrating, you know? After all the stuff I’ve been through out there, especially with everything in Florence… seeing the graffiti, hearing about the threats… I’m just doing my job, and I keep ending up on these IA interviews. And then there's Sanchez, always looking to stir the pot."</w:t>
      </w:r>
    </w:p>
    <w:p w:rsidR="00000000" w:rsidDel="00000000" w:rsidP="00000000" w:rsidRDefault="00000000" w:rsidRPr="00000000" w14:paraId="000005F5">
      <w:pPr>
        <w:ind w:firstLine="720"/>
        <w:rPr/>
      </w:pPr>
      <w:r>
        <w:t>Jane leaned forward, her eyes locked on her son. "Don’t second-guess yourself, Ryan. You know you’re doing the right thing. That ambush could’ve gone a lot worse. You came out of it because you made the right call. Don’t let someone like Sanchez make you doubt that."</w:t>
      </w:r>
    </w:p>
    <w:p w:rsidR="00000000" w:rsidDel="00000000" w:rsidP="00000000" w:rsidRDefault="00000000" w:rsidRPr="00000000" w14:paraId="000005F6">
      <w:pPr>
        <w:ind w:firstLine="720"/>
        <w:rPr/>
      </w:pPr>
      <w:r>
        <w:t>Rich nodded in agreement. "The streets are always going to test you, son. The job’s not about making friends with the brass—it’s about surviving and protecting the people who need it. You’re doing that. Let the Sanchezs of the world spin their wheels. You’ve got your brothers backing you up."</w:t>
      </w:r>
    </w:p>
    <w:p w:rsidR="00000000" w:rsidDel="00000000" w:rsidP="00000000" w:rsidRDefault="00000000" w:rsidRPr="00000000" w14:paraId="000005F7">
      <w:pPr>
        <w:ind w:firstLine="720"/>
        <w:rPr/>
      </w:pPr>
      <w:r w:rsidDel="00000000" w:rsidR="00000000" w:rsidRPr="00000000">
        <w:rPr>
          <w:rtl w:val="0"/>
        </w:rPr>
        <w:t xml:space="preserve">Ryan offered a faint smile, grateful for their words. "Thanks, I needed to hear that. I just want to keep doing my job and stay on the right side of things."</w:t>
      </w:r>
    </w:p>
    <w:p w:rsidR="00000000" w:rsidDel="00000000" w:rsidP="00000000" w:rsidRDefault="00000000" w:rsidRPr="00000000" w14:paraId="000005F8">
      <w:pPr>
        <w:ind w:firstLine="720"/>
        <w:rPr/>
      </w:pPr>
      <w:r>
        <w:t>Lisa gave him a firm look. "You will. And Sanchez? He’ll burn himself out eventually. Guys like him always do."</w:t>
      </w:r>
    </w:p>
    <w:p w:rsidR="00000000" w:rsidDel="00000000" w:rsidP="00000000" w:rsidRDefault="00000000" w:rsidRPr="00000000" w14:paraId="000005F9">
      <w:pPr>
        <w:ind w:firstLine="720"/>
        <w:rPr/>
      </w:pPr>
      <w:r w:rsidDel="00000000" w:rsidR="00000000" w:rsidRPr="00000000">
        <w:rPr>
          <w:rtl w:val="0"/>
        </w:rPr>
        <w:t xml:space="preserve">Rich raised his glass. "To making it through the fire and keeping your head straight."</w:t>
      </w:r>
    </w:p>
    <w:p w:rsidR="00000000" w:rsidDel="00000000" w:rsidP="00000000" w:rsidRDefault="00000000" w:rsidRPr="00000000" w14:paraId="000005FA">
      <w:pPr>
        <w:ind w:firstLine="720"/>
        <w:rPr/>
      </w:pPr>
      <w:r w:rsidDel="00000000" w:rsidR="00000000" w:rsidRPr="00000000">
        <w:rPr>
          <w:rtl w:val="0"/>
        </w:rPr>
        <w:t xml:space="preserve">Ryan raised his own, feeling a sense of relief as the tension eased. His parents always knew how to bring him back to solid ground. For tonight, that was enough.</w:t>
      </w:r>
    </w:p>
    <w:p w:rsidR="00000000" w:rsidDel="00000000" w:rsidP="00000000" w:rsidRDefault="00000000" w:rsidRPr="00000000" w14:paraId="000005FB">
      <w:pPr>
        <w:ind w:firstLine="720"/>
        <w:rPr/>
      </w:pPr>
      <w:r w:rsidDel="00000000" w:rsidR="00000000" w:rsidRPr="00000000">
        <w:rPr>
          <w:rtl w:val="0"/>
        </w:rPr>
        <w:t xml:space="preserve">***</w:t>
      </w:r>
    </w:p>
    <w:p w:rsidR="00000000" w:rsidDel="00000000" w:rsidP="00000000" w:rsidRDefault="00000000" w:rsidRPr="00000000" w14:paraId="000005FC">
      <w:pPr>
        <w:ind w:firstLine="720"/>
        <w:rPr/>
      </w:pPr>
      <w:r w:rsidDel="00000000" w:rsidR="00000000" w:rsidRPr="00000000">
        <w:rPr>
          <w:rtl w:val="0"/>
        </w:rPr>
        <w:t xml:space="preserve">Ryan Steele and Connor walked into the briefing room at Century Station, both dressed in their uniforms after returning from their three-day administrative leave. The air was heavy with anticipation, but the tension that had hung over them after the recent shooting seemed to dissipate slightly as they entered. Steele had grown accustomed to the process by now—he’d been through it enough—but that didn’t make it any easier. Still, being back in the patrol room brought a certain comfort.</w:t>
      </w:r>
    </w:p>
    <w:p w:rsidR="00000000" w:rsidDel="00000000" w:rsidP="00000000" w:rsidRDefault="00000000" w:rsidRPr="00000000" w14:paraId="000005FD">
      <w:pPr>
        <w:ind w:firstLine="720"/>
        <w:rPr/>
      </w:pPr>
      <w:r w:rsidDel="00000000" w:rsidR="00000000" w:rsidRPr="00000000">
        <w:rPr>
          <w:rtl w:val="0"/>
        </w:rPr>
        <w:t xml:space="preserve">Sergeant Bearish was already up front, a grin spreading across his face as the two deputies took their seats. "Look who’s back," Bearish called out, his voice warm and full of pride. "You boys go through hell and come out the other side every time. Good to have you both back. Steele, Connor—welcome back to the jungle."</w:t>
      </w:r>
    </w:p>
    <w:p w:rsidR="00000000" w:rsidDel="00000000" w:rsidP="00000000" w:rsidRDefault="00000000" w:rsidRPr="00000000" w14:paraId="000005FE">
      <w:pPr>
        <w:ind w:firstLine="720"/>
        <w:rPr/>
      </w:pPr>
      <w:r w:rsidDel="00000000" w:rsidR="00000000" w:rsidRPr="00000000">
        <w:rPr>
          <w:rtl w:val="0"/>
        </w:rPr>
        <w:t xml:space="preserve">Steele nodded, appreciative of the welcome. Around the room, several deputies gave him nods of respect, acknowledging the intensity of the last few weeks. He and Connor had walked through fire, and in the tight-knit world of Century Station, that meant something.</w:t>
      </w:r>
    </w:p>
    <w:p w:rsidR="00000000" w:rsidDel="00000000" w:rsidP="00000000" w:rsidRDefault="00000000" w:rsidRPr="00000000" w14:paraId="000005FF">
      <w:pPr>
        <w:ind w:firstLine="720"/>
        <w:rPr/>
      </w:pPr>
      <w:r w:rsidDel="00000000" w:rsidR="00000000" w:rsidRPr="00000000">
        <w:rPr>
          <w:rtl w:val="0"/>
        </w:rPr>
        <w:t xml:space="preserve">As Bearish was about to start the briefing, two members of the Homicide Bureau and several deputies from the Gang Enforcement Team (GET) walked in. It wasn’t unusual to see them here, but the timing suggested something big was about to go down. Everyone sat up a little straighter.</w:t>
      </w:r>
    </w:p>
    <w:p w:rsidR="00000000" w:rsidDel="00000000" w:rsidP="00000000" w:rsidRDefault="00000000" w:rsidRPr="00000000" w14:paraId="00000600">
      <w:pPr>
        <w:ind w:firstLine="720"/>
        <w:rPr/>
      </w:pPr>
      <w:r w:rsidDel="00000000" w:rsidR="00000000" w:rsidRPr="00000000">
        <w:rPr>
          <w:rtl w:val="0"/>
        </w:rPr>
        <w:t xml:space="preserve">Bearish stepped aside as one of the homicide detectives took the floor. "Alright, listen up. As you all know, we’ve been working the East Coast Crips and Florencia 13 gangs hard since they decided to start a racial war. Wiretaps have given us more information than we hoped for, and tomorrow morning at 0600, we’re hitting them where it hurts. We've got simultaneous search warrants going out on 16 locations—homes and hangouts of both gangs."</w:t>
      </w:r>
    </w:p>
    <w:p w:rsidR="00000000" w:rsidDel="00000000" w:rsidP="00000000" w:rsidRDefault="00000000" w:rsidRPr="00000000" w14:paraId="00000601">
      <w:pPr>
        <w:ind w:firstLine="720"/>
        <w:rPr/>
      </w:pPr>
      <w:r w:rsidDel="00000000" w:rsidR="00000000" w:rsidRPr="00000000">
        <w:rPr>
          <w:rtl w:val="0"/>
        </w:rPr>
        <w:t xml:space="preserve">The room buzzed with low murmurs, but the detective quickly continued. "These warrants are going to hit leadership and key players on both sides. SEB and GET are handling the heavy lifting—the entries and arrests—but we need all hands on deck to assist. That means you all are being held over on overtime after your shift. We need extra manpower to cover these operations. It’s going to be a big one."</w:t>
      </w:r>
    </w:p>
    <w:p w:rsidR="00000000" w:rsidDel="00000000" w:rsidP="00000000" w:rsidRDefault="00000000" w:rsidRPr="00000000" w14:paraId="00000602">
      <w:pPr>
        <w:ind w:firstLine="720"/>
        <w:rPr/>
      </w:pPr>
      <w:r w:rsidDel="00000000" w:rsidR="00000000" w:rsidRPr="00000000">
        <w:rPr>
          <w:rtl w:val="0"/>
        </w:rPr>
        <w:t xml:space="preserve">Connor leaned toward Steele and muttered, "Looks like we’re in for a long night. No better way to come back from admin leave than jumping right into the action, huh?"</w:t>
      </w:r>
    </w:p>
    <w:p w:rsidR="00000000" w:rsidDel="00000000" w:rsidP="00000000" w:rsidRDefault="00000000" w:rsidRPr="00000000" w14:paraId="00000603">
      <w:pPr>
        <w:ind w:firstLine="720"/>
        <w:rPr/>
      </w:pPr>
      <w:r w:rsidDel="00000000" w:rsidR="00000000" w:rsidRPr="00000000">
        <w:rPr>
          <w:rtl w:val="0"/>
        </w:rPr>
        <w:t xml:space="preserve">Steele smirked, nodding in agreement. "Yeah, sounds like they didn’t forget about us."</w:t>
      </w:r>
    </w:p>
    <w:p w:rsidR="00000000" w:rsidDel="00000000" w:rsidP="00000000" w:rsidRDefault="00000000" w:rsidRPr="00000000" w14:paraId="00000604">
      <w:pPr>
        <w:ind w:firstLine="720"/>
        <w:rPr/>
      </w:pPr>
      <w:r w:rsidDel="00000000" w:rsidR="00000000" w:rsidRPr="00000000">
        <w:rPr>
          <w:rtl w:val="0"/>
        </w:rPr>
        <w:t xml:space="preserve">The GET deputy continued, "Our target areas are spread between East Coast Crip territory and Florencia territory, so you know it’s going to get hot. Expect resistance. These guys may not know we’re coming, but they’re not going down easy. Your job is to secure the perimeter and assist with containment. We’ll handle the tactical side, but we’ll need your help on securing evidence, transporting suspects, and managing the scene."</w:t>
      </w:r>
    </w:p>
    <w:p w:rsidR="00000000" w:rsidDel="00000000" w:rsidP="00000000" w:rsidRDefault="00000000" w:rsidRPr="00000000" w14:paraId="00000605">
      <w:pPr>
        <w:ind w:firstLine="720"/>
        <w:rPr/>
      </w:pPr>
      <w:r w:rsidDel="00000000" w:rsidR="00000000" w:rsidRPr="00000000">
        <w:rPr>
          <w:rtl w:val="0"/>
        </w:rPr>
        <w:t xml:space="preserve">Bearish stepped back up. "Alright, you heard them. Be ready to roll once this shift wraps up. We’re not letting these guys breathe after what’s been going on lately. If you have any questions, talk to me or the GET team."</w:t>
      </w:r>
    </w:p>
    <w:p w:rsidR="00000000" w:rsidDel="00000000" w:rsidP="00000000" w:rsidRDefault="00000000" w:rsidRPr="00000000" w14:paraId="00000606">
      <w:pPr>
        <w:ind w:firstLine="720"/>
        <w:rPr/>
      </w:pPr>
      <w:r w:rsidDel="00000000" w:rsidR="00000000" w:rsidRPr="00000000">
        <w:rPr>
          <w:rtl w:val="0"/>
        </w:rPr>
        <w:t xml:space="preserve">Steele felt the adrenaline start to kick in. It had been a tough few months, but there was something about getting back in the field, especially with a big operation like this. Connor leaned over again and said quietly, "You ready to lock these guys up, partner?"</w:t>
      </w:r>
    </w:p>
    <w:p w:rsidR="00000000" w:rsidDel="00000000" w:rsidP="00000000" w:rsidRDefault="00000000" w:rsidRPr="00000000" w14:paraId="00000607">
      <w:pPr>
        <w:ind w:firstLine="720"/>
        <w:rPr/>
      </w:pPr>
      <w:r w:rsidDel="00000000" w:rsidR="00000000" w:rsidRPr="00000000">
        <w:rPr>
          <w:rtl w:val="0"/>
        </w:rPr>
        <w:t xml:space="preserve">Steele cracked a grin. "Always."</w:t>
      </w:r>
    </w:p>
    <w:p w:rsidR="00000000" w:rsidDel="00000000" w:rsidP="00000000" w:rsidRDefault="00000000" w:rsidRPr="00000000" w14:paraId="00000608">
      <w:pPr>
        <w:ind w:firstLine="720"/>
        <w:rPr/>
      </w:pPr>
      <w:r w:rsidDel="00000000" w:rsidR="00000000" w:rsidRPr="00000000">
        <w:rPr>
          <w:rtl w:val="0"/>
        </w:rPr>
        <w:t xml:space="preserve">***</w:t>
      </w:r>
    </w:p>
    <w:p w:rsidR="00000000" w:rsidDel="00000000" w:rsidP="00000000" w:rsidRDefault="00000000" w:rsidRPr="00000000" w14:paraId="00000609">
      <w:pPr>
        <w:ind w:firstLine="720"/>
        <w:rPr/>
      </w:pPr>
      <w:r w:rsidDel="00000000" w:rsidR="00000000" w:rsidRPr="00000000">
        <w:rPr>
          <w:rtl w:val="0"/>
        </w:rPr>
        <w:t xml:space="preserve">Steele and Connor pulled into the parking lot of the briefing center, the early morning air still cool as the clock in the cruiser read 4:45 AM. They were one of the first units to arrive for the operation, but the lot quickly filled with patrol cars, blacked-out SUVs, and SEB tactical vehicles. This was going to be a large-scale hit on both East Coast Crips and Florencia 13, and everyone in the room could feel the weight of it.</w:t>
      </w:r>
    </w:p>
    <w:p w:rsidR="00000000" w:rsidDel="00000000" w:rsidP="00000000" w:rsidRDefault="00000000" w:rsidRPr="00000000" w14:paraId="0000060A">
      <w:pPr>
        <w:ind w:firstLine="720"/>
        <w:rPr/>
      </w:pPr>
      <w:r w:rsidDel="00000000" w:rsidR="00000000" w:rsidRPr="00000000">
        <w:rPr>
          <w:rtl w:val="0"/>
        </w:rPr>
        <w:t xml:space="preserve">Steele and Connor entered the briefing room, a buzz of energy filling the space as teams prepared for the simultaneous search warrant services. The Gang Enforcement Team (GET) and Special Enforcement Bureau (SEB) were already there, suited up and ready for action, looking like they meant business. Homicide detectives filled the room, pointing to maps and discussing the intricacies of each target location.</w:t>
      </w:r>
    </w:p>
    <w:p w:rsidR="00000000" w:rsidDel="00000000" w:rsidP="00000000" w:rsidRDefault="00000000" w:rsidRPr="00000000" w14:paraId="0000060B">
      <w:pPr>
        <w:ind w:firstLine="720"/>
        <w:rPr/>
      </w:pPr>
      <w:r w:rsidDel="00000000" w:rsidR="00000000" w:rsidRPr="00000000">
        <w:rPr>
          <w:rtl w:val="0"/>
        </w:rPr>
        <w:t xml:space="preserve">"Alright, everyone listen up," a detective from the homicide bureau called out as he approached the front of the room. "We’ve got 16 locations in total. You’ve been assigned your targets. Stick to the plan, keep your heads on a swivel, and no unnecessary risks. SEB will take point on the entries. Your job is to secure the perimeter, assist with arrests, and manage the scene once it’s safe."</w:t>
      </w:r>
    </w:p>
    <w:p w:rsidR="00000000" w:rsidDel="00000000" w:rsidP="00000000" w:rsidRDefault="00000000" w:rsidRPr="00000000" w14:paraId="0000060C">
      <w:pPr>
        <w:ind w:firstLine="720"/>
        <w:rPr/>
      </w:pPr>
      <w:r w:rsidDel="00000000" w:rsidR="00000000" w:rsidRPr="00000000">
        <w:rPr>
          <w:rtl w:val="0"/>
        </w:rPr>
        <w:t xml:space="preserve">Connor and Steele looked down at their assignment sheet. They were slated for one of the primary Florencia 13 houses, a mid-level drug operation with suspected weapons cache on the premises. It was located deep in the gang’s territory.</w:t>
      </w:r>
    </w:p>
    <w:p w:rsidR="00000000" w:rsidDel="00000000" w:rsidP="00000000" w:rsidRDefault="00000000" w:rsidRPr="00000000" w14:paraId="0000060D">
      <w:pPr>
        <w:ind w:firstLine="720"/>
        <w:rPr/>
      </w:pPr>
      <w:r w:rsidDel="00000000" w:rsidR="00000000" w:rsidRPr="00000000">
        <w:rPr>
          <w:rtl w:val="0"/>
        </w:rPr>
        <w:t xml:space="preserve">Connor leaned over, eyes glinting with anticipation. "Looks like we’re getting a good one."</w:t>
      </w:r>
    </w:p>
    <w:p w:rsidR="00000000" w:rsidDel="00000000" w:rsidP="00000000" w:rsidRDefault="00000000" w:rsidRPr="00000000" w14:paraId="0000060E">
      <w:pPr>
        <w:ind w:firstLine="720"/>
        <w:rPr/>
      </w:pPr>
      <w:r w:rsidDel="00000000" w:rsidR="00000000" w:rsidRPr="00000000">
        <w:rPr>
          <w:rtl w:val="0"/>
        </w:rPr>
        <w:t xml:space="preserve">Steele nodded. "Let's just hope it goes smooth."</w:t>
      </w:r>
    </w:p>
    <w:p w:rsidR="00000000" w:rsidDel="00000000" w:rsidP="00000000" w:rsidRDefault="00000000" w:rsidRPr="00000000" w14:paraId="0000060F">
      <w:pPr>
        <w:ind w:firstLine="720"/>
        <w:rPr/>
      </w:pPr>
      <w:r w:rsidDel="00000000" w:rsidR="00000000" w:rsidRPr="00000000">
        <w:rPr>
          <w:rtl w:val="0"/>
        </w:rPr>
        <w:t xml:space="preserve">By the time they rolled up to the target location, it was 5:50 AM, just ten minutes before the clock struck 0600. They parked their cruiser a few blocks away and quietly joined the perimeter team. Other deputies were already moving into place, setting up containment along the street. The house was modest—an old one-story building with peeling paint, cracked windows, and a sagging porch. But inside, it was suspected to house both drugs and a number of Florencia 13 members.</w:t>
      </w:r>
    </w:p>
    <w:p w:rsidR="00000000" w:rsidDel="00000000" w:rsidP="00000000" w:rsidRDefault="00000000" w:rsidRPr="00000000" w14:paraId="00000610">
      <w:pPr>
        <w:ind w:firstLine="720"/>
        <w:rPr/>
      </w:pPr>
      <w:r w:rsidDel="00000000" w:rsidR="00000000" w:rsidRPr="00000000">
        <w:rPr>
          <w:rtl w:val="0"/>
        </w:rPr>
        <w:t xml:space="preserve">SEB moved in silently, their armored vehicle pulling up in front of the house as they crept up to the door. The team was a well-oiled machine, moving with precision. Steele and Connor, along with a handful of other deputies, kept watch on the perimeter, keeping their eyes peeled for any potential threats or lookouts from the gang.</w:t>
      </w:r>
    </w:p>
    <w:p w:rsidR="00000000" w:rsidDel="00000000" w:rsidP="00000000" w:rsidRDefault="00000000" w:rsidRPr="00000000" w14:paraId="00000611">
      <w:pPr>
        <w:ind w:firstLine="720"/>
        <w:rPr/>
      </w:pPr>
      <w:r w:rsidDel="00000000" w:rsidR="00000000" w:rsidRPr="00000000">
        <w:rPr>
          <w:rtl w:val="0"/>
        </w:rPr>
        <w:t xml:space="preserve">At exactly 0600, the silence was shattered by a loud bang as SEB smashed through the front door with a breaching ram. Flashbangs followed, their deafening explosions sending bright light and smoke pouring from the house. The commotion inside was immediate—shouts of confusion from the suspects and commands from the SEB team filled the air.</w:t>
      </w:r>
    </w:p>
    <w:p w:rsidR="00000000" w:rsidDel="00000000" w:rsidP="00000000" w:rsidRDefault="00000000" w:rsidRPr="00000000" w14:paraId="00000612">
      <w:pPr>
        <w:ind w:firstLine="720"/>
        <w:rPr/>
      </w:pPr>
      <w:r w:rsidDel="00000000" w:rsidR="00000000" w:rsidRPr="00000000">
        <w:rPr>
          <w:rtl w:val="0"/>
        </w:rPr>
        <w:t xml:space="preserve">"Go, go, go!" Connor whispered sharply, nodding to Steele as they held their position outside the house.</w:t>
      </w:r>
    </w:p>
    <w:p w:rsidR="00000000" w:rsidDel="00000000" w:rsidP="00000000" w:rsidRDefault="00000000" w:rsidRPr="00000000" w14:paraId="00000613">
      <w:pPr>
        <w:ind w:firstLine="720"/>
        <w:rPr/>
      </w:pPr>
      <w:r w:rsidDel="00000000" w:rsidR="00000000" w:rsidRPr="00000000">
        <w:rPr>
          <w:rtl w:val="0"/>
        </w:rPr>
        <w:t xml:space="preserve">Seconds later, the SEB team emerged from the smoke-filled doorway, pulling out three men in handcuffs, their heads lowered in defeat. No shots had been fired, and the arrests had gone smoothly, thanks to the element of surprise.</w:t>
      </w:r>
    </w:p>
    <w:p w:rsidR="00000000" w:rsidDel="00000000" w:rsidP="00000000" w:rsidRDefault="00000000" w:rsidRPr="00000000" w14:paraId="00000614">
      <w:pPr>
        <w:ind w:firstLine="720"/>
        <w:rPr/>
      </w:pPr>
      <w:r w:rsidDel="00000000" w:rsidR="00000000" w:rsidRPr="00000000">
        <w:rPr>
          <w:rtl w:val="0"/>
        </w:rPr>
        <w:t xml:space="preserve">"They’re clear. House secure," an SEB deputy radioed in. "We’ve recovered drugs and firearms inside."</w:t>
      </w:r>
    </w:p>
    <w:p w:rsidR="00000000" w:rsidDel="00000000" w:rsidP="00000000" w:rsidRDefault="00000000" w:rsidRPr="00000000" w14:paraId="00000615">
      <w:pPr>
        <w:ind w:firstLine="720"/>
        <w:rPr/>
      </w:pPr>
      <w:r w:rsidDel="00000000" w:rsidR="00000000" w:rsidRPr="00000000">
        <w:rPr>
          <w:rtl w:val="0"/>
        </w:rPr>
        <w:t xml:space="preserve">Steele exchanged a glance with Connor. Another successful raid, and now their job was to handle the evidence and get the suspects back to the station.</w:t>
      </w:r>
    </w:p>
    <w:p w:rsidR="00000000" w:rsidDel="00000000" w:rsidP="00000000" w:rsidRDefault="00000000" w:rsidRPr="00000000" w14:paraId="00000616">
      <w:pPr>
        <w:ind w:firstLine="720"/>
        <w:rPr/>
      </w:pPr>
      <w:r w:rsidDel="00000000" w:rsidR="00000000" w:rsidRPr="00000000">
        <w:rPr>
          <w:rtl w:val="0"/>
        </w:rPr>
        <w:t xml:space="preserve">They moved into the house once it was safe, stepping over piles of debris and broken furniture. The smell of gunpowder from the flashbangs still lingered in the air. One of the suspects sat slumped against the wall, cuffed and looking defeated, while two more were being processed outside by deputies.</w:t>
      </w:r>
    </w:p>
    <w:p w:rsidR="00000000" w:rsidDel="00000000" w:rsidP="00000000" w:rsidRDefault="00000000" w:rsidRPr="00000000" w14:paraId="00000617">
      <w:pPr>
        <w:ind w:firstLine="720"/>
        <w:rPr/>
      </w:pPr>
      <w:r w:rsidDel="00000000" w:rsidR="00000000" w:rsidRPr="00000000">
        <w:rPr>
          <w:rtl w:val="0"/>
        </w:rPr>
        <w:t xml:space="preserve">"You two," a detective pointed at Steele and Connor. "Start cataloging the evidence. Bag up those weapons and the narcotics. Then get these two suspects transported back to Century."</w:t>
      </w:r>
    </w:p>
    <w:p w:rsidR="00000000" w:rsidDel="00000000" w:rsidP="00000000" w:rsidRDefault="00000000" w:rsidRPr="00000000" w14:paraId="00000618">
      <w:pPr>
        <w:ind w:firstLine="720"/>
        <w:rPr/>
      </w:pPr>
      <w:r w:rsidDel="00000000" w:rsidR="00000000" w:rsidRPr="00000000">
        <w:rPr>
          <w:rtl w:val="0"/>
        </w:rPr>
        <w:t xml:space="preserve">"Copy that," Connor responded, motioning for Steele to start working the scene with him.</w:t>
      </w:r>
    </w:p>
    <w:p w:rsidR="00000000" w:rsidDel="00000000" w:rsidP="00000000" w:rsidRDefault="00000000" w:rsidRPr="00000000" w14:paraId="00000619">
      <w:pPr>
        <w:ind w:firstLine="720"/>
        <w:rPr/>
      </w:pPr>
      <w:r w:rsidDel="00000000" w:rsidR="00000000" w:rsidRPr="00000000">
        <w:rPr>
          <w:rtl w:val="0"/>
        </w:rPr>
        <w:t xml:space="preserve">They found a stash of handguns and an AK-47 hidden in a closet, along with a couple of bricks of cocaine in the kitchen. Everything was cataloged and packed into evidence bags, with Steele making sure each item was logged correctly. Once they had it all ready, they escorted two of the suspects to their cruiser.</w:t>
      </w:r>
    </w:p>
    <w:p w:rsidR="00000000" w:rsidDel="00000000" w:rsidP="00000000" w:rsidRDefault="00000000" w:rsidRPr="00000000" w14:paraId="0000061A">
      <w:pPr>
        <w:ind w:firstLine="720"/>
        <w:rPr/>
      </w:pPr>
      <w:r w:rsidDel="00000000" w:rsidR="00000000" w:rsidRPr="00000000">
        <w:rPr>
          <w:rtl w:val="0"/>
        </w:rPr>
        <w:t xml:space="preserve">As they loaded the suspects into the back seat, Steele couldn’t help but glance around at the neighborhood. It felt like they were striking at the heart of Florencia 13, and he knew it wouldn’t go unnoticed.</w:t>
      </w:r>
    </w:p>
    <w:p w:rsidR="00000000" w:rsidDel="00000000" w:rsidP="00000000" w:rsidRDefault="00000000" w:rsidRPr="00000000" w14:paraId="0000061B">
      <w:pPr>
        <w:ind w:firstLine="720"/>
        <w:rPr/>
      </w:pPr>
      <w:r w:rsidDel="00000000" w:rsidR="00000000" w:rsidRPr="00000000">
        <w:rPr>
          <w:rtl w:val="0"/>
        </w:rPr>
        <w:t xml:space="preserve">"Feels good to put a dent in these guys," Steele muttered to Connor as they got into the front seat.</w:t>
      </w:r>
    </w:p>
    <w:p w:rsidR="00000000" w:rsidDel="00000000" w:rsidP="00000000" w:rsidRDefault="00000000" w:rsidRPr="00000000" w14:paraId="0000061C">
      <w:pPr>
        <w:ind w:firstLine="720"/>
        <w:rPr/>
      </w:pPr>
      <w:r w:rsidDel="00000000" w:rsidR="00000000" w:rsidRPr="00000000">
        <w:rPr>
          <w:rtl w:val="0"/>
        </w:rPr>
        <w:t xml:space="preserve">Connor nodded. "Yeah, but it’s not over. There’ll always be more. Just gotta keep hitting them where it hurts."</w:t>
      </w:r>
    </w:p>
    <w:p w:rsidR="00000000" w:rsidDel="00000000" w:rsidP="00000000" w:rsidRDefault="00000000" w:rsidRPr="00000000" w14:paraId="0000061D">
      <w:pPr>
        <w:ind w:firstLine="720"/>
        <w:rPr/>
      </w:pPr>
      <w:r w:rsidDel="00000000" w:rsidR="00000000" w:rsidRPr="00000000">
        <w:rPr>
          <w:rtl w:val="0"/>
        </w:rPr>
        <w:t xml:space="preserve">With that, they pulled away from the house, heading back to Century Station to book the suspects and process the evidence. The raid had been a success, but Steele knew it was just one small victory in a much larger war.</w:t>
      </w:r>
    </w:p>
    <w:p w:rsidR="00000000" w:rsidDel="00000000" w:rsidP="00000000" w:rsidRDefault="00000000" w:rsidRPr="00000000" w14:paraId="0000061E">
      <w:pPr>
        <w:ind w:firstLine="720"/>
        <w:rPr/>
      </w:pPr>
      <w:r w:rsidDel="00000000" w:rsidR="00000000" w:rsidRPr="00000000">
        <w:rPr>
          <w:rtl w:val="0"/>
        </w:rPr>
        <w:t xml:space="preserve">***</w:t>
      </w:r>
    </w:p>
    <w:p w:rsidR="00000000" w:rsidDel="00000000" w:rsidP="00000000" w:rsidRDefault="00000000" w:rsidRPr="00000000" w14:paraId="0000061F">
      <w:pPr>
        <w:ind w:firstLine="720"/>
        <w:rPr/>
      </w:pPr>
      <w:r w:rsidDel="00000000" w:rsidR="00000000" w:rsidRPr="00000000">
        <w:rPr>
          <w:rtl w:val="0"/>
        </w:rPr>
        <w:t xml:space="preserve">After a long and tiring morning processing evidence and booking the suspects, Steele and Connor were finally wrapping things up at Century Station. The adrenaline from the raid had worn off, leaving them both drained. Steele was finishing up some final paperwork when Captain Davis from Homicide appeared in the doorway, his face serious but with a glint of satisfaction in his eyes.</w:t>
      </w:r>
    </w:p>
    <w:p w:rsidR="00000000" w:rsidDel="00000000" w:rsidP="00000000" w:rsidRDefault="00000000" w:rsidRPr="00000000" w14:paraId="00000620">
      <w:pPr>
        <w:ind w:firstLine="720"/>
        <w:rPr/>
      </w:pPr>
      <w:r w:rsidDel="00000000" w:rsidR="00000000" w:rsidRPr="00000000">
        <w:rPr>
          <w:rtl w:val="0"/>
        </w:rPr>
        <w:t xml:space="preserve">“Steele, Connor,” Davis called out, motioning them over.</w:t>
      </w:r>
    </w:p>
    <w:p w:rsidR="00000000" w:rsidDel="00000000" w:rsidP="00000000" w:rsidRDefault="00000000" w:rsidRPr="00000000" w14:paraId="00000621">
      <w:pPr>
        <w:ind w:firstLine="720"/>
        <w:rPr/>
      </w:pPr>
      <w:r w:rsidDel="00000000" w:rsidR="00000000" w:rsidRPr="00000000">
        <w:rPr>
          <w:rtl w:val="0"/>
        </w:rPr>
        <w:t xml:space="preserve">They exchanged a look, wondering what was next. As they approached, Davis lowered his voice, making sure no one else was in earshot.</w:t>
      </w:r>
    </w:p>
    <w:p w:rsidR="00000000" w:rsidDel="00000000" w:rsidP="00000000" w:rsidRDefault="00000000" w:rsidRPr="00000000" w14:paraId="00000622">
      <w:pPr>
        <w:ind w:firstLine="720"/>
        <w:rPr/>
      </w:pPr>
      <w:r w:rsidDel="00000000" w:rsidR="00000000" w:rsidRPr="00000000">
        <w:rPr>
          <w:rtl w:val="0"/>
        </w:rPr>
        <w:t xml:space="preserve">"I wanted to tell you both personally," Davis began. "We just got some solid intel from the wiretaps. The main guy behind the hit on you, Steele, the one who green-lit the whole thing—he’s in custody."</w:t>
      </w:r>
    </w:p>
    <w:p w:rsidR="00000000" w:rsidDel="00000000" w:rsidP="00000000" w:rsidRDefault="00000000" w:rsidRPr="00000000" w14:paraId="00000623">
      <w:pPr>
        <w:ind w:firstLine="720"/>
        <w:rPr/>
      </w:pPr>
      <w:r w:rsidDel="00000000" w:rsidR="00000000" w:rsidRPr="00000000">
        <w:rPr>
          <w:rtl w:val="0"/>
        </w:rPr>
        <w:t xml:space="preserve">Steele's heart skipped a beat. It felt like a huge weight had been lifted off his shoulders. For weeks, he’d been looking over his shoulder, wondering when the next threat would come. Now, finally, the mastermind who had ordered the hit was off the streets.</w:t>
      </w:r>
    </w:p>
    <w:p w:rsidR="00000000" w:rsidDel="00000000" w:rsidP="00000000" w:rsidRDefault="00000000" w:rsidRPr="00000000" w14:paraId="00000624">
      <w:pPr>
        <w:ind w:firstLine="720"/>
        <w:rPr/>
      </w:pPr>
      <w:r w:rsidDel="00000000" w:rsidR="00000000" w:rsidRPr="00000000">
        <w:rPr>
          <w:rtl w:val="0"/>
        </w:rPr>
        <w:t xml:space="preserve">"We’ve been listening in on their communications," Davis continued. "The suspect we arrested this morning is the same one calling the shots in Florencia. The wiretap confirms he was the one who put out the green light on you."</w:t>
      </w:r>
    </w:p>
    <w:p w:rsidR="00000000" w:rsidDel="00000000" w:rsidP="00000000" w:rsidRDefault="00000000" w:rsidRPr="00000000" w14:paraId="00000625">
      <w:pPr>
        <w:ind w:firstLine="720"/>
        <w:rPr/>
      </w:pPr>
      <w:r w:rsidDel="00000000" w:rsidR="00000000" w:rsidRPr="00000000">
        <w:rPr>
          <w:rtl w:val="0"/>
        </w:rPr>
        <w:t xml:space="preserve">Connor let out a low whistle. "So, he's the one trying to have Steele taken out?"</w:t>
      </w:r>
    </w:p>
    <w:p w:rsidR="00000000" w:rsidDel="00000000" w:rsidP="00000000" w:rsidRDefault="00000000" w:rsidRPr="00000000" w14:paraId="00000626">
      <w:pPr>
        <w:ind w:firstLine="720"/>
        <w:rPr/>
      </w:pPr>
      <w:r w:rsidDel="00000000" w:rsidR="00000000" w:rsidRPr="00000000">
        <w:rPr>
          <w:rtl w:val="0"/>
        </w:rPr>
        <w:t xml:space="preserve">Davis nodded. "That’s right. He’s been targeting you ever since the incident in Florence. The graffiti, the threats—it all came from him. But now that he's in custody, we’re hoping things will calm down. It’s not over, but we took a major player off the streets today."</w:t>
      </w:r>
    </w:p>
    <w:p w:rsidR="00000000" w:rsidDel="00000000" w:rsidP="00000000" w:rsidRDefault="00000000" w:rsidRPr="00000000" w14:paraId="00000627">
      <w:pPr>
        <w:ind w:firstLine="720"/>
        <w:rPr/>
      </w:pPr>
      <w:r w:rsidDel="00000000" w:rsidR="00000000" w:rsidRPr="00000000">
        <w:rPr>
          <w:rtl w:val="0"/>
        </w:rPr>
        <w:t xml:space="preserve">Steele exhaled deeply, feeling a mix of relief and exhaustion wash over him. He hadn’t realized just how tense he had been until now. Knowing that the man behind the threats was finally locked up made him feel like he could breathe again.</w:t>
      </w:r>
    </w:p>
    <w:p w:rsidR="00000000" w:rsidDel="00000000" w:rsidP="00000000" w:rsidRDefault="00000000" w:rsidRPr="00000000" w14:paraId="00000628">
      <w:pPr>
        <w:ind w:firstLine="720"/>
        <w:rPr/>
      </w:pPr>
      <w:r w:rsidDel="00000000" w:rsidR="00000000" w:rsidRPr="00000000">
        <w:rPr>
          <w:rtl w:val="0"/>
        </w:rPr>
        <w:t xml:space="preserve">“Thanks for letting us know, Captain,” Steele said, his voice steady but laced with gratitude.</w:t>
      </w:r>
    </w:p>
    <w:p w:rsidR="00000000" w:rsidDel="00000000" w:rsidP="00000000" w:rsidRDefault="00000000" w:rsidRPr="00000000" w14:paraId="00000629">
      <w:pPr>
        <w:ind w:firstLine="720"/>
        <w:rPr/>
      </w:pPr>
      <w:r w:rsidDel="00000000" w:rsidR="00000000" w:rsidRPr="00000000">
        <w:rPr>
          <w:rtl w:val="0"/>
        </w:rPr>
        <w:t xml:space="preserve">Davis gave them both a nod. “You did good today. I know it’s been a rough few months, but you stayed solid. Keep your heads on straight, and don’t let this place get to you.”</w:t>
      </w:r>
    </w:p>
    <w:p w:rsidR="00000000" w:rsidDel="00000000" w:rsidP="00000000" w:rsidRDefault="00000000" w:rsidRPr="00000000" w14:paraId="0000062A">
      <w:pPr>
        <w:ind w:firstLine="720"/>
        <w:rPr/>
      </w:pPr>
      <w:r w:rsidDel="00000000" w:rsidR="00000000" w:rsidRPr="00000000">
        <w:rPr>
          <w:rtl w:val="0"/>
        </w:rPr>
        <w:t xml:space="preserve">With that, Davis turned and walked away, leaving Steele and Connor standing there, both digesting the news.</w:t>
      </w:r>
    </w:p>
    <w:p w:rsidR="00000000" w:rsidDel="00000000" w:rsidP="00000000" w:rsidRDefault="00000000" w:rsidRPr="00000000" w14:paraId="0000062B">
      <w:pPr>
        <w:ind w:firstLine="720"/>
        <w:rPr/>
      </w:pPr>
      <w:r w:rsidDel="00000000" w:rsidR="00000000" w:rsidRPr="00000000">
        <w:rPr>
          <w:rtl w:val="0"/>
        </w:rPr>
        <w:t xml:space="preserve">Connor clapped Steele on the shoulder, a grin spreading across his face. “Well, looks like you made it through the storm, brother.”</w:t>
      </w:r>
    </w:p>
    <w:p w:rsidR="00000000" w:rsidDel="00000000" w:rsidP="00000000" w:rsidRDefault="00000000" w:rsidRPr="00000000" w14:paraId="0000062C">
      <w:pPr>
        <w:ind w:firstLine="720"/>
        <w:rPr/>
      </w:pPr>
      <w:r w:rsidDel="00000000" w:rsidR="00000000" w:rsidRPr="00000000">
        <w:rPr>
          <w:rtl w:val="0"/>
        </w:rPr>
        <w:t xml:space="preserve">Steele chuckled, the tension in his body slowly dissipating. “Yeah, it’s about time. Feels good knowing that guy’s locked up.”</w:t>
      </w:r>
    </w:p>
    <w:p w:rsidR="00000000" w:rsidDel="00000000" w:rsidP="00000000" w:rsidRDefault="00000000" w:rsidRPr="00000000" w14:paraId="0000062D">
      <w:pPr>
        <w:ind w:firstLine="720"/>
        <w:rPr/>
      </w:pPr>
      <w:r w:rsidDel="00000000" w:rsidR="00000000" w:rsidRPr="00000000">
        <w:rPr>
          <w:rtl w:val="0"/>
        </w:rPr>
        <w:t xml:space="preserve">"Let’s get the hell out of here," Connor said, motioning toward the door. "You’ve earned yourself some rest."</w:t>
      </w:r>
    </w:p>
    <w:p w:rsidR="00000000" w:rsidDel="00000000" w:rsidP="00000000" w:rsidRDefault="00000000" w:rsidRPr="00000000" w14:paraId="0000062E">
      <w:pPr>
        <w:ind w:firstLine="720"/>
        <w:rPr/>
      </w:pPr>
      <w:r w:rsidDel="00000000" w:rsidR="00000000" w:rsidRPr="00000000">
        <w:rPr>
          <w:rtl w:val="0"/>
        </w:rPr>
        <w:t xml:space="preserve">As they headed to the parking lot, the sun was already high in the sky, signaling the start of another day in Los Angeles. But for once, Steele didn’t feel the same burden weighing him down. He and Connor had made it through another battle, and while the fight against the gangs wasn’t over, at least now he knew he wasn’t looking over his shoulder for the next ambush.</w:t>
      </w:r>
    </w:p>
    <w:p w:rsidR="00000000" w:rsidDel="00000000" w:rsidP="00000000" w:rsidRDefault="00000000" w:rsidRPr="00000000" w14:paraId="0000062F">
      <w:pPr>
        <w:ind w:firstLine="720"/>
        <w:rPr/>
      </w:pPr>
      <w:r w:rsidDel="00000000" w:rsidR="00000000" w:rsidRPr="00000000">
        <w:rPr>
          <w:rtl w:val="0"/>
        </w:rPr>
        <w:t xml:space="preserve">The two deputies climbed into their separate cars, exchanging a final nod of relief before heading home. As Steele drove off, the thought of sleep seemed like the best thing in the world. For the first time in months, he felt like things might finally be looking up.</w:t>
      </w:r>
    </w:p>
    <w:p w:rsidR="00000000" w:rsidDel="00000000" w:rsidP="00000000" w:rsidRDefault="00000000" w:rsidRPr="00000000" w14:paraId="00000630">
      <w:pPr>
        <w:ind w:firstLine="720"/>
        <w:rPr/>
      </w:pPr>
      <w:r w:rsidDel="00000000" w:rsidR="00000000" w:rsidRPr="00000000">
        <w:rPr>
          <w:rtl w:val="0"/>
        </w:rPr>
        <w:t xml:space="preserve">***</w:t>
      </w:r>
    </w:p>
    <w:p w:rsidR="00000000" w:rsidDel="00000000" w:rsidP="00000000" w:rsidRDefault="00000000" w:rsidRPr="00000000" w14:paraId="00000631">
      <w:pPr>
        <w:ind w:firstLine="720"/>
        <w:rPr/>
      </w:pPr>
      <w:r w:rsidDel="00000000" w:rsidR="00000000" w:rsidRPr="00000000">
        <w:rPr>
          <w:rtl w:val="0"/>
        </w:rPr>
        <w:t xml:space="preserve">Captain Davis stood at the podium, surrounded by a wall of flashing cameras and microphones. The press briefing had drawn an unusually large crowd, and for good reason. Behind him, a large banner displayed the Los Angeles County Sheriff’s Department logo, with reporters packed tightly in front of him, pens poised and cameras rolling. The air buzzed with anticipation as Davis stepped forward to address the media.</w:t>
      </w:r>
    </w:p>
    <w:p w:rsidR="00000000" w:rsidDel="00000000" w:rsidP="00000000" w:rsidRDefault="00000000" w:rsidRPr="00000000" w14:paraId="00000632">
      <w:pPr>
        <w:ind w:firstLine="720"/>
        <w:rPr/>
      </w:pPr>
      <w:r w:rsidDel="00000000" w:rsidR="00000000" w:rsidRPr="00000000">
        <w:rPr>
          <w:rtl w:val="0"/>
        </w:rPr>
        <w:t xml:space="preserve">“Good afternoon, and thank you for being here today,” Davis began, his voice steady and authoritative. “I am here to announce the conclusion of a major joint operation between the Los Angeles County Sheriff’s Department, our Homicide Bureau, Gang Enforcement Team, Century Station personnel, and Special Enforcement Bureau. This morning, we executed multiple search warrants throughout South Central, specifically targeting the Florencia 13 and East Coast Crips criminal enterprises.”</w:t>
      </w:r>
    </w:p>
    <w:p w:rsidR="00000000" w:rsidDel="00000000" w:rsidP="00000000" w:rsidRDefault="00000000" w:rsidRPr="00000000" w14:paraId="00000633">
      <w:pPr>
        <w:ind w:firstLine="720"/>
        <w:rPr/>
      </w:pPr>
      <w:r w:rsidDel="00000000" w:rsidR="00000000" w:rsidRPr="00000000">
        <w:rPr>
          <w:rtl w:val="0"/>
        </w:rPr>
        <w:t xml:space="preserve">The room fell silent as reporters leaned in, hanging on every word.</w:t>
      </w:r>
    </w:p>
    <w:p w:rsidR="00000000" w:rsidDel="00000000" w:rsidP="00000000" w:rsidRDefault="00000000" w:rsidRPr="00000000" w14:paraId="00000634">
      <w:pPr>
        <w:ind w:firstLine="720"/>
        <w:rPr/>
      </w:pPr>
      <w:r w:rsidDel="00000000" w:rsidR="00000000" w:rsidRPr="00000000">
        <w:rPr>
          <w:rtl w:val="0"/>
        </w:rPr>
        <w:t xml:space="preserve">“As of this morning, 16 arrests have been made,” Davis continued. “These individuals have been charged with a range of crimes, including murder, drug trafficking, weapons violations, and conspiracy to commit the murder of a deputy sheriff.”</w:t>
      </w:r>
    </w:p>
    <w:p w:rsidR="00000000" w:rsidDel="00000000" w:rsidP="00000000" w:rsidRDefault="00000000" w:rsidRPr="00000000" w14:paraId="00000635">
      <w:pPr>
        <w:ind w:firstLine="720"/>
        <w:rPr/>
      </w:pPr>
      <w:r w:rsidDel="00000000" w:rsidR="00000000" w:rsidRPr="00000000">
        <w:rPr>
          <w:rtl w:val="0"/>
        </w:rPr>
        <w:t xml:space="preserve">Murmurs spread across the room at the mention of the targeted deputy, a development that had gripped public attention in recent months. Davis paused for a moment, allowing the weight of his words to sink in before continuing.</w:t>
      </w:r>
    </w:p>
    <w:p w:rsidR="00000000" w:rsidDel="00000000" w:rsidP="00000000" w:rsidRDefault="00000000" w:rsidRPr="00000000" w14:paraId="00000636">
      <w:pPr>
        <w:ind w:firstLine="720"/>
        <w:rPr/>
      </w:pPr>
      <w:r w:rsidDel="00000000" w:rsidR="00000000" w:rsidRPr="00000000">
        <w:rPr>
          <w:rtl w:val="0"/>
        </w:rPr>
        <w:t xml:space="preserve">“One of the primary suspects we apprehended was responsible for ordering a 'green light'—a directive for the targeted killing of a Los Angeles County deputy sheriff. This individual, along with others from both Florencia 13 and East Coast Crips, was involved in an orchestrated effort to retaliate against our department. I can confirm that this deputy, Deputy Ryan Steele, was the target of these threats after a recent shooting involving gang members. Fortunately, through diligent investigative work, we were able to intercept this plot before any further harm was done."</w:t>
      </w:r>
    </w:p>
    <w:p w:rsidR="00000000" w:rsidDel="00000000" w:rsidP="00000000" w:rsidRDefault="00000000" w:rsidRPr="00000000" w14:paraId="00000637">
      <w:pPr>
        <w:ind w:firstLine="720"/>
        <w:rPr/>
      </w:pPr>
      <w:r w:rsidDel="00000000" w:rsidR="00000000" w:rsidRPr="00000000">
        <w:rPr>
          <w:rtl w:val="0"/>
        </w:rPr>
        <w:t xml:space="preserve">The cameras flashed again, capturing the gravity of the announcement. The reporters jotted down notes, their questions waiting impatiently for the end of the briefing.</w:t>
      </w:r>
    </w:p>
    <w:p w:rsidR="00000000" w:rsidDel="00000000" w:rsidP="00000000" w:rsidRDefault="00000000" w:rsidRPr="00000000" w14:paraId="00000638">
      <w:pPr>
        <w:ind w:firstLine="720"/>
        <w:rPr/>
      </w:pPr>
      <w:r w:rsidDel="00000000" w:rsidR="00000000" w:rsidRPr="00000000">
        <w:rPr>
          <w:rtl w:val="0"/>
        </w:rPr>
        <w:t xml:space="preserve">“Additionally,” Davis said, glancing at his notes, “evidence recovered during today’s raids included large quantities of narcotics, several illegal firearms—including automatic rifles—and other materials that suggest these gangs were preparing for further violent acts. The simultaneous raids were executed without loss of life, and three key leaders from both gangs are now in custody.”</w:t>
      </w:r>
    </w:p>
    <w:p w:rsidR="00000000" w:rsidDel="00000000" w:rsidP="00000000" w:rsidRDefault="00000000" w:rsidRPr="00000000" w14:paraId="00000639">
      <w:pPr>
        <w:ind w:firstLine="720"/>
        <w:rPr/>
      </w:pPr>
      <w:r w:rsidDel="00000000" w:rsidR="00000000" w:rsidRPr="00000000">
        <w:rPr>
          <w:rtl w:val="0"/>
        </w:rPr>
        <w:t xml:space="preserve">The captain's words reverberated through the room, sending a strong message that the Sheriff’s Department wasn’t backing down in its war against the violent gang activity plaguing South Central.</w:t>
      </w:r>
    </w:p>
    <w:p w:rsidR="00000000" w:rsidDel="00000000" w:rsidP="00000000" w:rsidRDefault="00000000" w:rsidRPr="00000000" w14:paraId="0000063A">
      <w:pPr>
        <w:ind w:firstLine="720"/>
        <w:rPr/>
      </w:pPr>
      <w:r w:rsidDel="00000000" w:rsidR="00000000" w:rsidRPr="00000000">
        <w:rPr>
          <w:rtl w:val="0"/>
        </w:rPr>
        <w:t xml:space="preserve">“These arrests are just the beginning of our continued efforts to rid our communities of organized criminal activity,” Davis emphasized. “We will continue to work tirelessly to protect our deputies, our citizens, and uphold the law. I’d like to thank all the members of our department who worked around the clock to bring this operation to fruition, and a special thanks to the men and women who put their lives on the line during the execution of these warrants.”</w:t>
      </w:r>
    </w:p>
    <w:p w:rsidR="00000000" w:rsidDel="00000000" w:rsidP="00000000" w:rsidRDefault="00000000" w:rsidRPr="00000000" w14:paraId="0000063B">
      <w:pPr>
        <w:ind w:firstLine="720"/>
        <w:rPr/>
      </w:pPr>
      <w:r w:rsidDel="00000000" w:rsidR="00000000" w:rsidRPr="00000000">
        <w:rPr>
          <w:rtl w:val="0"/>
        </w:rPr>
        <w:t xml:space="preserve">Davis took a step back, indicating that the floor was now open for questions. Immediately, a wave of reporters raised their hands, eager to press further.</w:t>
      </w:r>
    </w:p>
    <w:p w:rsidR="00000000" w:rsidDel="00000000" w:rsidP="00000000" w:rsidRDefault="00000000" w:rsidRPr="00000000" w14:paraId="0000063C">
      <w:pPr>
        <w:ind w:firstLine="720"/>
        <w:rPr/>
      </w:pPr>
      <w:r w:rsidDel="00000000" w:rsidR="00000000" w:rsidRPr="00000000">
        <w:rPr>
          <w:rtl w:val="0"/>
        </w:rPr>
        <w:t xml:space="preserve">“Captain Davis, can you clarify the charges related to the murder of the deputy? How close were these suspects to executing their plan?” one reporter called out.</w:t>
      </w:r>
    </w:p>
    <w:p w:rsidR="00000000" w:rsidDel="00000000" w:rsidP="00000000" w:rsidRDefault="00000000" w:rsidRPr="00000000" w14:paraId="0000063D">
      <w:pPr>
        <w:ind w:firstLine="720"/>
        <w:rPr/>
      </w:pPr>
      <w:r w:rsidDel="00000000" w:rsidR="00000000" w:rsidRPr="00000000">
        <w:rPr>
          <w:rtl w:val="0"/>
        </w:rPr>
        <w:t xml:space="preserve">Davis nodded solemnly. “The conspiracy to murder a deputy was a very real and active plot, and they had already attempted it once by using a fake 911 call to lure deputies in. Our wiretaps, surveillance, and informants led us to gather enough evidence to arrest those responsible before the plan could be put into action. It was a matter of time, but I’m proud to say we got to them before they could carry it out.”</w:t>
      </w:r>
    </w:p>
    <w:p w:rsidR="00000000" w:rsidDel="00000000" w:rsidP="00000000" w:rsidRDefault="00000000" w:rsidRPr="00000000" w14:paraId="0000063E">
      <w:pPr>
        <w:ind w:firstLine="720"/>
        <w:rPr/>
      </w:pPr>
      <w:r w:rsidDel="00000000" w:rsidR="00000000" w:rsidRPr="00000000">
        <w:rPr>
          <w:rtl w:val="0"/>
        </w:rPr>
        <w:t xml:space="preserve">Another reporter shouted, “Is Deputy Steele still in danger?”</w:t>
      </w:r>
    </w:p>
    <w:p w:rsidR="00000000" w:rsidDel="00000000" w:rsidP="00000000" w:rsidRDefault="00000000" w:rsidRPr="00000000" w14:paraId="0000063F">
      <w:pPr>
        <w:ind w:firstLine="720"/>
        <w:rPr/>
      </w:pPr>
      <w:r w:rsidDel="00000000" w:rsidR="00000000" w:rsidRPr="00000000">
        <w:rPr>
          <w:rtl w:val="0"/>
        </w:rPr>
        <w:t xml:space="preserve">Davis looked directly at the reporter. “We take every threat seriously, and as of now, we’ve dismantled the cell behind the immediate threat to Deputy Steele. That being said, we will continue to monitor all criminal activities related to this case.”</w:t>
      </w:r>
    </w:p>
    <w:p w:rsidR="00000000" w:rsidDel="00000000" w:rsidP="00000000" w:rsidRDefault="00000000" w:rsidRPr="00000000" w14:paraId="00000640">
      <w:pPr>
        <w:ind w:firstLine="720"/>
        <w:rPr/>
      </w:pPr>
      <w:r w:rsidDel="00000000" w:rsidR="00000000" w:rsidRPr="00000000">
        <w:rPr>
          <w:rtl w:val="0"/>
        </w:rPr>
        <w:t xml:space="preserve">More questions followed, ranging from the scope of the raids to the impact on the community, but Davis maintained his firm stance throughout. After about twenty minutes, he wrapped up the press conference.</w:t>
      </w:r>
    </w:p>
    <w:p w:rsidR="00000000" w:rsidDel="00000000" w:rsidP="00000000" w:rsidRDefault="00000000" w:rsidRPr="00000000" w14:paraId="00000641">
      <w:pPr>
        <w:ind w:firstLine="720"/>
        <w:rPr/>
      </w:pPr>
      <w:r w:rsidDel="00000000" w:rsidR="00000000" w:rsidRPr="00000000">
        <w:rPr>
          <w:rtl w:val="0"/>
        </w:rPr>
        <w:t xml:space="preserve">“Thank you all for your time,” he said, stepping down from the podium. “We will continue to provide updates as more information becomes available.”</w:t>
      </w:r>
    </w:p>
    <w:p w:rsidR="00000000" w:rsidDel="00000000" w:rsidP="00000000" w:rsidRDefault="00000000" w:rsidRPr="00000000" w14:paraId="00000642">
      <w:pPr>
        <w:ind w:firstLine="720"/>
        <w:rPr/>
      </w:pPr>
      <w:r w:rsidDel="00000000" w:rsidR="00000000" w:rsidRPr="00000000">
        <w:rPr>
          <w:rtl w:val="0"/>
        </w:rPr>
        <w:t xml:space="preserve">As Captain Davis left the stage, the flurry of reporters continued their commentary, but the message was clear: the department had made a major strike against gang violence in Los Angeles, and Steele's name had been officially linked to a case that made headlines across the country. The press had their story, but more importantly, the Sheriff's Department had dealt a significant blow to the criminal underworld that had been wreaking havoc in South Central.</w:t>
      </w:r>
    </w:p>
    <w:p w:rsidR="00000000" w:rsidDel="00000000" w:rsidP="00000000" w:rsidRDefault="00000000" w:rsidRPr="00000000" w14:paraId="00000643">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644">
      <w:pPr>
        <w:pStyle w:val="Heading1"/>
        <w:ind w:firstLine="720"/>
        <w:rPr/>
      </w:pPr>
      <w:r w:rsidDel="00000000" w:rsidR="00000000" w:rsidRPr="00000000">
        <w:rPr>
          <w:rtl w:val="0"/>
        </w:rPr>
        <w:t xml:space="preserve">CHAPTER 9</w:t>
      </w:r>
    </w:p>
    <w:p w:rsidR="00000000" w:rsidDel="00000000" w:rsidP="00000000" w:rsidRDefault="00000000" w:rsidRPr="00000000" w14:paraId="00000645">
      <w:pPr>
        <w:ind w:firstLine="720"/>
        <w:rPr/>
      </w:pPr>
      <w:r w:rsidDel="00000000" w:rsidR="00000000" w:rsidRPr="00000000">
        <w:rPr>
          <w:rtl w:val="0"/>
        </w:rPr>
      </w:r>
    </w:p>
    <w:p w:rsidR="00000000" w:rsidDel="00000000" w:rsidP="00000000" w:rsidRDefault="00000000" w:rsidRPr="00000000" w14:paraId="00000646">
      <w:pPr>
        <w:ind w:firstLine="720"/>
        <w:rPr/>
      </w:pPr>
      <w:r w:rsidDel="00000000" w:rsidR="00000000" w:rsidRPr="00000000">
        <w:rPr>
          <w:rtl w:val="0"/>
        </w:rPr>
        <w:t xml:space="preserve">Months had passed since the chaos that had nearly engulfed Ryan Steele's career, and now, life was starting to fall into a new rhythm. Steele and Grant sat on their worn leather couch in their Long Beach townhouse, the soft hum of the TV in the background. The once heavy tension that had surrounded Steele during the months of investigations and threats had subsided, replaced with a quieter, almost peaceful energy.</w:t>
      </w:r>
    </w:p>
    <w:p w:rsidR="00000000" w:rsidDel="00000000" w:rsidP="00000000" w:rsidRDefault="00000000" w:rsidRPr="00000000" w14:paraId="00000647">
      <w:pPr>
        <w:ind w:firstLine="720"/>
        <w:rPr/>
      </w:pPr>
      <w:r w:rsidDel="00000000" w:rsidR="00000000" w:rsidRPr="00000000">
        <w:rPr>
          <w:rtl w:val="0"/>
        </w:rPr>
        <w:t xml:space="preserve">"Man, I'm glad you're putting in for graveyards," Steele said, glancing over at Grant, who was checking his phone. "It’s going to be good to be back in the same car again."</w:t>
      </w:r>
    </w:p>
    <w:p w:rsidR="00000000" w:rsidDel="00000000" w:rsidP="00000000" w:rsidRDefault="00000000" w:rsidRPr="00000000" w14:paraId="00000648">
      <w:pPr>
        <w:ind w:firstLine="720"/>
        <w:rPr/>
      </w:pPr>
      <w:r w:rsidDel="00000000" w:rsidR="00000000" w:rsidRPr="00000000">
        <w:rPr>
          <w:rtl w:val="0"/>
        </w:rPr>
        <w:t xml:space="preserve">"Yeah," Grant replied, setting his phone down on the coffee table. "I miss rolling together. Connor and Johnson are cool, but it’s time we get back to it. Plus, you’ve had all the fun. I’ve been stuck with PM shift paperwork and dealing with the brass.”</w:t>
      </w:r>
    </w:p>
    <w:p w:rsidR="00000000" w:rsidDel="00000000" w:rsidP="00000000" w:rsidRDefault="00000000" w:rsidRPr="00000000" w14:paraId="00000649">
      <w:pPr>
        <w:ind w:firstLine="720"/>
        <w:rPr/>
      </w:pPr>
      <w:r w:rsidDel="00000000" w:rsidR="00000000" w:rsidRPr="00000000">
        <w:rPr>
          <w:rtl w:val="0"/>
        </w:rPr>
        <w:t xml:space="preserve">Steele chuckled, leaning back into the couch. "Yeah, Connor and I have gotten really tight. I’ve been invited to a few BBQs with the inked guys. It’s… different, man. You know how they are about keeping that group small. It’s a real brotherhood, more than just work. Families there, kids running around—feels like a whole different world from what we deal with on the streets.”</w:t>
      </w:r>
    </w:p>
    <w:p w:rsidR="00000000" w:rsidDel="00000000" w:rsidP="00000000" w:rsidRDefault="00000000" w:rsidRPr="00000000" w14:paraId="0000064A">
      <w:pPr>
        <w:ind w:firstLine="720"/>
        <w:rPr/>
      </w:pPr>
      <w:r w:rsidDel="00000000" w:rsidR="00000000" w:rsidRPr="00000000">
        <w:rPr>
          <w:rtl w:val="0"/>
        </w:rPr>
        <w:t xml:space="preserve">Grant raised an eyebrow. "BBQs with the inked? You’re getting closer, huh?"</w:t>
      </w:r>
    </w:p>
    <w:p w:rsidR="00000000" w:rsidDel="00000000" w:rsidP="00000000" w:rsidRDefault="00000000" w:rsidRPr="00000000" w14:paraId="0000064B">
      <w:pPr>
        <w:ind w:firstLine="720"/>
        <w:rPr/>
      </w:pPr>
      <w:r w:rsidDel="00000000" w:rsidR="00000000" w:rsidRPr="00000000">
        <w:rPr>
          <w:rtl w:val="0"/>
        </w:rPr>
        <w:t xml:space="preserve">Steele shrugged, but couldn’t hide the small smile forming. “I guess. I’m not inked yet, but it feels like I’m earning it, bit by bit. I haven’t even asked about it, you know? They don’t talk about it openly. But you can tell when you’re on the inside, even if you’re not fully in. Connor said something the last time—mentioned I’m on the right track.”</w:t>
      </w:r>
    </w:p>
    <w:p w:rsidR="00000000" w:rsidDel="00000000" w:rsidP="00000000" w:rsidRDefault="00000000" w:rsidRPr="00000000" w14:paraId="0000064C">
      <w:pPr>
        <w:ind w:firstLine="720"/>
        <w:rPr/>
      </w:pPr>
      <w:r w:rsidDel="00000000" w:rsidR="00000000" w:rsidRPr="00000000">
        <w:rPr>
          <w:rtl w:val="0"/>
        </w:rPr>
        <w:t xml:space="preserve">Grant smirked. "Just don’t forget about me when you're all tatted up and full of station secrets."</w:t>
      </w:r>
    </w:p>
    <w:p w:rsidR="00000000" w:rsidDel="00000000" w:rsidP="00000000" w:rsidRDefault="00000000" w:rsidRPr="00000000" w14:paraId="0000064D">
      <w:pPr>
        <w:ind w:firstLine="720"/>
        <w:rPr/>
      </w:pPr>
      <w:r w:rsidDel="00000000" w:rsidR="00000000" w:rsidRPr="00000000">
        <w:rPr>
          <w:rtl w:val="0"/>
        </w:rPr>
        <w:t xml:space="preserve">"Please," Steele laughed, shaking his head. "You’re still my brother, ink or no ink."</w:t>
      </w:r>
    </w:p>
    <w:p w:rsidR="00000000" w:rsidDel="00000000" w:rsidP="00000000" w:rsidRDefault="00000000" w:rsidRPr="00000000" w14:paraId="0000064E">
      <w:pPr>
        <w:ind w:firstLine="720"/>
        <w:rPr/>
      </w:pPr>
      <w:r w:rsidDel="00000000" w:rsidR="00000000" w:rsidRPr="00000000">
        <w:rPr>
          <w:rtl w:val="0"/>
        </w:rPr>
        <w:t xml:space="preserve">Grant leaned back, staring up at the ceiling. "I’m looking forward to Firestone, man. The next shift change, back on graveyards, us in the 216 Henry car—it’s going to be like the old days. Only now, we’re a little more seasoned.”</w:t>
      </w:r>
    </w:p>
    <w:p w:rsidR="00000000" w:rsidDel="00000000" w:rsidP="00000000" w:rsidRDefault="00000000" w:rsidRPr="00000000" w14:paraId="0000064F">
      <w:pPr>
        <w:ind w:firstLine="720"/>
        <w:rPr/>
      </w:pPr>
      <w:r w:rsidDel="00000000" w:rsidR="00000000" w:rsidRPr="00000000">
        <w:rPr>
          <w:rtl w:val="0"/>
        </w:rPr>
        <w:t xml:space="preserve">Steele nodded, feeling the same excitement bubbling up inside him. "Carpooling again, just like the academy days. We’ve come a long way."</w:t>
      </w:r>
    </w:p>
    <w:p w:rsidR="00000000" w:rsidDel="00000000" w:rsidP="00000000" w:rsidRDefault="00000000" w:rsidRPr="00000000" w14:paraId="00000650">
      <w:pPr>
        <w:ind w:firstLine="720"/>
        <w:rPr/>
      </w:pPr>
      <w:r w:rsidDel="00000000" w:rsidR="00000000" w:rsidRPr="00000000">
        <w:rPr>
          <w:rtl w:val="0"/>
        </w:rPr>
        <w:t xml:space="preserve">The two of them sat in silence for a moment, reflecting on everything they'd been through— the investigations, the shootings, the near-death experiences. It was a rare moment of calm before they’d be back in the thick of it.</w:t>
      </w:r>
    </w:p>
    <w:p w:rsidR="00000000" w:rsidDel="00000000" w:rsidP="00000000" w:rsidRDefault="00000000" w:rsidRPr="00000000" w14:paraId="00000651">
      <w:pPr>
        <w:ind w:firstLine="720"/>
        <w:rPr/>
      </w:pPr>
      <w:r w:rsidDel="00000000" w:rsidR="00000000" w:rsidRPr="00000000">
        <w:rPr>
          <w:rtl w:val="0"/>
        </w:rPr>
        <w:t xml:space="preserve">"Hey, you ready for Firestone?" Grant asked, breaking the silence.</w:t>
      </w:r>
    </w:p>
    <w:p w:rsidR="00000000" w:rsidDel="00000000" w:rsidP="00000000" w:rsidRDefault="00000000" w:rsidRPr="00000000" w14:paraId="00000652">
      <w:pPr>
        <w:ind w:firstLine="720"/>
        <w:rPr/>
      </w:pPr>
      <w:r w:rsidDel="00000000" w:rsidR="00000000" w:rsidRPr="00000000">
        <w:rPr>
          <w:rtl w:val="0"/>
        </w:rPr>
        <w:t xml:space="preserve">Steele nodded. "More than ready. We’re going to handle business, like always."</w:t>
      </w:r>
    </w:p>
    <w:p w:rsidR="00000000" w:rsidDel="00000000" w:rsidP="00000000" w:rsidRDefault="00000000" w:rsidRPr="00000000" w14:paraId="00000653">
      <w:pPr>
        <w:ind w:firstLine="720"/>
        <w:rPr/>
      </w:pPr>
      <w:r w:rsidDel="00000000" w:rsidR="00000000" w:rsidRPr="00000000">
        <w:rPr>
          <w:rtl w:val="0"/>
        </w:rPr>
        <w:t xml:space="preserve">"Always," Grant echoed, raising an imaginary glass.</w:t>
      </w:r>
    </w:p>
    <w:p w:rsidR="00000000" w:rsidDel="00000000" w:rsidP="00000000" w:rsidRDefault="00000000" w:rsidRPr="00000000" w14:paraId="00000654">
      <w:pPr>
        <w:ind w:firstLine="720"/>
        <w:rPr/>
      </w:pPr>
      <w:r w:rsidDel="00000000" w:rsidR="00000000" w:rsidRPr="00000000">
        <w:rPr>
          <w:rtl w:val="0"/>
        </w:rPr>
        <w:t xml:space="preserve">They clinked their invisible drinks and laughed. It was good to know, despite everything that had changed, some things stayed the same.</w:t>
      </w:r>
    </w:p>
    <w:p w:rsidR="00000000" w:rsidDel="00000000" w:rsidP="00000000" w:rsidRDefault="00000000" w:rsidRPr="00000000" w14:paraId="00000655">
      <w:pPr>
        <w:ind w:firstLine="720"/>
        <w:rPr/>
      </w:pPr>
      <w:r w:rsidDel="00000000" w:rsidR="00000000" w:rsidRPr="00000000">
        <w:rPr>
          <w:rtl w:val="0"/>
        </w:rPr>
        <w:t xml:space="preserve">***</w:t>
      </w:r>
    </w:p>
    <w:p w:rsidR="00000000" w:rsidDel="00000000" w:rsidP="00000000" w:rsidRDefault="00000000" w:rsidRPr="00000000" w14:paraId="00000656">
      <w:pPr>
        <w:ind w:firstLine="720"/>
        <w:rPr/>
      </w:pPr>
      <w:r w:rsidDel="00000000" w:rsidR="00000000" w:rsidRPr="00000000">
        <w:rPr>
          <w:rtl w:val="0"/>
        </w:rPr>
        <w:t xml:space="preserve">For months, Steele and Grant had been riding together in Firestone, getting into the groove of the graveyard shift. They'd become a well-oiled machine, making multiple felony arrests, chasing down vehicles in high-speed pursuits, and conducting solid investigations. Their reputation as a duo was growing, and both felt like they were truly in their element. The nights were long and often grueling, but they thrived on the adrenaline and camaraderie that came with working in one of the most violent areas in South Central.</w:t>
      </w:r>
    </w:p>
    <w:p w:rsidR="00000000" w:rsidDel="00000000" w:rsidP="00000000" w:rsidRDefault="00000000" w:rsidRPr="00000000" w14:paraId="00000657">
      <w:pPr>
        <w:ind w:firstLine="720"/>
        <w:rPr/>
      </w:pPr>
      <w:r w:rsidDel="00000000" w:rsidR="00000000" w:rsidRPr="00000000">
        <w:rPr>
          <w:rtl w:val="0"/>
        </w:rPr>
        <w:t xml:space="preserve">One evening in briefing, Sergeant Bearish, standing at the front of the room with his usual no-nonsense demeanor, interrupted their routine.</w:t>
      </w:r>
    </w:p>
    <w:p w:rsidR="00000000" w:rsidDel="00000000" w:rsidP="00000000" w:rsidRDefault="00000000" w:rsidRPr="00000000" w14:paraId="00000658">
      <w:pPr>
        <w:ind w:firstLine="720"/>
        <w:rPr/>
      </w:pPr>
      <w:r w:rsidDel="00000000" w:rsidR="00000000" w:rsidRPr="00000000">
        <w:rPr>
          <w:rtl w:val="0"/>
        </w:rPr>
        <w:t xml:space="preserve">"Listen up," Bearish said, glancing around the room. "Tonight, we’re doing things a little differently. Steele, you’re going back with Connor for the night. Johnson’s taking Grant. It’s just for the night, so don’t get too comfortable."</w:t>
      </w:r>
    </w:p>
    <w:p w:rsidR="00000000" w:rsidDel="00000000" w:rsidP="00000000" w:rsidRDefault="00000000" w:rsidRPr="00000000" w14:paraId="00000659">
      <w:pPr>
        <w:ind w:firstLine="720"/>
        <w:rPr/>
      </w:pPr>
      <w:r w:rsidDel="00000000" w:rsidR="00000000" w:rsidRPr="00000000">
        <w:rPr>
          <w:rtl w:val="0"/>
        </w:rPr>
        <w:t xml:space="preserve">Steele glanced over at Grant, who shot him a puzzled look. It wasn’t often they were split up, but orders were orders. They both nodded in acknowledgment, their curiosity piqued.</w:t>
      </w:r>
    </w:p>
    <w:p w:rsidR="00000000" w:rsidDel="00000000" w:rsidP="00000000" w:rsidRDefault="00000000" w:rsidRPr="00000000" w14:paraId="0000065A">
      <w:pPr>
        <w:ind w:firstLine="720"/>
        <w:rPr/>
      </w:pPr>
      <w:r w:rsidDel="00000000" w:rsidR="00000000" w:rsidRPr="00000000">
        <w:rPr>
          <w:rtl w:val="0"/>
        </w:rPr>
        <w:t xml:space="preserve">Later that night, Steele and Connor were patrolling a quiet night in Willowbrook, the streets unusually still for South Central. Steele was still adjusting to being back in the passenger seat with Connor, but the familiarity of their partnership quickly settled in.</w:t>
      </w:r>
    </w:p>
    <w:p w:rsidR="00000000" w:rsidDel="00000000" w:rsidP="00000000" w:rsidRDefault="00000000" w:rsidRPr="00000000" w14:paraId="0000065B">
      <w:pPr>
        <w:ind w:firstLine="720"/>
        <w:rPr/>
      </w:pPr>
      <w:r w:rsidDel="00000000" w:rsidR="00000000" w:rsidRPr="00000000">
        <w:rPr>
          <w:rtl w:val="0"/>
        </w:rPr>
        <w:t xml:space="preserve">As they cruised through the empty streets, Connor broke the silence. "Hey, Steele, there’s something we need to do. Let’s head over to the loading docks."</w:t>
      </w:r>
    </w:p>
    <w:p w:rsidR="00000000" w:rsidDel="00000000" w:rsidP="00000000" w:rsidRDefault="00000000" w:rsidRPr="00000000" w14:paraId="0000065C">
      <w:pPr>
        <w:ind w:firstLine="720"/>
        <w:rPr/>
      </w:pPr>
      <w:r w:rsidDel="00000000" w:rsidR="00000000" w:rsidRPr="00000000">
        <w:rPr>
          <w:rtl w:val="0"/>
        </w:rPr>
        <w:t xml:space="preserve">Steele glanced at Connor, unsure of what was going on. "Loading docks? For what?"</w:t>
      </w:r>
    </w:p>
    <w:p w:rsidR="00000000" w:rsidDel="00000000" w:rsidP="00000000" w:rsidRDefault="00000000" w:rsidRPr="00000000" w14:paraId="0000065D">
      <w:pPr>
        <w:ind w:firstLine="720"/>
        <w:rPr/>
      </w:pPr>
      <w:r w:rsidDel="00000000" w:rsidR="00000000" w:rsidRPr="00000000">
        <w:rPr>
          <w:rtl w:val="0"/>
        </w:rPr>
        <w:t xml:space="preserve">"You’ll see," Connor said with a slight grin, the kind that always meant something was up.</w:t>
      </w:r>
    </w:p>
    <w:p w:rsidR="00000000" w:rsidDel="00000000" w:rsidP="00000000" w:rsidRDefault="00000000" w:rsidRPr="00000000" w14:paraId="0000065E">
      <w:pPr>
        <w:ind w:firstLine="720"/>
        <w:rPr/>
      </w:pPr>
      <w:r w:rsidDel="00000000" w:rsidR="00000000" w:rsidRPr="00000000">
        <w:rPr>
          <w:rtl w:val="0"/>
        </w:rPr>
        <w:t xml:space="preserve">They drove in silence, the anticipation building in Steele's mind. As they approached the loading docks near the station, Steele could see several patrol cars already parked, backed into the loading dock. There were six vehicles, the familiar silhouettes of deputies milling about. Steele noticed something right away—the faces belonged to the inked guys from the station.</w:t>
      </w:r>
    </w:p>
    <w:p w:rsidR="00000000" w:rsidDel="00000000" w:rsidP="00000000" w:rsidRDefault="00000000" w:rsidRPr="00000000" w14:paraId="0000065F">
      <w:pPr>
        <w:ind w:firstLine="720"/>
        <w:rPr/>
      </w:pPr>
      <w:r w:rsidDel="00000000" w:rsidR="00000000" w:rsidRPr="00000000">
        <w:rPr>
          <w:rtl w:val="0"/>
        </w:rPr>
        <w:t xml:space="preserve">Connor parked, and both deputies stepped out of the car. Steele scanned the group and realized Grant was there too, standing next to Johnson. They shared a quick glance, both confused and intrigued.</w:t>
      </w:r>
    </w:p>
    <w:p w:rsidR="00000000" w:rsidDel="00000000" w:rsidP="00000000" w:rsidRDefault="00000000" w:rsidRPr="00000000" w14:paraId="00000660">
      <w:pPr>
        <w:ind w:firstLine="720"/>
        <w:rPr/>
      </w:pPr>
      <w:r w:rsidDel="00000000" w:rsidR="00000000" w:rsidRPr="00000000">
        <w:rPr>
          <w:rtl w:val="0"/>
        </w:rPr>
        <w:t xml:space="preserve">Connor walked up to the group, with Steele following closely behind. He stopped in front of the gathered deputies, who all fell silent, their attention shifting to Steele and Grant. There were about a dozen deputies, all of them sporting the same ink: the cowboy tattoo, the symbol of the station’s inner circle.</w:t>
      </w:r>
    </w:p>
    <w:p w:rsidR="00000000" w:rsidDel="00000000" w:rsidP="00000000" w:rsidRDefault="00000000" w:rsidRPr="00000000" w14:paraId="00000661">
      <w:pPr>
        <w:ind w:firstLine="720"/>
        <w:rPr/>
      </w:pPr>
      <w:r w:rsidDel="00000000" w:rsidR="00000000" w:rsidRPr="00000000">
        <w:rPr>
          <w:rtl w:val="0"/>
        </w:rPr>
        <w:t xml:space="preserve">Connor spoke up, addressing the group. "Alright, boys, you know why we’re here. We’ve had our eyes on Steele and Grant for a while now. These two have proven themselves out there, night after night, and they’ve shown us what they’re made of. You all know what it takes to earn that trust."</w:t>
      </w:r>
    </w:p>
    <w:p w:rsidR="00000000" w:rsidDel="00000000" w:rsidP="00000000" w:rsidRDefault="00000000" w:rsidRPr="00000000" w14:paraId="00000662">
      <w:pPr>
        <w:ind w:firstLine="720"/>
        <w:rPr/>
      </w:pPr>
      <w:r w:rsidDel="00000000" w:rsidR="00000000" w:rsidRPr="00000000">
        <w:rPr>
          <w:rtl w:val="0"/>
        </w:rPr>
        <w:t xml:space="preserve">Connor paused, letting his words hang in the air.</w:t>
      </w:r>
    </w:p>
    <w:p w:rsidR="00000000" w:rsidDel="00000000" w:rsidP="00000000" w:rsidRDefault="00000000" w:rsidRPr="00000000" w14:paraId="00000663">
      <w:pPr>
        <w:ind w:firstLine="720"/>
        <w:rPr/>
      </w:pPr>
      <w:r w:rsidDel="00000000" w:rsidR="00000000" w:rsidRPr="00000000">
        <w:rPr>
          <w:rtl w:val="0"/>
        </w:rPr>
        <w:t xml:space="preserve">Steele’s heart started to race, and he could see Grant shift nervously, realizing what might be happening.</w:t>
      </w:r>
    </w:p>
    <w:p w:rsidR="00000000" w:rsidDel="00000000" w:rsidP="00000000" w:rsidRDefault="00000000" w:rsidRPr="00000000" w14:paraId="00000664">
      <w:pPr>
        <w:ind w:firstLine="720"/>
        <w:rPr/>
      </w:pPr>
      <w:r w:rsidDel="00000000" w:rsidR="00000000" w:rsidRPr="00000000">
        <w:rPr>
          <w:rtl w:val="0"/>
        </w:rPr>
        <w:t xml:space="preserve">"We had a vote," Connor continued, his eyes locking onto Steele and Grant. "And it was unanimous. Steele, Grant—this morning, you’re getting inked. You’ve earned the cowboy tattoo. You’re joining the crew."</w:t>
      </w:r>
    </w:p>
    <w:p w:rsidR="00000000" w:rsidDel="00000000" w:rsidP="00000000" w:rsidRDefault="00000000" w:rsidRPr="00000000" w14:paraId="00000665">
      <w:pPr>
        <w:ind w:firstLine="720"/>
        <w:rPr/>
      </w:pPr>
      <w:r w:rsidDel="00000000" w:rsidR="00000000" w:rsidRPr="00000000">
        <w:rPr>
          <w:rtl w:val="0"/>
        </w:rPr>
        <w:t xml:space="preserve">Steele stood frozen for a moment, the weight of Connor’s words sinking in. This was what every hard-charging deputy in the station hoped for—a mark of brotherhood, loyalty, and respect. To be inked wasn’t just a tattoo; it was a symbol of belonging to the tightest group in the station, a badge of honor only a select few carried.</w:t>
      </w:r>
    </w:p>
    <w:p w:rsidR="00000000" w:rsidDel="00000000" w:rsidP="00000000" w:rsidRDefault="00000000" w:rsidRPr="00000000" w14:paraId="00000666">
      <w:pPr>
        <w:ind w:firstLine="720"/>
        <w:rPr/>
      </w:pPr>
      <w:r w:rsidDel="00000000" w:rsidR="00000000" w:rsidRPr="00000000">
        <w:rPr>
          <w:rtl w:val="0"/>
        </w:rPr>
        <w:t xml:space="preserve">Grant broke into a smile, and Steele, still processing the moment, felt a surge of pride. He glanced around at the inked deputies, who were all watching them, their expressions a mix of approval and respect.</w:t>
      </w:r>
    </w:p>
    <w:p w:rsidR="00000000" w:rsidDel="00000000" w:rsidP="00000000" w:rsidRDefault="00000000" w:rsidRPr="00000000" w14:paraId="00000667">
      <w:pPr>
        <w:ind w:firstLine="720"/>
        <w:rPr/>
      </w:pPr>
      <w:r w:rsidDel="00000000" w:rsidR="00000000" w:rsidRPr="00000000">
        <w:rPr>
          <w:rtl w:val="0"/>
        </w:rPr>
        <w:t xml:space="preserve">"Thank you," Steele finally managed to say, his voice steady but full of emotion. "It’s an honor."</w:t>
      </w:r>
    </w:p>
    <w:p w:rsidR="00000000" w:rsidDel="00000000" w:rsidP="00000000" w:rsidRDefault="00000000" w:rsidRPr="00000000" w14:paraId="00000668">
      <w:pPr>
        <w:ind w:firstLine="720"/>
        <w:rPr/>
      </w:pPr>
      <w:r w:rsidDel="00000000" w:rsidR="00000000" w:rsidRPr="00000000">
        <w:rPr>
          <w:rtl w:val="0"/>
        </w:rPr>
        <w:t xml:space="preserve">"Don’t thank us yet," Connor grinned. "The tattoo shop is expecting you right when we get off. Let’s get this done."</w:t>
      </w:r>
    </w:p>
    <w:p w:rsidR="00000000" w:rsidDel="00000000" w:rsidP="00000000" w:rsidRDefault="00000000" w:rsidRPr="00000000" w14:paraId="00000669">
      <w:pPr>
        <w:ind w:firstLine="720"/>
        <w:rPr/>
      </w:pPr>
      <w:r w:rsidDel="00000000" w:rsidR="00000000" w:rsidRPr="00000000">
        <w:rPr>
          <w:rtl w:val="0"/>
        </w:rPr>
        <w:t xml:space="preserve">The group of deputies erupted into cheers and laughter as they made their way back to the cars. Steele and Grant followed behind, the reality of the moment still sinking in. They had made it—they were now part of the brotherhood, part of the crew that had each other’s backs no matter what.</w:t>
      </w:r>
    </w:p>
    <w:p w:rsidR="00000000" w:rsidDel="00000000" w:rsidP="00000000" w:rsidRDefault="00000000" w:rsidRPr="00000000" w14:paraId="0000066A">
      <w:pPr>
        <w:ind w:firstLine="720"/>
        <w:rPr/>
      </w:pPr>
      <w:r w:rsidDel="00000000" w:rsidR="00000000" w:rsidRPr="00000000">
        <w:rPr>
          <w:rtl w:val="0"/>
        </w:rPr>
        <w:t xml:space="preserve">***</w:t>
      </w:r>
    </w:p>
    <w:p w:rsidR="00000000" w:rsidDel="00000000" w:rsidP="00000000" w:rsidRDefault="00000000" w:rsidRPr="00000000" w14:paraId="0000066B">
      <w:pPr>
        <w:ind w:firstLine="720"/>
        <w:rPr/>
      </w:pPr>
      <w:r w:rsidDel="00000000" w:rsidR="00000000" w:rsidRPr="00000000">
        <w:rPr>
          <w:rtl w:val="0"/>
        </w:rPr>
        <w:t xml:space="preserve">ACKNOWLEDGEMENTS</w:t>
      </w:r>
    </w:p>
    <w:p w:rsidR="00000000" w:rsidDel="00000000" w:rsidP="00000000" w:rsidRDefault="00000000" w:rsidRPr="00000000" w14:paraId="0000066C">
      <w:pPr>
        <w:ind w:firstLine="720"/>
        <w:rPr/>
      </w:pPr>
      <w:r w:rsidDel="00000000" w:rsidR="00000000" w:rsidRPr="00000000">
        <w:rPr>
          <w:rtl w:val="0"/>
        </w:rPr>
        <w:t xml:space="preserve">To my FTO, the real gunslinger, who taught me everything I needed to know to stay alive on the streets for twenty years, thank you.</w:t>
      </w:r>
    </w:p>
    <w:p w:rsidR="00000000" w:rsidDel="00000000" w:rsidP="00000000" w:rsidRDefault="00000000" w:rsidRPr="00000000" w14:paraId="0000066D">
      <w:pPr>
        <w:ind w:firstLine="720"/>
        <w:rPr/>
      </w:pPr>
      <w:r w:rsidDel="00000000" w:rsidR="00000000" w:rsidRPr="00000000">
        <w:rPr>
          <w:rtl w:val="0"/>
        </w:rPr>
        <w:t xml:space="preserve">To my kids, who put up with the missed events, daytime sleeping, and make up holidays while growing up, thank you.</w:t>
      </w:r>
    </w:p>
    <w:p w:rsidR="00000000" w:rsidDel="00000000" w:rsidP="00000000" w:rsidRDefault="00000000" w:rsidRPr="00000000" w14:paraId="0000066E">
      <w:pPr>
        <w:ind w:firstLine="720"/>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Normal" w:default="1">
    <w:name w:val="Normal"/>
    <w:qFormat w:val="1"/>
    <w:rsid w:val="00FC693F"/>
    <w:rPr>
      <w:rFonts w:ascii="Times New Roman" w:hAnsi="Times New Roman"/>
      <w:sz w:val="24"/>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val="1"/>
    <w:rsid w:val="00FC693F"/>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link w:val="Heading2Char"/>
    <w:uiPriority w:val="9"/>
    <w:unhideWhenUsed w:val="1"/>
    <w:qFormat w:val="1"/>
    <w:rsid w:val="00FC693F"/>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paragraph" w:styleId="Heading3">
    <w:name w:val="heading 3"/>
    <w:basedOn w:val="Normal"/>
    <w:next w:val="Normal"/>
    <w:link w:val="Heading3Char"/>
    <w:uiPriority w:val="9"/>
    <w:unhideWhenUsed w:val="1"/>
    <w:qFormat w:val="1"/>
    <w:rsid w:val="00FC693F"/>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FC693F"/>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paragraph" w:styleId="Heading5">
    <w:name w:val="heading 5"/>
    <w:basedOn w:val="Normal"/>
    <w:next w:val="Normal"/>
    <w:link w:val="Heading5Char"/>
    <w:uiPriority w:val="9"/>
    <w:semiHidden w:val="1"/>
    <w:unhideWhenUsed w:val="1"/>
    <w:qFormat w:val="1"/>
    <w:rsid w:val="00FC693F"/>
    <w:pPr>
      <w:keepNext w:val="1"/>
      <w:keepLines w:val="1"/>
      <w:spacing w:after="0" w:before="200"/>
      <w:outlineLvl w:val="4"/>
    </w:pPr>
    <w:rPr>
      <w:rFonts w:asciiTheme="majorHAnsi" w:cstheme="majorBidi" w:eastAsiaTheme="majorEastAsia" w:hAnsiTheme="majorHAnsi"/>
      <w:color w:val="243f60" w:themeColor="accent1" w:themeShade="00007F"/>
    </w:rPr>
  </w:style>
  <w:style w:type="paragraph" w:styleId="Heading6">
    <w:name w:val="heading 6"/>
    <w:basedOn w:val="Normal"/>
    <w:next w:val="Normal"/>
    <w:link w:val="Heading6Char"/>
    <w:uiPriority w:val="9"/>
    <w:semiHidden w:val="1"/>
    <w:unhideWhenUsed w:val="1"/>
    <w:qFormat w:val="1"/>
    <w:rsid w:val="00FC693F"/>
    <w:pPr>
      <w:keepNext w:val="1"/>
      <w:keepLines w:val="1"/>
      <w:spacing w:after="0" w:before="200"/>
      <w:outlineLvl w:val="5"/>
    </w:pPr>
    <w:rPr>
      <w:rFonts w:asciiTheme="majorHAnsi" w:cstheme="majorBidi" w:eastAsiaTheme="majorEastAsia" w:hAnsiTheme="majorHAnsi"/>
      <w:i w:val="1"/>
      <w:iCs w:val="1"/>
      <w:color w:val="243f60" w:themeColor="accent1" w:themeShade="00007F"/>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paragraph" w:styleId="Title">
    <w:name w:val="Title"/>
    <w:basedOn w:val="Normal"/>
    <w:next w:val="Normal"/>
    <w:link w:val="TitleChar"/>
    <w:uiPriority w:val="10"/>
    <w:qFormat w:val="1"/>
    <w:rsid w:val="00FC693F"/>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paragraph" w:styleId="Subtitle">
    <w:name w:val="Subtitle"/>
    <w:basedOn w:val="Normal"/>
    <w:next w:val="Normal"/>
    <w:link w:val="SubtitleChar"/>
    <w:uiPriority w:val="11"/>
    <w:qFormat w:val="1"/>
    <w:rsid w:val="00FC693F"/>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7lugQwROLvWfT22X2gZdW1tKYA==">CgMxLjA4AHIhMXNJX3E4UUlmRG9VbmQyZnA5WFB2UlhLbm0tWlE0VGhX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