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500"/>
        <w:ind w:left="0" w:right="0"/>
      </w:pPr>
    </w:p>
    <w:p>
      <w:pPr>
        <w:autoSpaceDN w:val="0"/>
        <w:autoSpaceDE w:val="0"/>
        <w:widowControl/>
        <w:spacing w:line="720" w:lineRule="exact" w:before="370" w:after="0"/>
        <w:ind w:left="1000" w:right="1872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60"/>
        </w:rPr>
        <w:t xml:space="preserve">The Unbreakable Bond: </w:t>
      </w:r>
      <w:r>
        <w:rPr>
          <w:rFonts w:ascii="LiberationSerif" w:hAnsi="LiberationSerif" w:eastAsia="LiberationSerif"/>
          <w:b/>
          <w:i w:val="0"/>
          <w:color w:val="000000"/>
          <w:sz w:val="60"/>
        </w:rPr>
        <w:t xml:space="preserve">Finding Your Strength in </w:t>
      </w:r>
      <w:r>
        <w:rPr>
          <w:rFonts w:ascii="LiberationSerif" w:hAnsi="LiberationSerif" w:eastAsia="LiberationSerif"/>
          <w:b/>
          <w:i w:val="0"/>
          <w:color w:val="000000"/>
          <w:sz w:val="60"/>
        </w:rPr>
        <w:t>the Storm</w:t>
      </w:r>
    </w:p>
    <w:p>
      <w:pPr>
        <w:sectPr>
          <w:pgSz w:w="12240" w:h="15840"/>
          <w:pgMar w:top="72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Dedication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book is dedicated to all the young hearts who dare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dream, who face challenges with courage, and who find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in the unbreakable bonds of friendship. May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story inspire you to embrace your authentic selves and find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your place in the world.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Preface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an author and educator, I've always been passionate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empowering young people. I believe in the transformative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stories, their ability to connect us, teach us,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inspire us to become our best selves. "The Unbreakable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Bond" is a story born from this belief.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This book explores the universal experiences of adolescence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– the struggles, the triumphs, the friendships, the self-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discovery. It's a journey of resilience,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human connection, and a celebration of the unique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beauty in each of us.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 hope that as you read these pages, you'll find yourself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reflected in the characters, their joys and sorrows,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vulnerabilities and strengths. May this story ignite your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spirit, remind you of your own inner strength, and inspire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you to create your own unbreakable bonds.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Introduction</w:t>
      </w:r>
    </w:p>
    <w:p>
      <w:pPr>
        <w:autoSpaceDN w:val="0"/>
        <w:autoSpaceDE w:val="0"/>
        <w:widowControl/>
        <w:spacing w:line="360" w:lineRule="exact" w:before="4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are all unique, each with our own story to tell. But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are also interconnected, part of a vibrant tapestry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humanity. This book delves into the powerful connections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shape our lives, particularly the bonds of friendship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forged during the formative years of adolescence.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High school can be a rollercoaster of emotions, a time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growth and uncertainty. It's a period where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 to navigate complex relationships, discover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identities, and face challenges that test our resilience.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these challenges lie opportunities for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personal growth.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Unbreakable Bond" follows a diverse group of high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school students, each grappling with their own unique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struggles. Through their shared experiences, they learn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importance of support, empathy, and self-acceptance.</w:t>
      </w:r>
    </w:p>
    <w:p>
      <w:pPr>
        <w:autoSpaceDN w:val="0"/>
        <w:autoSpaceDE w:val="0"/>
        <w:widowControl/>
        <w:spacing w:line="360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they form an unbreakable bond that helps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overcome adversity, embrace their true selves, and discover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strength they never knew they possessed.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story is more than just a fictional narrative; it's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invitation to embark on a journey of self-discovery,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 the power of connection, and to remember that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are never alone.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buzzed with a mix of nervous excitement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trepidation. It was the first day of sophomore year 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Westbury High, and the hallways were a whirlwind of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faces, familiar chatter, and the lingering scent of fresh paint.</w:t>
      </w:r>
    </w:p>
    <w:p>
      <w:pPr>
        <w:autoSpaceDN w:val="0"/>
        <w:autoSpaceDE w:val="0"/>
        <w:widowControl/>
        <w:spacing w:line="360" w:lineRule="exact" w:before="0" w:after="0"/>
        <w:ind w:left="1000" w:right="1608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year felt different, heavier somehow. The weight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expectations, of growing up, hung in the air like the first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autumn chill.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Amidst the throngs of students, a group of four gathered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usual lunch table in the bustling cafeteria. There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Maya, the petite artist with fiery red hair and a quiet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intensity. She had a sketchbook in hand, always capturing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world in shades of grey and charcoal. Beside her sat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the class clown with a heart of gold, his booming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often the soundtrack to their shared meals. 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one who always seemed to know what to say to make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even the toughest day a little bit brighter.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from them was Sarah, the academically gifted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fiercely independent girl who dreamed of becoming a doctor.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gaze was often fixed on the pages of a medical textbook,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beneath her serious exterior lay a deep compassion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fierce loyalty to her friends. And finally, there was Ethan,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observer with a keen intellect and a soul that yearned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adventure. He often retreated into the pages of fantasy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novels, seeking solace in worlds where anything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possible.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group, though seemingly disparate, was bound by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invisible thread of connection. They had found solace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other's company during the tumultuous year before,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navigating the trials of adolescence together. They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understood the unspoken language of shared laughter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support, the comfort of knowing that they weren't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alone in their struggles.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lunch bell rang, a new face appeared at their table.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girl named Chloe, her eyes wide with a mix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nervousness and curiosity. She carried a worn guitar case,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worn leather hinting at a hidden passion. Chloe was the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girl, having recently moved to Westbury from a small town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state. Her arrival brought a ripple of uncertainty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among the group, a sense of unease about the unknown.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"Hi," Chloe said shyly, her voice barely audible over the din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 cafeteria. "Can I sit here?"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four exchanged glances. There was a silent agreement,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understanding that they couldn't turn her away. Maya,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 the artist, took a moment to sketch Chloe in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notebook, capturing the slight tremor in her hand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vulnerability in her eyes.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"Sure," Liam said, his boisterous personality immediately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putting Chloe at ease. "There's always room for one more."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Chloe hesitated for a moment, then smiled shyly. "Thanks."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gently placed her guitar case on the floor, its presence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like a promise of a melody yet to be sung.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Lunch was a whirlwind of chatter and shared stories. Liam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regaled Chloe with his latest comedic escapades, while Sarah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delved into the fascinating intricacies of the human body,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gleaming with passion. Maya, with her keen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observation skills, noticed the nervous twitch of Chloe's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fingers as she played with the strap of her guitar case.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"Do you play?" Maya asked softly, her voice barely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whisper. Chloe's eyes widened, a touch of surprise flitting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her face. "Yeah, I do," she replied, a hint of pride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voice.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bell rang, signaling the end of lunch, an unspoken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agreement was made. They would meet again tomorrow,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same table, and maybe, just maybe, Chloe would share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music with them. For now, she was just another face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crowd, but the seed of something special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planted, a tiny spark of hope in the vast tapestry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lives.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afternoon classes passed in a blur of assignments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lectures, the weight of expectations pressing down on them.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Maya's art class was filled with the scent of turpentine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soft scratching of charcoal on paper. Liam, in his history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class, struggled to contain his laughter during a particularly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dry lecture, much to the chagrin of his teacher. Sarah,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immersed in her biology textbook, wrestled with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complexities of cellular respiration, her mind working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feverishly to grasp the intricate details. And Ethan,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English class, lost himself in the words of Shakespeare,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finding solace in the rhythm of language and the beauty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well-crafted sentence.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their thoughts kept returning to the cafeteria, to Chloe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her guitar case, to the unspoken promise of a melody yet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be sung. They couldn't shake the feeling that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about to change, that this year, unlike the last, might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hold more than just the usual struggles and challenges.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day ended with a school assembly, a ritual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been a source of both dread and anticipation.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principal, a stern man with a booming voice, took the stage,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presence filling the auditorium with a palpable tension.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spoke of the importance of education, of the need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strive for excellence, of the responsibilities that came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up. His words were well-intentioned, but they fell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 deaf ears, the message lost in the sea of teenage apathy.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then, a shift occurred. A young woman, a recent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graduate of Westbury High, took the stage. Her name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Anna, and she spoke with a quiet confidence, her words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resonating with a sincerity that cut through the dullness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assembly.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a new beginning for all of you," Anna said, her gaze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sweeping across the audience. "It's a chance to step into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unknown, to embrace the challenges and the possibilities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lie ahead. And it's a chance to discover the strength that lies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within you, the power to overcome any obstacle."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shared her own story, a story of heartbreak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perseverance, of finding the courage to rise above adversity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embrace the beauty of life. Her words were simple,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resonated deeply with the students, striking a chord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their hearts. She spoke of resilience, of the ability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bounce back from setbacks and emerge stronger than before.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she spoke, the four friends looked at each other,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passing between them. They had already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experienced the transformative power of resilience,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that comes from supporting each other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trials of adolescence. They had found solace in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journey, in the unspoken bond that connected them.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Anna's speech ended with a powerful message. "You are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alone," she said, her voice echoing through the auditorium.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 have the strength within you, the support of your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 and family, and the power to make a difference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assembly ended, the students dispersing into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hallways, carrying the weight of Anna's words with them.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Maya, Liam, Sarah, and Ethan walked out of the auditorium,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steps were a little lighter, their hearts a little brighter.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faced the unknown, the challenges of a new year,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together. They had found their strength in each other,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purpose in the vast tapestry of their lives. And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knew, with a certainty that ran deeper than words, that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new beginning held the promise of something extraordinary.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hallways buzzed with the energy of a new academic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year, a symphony of chattering students, locker slams,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excited chatter of reunions. It was the first day back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Willow Creek High, and the air crackled with a mix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anticipation and trepidation.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Among the throngs of familiar faces, there were also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arrivals, each carrying their own unique stories. Maya,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petite girl with eyes that mirrored the summer sky, nervously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clutched her schedule, hoping to find her locker before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bell rang. Her heart thumped against her ribs, a frantic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drummer in the symphony of her nervousness. She was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town, having moved from a small coastal village to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sprawling suburban school, a stark contrast to the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faces of her past.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hall, Alex, a lanky boy with a mop of unruly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brown hair, struggled to keep his backpack from slipping off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shoulders. He was more concerned with finding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 than navigating the labyrinthine hallways. He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nook and cranny of this school, having spent his entire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high school life within its walls. He was known for his easy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smile and quick wit, but behind his jovial exterior, he carried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secret burden.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school's vibrant hallways were a microcosm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diverse world outside. There was Sarah, with her infectious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 and a passion for writing that spilled onto the pages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notebook. Her smile, though genuine, was a shield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the whispers that followed her. She was often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target of cruel remarks and snide comments, her vibrant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individuality labelled as "weird" by those who couldn't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 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a quiet corner of the library, Liam, a quiet boy with a keen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intellect, sat hunched over a book, his mind lost in a world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fantastical stories. He was a dreamer, a quiet observer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around him, his intelligence often mistaken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arrogance by those who couldn't decipher his introverted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nature. He craved connection, yet his social anxiety kept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tethered to the safety of solitude.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then there was Jessica, a girl with a heart of gold, whose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kindness was often mistaken for weakness. She had a way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seeing the good in everyone, a beacon of hope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negativity. She was always willing to lend an ear, to offer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hand, but her own internal struggles often went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unnoticed.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first bell rang, the hallways emptied, and the students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dispersed into their classrooms, carrying with them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kaleidoscope of emotions. The weight of expectations,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 of failure, the longing for acceptance, and the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yearning for belonging, all intertwined to create a complex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tapestry of the human experience. They were just teenagers,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navigating the tumultuous waters of adolescence,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facing their own unique storms.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Maya, the first day was a blur of unfamiliar faces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classroom filled with curious stares. She tried to blend 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her anxieties were as conspicuous as a neon sign.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whispers that followed her like a shadow, fueled by rumors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speculation, made her retreat into herself, her own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sanctuary.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Alex, on the other hand, reveled in the familiar chaos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school day. He flitted between classrooms, his jokes and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a welcome antidote to the anxieties that gnawed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him. But beneath his bravado, his heart ached for his father,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had been struggling with a gambling addiction, a secret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cast a long shadow over their family.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 sought refuge in the pages of her notebook, her words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vibrant tapestry of her thoughts and feelings. She poured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pain onto the page, her words a testament to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resilience. She wasn't one to back down from a challenge,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 constant barrage of bullying left her feeling drained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defeated.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in his quiet corner of the library, found solace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of literature. His imagination soared as he delved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fantastical stories, seeking escape from the reality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social anxieties. He craved connection, but the thought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navigating the social minefield filled him with dread.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Jessica, her heart brimming with empathy, tried to reach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 to those in need, offering a listening ear and a comforting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presence. She was a natural caretaker, but her own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vulnerability, her own fear of being judged, kept her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reaching out for help when she needed it most.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day brought new challenges, new moments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 and resilience. They were each fighting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silent battles, their struggles hidden behind a facade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normalcy. But amidst the chaos, a seed of hope began to take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root.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chance encounter in the school cafeteria brought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a table overflowing with laughter and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experiences. They were different, but they were connected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a shared sense of yearning for belonging, for acceptance,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a place where they could be themselves, without fear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judgment.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cafeteria, with its constant hum of chatter and the aroma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greasy food, became a refuge, a place where they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shed their masks and be vulnerable with each other.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their stories, their fears, their dreams, their hopes,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doing so, they found a sense of kinship. They were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alone.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laughed at Sarah's witty observations, their voices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blending together, creating a symphony of shared laughter.</w:t>
      </w:r>
    </w:p>
    <w:p>
      <w:pPr>
        <w:autoSpaceDN w:val="0"/>
        <w:autoSpaceDE w:val="0"/>
        <w:widowControl/>
        <w:spacing w:line="360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listened intently as Liam shared his latest literary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discoveries, their eyes sparkling with shared curiosity.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marveled at Jessica's kindness, her empathy a balm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anxieties.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Alex, his bravado momentarily forgotten, opened up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his father's struggles, finding solace in the knowing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gaze of his new friends. Maya, finally feeling a flicker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hope, shared her longing for a sense of belonging,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trembling with vulnerability.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that shared space, they found a sense of acceptance,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recognition of their shared humanity. They were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kaleidoscope of colors, each thread unique, yet woven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 to create a tapestry of resilience,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enduring power of friendship.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found their tribe, their chosen family, a place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they could be seen and heard, where they could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authentic selves, without fear of judgment.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found their unbreakable bond.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cafeteria buzzed with the chaotic energy of lunchtime.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symphony of clattering trays, chattering voices,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faint aroma of microwaved pizza. Anya, a petite girl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red hair, clutched her lunchbox, scanning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crowded tables. New to the school, she felt a pang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loneliness. The familiar faces, laughing and sharing stories,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seemed like a distant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room, Leo, a lanky boy with a penchant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sketching, sat by himself, lost in a world of his own creation.</w:t>
      </w:r>
    </w:p>
    <w:p>
      <w:pPr>
        <w:autoSpaceDN w:val="0"/>
        <w:autoSpaceDE w:val="0"/>
        <w:widowControl/>
        <w:spacing w:line="360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was sketching a intricate portrait of a woman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piercing eyes and a mysterious smile, her features blending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into the landscape of his sketchbook.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Suddenly, a burst of laughter drew Leo's attention. A group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students, their faces illuminated with joy, were sharing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joke. They had a shared energy, a camaraderie that Leo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only envy.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was Liam, the class clown, with his infectious grin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 knack for making even the most mundane moments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hilarious. He was narrating a story about a disastrous attempt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 baking a birthday cake, embellishing the tale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exaggerated gestures and dramatic expressions. Sitting next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Liam was Emily, her infectious laugh punctuating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punchline. She was known for her quick wit and her ability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find humor in every situation.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Next to Emily was Jackson, a quiet boy with a thoughtful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demeanor. He seemed to observe the world with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intensity, his eyes reflecting a wisdom that belied his age.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group's laughter died down, replaced by a comfortable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silence as Liam noticed Anya standing alone near the food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counter. "Hey, want to join us?" Liam asked, gesturing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towards the empty seat next to him.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Anya's heart skipped a beat. She hesitated for a moment,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unsure if she should interrupt their comfortable camaraderie.</w:t>
      </w:r>
    </w:p>
    <w:p>
      <w:pPr>
        <w:autoSpaceDN w:val="0"/>
        <w:autoSpaceDE w:val="0"/>
        <w:widowControl/>
        <w:spacing w:line="360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 warmth in Liam's smile reassured her. She took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 breath and walked towards the table, her heart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pounding with a mixture of trepidation and excitement.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"Hi, I'm Anya," she introduced herself, her voice slightly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hesitant.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"Liam," he grinned, extending his hand. "This is Emily,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Jackson, and Leo."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Emily's smile was disarmingly friendly. "Welcome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table! We're glad you joined us."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Jackson nodded shyly, his eyes meeting Anya's for a fleeting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moment. Leo remained silent, but a subtle smile played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corners of his lips as he continued sketching in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notebook.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a moment, the cafeteria noise seemed to fade away,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the quiet murmur of introductions. Anya felt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relief wash over her. These strangers, with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diverse personalities and shared laughter, offered a glimmer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hope in a new and unfamiliar world.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 broke the silence. "So, Anya, what are you working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on?"</w:t>
      </w:r>
    </w:p>
    <w:p>
      <w:pPr>
        <w:autoSpaceDN w:val="0"/>
        <w:autoSpaceDE w:val="0"/>
        <w:widowControl/>
        <w:spacing w:line="360" w:lineRule="exact" w:before="360" w:after="0"/>
        <w:ind w:left="864" w:right="1152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Anya hesitated, unsure how to answer. She hadn't expected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anyone to care about her schoolwork. She was struggling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keep up with the rigorous academic demands, feeling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overwhelmed by the sheer volume of assignments.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"I'm having trouble with the history project," she admitted,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 barely a whisper. "It's on the French Revolution,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I'm just not getting it."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Liam's face lit up with enthusiasm. "The French Revolution?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That's awesome! My favorite period in history. Maybe I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help you with it?"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Anya's eyes widened in surprise. "Really?"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"Absolutely," Liam said with conviction. "We can study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 later, and I can give you some pointers."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Emily, always quick to offer encouragement, chimed 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"Liam's a history whiz. He actually got a perfect score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last test."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Jackson nodded in agreement. "Liam knows a lot about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French Revolution. He even went to the museum in Paris last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summer."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Leo, who had been silent throughout the exchange, finally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looked up from his sketchbook. "You can also borrow some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my notes," he offered, a shy smile spreading across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face. "I've got a lot of information on the French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Revolution."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Anya's heart swelled with gratitude. These complete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strangers, this unlikely group of students, were reaching 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her, offering their time and knowledge. It was a simple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gesture, but it meant the world to her. She had found a place,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sense of belonging, a group of friends who, despite their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differences, had come together in a shared moment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kindness.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cafeteria bell rang, signaling the end of lunch. As Anya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gathered her things, Liam handed her a crumpled piece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paper. "Here's my number. Call me later, and we'll set up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study session."</w:t>
      </w:r>
    </w:p>
    <w:p>
      <w:pPr>
        <w:autoSpaceDN w:val="0"/>
        <w:autoSpaceDE w:val="0"/>
        <w:widowControl/>
        <w:spacing w:line="332" w:lineRule="exact" w:before="388" w:after="0"/>
        <w:ind w:left="0" w:right="0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Anya smiled, her heart filled with a newfound sense of hope.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found a place, a sense of belonging, a group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 who, despite their differences, had come together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moment of kindness.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rest of the school day was filled with the usual routine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classes, assignments, and hallway chatter. But for Anya,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everything felt different. The weight of loneliness had lifted,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a sense of anticipation. Later that afternoon,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call Liam, and together they would navigate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complexities of the French Revolution.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bond formed over a shared lunch table was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beginning of something special. It was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connection, the magic of shared moments,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ways in which friendship can bloom in the most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unlikely of places.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bell shrieked, a piercing reminder that lunch was finally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here. I shoved my books into my locker, feeling the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anxiety settle in my stomach. The cafeteria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noisy, chaotic space, filled with the cacophony of chatter,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clinking of trays, and the scent of overcooked pizza. I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navigated the lunch line, my eyes scanning for a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face, but found none. I was a new kid, a fresh transfer from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small town, where everyone knew everyone. Here, in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sprawling high school, I was just another anonymous face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crowd.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 settled at a table by myself, my lunch tray a lonely island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amidst the bustling sea of other students. I picked at my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food, trying to avoid making eye contact with anyone. I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like an outsider, watching the world go by through a blurry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window. My phone vibrated, a text message from my older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sister, "Hey, how's your first day going?" I typed a quick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reply, "It's okay," before quickly tucking my phone away.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Suddenly, there was a commotion at the table next to me.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group of students were engaged in a heated argument,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voices rising in anger. I looked up, curious, trying to figure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 what was going on. One girl, with fiery red hair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mischievous glint in her eyes, was standing up for someone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else, a quiet boy who seemed to be on the receiving end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verbal attack.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"Leave him alone!" she shouted, her voice filled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righteous indignation. "He's not bothering anyone. You're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ones being bullies."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group of students around the table seemed surprised,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eyes widening at her sudden outburst. They exchanged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nervous glances before turning their attention back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red-haired girl, their faces contorted in expressions of anger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annoyance. But the girl held her ground, her gaze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unwavering, her voice strong. She didn't back down.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stood up for the boy, even though she didn't know him.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boy looked up, surprised. He was a skinny, pale kid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shy, nervous eyes. He was wearing a faded band t-shirt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pair of worn-out jeans, his hair a mess of unruly curls.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looked like he was trying to disappear into the background,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like he wanted to be invisible. But in that moment, the girl's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stance seemed to give him a sense of courage.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"Hey, you okay?" she asked, her voice softening a little.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looked up at her, his eyes wide with uncertainty.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shook his head slowly, unable to speak. The red-haired girl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offered him a small smile, a gesture of support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"I'm Lily," she said, holding out her hand. "What's your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name?"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hesitated for a moment before finally taking her hand.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"Jake," he mumbled, his voice barely audible. "I'm Jake."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hands met, a silent connection, a bridge across a chasm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shared vulnerability. The group around the table started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murmur among themselves, their voices hushed, their gazes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curious. They watched the scene unfold, the unexpected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encounter between two outsiders. They seemed to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special in this moment, a spark of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different, something hopeful.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bell rang, signaling the end of lunch, and the students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began to disperse. Lily turned back to Jake, her eyes shining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a mix of concern and curiosity.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"Do you want to sit with us tomorrow?" she asked,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warm and inviting.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Jake looked at her, his eyes wide with surprise. He hesitated,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uncertainty evident.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"I don't know," he whispered. "I'm new here."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 doesn't matter," she replied, a determined gleam in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eyes. "We're all new here, in a way. Come join us."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 stood up, pulling a chair out from the table for Jake.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looked back at the others, her eyes meeting theirs.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understand, nodding in agreement. There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unspoken understanding in their shared gaze,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recognition that this was more than just a lunch table,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than just a chance encounter. It was the beginning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new, something different, something that had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potential to change their lives.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next day, Jake found himself sitting at the same table,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surrounded by a group of students he barely knew.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Lily, the girl with fiery red hair, and a boy named Ethan,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was quiet and thoughtful, with a gentle smile.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also a girl named Maya, whose laugh was infectious,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a boy named Alex, who was always full of energy.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a diverse group, each with their own unique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 and challenges. They were from different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backgrounds, different families, different worlds. But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all connected, drawn together by a shared experience,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sense of being different, of being outsiders. And in that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vulnerability, they found strength. They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in each other, in the knowledge that they were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alone.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"Hey, Jake," Lily greeted him, a mischievous grin on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face. "Ready for another day of this place?"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Jake smiled back, a little hesitantly. "Actually, yeah,"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replied. "I'm kind of glad I got stuck with you guys."</w:t>
      </w:r>
    </w:p>
    <w:p>
      <w:pPr>
        <w:autoSpaceDN w:val="0"/>
        <w:autoSpaceDE w:val="0"/>
        <w:widowControl/>
        <w:spacing w:line="360" w:lineRule="exact" w:before="360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 laughed. "You're welcome," she teased, her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twinkling with amusement.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"Hey, what's your story?" Ethan asked, his voice soft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gentle. "Why'd you transfer here?"</w:t>
      </w:r>
    </w:p>
    <w:p>
      <w:pPr>
        <w:autoSpaceDN w:val="0"/>
        <w:autoSpaceDE w:val="0"/>
        <w:widowControl/>
        <w:spacing w:line="360" w:lineRule="exact" w:before="36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Jake looked down at his hands, his fingers fidgeting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nervously. "I moved here with my mom and sister,"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explained. "My dad left us a few months ago."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wave of sympathy washed over the group. They had 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experienced loss in their lives, in different ways.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understood the pain of a broken family, the feeling of being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lost and alone.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"I'm sorry," Maya said, reaching out to touch his arm. "I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know how hard that can be."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Jake nodded, a single tear tracing a path down his cheek.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felt a surge of relief, a sense of being understood. He didn't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 to pretend to be okay. He didn't have to be strong.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 just be himself.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 pulled a crumpled piece of paper out of her pocket,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suddenly serious. "Listen," she said, "I'm not sure if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you've ever heard of this before, but I think it's pretty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important. This is my mom's favorite quote. It says, 'When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 find people who are different than you, but who accept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you for who you are, you’ve found a treasure.'"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Jake looked at her, his eyes wide with curiosity. He reached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 and took the paper, his fingers tracing the words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page. The words resonated deep within him, touching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chord of longing and hope. He felt a sense of belonging,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feeling that he was finally in the right place, surrounded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people who truly understood him. He was no longer alone.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weeks turned into months, their bond grew stronger,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friendship blossoming into an unbreakable bond.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navigated the ups and downs of high school life together,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supporting each other through triumphs and tribulations.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learned to trust each other, to rely on each other, to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for each other, no matter what. They discovered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friendship, the strength of shared experiences,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 of finding your tribe. They learned that the most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important thing in life was not to be perfect, but to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authentic, to be true to themselves, and to find their place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world, together.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anticipation as the entire student body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Westview High School gathered in the auditorium.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annual school assembly, usually a humdrum affair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announcements and pep talks, had taken a decidedly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different turn this year. A new principal, Ms. Harper,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taken the helm, and rumors swirled about a groundbreaking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initiative she was about to unveil.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Ms. Harper, a woman radiating warmth and a quiet strength,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stepped onto the stage, her eyes twinkling with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mischievous glint. "Good morning, Westview!" she boomed,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 echoing through the hall. "I see a sea of faces,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 a unique story, each one holding potential for greatness."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murmur rippled through the crowd. This was no ordinary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assembly. Ms. Harper continued, "Today, we're going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embark on a journey together. A journey of discovery,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of finding strength in our shared experiences.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We're going to talk about something that's often overlooked,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that defines our ability to overcome challenges,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something that makes us who we truly are."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crowd leaned forward, captivated by her words. "I'm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talking about resilience," Ms. Harper declared. "The ability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bounce back, to rise above adversity, to never give up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ourselves, no matter what life throws our way."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paused, letting the weight of her words sink in. "You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might be thinking, 'Resilience? That sounds pretty heavy.'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I assure you, it's not about being superhuman 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invincible. It's about finding the strength within ourselves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whatever comes our way, to learn from our mistakes,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keep moving forward, even when it's hard."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Ms. Harper's voice took on a softer, more intimate tone.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"Think about the times you've fallen and gotten back up.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times you've been hurt, but found the courage to heal.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times you've failed, but learned from those failures and tried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again. Those are the moments that build resilience. They 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moments that shape us into the individuals we are meant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be."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shared a story of a young athlete who faced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devastating injury, but through sheer determination,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overcame the odds and returned to the field stronger than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ever. She spoke of a student who struggled with academic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challenges, but through perseverance and support from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peers, found success. She painted a vivid picture of a student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felt isolated, but by reaching out to others, found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 of support that helped them overcome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loneliness.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"These stories are not just tales of triumph," Ms. Harper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emphasized. "They are reminders that we all have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capacity for resilience. It's not about avoiding pain 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hardship, but about finding the strength to navigate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It's about knowing that we're not alone, that we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people who care about us, who believe in us, who will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 us on our journeys."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Ms. Harper then introduced a unique initiative –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"Resilience Circle." A designated space in the school library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students could gather, share their stories, and offer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to one another. "It's a place for us to come together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a community, to build each other up, to remind ourselves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we are not defined by our struggles but by our ability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overcome them."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Ms. Harper concluded her speech, a hush fell over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auditorium. The crowd was visibly moved, their faces etched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mixture of reflection and hope. The concept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resilience, once a distant idea, now felt tangible, achievable.</w:t>
      </w:r>
    </w:p>
    <w:p>
      <w:pPr>
        <w:autoSpaceDN w:val="0"/>
        <w:autoSpaceDE w:val="0"/>
        <w:widowControl/>
        <w:spacing w:line="360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resonated with the students, echoing their own struggles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their longing for connection.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assembly was over, but the seeds of resilience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sown. The students walked out of the auditorium, carrying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renewed sense of purpose, knowing that they weren't alone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their journeys, that they had the strength to face anything,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that they had a community of support to guide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along the way.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Ms. Harper's words lingered in the air, a reminder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wasn't just a concept; it was a way of life.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courage to face the unknown, the determination to rise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above adversity, the unwavering belief in oneself. It was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unbreakable bond that connected them all.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hallways buzzed with conversation, students sharing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experiences, their hopes, their fears. They gathered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clusters, discussing the speech, the Resilience Circle,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 of support. They knew that their journey was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beginning, but they also knew that they had the tools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community to face it together.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"Unbreakable Bond" wasn't just a phrase;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feeling, a shared sense of purpose that had taken root within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Westview High. It was the promise of a new beginning,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 of self-discovery, a testament to the power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resilience.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first few weeks flew by in a whirlwind of new faces,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confusing schedules, and the constant hum of teenage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chatter. Each of them had found their own niche within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bustling halls of Willow Creek High. Maya, the quiet artist,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sought refuge in the art room, surrounded by vibrant colors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comforting scent of oil paints. Ethan, the tech whiz,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spent his free time in the library, his fingers flying across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keyboard as he delved into the depths of coding. Sarah,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bubbly cheerleader, was a fixture on the football field,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infectious laughter echoing through the bleachers. And then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was Leo, the shy musician, who poured his soul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guitar, seeking solace in the melodies he created.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newfound friendships were tested in unexpected ways.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Sarah, usually the life of the party, found herself struggling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the pressure of being the "perfect" cheerleader. She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weight of expectations, the constant need to maintain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facade of confidence and happiness. Maya, always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observer, noticed Sarah's growing anxiety and decided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intervene. One afternoon, as Sarah sat alone in the cafeteria,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staring forlornly at her lunch, Maya approached her,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mischievous twinkle in her eye.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"Hey, earth to Sarah," Maya said, her voice light and playful.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"You're missing all the action. Come on, let's ditch this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boring food and find some adventure."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 hesitated, her gaze still fixed on her uneaten sandwich.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don't know, Maya," she mumbled, her voice laced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uncertainty. "I'm not really in the mood."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Maya's smile didn't waver. "Don't worry, I've got a plan."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grabbed Sarah's hand and pulled her out of the cafeteria,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leading her towards the school's sprawling courtyard.</w:t>
      </w:r>
    </w:p>
    <w:p>
      <w:pPr>
        <w:autoSpaceDN w:val="0"/>
        <w:autoSpaceDE w:val="0"/>
        <w:widowControl/>
        <w:spacing w:line="360" w:lineRule="exact" w:before="360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"What are we doing?" Sarah asked, her voice a mix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confusion and curiosity.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"We're going to take a break from the madness," Maya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replied. "We're going to breathe some fresh air, let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sunshine touch our faces, and remember what it's like to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 ourselves."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walked, Maya shared stories of her own struggles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self-doubt and the pressure to fit in. She spoke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how she discovered the power of art to express her emotions,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create worlds beyond her own. Sarah, captivated by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Maya's honesty and vulnerability, started to open up too.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her fears about failing her teammates, about not being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good enough.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found a quiet corner in the courtyard, surrounded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blooming flowers and the gentle rustling of leaves. Sarah,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first time, let go of her facade and allowed herself to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vulnerable. Tears welled up in her eyes as she confessed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 and anxieties. Maya held her hand, offering words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comfort and encouragement.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"You're not alone, Sarah," Maya said, her voice soft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reassuring. "We're all going through our own battles.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we're in this together. We're a team, remember?"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day, amidst the hustle and bustle of school life, Sarah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Maya found solace and strength in their friendship.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realized that true friendship wasn't about being perfect 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putting on a show; it was about being real, about sharing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vulnerabilities, and about supporting each other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highs and lows of life.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Ethan, meanwhile, was grappling with his own challenges.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pressure of being the "smart kid" was starting to take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toll. He felt an overwhelming sense of responsibility to excel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his studies, to live up to the expectations of his parents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teachers. The weight of academic pressure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becoming a constant burden, eroding his confidence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draining his energy.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friends, sensing his distress, reached out to him. Maya,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his need for quiet contemplation, brought him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steaming cup of chamomile tea and a sketchpad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blank pages.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 know, sometimes the best way to deal with stress is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just let it out," she said, her voice soft and understanding.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"Art isn't just about colors and shapes; it's about expressing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emotions, about giving voice to the things that 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bottled up inside."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Ethan, initially hesitant, allowed Maya's gentle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encouragement to sway him. He picked up a pencil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began to sketch, letting his worries and anxieties flow onto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paper. As he drew, he felt a sense of release, a cathartic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outpouring of his emotions.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Sarah, ever the optimist, decided to approach Ethan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different strategy. She rallied the football team, organizing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surprise study session for Ethan. They gathered in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library, armed with textbooks, snacks, and a lot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encouraging smiles.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know you're under a lot of pressure, Ethan," Sarah said,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voice filled with genuine concern. "But you're not alone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32" w:lineRule="exact" w:before="145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this. We're here to support you, to help you through this."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Ethan, touched by their gesture, felt a wave of warmth wash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 him. He realized that even though he felt isolated by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anxieties, he was surrounded by people who cared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about him, who wanted to help him succeed.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study session wasn't just about academics; it was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camaraderie, about creating a sense of shared purpose.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worked together, sharing notes, explaining concepts,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encouraging each other through the difficult parts.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studied, Ethan realized that his friends weren't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classmates; they were a team, a support system, a source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strength. He felt a sense of belonging, a sense of being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understood, that he had never felt before.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Leo, the quiet observer, watched his friends navigate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with a mix of admiration and concern. He saw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in their vulnerabilities, the resilience in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struggles. He wanted to reach out to them, to offer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support, but he struggled to find the words.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they gathered in the school courtyard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late-night study session, Leo finally mustered the courage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speak. He brought his guitar with him, and as the stars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twinkled above them, he strummed a gentle melody,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soft and heartfelt. He sang about the power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friendship, about the importance of being there for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other, about the unbreakable bonds that can be forged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through shared experiences.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friends listened intently, their hearts touched by Leo's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and music. They realized that even though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all dealing with different challenges, they were united by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experiences, their unwavering support for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other.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trials they faced had brought them closer,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strengthened their bond. They were a team, a family, a force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be reckoned with. They had faced their fears, embraced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vulnerabilities, and discovered the true meaning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friendship. They were no longer just individuals;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"The Unbreakable Bond."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first few weeks of the new school year felt like a blur.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were all adjusting to new classes, new teachers,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overwhelming pressure to succeed. The stress was starting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take its toll, especially when it came to our exams.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feel like I'm drowning in textbooks," Sarah confessed 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day, slumping onto a bench in the school library.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"Me too," I agreed, pulling out my own stack of textbooks.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"I don't even know where to begin."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That's when the idea hit me – a study group. We could pool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 knowledge, support each other, and maybe even make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whole process a little less daunting.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"What if we started a study group?" I suggested, looking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around at the others.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"I'm in," Liam chimed in immediately. "I've been feeling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pressure too."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"Me too," said Daniel. "And maybe we can actually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 fun while we're at it."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So, we decided to meet in the library every Thursday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afternoon. It wasn't always easy. Sometimes the stress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overwhelming, and there were moments when we doubted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ourselves. But we were determined to help each 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succeed.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would spend hours dissecting the material, helping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other understand the concepts, and practicing past exam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questions. We even developed our own mnemonic devices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help us remember complex formulas and theories.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"Remember the acronym 'HOMES' for the Great Lakes: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Huron, Ontario, Michigan, Erie, and Superior!" Sarah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exclaimed, her voice full of enthusiasm.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laughed, our shared sense of humor acting as a welcome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relief from the intense pressure. It was during those study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sessions that we discovered our strengths and weaknesses.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with his sharp memory, could recall historical dates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facts with ease. Daniel, on the other hand, was a master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 breaking down complex concepts into simpler terms.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 was a natural at explaining scientific theories, and I,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well, I was good at keeping everyone focused and on task.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 study group became more than just a way to prepare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exams. It was a space where we could share our struggles,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celebrate our victories, and support each other through thick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thin. We started to understand that success wasn't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individual achievement; it was about working together,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sharing knowledge, and empowering each other.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particularly stressful afternoon, as we were preparing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our biology exam, I noticed that Sarah was struggling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grasp the concept of cell division.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just can't seem to get it," she confessed, her voice filled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frustration.</w:t>
      </w:r>
    </w:p>
    <w:p>
      <w:pPr>
        <w:autoSpaceDN w:val="0"/>
        <w:autoSpaceDE w:val="0"/>
        <w:widowControl/>
        <w:spacing w:line="360" w:lineRule="exact" w:before="360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"Don't worry, Sarah," Liam reassured her. "Let's try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different approach."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then proceeded to explain the process in a way that made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sense to Sarah, using colorful diagrams and easy-to-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 analogies. Soon, a smile spread across Sarah's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get it now!" she exclaimed, her relief palpable. "Thanks,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Liam."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like these cemented our bond. We knew that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count on each other, not just academically, but also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emotionally.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day, Daniel, usually the life of the party, seemed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withdrawn and quiet. When we asked him what was wrong,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revealed that his parents were going through a 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patch, and he was struggling to cope with the situation.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listened intently as he poured his heart out, sharing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 and anxieties. We offered words of encouragement,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reminding him that he wasn't alone.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"It's okay to feel overwhelmed, Daniel," Sarah said,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soft and comforting. "We're here for you, no matter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what."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"Yeah," Liam added. "We might not have all the answers,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 can always lend an ear, or a shoulder to cry on."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Those words, spoken with genuine concern and empathy,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meant the world to Daniel. He knew that he had found a true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system in our group, a group that was willing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walk beside him through both the triumphs and the trials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life.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 study sessions became a sanctuary, a place where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escape the pressures of high school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complexities of our personal lives. They were our safe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haven, a space where we could be ourselves, unafraid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judgment.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exams drew closer, the pressure intensified. We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spend hours huddled together, reviewing notes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sharing our anxieties. Sometimes, we would even joke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sheer volume of information we were expected to retain.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swear, I'm starting to dream in formulas," Liam quipped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 evening, causing us all to burst into laughter.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But beneath the humor, we knew we were in this together.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had each other's backs, and we were determined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succeed. And succeed we did. We all aced our exams,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proving that teamwork and support could overcome even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most daunting challenges.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experience taught us a valuable lesson: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collaboration. We had faced academic pressure together,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learned from each other's strengths, and encouraged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other to persevere.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had discovered that success was not just about individual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achievements but about the bonds we forged, the support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offered, and the collective strength we found in each other.</w:t>
      </w:r>
    </w:p>
    <w:p>
      <w:pPr>
        <w:autoSpaceDN w:val="0"/>
        <w:autoSpaceDE w:val="0"/>
        <w:widowControl/>
        <w:spacing w:line="360" w:lineRule="exact" w:before="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that, in the end, was more valuable than any exam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grade.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hallway was a symphony of chattering students, lockers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slamming shut, and the faint scent of stale popcorn wafting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the nearby concession stand. It was a typical day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Northside High, except for Maya. She was huddled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corner of her locker, tears streaming down her face.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phone vibrated, a text message from her best friend, Sarah.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"Hey, what's up? You okay?"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Maya choked back a sob, typing a single word: "No."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Sarah, always the perceptive one, knew Maya's silence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meant trouble. She abandoned her own locker and rushed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Maya's side.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"What's wrong? Spill it, girl."</w:t>
      </w:r>
    </w:p>
    <w:p>
      <w:pPr>
        <w:autoSpaceDN w:val="0"/>
        <w:autoSpaceDE w:val="0"/>
        <w:widowControl/>
        <w:spacing w:line="360" w:lineRule="exact" w:before="36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 hesitated, wiping her cheeks with the back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hand. "It's my mom. She's...she's sick."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Sarah's eyes widened. She had never seen Maya this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vulnerable. They had been friends since elementary school,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sharing secrets, laughter, and dreams. But Maya had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strong, the one who offered solace, not the one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needed it.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"What's going on? What's wrong with your mom?"</w:t>
      </w:r>
    </w:p>
    <w:p>
      <w:pPr>
        <w:autoSpaceDN w:val="0"/>
        <w:autoSpaceDE w:val="0"/>
        <w:widowControl/>
        <w:spacing w:line="360" w:lineRule="exact" w:before="360" w:after="0"/>
        <w:ind w:left="864" w:right="1296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Maya's voice trembled as she explained. "It's a lump in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breast. She's going to get more tests, but the doctor said..."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Sarah's heart sank. She squeezed Maya's hand, offering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squeeze. "I'm so sorry, Maya. I can't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imagine what you're going through."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 leaned her head against Sarah's shoulder, allowing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tears to flow freely. "I'm scared, Sarah. I don't know what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 pulled Maya into a hug. "We'll figure it out together. 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promise. We'll be there for you every step of the way."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news hit Maya like a ton of bricks. Her world, once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the ordinary anxieties of teenage life, now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shattered. School seemed insignificant, the gossip and drama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suddenly irrelevant. All she could think about was her mom,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strong, vibrant mother who was now facing a battle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didn't know how to fight.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days were a blur of doctor appointments,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hushed conversations, and the overwhelming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helplessness. Maya retreated into herself, avoiding her usual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social circles, the bright lights of the school hallways feeling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too much like a stage for her private pain.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Maya wasn't alone. Sarah, ever the loyal friend,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presence. She stayed by Maya's side, offering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listening ear, a shoulder to cry on, and a steady stream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comforting words.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 this is tough, Maya," Sarah said one afternoon,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while they sat in Maya's room, surrounded by the chaos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mom's medical supplies. "But your mom is strong. She's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fighter."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 looked up, a flicker of hope in her eyes. "You think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so?"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 so," Sarah insisted, placing her hand over Maya's.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"She's got you, and she's got all of us. We'll get through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Sarah's words, though simple, were a lifeline for Maya.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friend's unwavering belief in her mom's strength and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resilience gave Maya the courage to face each day,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test, each doctor's visit with a glimmer of hope.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other members of their group, the diverse and unlikely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crew who had found solace in each other's company, also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sensed Maya's distress.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Lucas, the quiet and introspective artist, surprised Maya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bringing over a beautifully painted canvas, depicting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swirling galaxy of stars, a symbol of hope and resilience.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 you're going through a lot, Maya," Lucas said,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soft but sincere. "This is for you. Think of it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that even in the darkest nights, there are still stars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shining above."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canvas brought tears to Maya's eyes. Lucas, with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strength, had touched her heart in a way she hadn't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expected.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Then there was Liam, the charismatic and outgoing leader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group. He organized a "Team Maya" fundraiser,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rallying their classmates to donate to a cancer research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foundation in honor of Maya's mom.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"We're in this together, Maya," Liam proclaimed,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infectious enthusiasm filling the school cafeteria during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fundraiser. "We're going to fight this with you, every step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way."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Liam's initiative, born from a deep sense of empathy,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reminded Maya that she wasn't alone in this fight. She had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whole team of friends, each with their unique talents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support, ready to stand by her side.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Maya's mom, her face pale but her spirit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unwavering, looked at her daughter, her eyes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gratitude. "Maya, sweetheart, I don't know what I would do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without you and your friends."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 squeezed her mom's hand. "Mom, you're not alone.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We're here with you, every step of the way. We'll get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this, together."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that moment, Maya understood the true meaning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"unbreakable bond." It wasn't just a phrase; it was a living,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breathing reality. It was the unwavering support of friends,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strength that came from shared experiences,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 that bloomed in the face of adversity.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human spirit, a force that could overcome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the most daunting challenges, as long as you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someone to fight alongside you.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journey was far from over. Maya's mom's treatment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be long and arduous, filled with uncertainties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fear. But Maya knew, with a newfound certainty,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she wasn't alone. She had her friends, her family,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 that loved and supported her. And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adversity, that was all that mattered.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hummed with a mix of anticipation and nervous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energy as the bell rang, signaling the start of another day.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cafeteria buzzed with chatter, the scent of pizza and fries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swirling around the room. Sarah, a wisp of a girl with fiery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red hair, navigated the crowd with a practiced ease, her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scanning for her usual table. There, huddled around a table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corner, sat her friends: Alex, the quiet artist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mischievous glint in his eyes; Emily, the cheerful optimist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contagious laugh; and Ben, the shy athlete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heart of gold.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an unlikely group, brought together by the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 of navigating the choppy waters of high school.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understood each other's silent anxieties and whispered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dreams, their differences becoming the very glue that bound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They were more than friends; they were a family,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haven in the chaotic whirlwind of adolescence.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Sarah settled into her seat, a surge of excitement coursed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her. It wasn't just the anticipation of another day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her friends. It was something more, a flutter in her chest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had begun to stir a few weeks prior. Liam.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with his easy smile and kind eyes, had been a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 in their group study sessions. He was the newest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member, the quiet boy who had slowly, subtly, woven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himself into their tight-knit circle. He possessed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captivating charisma that made Sarah's heart skip a beat.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had started with stolen glances across the library table,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gaze lingering a beat too long, a shy smile tugging 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corners of his lips. It had progressed to lingering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conversations after study sessions, their laughter echoing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hushed hallways, a shared secret whispered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twilight.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with Liam, there was an unspoken tension,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 that mirrored Sarah's own. He was a boy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battling his own inner demons, a quiet storm brewing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beneath his calm exterior. She sensed his pain,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insecurities, and her desire to help him navigate the turbulent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waters of his own heart became a relentless pull.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afternoon, after a particularly intense study session,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 lingered by the door, his eyes searching hers. "I...I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need to talk to you," he stammered, his voice barely audible.</w:t>
      </w:r>
    </w:p>
    <w:p>
      <w:pPr>
        <w:autoSpaceDN w:val="0"/>
        <w:autoSpaceDE w:val="0"/>
        <w:widowControl/>
        <w:spacing w:line="360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Sarah's breath hitched. This was it. The moment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been both longing for and dreading.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found a quiet corner in the school courtyard,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afternoon sun casting long shadows on the paved ground.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Liam's voice, usually so quiet, held a raw honesty as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poured out his heart. He spoke of his struggles, the weight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expectations, the fear of failure. He spoke of his insecurities,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doubts that gnawed at him, the crippling fear of not being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good enough.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 listened, her heart aching for him. She understood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pain, the suffocating weight of self-doubt, the fear of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being worthy of love. It was a familiar ache, a shadow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wrestled with for years.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Liam spoke, a strange sense of understanding washed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 Sarah. It wasn't just his pain that mirrored hers;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courage, his vulnerability, his unwavering hope.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quiet strength that resonated with her own,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whisper in the silent language of the heart.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in that shared vulnerability, in the soft glow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setting sun, a new kind of connection sparked between them.</w:t>
      </w:r>
    </w:p>
    <w:p>
      <w:pPr>
        <w:autoSpaceDN w:val="0"/>
        <w:autoSpaceDE w:val="0"/>
        <w:widowControl/>
        <w:spacing w:line="360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wasn't just attraction, but a shared understanding,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 forged in the fires of their own inner battles.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as quickly as it ignited, their connection faced a new set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challenges. Ben, Sarah's best friend since childhood,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been a silent observer, his quiet demeanor masking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 affection for Sarah. He had watched their friendship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grow into something more, a bond that he secretly cherished.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emergence of Liam's feelings sent ripples through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group, stirring emotions that they were all struggling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understand. Ben, ever the loyal friend, tried to suppress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feelings, his heart heavy with unspoken desires.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watched Sarah and Liam, their laughter, their shared glances,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silent ache growing within him.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Emily, ever the perceptive friend, noticed the shift in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dynamics, the unspoken tension that now permeated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interactions. She worried about the fragile balance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group, the potential for jealousy and hurt feelings. She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love, in its purest form, could be both a blessing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curse, capable of both uniting and dividing.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weeks turned into months, the complexities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relationships became a delicate dance of unspoken feelings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careful maneuvers. They navigated the treacherous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waters of young love, their hearts caught in a tide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emotions that they were only beginning to understand.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Sarah, torn between her growing feelings for Liam and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loyalty to Ben, found herself lost in a labyrinth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indecision. The love she felt for Ben was a deep,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comfort, a bond that had weathered countless storms. But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Liam, she felt something different, a spark that ignited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fire in her heart.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crisp autumn evening, as they sat in the familiar corner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cafeteria, Sarah found herself confiding in Emily. "I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don't know what to do," she whispered, her voice laced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frustration. "I love Ben. I always have. But Liam...he makes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 feel alive in a way I never have before."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Emily listened with a patient understanding, her gentle gaze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offering solace. "You're not alone, Sarah," she said softly.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something all of us have to navigate, the confusing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mess of growing up, of figuring out who we are and who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want to be."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leaned closer, her voice a reassuring whisper. "You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follow your heart, Sarah. Trust yourself, trust your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instincts. And remember, no matter what happens, we're 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you. Always."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Sarah's heart ached with the weight of her decision.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complexities of young love were a daunting tangle, a maze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conflicting emotions and unspoken desires. The love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felt for Ben, a constant in her life, felt like a safe haven,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rock she could always cling to. But Liam, with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passionate intensity, was a whirlwind of emotions, a storm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both terrified and captivated her.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realization that she couldn't deny her feelings, that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couldn't force her heart to love someone it didn't, was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terrifying and exhilarating. It was a leap of faith, a trust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unpredictable path of her heart.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so, with a heavy heart, Sarah sought out Liam.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met under the old oak tree in the schoolyard, its branches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reaching out like protective arms, offering them a sanctuary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privacy.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"Liam," Sarah started, her voice trembling slightly. "I need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tell you something. I...I can't deny it anymore. I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feelings for you."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Liam's eyes widened, a flicker of hope and fear battling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them. He had been waiting for this moment, dreading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at the same time. "I knew it," he whispered,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barely a breath. "But...but what about Ben?"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Sarah's heart ached at the question, the weight of his concern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pressing down on her. "Ben is my best friend, Liam.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will be. But my feelings for you are different,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more...intense. They're real. I can't ignore them anymore."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Liam's gaze softened, his eyes searching hers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intensity that mirrored her own. "I'm scared," he admitted,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voice raw with vulnerability. "I've never felt this way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about anyone. And I'm scared of hurting Ben."</w:t>
      </w:r>
    </w:p>
    <w:p>
      <w:pPr>
        <w:autoSpaceDN w:val="0"/>
        <w:autoSpaceDE w:val="0"/>
        <w:widowControl/>
        <w:spacing w:line="360" w:lineRule="exact" w:before="360" w:after="0"/>
        <w:ind w:left="864" w:right="1296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understand," Sarah replied, reaching out to gently touch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hand. "But we can't live our lives based on fear, Liam.</w:t>
      </w:r>
    </w:p>
    <w:p>
      <w:pPr>
        <w:autoSpaceDN w:val="0"/>
        <w:autoSpaceDE w:val="0"/>
        <w:widowControl/>
        <w:spacing w:line="360" w:lineRule="exact" w:before="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have to listen to our hearts, even if it means facing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difficult choices. And I believe in us."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stood there for a long moment, their hands intertwined,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silent promise exchanged between their hearts. They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wouldn't be easy, that their journey would be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and uncertainties. But they also knew that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born in the crucible of shared vulnerability, was a force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be reckoned with, a fire that would burn bright,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illuminating their paths even through the darkest of nights.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nervous energy in the small, dimly 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room. The remnants of pizza boxes and empty soda cans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littered the floor, testaments to their marathon brainstorming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session. It had been a long night, fuelled by equal parts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coffee and determination, and the group was finally nearing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consensus. The whispers and hushed voices that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filling the room moments earlier were now replaced by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almost reverent silence.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"Okay, I think we have it," said Sarah, her eyes shining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newfound confidence. "It’s not perfect, but it’s a start."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cleared her throat, her voice slightly trembling as she read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aloud: "We promise to be true to ourselves and each other.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will stand up for what we believe in, even when it’s hard.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will never let fear silence our voices, and we will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strive to be better versions of ourselves."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room held its breath as Sarah finished. A slow wave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murmurs rippled through the group, each member nodding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agreement. This wasn't just a simple promise, it was a pact,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binding oath that embodied their journey thus far.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faced challenges, both individually and as a group,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tested their strength and pushed them to their limits.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it all, they had learned the importance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support, genuine compassion,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integrity.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“It’s about staying true to ourselves, no matter what,” said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his voice low and thoughtful. "It’s about being the best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version of ourselves, not for someone else, but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ourselves.” His words resonated with the group. They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was right. In a world filled with pressures to conform,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fit in, to chase a certain image, it was crucial to remember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they truly were. They needed this oath, this reminder,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 them navigate the complexities of adolescence, to stay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grounded in their values, and to never lose sight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individual journeys.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about more than just words," said Maya,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emotion. "It's about living these words,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making them a part of who we are." She looked around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room, her gaze meeting the eyes of each member. “It’s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being a force for good in the world, about leaving a positive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impact, even if it’s just a small one.” Maya’s words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powerful, echoing the shared purpose they had discovered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group. They weren't just a collection of individuals,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 united force, bound by their shared experiences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unwavering commitment to each other.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oath wasn't just about them, they knew that.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message they wanted to share with the world, a beacon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and inspiration for those who were struggling to find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voice, their purpose, their true selves. It was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power of friendship, the importance of authenticity,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 enduring strength of the human spirit.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room erupted in applause, the sound echoing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hallways as they finally felt a sense of completion,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understanding that they had created something truly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special. They had faced their trials, embraced their triumphs,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emerged stronger, more resilient, and more connected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than ever before. This oath was not just a reminder,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promise. It was a promise to themselves, to each other,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world that they would always strive to be their best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selves, to live with integrity, and to spread kindness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compassion wherever they went.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sun began to rise, painting the sky with hues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orange and pink, the group emerged from their makeshift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meeting room, their hearts filled with a newfound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purpose. They knew the journey ahead would not be easy,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they were no longer alone. They had each other,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oath, and they had the unwavering belief that together,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could achieve anything they set their minds to.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oath, in its simplicity and sincerity, had become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touchstone, a symbol of their journey, their strength,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unwavering commitment to each other. As they walked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the new day, they carried it with them, a silent promise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themselves and to the world that they would always strive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be true to themselves and to each other, to stand up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what they believed in, to never let fear silence their voices,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to always strive to be better versions of themselves.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The Unbreakable Bond, and they were ready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face the world together.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weeks that followed were a whirlwind of activity.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group, fueled by their shared purpose, threw themselves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studies, their extra-curricular activities, and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 to making a difference in their school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community. They organized fundraisers for local charities,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volunteered at homeless shelters, and spoke at school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assemblies about the importance of kindness, inclusion,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self-acceptance. The oath, written in elegant calligraphy on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framed piece of parchment, took pride of place on the wall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makeshift meeting room, a constant reminder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values that they were striving to live by.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commitment to authenticity didn’t stop with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community service, however. They also applied it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personal relationships. Liam, who had previously struggled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self-doubt and insecurity, finally mustered the courage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ask his crush, Emma, to the school dance. To his surprise,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said yes, and their relationship blossomed into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beautiful and genuine. Sarah, who had always been afraid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 her passion for writing, started a school blog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shared her thoughts and feelings. To her delight,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writing resonated with many students, who reached out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express their appreciation and support.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school year progressed, the group noticed a shift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atmosphere. The once-hostile environment began to feel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more welcoming, more accepting. The whispers of gossip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negativity were slowly replaced by the murmur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kindness and empathy. People began to see the impact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actions, to understand the importance of choosing to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kind, to be supportive, to be authentically themselves.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realised that change started with them, with the small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choices they made every day.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 sun began its descent, casting long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 across the school grounds, the group gathered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usual spot, their oath hanging on the wall behind them.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preparing for their final school assembly,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 of the year’s accomplishments,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growth and their shared journey. They felt a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pride, a sense of fulfillment, knowing that they had made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difference, not just in their own lives, but in the lives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classmates.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"It’s amazing how much can change in a year," said Maya,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gazing at the oath with a newfound sense of awe. “We didn’t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just make an oath, we lived it. We became it."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group nodded in agreement. They had weathered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trials, embraced the triumphs, and emerged stronger,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resilient, and more united than ever before. They knew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wouldn't end with graduation. This oath,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promise, was a commitment they would carry with them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throughout their lives, a guiding light to help them navigate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complexities of the world, to always strive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authenticity, to stand up for what they believed in, and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leave a positive impact on everyone they met. Their bond,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forged in the crucible of shared challenges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triumphs, was unbreakable. They were the Unbreakable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Bond, and they were ready to face the world.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hung heavy with anticipation, the familiar scent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rain and damp earth mingling with the nervous energy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pulsing through the crowded auditorium. It was the school's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annual talent show, a night where dreams took flight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anxieties danced on a tightrope. The group of friends, bound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 by their shared experiences and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understanding, sat huddled in the back row, their faces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illuminated by the flickering stage lights. Each member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group carried a weight of their own, a silent burden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fueled their unwavering support for one another. Sarah,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observer with a soul brimming with stories, worried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her upcoming poetry recital. She had poured her heart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soul into her words, but the fear of judgment gnawed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insides.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from her sat Liam, the charismatic leader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mischievous glint in his eyes. He had spent weeks practicing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guitar solo, hoping to impress the crowd with his raw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talent. Yet, beneath his confident facade, a deep insecurity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simmered. He had been bullied relentlessly for his passion,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 fear of ridicule lingered like a phantom.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Then there was Maya, the artist with a kaleidoscope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emotions swirling within her. She had chosen to showcase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intricate charcoal drawings, a visual manifestation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inner turmoil. The pressure of being judged on her artistic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vision weighed heavily upon her, but the support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friends gave her the courage to step onto the stage.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night unfolded like a kaleidoscope of hopes and dreams.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performance brought a mix of nervous laughter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genuine applause, a testament to the shared spirit of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 and encouragement that permeated the air.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talent show progressed, the tension mounted, weaving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way through the hearts of the friends.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Sarah's turn arrived, and she rose to the stage,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trembling slightly as she began to recite her poem.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tumbled out, raw and honest, painting vivid pictures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her inner world. The auditorium fell silent, mesmerized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vulnerability and the power of her words.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 followed, his fingers dancing effortlessly across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guitar strings as he poured his emotions into each note.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music resonated with the audience, a symphony of hope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resilience, a testament to his courage in the face of adversity.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Maya's drawings, displayed on a projector screen, filled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auditorium with a quiet sense of wonder. The audience,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captivated by the depth of emotion she conveyed through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art, felt the weight of her inner journey. As the last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performance ended, a wave of relief washed over the friends.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faced their fears, shared their vulnerabilities,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emerged stronger than ever before.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night, however, held a twist of fate, an unexpected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 that would test the strength of their bond. As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 gathered outside the auditorium, their laughter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echoing through the night, a group of older students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approached. The leader, a menacing figure with a sneer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etched on his face, sneered, "Look at these little losers.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think they can actually be talented?"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Sarah, her voice trembling, tried to speak up. "We're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losers. We're just trying our best." But her words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drowned out by the jeers and insults that rained down upon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Liam, his fists clenched tight, stepped forward,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eyes flashing with anger. "Leave us alone," he growled.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leader's smirk widened, and he grabbed Liam's arm,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dripping with menace. "You're nothing but a wannabe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musician. You'll never amount to anything."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that moment, Maya's artistic instinct took over.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been a silent observer, a careful student of the human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experience. She had witnessed countless acts of cruelty,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time, she couldn't stand by and watch. She reached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bag, pulling out a can of spray paint she always carried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impromptu art projects. With a swift movement,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unleashed a burst of vibrant colors onto the leader's shirt,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splash of defiance in the face of his aggression.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leader, taken aback by her audacity, stumbled back,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wide with surprise. His friends, equally shocked,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hesitated, their bravado crumbling in the face of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action. Maya, her eyes blazing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determination, stood tall, her voice ringing with newfound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confidence. "We are talented," she declared,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echoing through the night. "And we will not be silenced."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spurred on by her bravery, joined her, his guitar slung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 his shoulder like a shield. "Yeah," he added,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 bassline. "We're not going anywhere. You can try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intimidate us, but we'll always stand together."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leader, his anger replaced by a flicker of fear, mumbled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incoherent and retreated, his friends trailing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behind him, their swagger gone. The friends, their hearts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pounding with adrenaline, watched them disappear into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darkness, a sense of victory washing over them.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night, they discovered a new level of resilience,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understanding of the power of unity.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faced adversity together, their individual strengths merging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into an unbreakable bond. They had learned that courage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wasn't about being fearless, but about overcoming fear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support. They had learned that talent wasn't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individual skill, but about the collective energy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amplified their voices and empowered them to stand up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what they believed in.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first rays of dawn painted the sky with a soft, ethereal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light, they walked home, their steps lighter, their spirits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soaring. This was more than just a talent show;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turning point, a moment where they embraced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individuality, their shared vulnerability, and their collective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strength. This was the foundation of their unbreakable bond,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testament to the transformative power of friendship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face of adversity.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hallways buzzed with the usual pre-game jitters, but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Maya, the air felt thick with a different kind of tension.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school talent show was tonight, and she was about to take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stage for the first time, her guitar slung over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shoulder, her heart drumming a frantic rhythm against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ribs. The fear wasn't about failing; it was about exposing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part of herself she’d kept hidden for so long – her passion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music, a passion she’d buried under layers of self-doubt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 of judgment.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She’d confided in her friends about her anxieties, and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 had been a lifeline. But now, as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waited backstage, the familiar anxieties threatened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consume her. Her fingers traced the familiar grooves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guitar, the wood smooth and cool against her skin.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closed her eyes, taking a deep breath, imagining the warmth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spotlight, the cheers of the crowd, the sweet melody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guitar. It was a song she’d written, a song about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 and finding your voice, a song she’d poured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soul into.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“You got this, Maya,” whispered Alex, her best friend since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kindergarten, squeezing her hand. His words, simple yet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powerful, were a balm on her frayed nerves. Alex, with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infectious optimism and unwavering belief in her,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been her rock. He was the one who’d encouraged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join the school band, the one who’d stayed up late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her, patiently listening as she strummed her first chords.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her fears, her dreams, and he never wavered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wave of warmth washed over Maya. She wasn't alone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this. She had her friends, a family of choice, who were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anchor, her cheerleaders, her safe haven. They were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diverse group, a mix of personalities and talents, each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own unique struggles and dreams.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was Daniel, the quiet and thoughtful artist whose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talent for capturing the world on canvas spoke volumes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his inner world. He was battling social anxiety,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hard to connect with people. He was a master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observation, often sketching the world around him in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notebook, his quiet demeanor masking a depth of thought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emotion. He’d found solace in Maya’s music, the way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spoke to the unspoken emotions within him.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Then there was Sarah, the fiery and passionate advocate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social justice, whose outspoken nature sometimes got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trouble. She was battling with a difficult home situation,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feeling the pressure of responsibility at a young age.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and unwavering belief in standing up for what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right were infectious, inspiring those around her. She’d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admired Maya’s courage to express herself through music,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form of rebellion against the constraints of conformity.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lastly, there was Liam, the goofy and energetic athlete,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was grappling with his own struggles, facing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pressure of living up to his father's expectations. He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natural leader, his infectious humor and boundless energy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bringing laughter and joy to their group. He’d found solace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camaraderie they shared, the unspoken understanding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they were all in this together, facing life's challenges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united front.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music cue for her performance sounded, a gentle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that it was time. Maya took a deep breath,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support of her friends a comforting presence. Stepping onto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stage, the spotlight hit her, the warm glow familiar yet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exhilarating. She closed her eyes, remembering the countless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hours spent practicing, the anxieties that had threatened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derail her, and the strength she'd found in the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 of her friends. This was for them, for herself,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everyone who had ever doubted their own voice.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began to play, the melody flowing from her fingertips,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song a reflection of her journey, a testament to the power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resilience and the unbreakable bond of friendship.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music filled the room, resonating with the audience, reaching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their hearts, and for a moment, the world outside faded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away. The stage was hers, the music was hers, and the fear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had once consumed her was now replaced by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newfound confidence, a sense of purpose, a voice finally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unleashed.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last note faded, the audience erupted in a thunderous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applause. Maya’s heart overflowed with gratitude, a feeling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 profound, so deeply satisfying. She had not only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voice, but she had also found a family, a group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individuals who had become her anchor, her cheerleaders,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inspiration. Their journey, a tapestry of challenges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triumphs, had forged an unbreakable bond,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shared experiences, mutual support,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belief in each other’s potential.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journey had been a rollercoaster, filled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uncertainties and fears. But through it all, their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 had taught them invaluable lessons, lessons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went beyond the confines of their high school walls.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learned the importance of resilience, the power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empathy, the strength that comes from vulnerability,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 of genuine friendship. They had discovered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voices, their purpose, their place in the world, and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done it together.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walked out of the auditorium, arms around each other,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hearts full of pride and a sense of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accomplishment. The talent show was over, but their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far from finished. Life would throw them new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challenges, unexpected detours, and uncertain paths.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knew, with a certainty that resonated deep within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souls, that they would face them together, their bond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stronger than ever, their journey fueled by the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belief in each other's potential. They had found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unbreakable bond, a testament to the enduring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friendship, the magic of shared experiences,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resilience of the human spirit.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news spread through the hallways like wildfire,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whispers turning into panicked shouts. It was Sarah,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 of their little group, the one who always had a smile,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one who made everyone feel seen and heard. She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gone. Vanished without a trace.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shock hit them in waves, leaving them breathless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unsure. There was no explanation, no warning, just a sudden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void where Sarah had been. Their tightly knit group, forged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crucible of shared struggles and triumphs, felt like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fragile web, threatened to unravel.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the quiet observer, was the first to speak,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trembling. "We have to find her," he said, his usually calm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demeanor replaced by a desperate urgency.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initial fear quickly morphed into action.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scrambled to gather information, sifting through fragmented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clues, each piece adding to their growing anxiety. It wasn't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like Sarah to disappear without a word. She wouldn't leave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hanging, not without a reason.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police were involved, their methodical approach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 to the frantic energy that pulsed through the group.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searched Sarah's apartment, her belongings, anything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might offer a clue. They questioned her friends,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family, anyone who might have known something. Days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turned into weeks, and hope began to dwindle.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weight of uncertainty pressed down on them,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threatening to crush them. Their usual laughter and playful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banter were replaced by a heavy silence. Their shared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experiences, the foundation of their bond, felt distant,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 frayed by fear and doubt.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afternoon, as they gathered at their usual spot,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corner table in the school cafeteria, the silence was broken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a small, hesitant voice. It was Maya, the quiet artist,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eyes red-rimmed.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remember something," she whispered, her voice catching.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"Sarah mentioned a place, a place where she often went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think, a place that meant something to her."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listened intently, their hearts pounding with a flicker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hope. Maya struggled to recall the details, her memory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clouded by their shared anxiety. But then, with a sudden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burst of clarity, she spoke.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park," she said, her voice firming with conviction. "The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 near the old oak tree, by the river."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park, a place of solace and reflection, a place where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spent countless hours, sharing dreams and anxieties,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forging their bond. It was a familiar haven, a sanctuary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memories.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rushed to the park, their footsteps echoing their urgent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hope. The air was thick with the scent of pine and damp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earth, the familiar sounds of nature a balm against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anxieties. They searched frantically, calling Sarah's name,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voices lost in the rustling leaves and the gurgling river.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sun began its descent, painting the sky in hues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orange and purple, a sense of despair settled over them.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about to give up when Liam, his eyes scanning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park, spotted a small, familiar object lying hidden beneath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bush. It was Sarah's favorite scarf, the one she always wore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when she felt lost or anxious.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hearts pounded in their chests as they pushed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thick undergrowth. There, huddled beneath the old oak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tree, its branches reaching out like protective arms,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Sarah. She was asleep, her face pale and drawn, but she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safe.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Relief washed over them like a tidal wave, breaking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tension that had gripped them for weeks. They rushed to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side, their voices choked with emotion.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"Sarah, thank goodness," Emily whispered, her voice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breaking. She wrapped her arms around Sarah, her embrace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testament to their unbreakable bond.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Sarah woke, blinking in the fading light, she was met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a sea of faces, each one filled with relief and love.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"What happened?" she asked, her voice weak.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shared the details of their frantic search, their worry,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relentless hope. Sarah listened, her eyes welling up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tears, her heart overflowing with gratitude for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support.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just… I needed to get away," she said, her voice barely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above a whisper. "I felt lost, like I was drowning in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everything, and I needed a moment to breathe."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understood. They had all felt that way, lost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overwhelmed at times, but they had each other, a source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and support. They had navigated the treacherous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waters of adolescence together, and their bond had only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grown stronger, their connection forged in the crucible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 experiences.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walked back towards the school, their steps lighter,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hearts full, they knew that nothing could break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bond. They were a team, a family, a source of strength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other, no matter what life threw their way.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Unbreakable Bond.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hung thick with the weight of expectation, a tangible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force that pressed down on them all. In the heart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bustling high school cafeteria, amidst the clatter of trays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buzz of lunchtime chatter, a sense of unease settled over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group. They were all navigating the turbulent waters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adolescence, each grappling with their own unique trials,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somehow, they had found solace in each other's company.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Anya, the quiet observer, had always been a loner, content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own world of books and art. But a recent encounter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group of bullies had left her feeling vulnerable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isolated. Liam, the athletic star, carried the burden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father's expectations, a pressure that weighed heavily on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shoulders. Emily, the bubbly and outgoing one, masked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deep-seated fear of failure, a constant reminder of her past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missteps. And then there was Ben, the shy musician,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struggled to find his voice, his talent overshadowed by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own self-doubt.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gathered at their usual table, a sense of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bloomed between them. They had all faced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doubt and despair, moments that had tested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resolve and left them questioning their own worth. Yet,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found solace in each other's company, a silent pact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forged through mutual understanding and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experiences.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just don't understand," Anya whispered, her voice barely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audible above the din. "Why do they pick on me? I haven't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done anything to them."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with his trademark empathy, placed a comforting hand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her shoulder. "It's not about you," he said softly. "It's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them. They're insecure, and they try to make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themselves feel better by putting others down."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"Yeah, but it hurts," Anya mumbled, her eyes welling up.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Emily, ever the optimist, chimed in, "We're here for you,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Anya. We've got your back."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Ben, usually reserved, nodded in agreement. "You're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alone in this."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words, simple as they were, carried the weight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promise, a silent vow to stand by each other, no matter what.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that moment, a sense of unity washed over them,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 that transcended words. They had found a safe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haven in each other's company, a refuge from the storms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raging within and without.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days were a blur of tests, deadlines, and social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pressures. Each of them faced their own battles,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 struggles playing out in the background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journey. Anya found solace in the rhythm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brushstrokes, the colors a vibrant reflection of her inner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turmoil. Liam channeled his anxieties into the discipline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training, pushing himself harder to prove his worth.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Emily sought comfort in the laughter and camaraderie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friends, her bubbly personality a shield against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insecurities. And Ben poured his heart into his music,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melodies a poignant expression of his unspoken desires.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it all, they remained connected, their bond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deepening with each passing moment. They shared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triumphs and their failures, their joys and their sorrows, their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hopes and their fears. They learned to rely on each other,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find strength in each other's support.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afternoon, as they huddled together in the library,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struggling through a particularly challenging assignment,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disillusionment crept in. The weight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academic pressures seemed to be crushing them, their hopes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the future dimming with every passing hour.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"I'm starting to think this is all just a big, pointless exercise,"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 admitted, his voice laced with frustration. "What's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point of all this stress and pressure if it doesn't even lead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anything meaningful?"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"Don't say that, Liam," Anya said, her voice firm but gentle.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"There has to be a reason for all this."</w:t>
      </w:r>
    </w:p>
    <w:p>
      <w:pPr>
        <w:autoSpaceDN w:val="0"/>
        <w:autoSpaceDE w:val="0"/>
        <w:widowControl/>
        <w:spacing w:line="360" w:lineRule="exact" w:before="360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"Yeah, but what is it?" Liam countered, his frustration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growing.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Emily, ever the pragmatist, interjected, "Look, I know it's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tough right now, but we're all in this together. And if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stick together, we can get through this."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words struck a chord with them, a reminder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purpose that had brought them together in the first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place. They were not just a group of students; they were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team, a family, united by a common goal.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that moment, a sense of purpose settled over them,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renewed determination to overcome the challenges that lay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ahead. They were not just individuals facing the world;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were a force, a collective entity that could conquer anything.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weeks turned into months, their bond grew stronger,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connection deepening with every shared experience.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celebrated each other's victories, offering solace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other's defeats. They learned to trust each other, to lean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each other, to be a source of strength and support.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more than just friends; they were a family, bound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 by an unbreakable bond.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turning point came unexpectedly, a catalyst that shook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to their core. It began with a whispered secret, a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vulnerability that exposed the fragile nature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connection. Anya, struggling with a personal crisis, confided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her friends, her fear and doubt spilling out like a dam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breaking.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others listened, their hearts heavy with concern.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never seen Anya so vulnerable, so raw. They had seen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strength, her resilience, but in that moment, they saw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fragility, her fear.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"It's okay, Anya," Emily said, her voice filled with warmth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compassion. "We're here for you. We've got your back."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ever the protector, nodded in agreement. "Whatever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you're going through, we're here for you."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Ben, usually shy and reserved, reached out and squeezed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Anya's hand, a silent gesture of support. "You're not alone."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that moment, their bond transcended words, a silent pact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forged in the crucible of shared vulnerability. They had faced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before, but this was different. This was a test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resilience, a test of their loyalty, a test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unbreakable bond.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they passed. They rallied around Anya, offering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support, their comfort, their strength. They shared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resources, their time, their energy, everything they had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offer. They were a united force, a beacon of hope in Anya's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darkest hour.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it all, they learned a profound lesson. They learned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power of empathy, the strength of compassion,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importance of vulnerability. They learned that true friendship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is not about perfection; it's about acceptance, support,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loyalty.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as Anya emerged from her ordeal, stronger and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resilient than ever before, she realized the depth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bond. She realized that she wasn't just a member of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group; she was an integral part of it, her spirit interwoven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theirs.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experience had transformed them all. They had faced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fears, embraced their vulnerabilities, and emerged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stronger, more resilient, more connected than ever before.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discovered the true meaning of friendship,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 of unity, the strength of an unbreakable bond.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in those moments of vulnerability, those times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struggle and shared triumph, that they discovered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true meaning of their connection. They discovered that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not just a group of individuals; they were a collective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force, a family bound by an unbreakable bond.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world outside their circle buzzed with its own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challenges, its own complexities, its own demands.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their little haven, they found solace, support,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belonging that transcended the boundaries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 lives. They found strength in each other, purpose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their shared journey, and a sense of hope that illuminated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path ahead.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those moments of shared vulnerability, they discovered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power of their connection. They discovered that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not just a group of individuals; they were a collective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force, a family bound by an unbreakable bond. The world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outside their circle buzzed with its own challenges, its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complexities, its own demands. But within their little haven,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found solace, support, and a sense of belonging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the boundaries of their individual lives.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strength in each other, purpose in their shared journey,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a sense of hope that illuminated the path ahead.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story, however, was not just about their personal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journey. It was a story for all those who had ever felt alone,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had ever struggled to find their place in the world.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story of resilience, of friendship, of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human connection. It was a story that whispered a profound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truth: that we are never truly alone, that we are all connected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an invisible thread, and that together, we can overcome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 obstacle, embrace any challenge, and find our way 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brighter future.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was the story of their unbreakable bond, a story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whispered a profound truth: that we are never truly alone,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we are all connected by an invisible thread, and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we can overcome any obstacle, embrace any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challenge, and find our way to a brighter future.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Title of Subsection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graduation ceremony was a blur of confetti and cheers,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joyous symphony of accomplishment echoing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air. As the sun dipped below the horizon, casting long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 across the sprawling campus, the group huddled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their faces illuminated by the fading light.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come a long way, these unlikely friends, from nervous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freshmen navigating the hallways of their new school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graduating seniors, ready to embark on the next chapter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lives. Their journey had been a rollercoaster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emotions, filled with triumphs and setbacks, laughter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tears, but through it all, their bond had only grown stronger.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faced challenges head-on, from academic anxieties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familial conflicts, each hurdle making their connection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more resilient. Maya, the quiet artist with a passion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capturing the world in her sketches, had found solace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 dreams and vulnerabilities. She had blossomed under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encouragement, her art reflecting the depth of her spirit.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Ethan, the charismatic athlete with a hidden insecurity,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learned to embrace his imperfections. He had discovered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vulnerability, finding strength in sharing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struggles with his friends. Together, they had navigated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complexities of first loves, the bittersweet pangs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heartbreak, and the exhilaration of new beginnings.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was Liam, the introspective writer with a penchant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finding beauty in the mundane. His words, like whispers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wind, had helped them navigate the labyrinth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emotions. He had learned the art of communication,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voice through their shared experiences. And then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was Sarah, the pragmatic leader with a heart of gold. She had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guided them through stormy seas, her unwavering belief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potential a beacon of hope in times of doubt.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stood on the precipice of adulthood, their hearts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swelled with a mixture of excitement and apprehension.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stretched before them, vast and uncertain, yet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they weren't alone. They had each other, a tapestry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woven from shared experiences, a testament to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unbreakable bond. They had learned the true meaning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friendship, the power of resilience, and the beauty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embracing their authentic selves.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graduation ceremony had been a culmination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journey, a celebration of their individual triumphs and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collective strength. But it was only the beginning. The world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awaited them, a canvas upon which they would paint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dreams, a stage upon which they would perform their lives.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walked out of the auditorium, hand in hand, a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purpose filled their hearts. They were ready to face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whatever came their way, their bond forged in the fires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adversity, their spirits soaring on the wings of hope.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held endless possibilities, and they were determined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embrace them, together.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 the next few months, they remained close, offering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 support as they navigated the daunting world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college applications, job interviews, and the bittersweet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goodbye to their high school years. Sarah, with her innate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leadership skills, took the initiative to organize weekly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meetups, ensuring they stayed connected even amidst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chaos of their newfound independence.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Liam, now a budding journalist with a knack for capturing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human experience, documented their journey,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chronicling their individual struggles and collective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triumphs. His words flowed like a river, weaving together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tapestry of their lives, a testament to their unbreakable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bond. Ethan, excelling in his chosen sport, found a newfound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confidence, his past insecurities fading into the background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as he pursued his athletic dreams.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Maya, her art evolving with each brushstroke, began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showcasing her work in local galleries, her canvases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reflecting the resilience of her spirit, the beauty she saw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world, and the profound impact her friends had on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life.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had not been without its bumps and detours,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they had learned to lean on each other, offering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shoulder to cry on, a hand to hold, a voice of reason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moments of despair. They had discovered that the true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of their bond lay in their willingness to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vulnerable, to share their fears and aspirations, to celebrate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other's triumphs and offer solace during times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hardship.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embarked on their separate paths, they carried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lessons learned from their high school years, the memories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etched in their hearts like precious jewels. They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discovered the true meaning of friendship,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and the importance of embracing their authentic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selves. Their bond, forged in the crucible of their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experiences, had become their compass, guiding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through the uncharted territories of life.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individual journeys were only just beginning, but 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thing was certain: their bond, unbreakable and ever-lasting,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continue to be their unwavering support, their source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strength, their compass in the vast ocean of life.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no longer just classmates, teammates, or even friends;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were family, bound together by the invisible threads of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230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experiences, their triumphs, and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vulnerabilities.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Years later, as they gathered for their high school reunion,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reminisced about the incredible journey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shared. They had grown as individuals, pursuing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passions, achieving their goals, and navigating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complexities of life with a newfound confidence.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fallen in love, faced heartbreak, and found solace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 support of their friends.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raised their glasses in a toast to their unbreakable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bond, they realised the profound impact their shared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 had had on their lives. Their journey had taught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the importance of resilience, the power of vulnerability,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 beauty of embracing their true selves.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tapestry of their lives, woven together with threads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tears, and unwavering support, was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enduring strength of their bond. They had found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place in the world, stronger together, their hearts forever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intertwined, their journey a testament to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friendship, resilience, and the unbreakable bond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forged.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Acknowledgments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book is a testament to the power of human connection,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I am eternally grateful to those who have enriched my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 as an author and educator. First and foremost, my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heartfelt thanks go to the incredible young people who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inspired me with their resilience, creativity,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spirit. Your stories have shaped this narrative and fueled my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passion for empowering you to reach your full potential.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 am deeply indebted to my family and friends for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 and encouragement. Your belief in 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has been my guiding light, and your love has sustained 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through the highs and lows of the writing process.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Special gratitude to the educators who have nurtured my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for literature and storytelling. Your dedication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fostering young minds has left an indelible mark on my life,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I am forever inspired by your commitment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empowering students.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Finally, I want to extend my sincere appreciation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readers who have embarked on this literary journey with me.</w:t>
      </w:r>
    </w:p>
    <w:p>
      <w:pPr>
        <w:autoSpaceDN w:val="0"/>
        <w:autoSpaceDE w:val="0"/>
        <w:widowControl/>
        <w:spacing w:line="360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engagement with "The Unbreakable Bond" is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greatest reward an author could ask for. I hope this story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resonates with you, ignites your own spirit, and inspires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forge your own unbreakable bonds.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Appendix</w:t>
      </w:r>
    </w:p>
    <w:p>
      <w:pPr>
        <w:autoSpaceDN w:val="0"/>
        <w:autoSpaceDE w:val="0"/>
        <w:widowControl/>
        <w:spacing w:line="332" w:lineRule="exact" w:before="48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A. The Unbreakable Bond Oath:</w:t>
      </w:r>
    </w:p>
    <w:p>
      <w:pPr>
        <w:autoSpaceDN w:val="0"/>
        <w:autoSpaceDE w:val="0"/>
        <w:widowControl/>
        <w:spacing w:line="360" w:lineRule="exact" w:before="360" w:after="0"/>
        <w:ind w:left="1000" w:right="403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stand together, a united force,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hearts open and voices strong.</w:t>
      </w:r>
    </w:p>
    <w:p>
      <w:pPr>
        <w:autoSpaceDN w:val="0"/>
        <w:autoSpaceDE w:val="0"/>
        <w:widowControl/>
        <w:spacing w:line="360" w:lineRule="exact" w:before="0" w:after="0"/>
        <w:ind w:left="1000" w:right="216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embrace our strengths, celebrate our differences,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challenge ourselves to grow.</w:t>
      </w:r>
    </w:p>
    <w:p>
      <w:pPr>
        <w:autoSpaceDN w:val="0"/>
        <w:autoSpaceDE w:val="0"/>
        <w:widowControl/>
        <w:spacing w:line="360" w:lineRule="exact" w:before="0" w:after="0"/>
        <w:ind w:left="1000" w:right="331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speak with kindness, act with integrity,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live with authenticity.</w:t>
      </w:r>
    </w:p>
    <w:p>
      <w:pPr>
        <w:autoSpaceDN w:val="0"/>
        <w:autoSpaceDE w:val="0"/>
        <w:widowControl/>
        <w:spacing w:line="360" w:lineRule="exact" w:before="0" w:after="0"/>
        <w:ind w:left="1000" w:right="417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pledge to support one another,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triumphs and trials,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Forging an unbreakable bond,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will last a lifetime.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Together, we rise."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Glossary</w:t>
      </w:r>
    </w:p>
    <w:p>
      <w:pPr>
        <w:autoSpaceDN w:val="0"/>
        <w:autoSpaceDE w:val="0"/>
        <w:widowControl/>
        <w:spacing w:line="360" w:lineRule="exact" w:before="456" w:after="0"/>
        <w:ind w:left="1000" w:right="1584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Resilience: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ability to adapt and thrive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adversity.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Integrity: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Adhering to strong moral and ethical principles.</w:t>
      </w:r>
    </w:p>
    <w:p>
      <w:pPr>
        <w:autoSpaceDN w:val="0"/>
        <w:autoSpaceDE w:val="0"/>
        <w:widowControl/>
        <w:spacing w:line="360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Authenticity: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Being true to oneself and one's values. </w:t>
      </w:r>
      <w:r>
        <w:rPr>
          <w:rFonts w:ascii="LiberationSerif" w:hAnsi="LiberationSerif" w:eastAsia="LiberationSerif"/>
          <w:b/>
          <w:i w:val="0"/>
          <w:color w:val="000000"/>
          <w:sz w:val="30"/>
        </w:rPr>
        <w:t>Self-discovery: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process of learning about oneself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one's potential.</w:t>
      </w:r>
    </w:p>
    <w:p>
      <w:pPr>
        <w:autoSpaceDN w:val="0"/>
        <w:autoSpaceDE w:val="0"/>
        <w:widowControl/>
        <w:spacing w:line="360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Empowerment: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Providing individuals with the tools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confidence to take control of their lives.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References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section should include a list of books, articles, websites,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 other resources that were used as sources for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information presented in the book.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Author Biography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[Your Name] is an inspirational author and educator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passion for empowering young people. With a background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fiction writing, [Your Name] has always been drawn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 that explore themes of resilience, self-discovery,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human connection.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[Your Name] is dedicated to creating narratives that resonate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young readers, encouraging them to embrace their true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selves and find their place in the world.</w:t>
      </w:r>
    </w:p>
    <w:p>
      <w:pPr>
        <w:autoSpaceDN w:val="0"/>
        <w:autoSpaceDE w:val="0"/>
        <w:widowControl/>
        <w:spacing w:line="360" w:lineRule="exact" w:before="36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When [Your Name] is not writing, [Your Name] enjoys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spending time with family and friends, exploring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outdoors, and volunteering in the community.</w:t>
      </w:r>
    </w:p>
    <w:sectPr w:rsidR="00FC693F" w:rsidRPr="0006063C" w:rsidSect="00034616">
      <w:pgSz w:w="12240" w:h="15840"/>
      <w:pgMar w:top="0" w:right="1420" w:bottom="0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