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672A6659" wp14:textId="77777777">
      <w:pPr>
        <w:autoSpaceDN w:val="0"/>
        <w:autoSpaceDE w:val="0"/>
        <w:widowControl/>
        <w:spacing w:before="0" w:after="500" w:line="220" w:lineRule="exact"/>
        <w:ind w:left="0" w:right="0"/>
      </w:pPr>
    </w:p>
    <w:p xmlns:wp14="http://schemas.microsoft.com/office/word/2010/wordml" w14:paraId="1D691C7C" wp14:textId="77777777">
      <w:pPr>
        <w:autoSpaceDN w:val="0"/>
        <w:autoSpaceDE w:val="0"/>
        <w:widowControl/>
        <w:spacing w:before="370" w:after="0" w:line="720" w:lineRule="exact"/>
        <w:ind w:left="1000" w:right="1872" w:firstLine="0"/>
        <w:jc w:val="left"/>
      </w:pPr>
      <w:r>
        <w:rPr>
          <w:rFonts w:ascii="LiberationSerif" w:hAnsi="LiberationSerif" w:eastAsia="LiberationSerif"/>
          <w:b/>
          <w:i w:val="0"/>
          <w:color w:val="000000"/>
          <w:sz w:val="60"/>
        </w:rPr>
        <w:t xml:space="preserve">The Unbreakable Bond: </w:t>
      </w:r>
      <w:r>
        <w:rPr>
          <w:rFonts w:ascii="LiberationSerif" w:hAnsi="LiberationSerif" w:eastAsia="LiberationSerif"/>
          <w:b/>
          <w:i w:val="0"/>
          <w:color w:val="000000"/>
          <w:sz w:val="60"/>
        </w:rPr>
        <w:t xml:space="preserve">Finding Your Strength in </w:t>
      </w:r>
      <w:r>
        <w:rPr>
          <w:rFonts w:ascii="LiberationSerif" w:hAnsi="LiberationSerif" w:eastAsia="LiberationSerif"/>
          <w:b/>
          <w:i w:val="0"/>
          <w:color w:val="000000"/>
          <w:sz w:val="60"/>
        </w:rPr>
        <w:t>the Storm</w:t>
      </w:r>
    </w:p>
    <w:p xmlns:wp14="http://schemas.microsoft.com/office/word/2010/wordml" w14:paraId="0A37501D" wp14:textId="77777777">
      <w:pPr>
        <w:sectPr>
          <w:pgSz w:w="12240" w:h="15840" w:orient="portrait"/>
          <w:pgMar w:top="720" w:right="1420" w:bottom="0" w:left="1440" w:header="720" w:footer="720" w:gutter="0"/>
          <w:cols/>
          <w:docGrid w:linePitch="360"/>
        </w:sectPr>
      </w:pPr>
    </w:p>
    <w:p xmlns:wp14="http://schemas.microsoft.com/office/word/2010/wordml" w14:paraId="137042EC" wp14:textId="77777777">
      <w:pPr>
        <w:autoSpaceDN w:val="0"/>
        <w:autoSpaceDE w:val="0"/>
        <w:widowControl/>
        <w:spacing w:before="1904" w:after="0" w:line="374" w:lineRule="exact"/>
        <w:ind w:left="1000" w:right="0" w:firstLine="0"/>
        <w:jc w:val="left"/>
      </w:pPr>
      <w:r w:rsidRPr="23964F6E" w:rsidR="23964F6E">
        <w:rPr>
          <w:rFonts w:ascii="LiberationSerif" w:hAnsi="LiberationSerif" w:eastAsia="LiberationSerif"/>
          <w:b w:val="1"/>
          <w:bCs w:val="1"/>
          <w:i w:val="0"/>
          <w:iCs w:val="0"/>
          <w:color w:val="000000" w:themeColor="text1" w:themeTint="FF" w:themeShade="FF"/>
          <w:sz w:val="34"/>
          <w:szCs w:val="34"/>
        </w:rPr>
        <w:t>Dedication</w:t>
      </w:r>
    </w:p>
    <w:p w:rsidR="23964F6E" w:rsidP="23964F6E" w:rsidRDefault="23964F6E" w14:paraId="3A3C28B7" w14:textId="25AB665C">
      <w:pPr>
        <w:pStyle w:val="Normal"/>
        <w:ind w:firstLine="0"/>
        <w:rPr>
          <w:rFonts w:ascii="Poppins" w:hAnsi="Poppins" w:eastAsia="Poppins" w:cs="Poppins"/>
          <w:b w:val="0"/>
          <w:bCs w:val="0"/>
          <w:i w:val="0"/>
          <w:iCs w:val="0"/>
          <w:caps w:val="0"/>
          <w:smallCaps w:val="0"/>
          <w:noProof w:val="0"/>
          <w:color w:val="072749"/>
          <w:sz w:val="21"/>
          <w:szCs w:val="21"/>
          <w:lang w:val="en-US"/>
        </w:rPr>
      </w:pPr>
    </w:p>
    <w:p w:rsidR="23964F6E" w:rsidP="23964F6E" w:rsidRDefault="23964F6E" w14:paraId="29B660BE" w14:textId="7C445334">
      <w:pPr>
        <w:pStyle w:val="Normal"/>
        <w:ind w:firstLine="0"/>
        <w:rPr>
          <w:rFonts w:ascii="Poppins" w:hAnsi="Poppins" w:eastAsia="Poppins" w:cs="Poppins"/>
          <w:b w:val="0"/>
          <w:bCs w:val="0"/>
          <w:i w:val="0"/>
          <w:iCs w:val="0"/>
          <w:caps w:val="0"/>
          <w:smallCaps w:val="0"/>
          <w:noProof w:val="0"/>
          <w:color w:val="072749"/>
          <w:sz w:val="21"/>
          <w:szCs w:val="21"/>
          <w:lang w:val="en-US"/>
        </w:rPr>
      </w:pPr>
    </w:p>
    <w:p w:rsidR="052C2049" w:rsidP="23964F6E" w:rsidRDefault="052C2049" w14:paraId="2A18D22E" w14:textId="2387D0A7">
      <w:pPr>
        <w:pStyle w:val="Normal"/>
        <w:rPr>
          <w:rFonts w:ascii="Poppins" w:hAnsi="Poppins" w:eastAsia="Poppins" w:cs="Poppins"/>
          <w:b w:val="0"/>
          <w:bCs w:val="0"/>
          <w:i w:val="0"/>
          <w:iCs w:val="0"/>
          <w:caps w:val="0"/>
          <w:smallCaps w:val="0"/>
          <w:noProof w:val="0"/>
          <w:color w:val="072749"/>
          <w:sz w:val="21"/>
          <w:szCs w:val="21"/>
          <w:lang w:val="en-US"/>
        </w:rPr>
        <w:sectPr>
          <w:pgSz w:w="12240" w:h="15840" w:orient="portrait"/>
          <w:pgMar w:top="0" w:right="1420" w:bottom="0" w:left="1440" w:header="720" w:footer="720" w:gutter="0"/>
          <w:cols/>
          <w:docGrid w:linePitch="360"/>
        </w:sectPr>
      </w:pPr>
      <w:r w:rsidRPr="23964F6E" w:rsidR="052C2049">
        <w:rPr>
          <w:b w:val="0"/>
          <w:bCs w:val="0"/>
          <w:i w:val="0"/>
          <w:iCs w:val="0"/>
          <w:noProof w:val="0"/>
          <w:lang w:val="en-US"/>
        </w:rPr>
        <w:t xml:space="preserve">This book is dedicated to all the young souls who have the audacity to dream, who confront obstacles with bravery, and who discover resilience in the enduring connections of friendship. May this narrative encourage you to embrace your true selves and discover your place in the world. </w:t>
      </w:r>
      <w:r>
        <w:br/>
      </w:r>
    </w:p>
    <w:p xmlns:wp14="http://schemas.microsoft.com/office/word/2010/wordml" w14:paraId="2A9C63B6"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Preface</w:t>
      </w:r>
    </w:p>
    <w:p xmlns:wp14="http://schemas.microsoft.com/office/word/2010/wordml" w14:paraId="3DC5ED7C"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As an author and educator, I've always been passionate about </w:t>
      </w:r>
      <w:r>
        <w:rPr>
          <w:rFonts w:ascii="LiberationSerif" w:hAnsi="LiberationSerif" w:eastAsia="LiberationSerif"/>
          <w:b w:val="0"/>
          <w:i w:val="0"/>
          <w:color w:val="000000"/>
          <w:sz w:val="30"/>
        </w:rPr>
        <w:t xml:space="preserve">empowering young people. I believe in the transformative </w:t>
      </w:r>
      <w:r>
        <w:rPr>
          <w:rFonts w:ascii="LiberationSerif" w:hAnsi="LiberationSerif" w:eastAsia="LiberationSerif"/>
          <w:b w:val="0"/>
          <w:i w:val="0"/>
          <w:color w:val="000000"/>
          <w:sz w:val="30"/>
        </w:rPr>
        <w:t xml:space="preserve">power of stories, their ability to connect us, teach us, and </w:t>
      </w:r>
      <w:r>
        <w:rPr>
          <w:rFonts w:ascii="LiberationSerif" w:hAnsi="LiberationSerif" w:eastAsia="LiberationSerif"/>
          <w:b w:val="0"/>
          <w:i w:val="0"/>
          <w:color w:val="000000"/>
          <w:sz w:val="30"/>
        </w:rPr>
        <w:t xml:space="preserve">inspire us to become our best selves. "The Unbreakable </w:t>
      </w:r>
      <w:r>
        <w:rPr>
          <w:rFonts w:ascii="LiberationSerif" w:hAnsi="LiberationSerif" w:eastAsia="LiberationSerif"/>
          <w:b w:val="0"/>
          <w:i w:val="0"/>
          <w:color w:val="000000"/>
          <w:sz w:val="30"/>
        </w:rPr>
        <w:t>Bond" is a story born from this belief.</w:t>
      </w:r>
    </w:p>
    <w:p xmlns:wp14="http://schemas.microsoft.com/office/word/2010/wordml" w14:paraId="743EBAE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This book explores the universal experiences of adolescence</w:t>
      </w:r>
      <w:r>
        <w:rPr>
          <w:rFonts w:ascii="LiberationSerif" w:hAnsi="LiberationSerif" w:eastAsia="LiberationSerif"/>
          <w:b w:val="0"/>
          <w:i w:val="0"/>
          <w:color w:val="000000"/>
          <w:sz w:val="30"/>
        </w:rPr>
        <w:t>– the struggles, the triumphs, the friendships, the self-</w:t>
      </w:r>
      <w:r>
        <w:br/>
      </w:r>
      <w:r>
        <w:rPr>
          <w:rFonts w:ascii="LiberationSerif" w:hAnsi="LiberationSerif" w:eastAsia="LiberationSerif"/>
          <w:b w:val="0"/>
          <w:i w:val="0"/>
          <w:color w:val="000000"/>
          <w:sz w:val="30"/>
        </w:rPr>
        <w:t xml:space="preserve">discovery. It's a journey of resilience, a testament to the </w:t>
      </w:r>
      <w:r>
        <w:rPr>
          <w:rFonts w:ascii="LiberationSerif" w:hAnsi="LiberationSerif" w:eastAsia="LiberationSerif"/>
          <w:b w:val="0"/>
          <w:i w:val="0"/>
          <w:color w:val="000000"/>
          <w:sz w:val="30"/>
        </w:rPr>
        <w:t xml:space="preserve">power of human connection, and a celebration of the unique </w:t>
      </w:r>
      <w:r>
        <w:rPr>
          <w:rFonts w:ascii="LiberationSerif" w:hAnsi="LiberationSerif" w:eastAsia="LiberationSerif"/>
          <w:b w:val="0"/>
          <w:i w:val="0"/>
          <w:color w:val="000000"/>
          <w:sz w:val="30"/>
        </w:rPr>
        <w:t>beauty in each of us.</w:t>
      </w:r>
    </w:p>
    <w:p xmlns:wp14="http://schemas.microsoft.com/office/word/2010/wordml" w14:paraId="54F35362"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 hope that as you read these pages, you'll find yourself </w:t>
      </w:r>
      <w:r>
        <w:rPr>
          <w:rFonts w:ascii="LiberationSerif" w:hAnsi="LiberationSerif" w:eastAsia="LiberationSerif"/>
          <w:b w:val="0"/>
          <w:i w:val="0"/>
          <w:color w:val="000000"/>
          <w:sz w:val="30"/>
        </w:rPr>
        <w:t xml:space="preserve">reflected in the characters, their joys and sorrows, their </w:t>
      </w:r>
      <w:r>
        <w:rPr>
          <w:rFonts w:ascii="LiberationSerif" w:hAnsi="LiberationSerif" w:eastAsia="LiberationSerif"/>
          <w:b w:val="0"/>
          <w:i w:val="0"/>
          <w:color w:val="000000"/>
          <w:sz w:val="30"/>
        </w:rPr>
        <w:t xml:space="preserve">vulnerabilities and strengths. May this story ignite your own </w:t>
      </w:r>
      <w:r>
        <w:rPr>
          <w:rFonts w:ascii="LiberationSerif" w:hAnsi="LiberationSerif" w:eastAsia="LiberationSerif"/>
          <w:b w:val="0"/>
          <w:i w:val="0"/>
          <w:color w:val="000000"/>
          <w:sz w:val="30"/>
        </w:rPr>
        <w:t xml:space="preserve">spirit, remind you of your own inner strength, and inspire </w:t>
      </w:r>
      <w:r>
        <w:rPr>
          <w:rFonts w:ascii="LiberationSerif" w:hAnsi="LiberationSerif" w:eastAsia="LiberationSerif"/>
          <w:b w:val="0"/>
          <w:i w:val="0"/>
          <w:color w:val="000000"/>
          <w:sz w:val="30"/>
        </w:rPr>
        <w:t>you to create your own unbreakable bonds.</w:t>
      </w:r>
    </w:p>
    <w:p xmlns:wp14="http://schemas.microsoft.com/office/word/2010/wordml" w14:paraId="02EB378F" wp14:textId="77777777">
      <w:pPr>
        <w:sectPr>
          <w:pgSz w:w="12240" w:h="15840" w:orient="portrait"/>
          <w:pgMar w:top="0" w:right="1420" w:bottom="0" w:left="1440" w:header="720" w:footer="720" w:gutter="0"/>
          <w:cols/>
          <w:docGrid w:linePitch="360"/>
        </w:sectPr>
      </w:pPr>
    </w:p>
    <w:p xmlns:wp14="http://schemas.microsoft.com/office/word/2010/wordml" w14:paraId="3E7A9F1C"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Introduction</w:t>
      </w:r>
    </w:p>
    <w:p xmlns:wp14="http://schemas.microsoft.com/office/word/2010/wordml" w14:paraId="608826A2" wp14:textId="77777777">
      <w:pPr>
        <w:autoSpaceDN w:val="0"/>
        <w:autoSpaceDE w:val="0"/>
        <w:widowControl/>
        <w:spacing w:before="456" w:after="0" w:line="360" w:lineRule="exact"/>
        <w:ind w:left="1000" w:right="1296" w:firstLine="0"/>
        <w:jc w:val="left"/>
      </w:pPr>
      <w:r>
        <w:rPr>
          <w:rFonts w:ascii="LiberationSerif" w:hAnsi="LiberationSerif" w:eastAsia="LiberationSerif"/>
          <w:b w:val="0"/>
          <w:i w:val="0"/>
          <w:color w:val="000000"/>
          <w:sz w:val="30"/>
        </w:rPr>
        <w:t xml:space="preserve">We are all unique, each with our own story to tell. But we </w:t>
      </w:r>
      <w:r>
        <w:rPr>
          <w:rFonts w:ascii="LiberationSerif" w:hAnsi="LiberationSerif" w:eastAsia="LiberationSerif"/>
          <w:b w:val="0"/>
          <w:i w:val="0"/>
          <w:color w:val="000000"/>
          <w:sz w:val="30"/>
        </w:rPr>
        <w:t xml:space="preserve">are also interconnected, part of a vibrant tapestry of </w:t>
      </w:r>
      <w:r>
        <w:br/>
      </w:r>
      <w:r>
        <w:rPr>
          <w:rFonts w:ascii="LiberationSerif" w:hAnsi="LiberationSerif" w:eastAsia="LiberationSerif"/>
          <w:b w:val="0"/>
          <w:i w:val="0"/>
          <w:color w:val="000000"/>
          <w:sz w:val="30"/>
        </w:rPr>
        <w:t xml:space="preserve">humanity. This book delves into the powerful connections </w:t>
      </w:r>
      <w:r>
        <w:rPr>
          <w:rFonts w:ascii="LiberationSerif" w:hAnsi="LiberationSerif" w:eastAsia="LiberationSerif"/>
          <w:b w:val="0"/>
          <w:i w:val="0"/>
          <w:color w:val="000000"/>
          <w:sz w:val="30"/>
        </w:rPr>
        <w:t xml:space="preserve">that shape our lives, particularly the bonds of friendship </w:t>
      </w:r>
      <w:r>
        <w:rPr>
          <w:rFonts w:ascii="LiberationSerif" w:hAnsi="LiberationSerif" w:eastAsia="LiberationSerif"/>
          <w:b w:val="0"/>
          <w:i w:val="0"/>
          <w:color w:val="000000"/>
          <w:sz w:val="30"/>
        </w:rPr>
        <w:t>forged during the formative years of adolescence.</w:t>
      </w:r>
    </w:p>
    <w:p xmlns:wp14="http://schemas.microsoft.com/office/word/2010/wordml" w14:paraId="2B138D50"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High school can be a rollercoaster of emotions, a time of </w:t>
      </w:r>
      <w:r>
        <w:rPr>
          <w:rFonts w:ascii="LiberationSerif" w:hAnsi="LiberationSerif" w:eastAsia="LiberationSerif"/>
          <w:b w:val="0"/>
          <w:i w:val="0"/>
          <w:color w:val="000000"/>
          <w:sz w:val="30"/>
        </w:rPr>
        <w:t xml:space="preserve">profound growth and uncertainty. It's a period where we </w:t>
      </w:r>
      <w:r>
        <w:rPr>
          <w:rFonts w:ascii="LiberationSerif" w:hAnsi="LiberationSerif" w:eastAsia="LiberationSerif"/>
          <w:b w:val="0"/>
          <w:i w:val="0"/>
          <w:color w:val="000000"/>
          <w:sz w:val="30"/>
        </w:rPr>
        <w:t xml:space="preserve">learn to navigate complex relationships, discover our </w:t>
      </w:r>
      <w:r>
        <w:rPr>
          <w:rFonts w:ascii="LiberationSerif" w:hAnsi="LiberationSerif" w:eastAsia="LiberationSerif"/>
          <w:b w:val="0"/>
          <w:i w:val="0"/>
          <w:color w:val="000000"/>
          <w:sz w:val="30"/>
        </w:rPr>
        <w:t xml:space="preserve">identities, and face challenges that test our resilience. But </w:t>
      </w:r>
      <w:r>
        <w:rPr>
          <w:rFonts w:ascii="LiberationSerif" w:hAnsi="LiberationSerif" w:eastAsia="LiberationSerif"/>
          <w:b w:val="0"/>
          <w:i w:val="0"/>
          <w:color w:val="000000"/>
          <w:sz w:val="30"/>
        </w:rPr>
        <w:t xml:space="preserve">within these challenges lie opportunities for profound </w:t>
      </w:r>
      <w:r>
        <w:rPr>
          <w:rFonts w:ascii="LiberationSerif" w:hAnsi="LiberationSerif" w:eastAsia="LiberationSerif"/>
          <w:b w:val="0"/>
          <w:i w:val="0"/>
          <w:color w:val="000000"/>
          <w:sz w:val="30"/>
        </w:rPr>
        <w:t>personal growth.</w:t>
      </w:r>
    </w:p>
    <w:p xmlns:wp14="http://schemas.microsoft.com/office/word/2010/wordml" w14:paraId="551DE292"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"The Unbreakable Bond" follows a diverse group of high </w:t>
      </w:r>
      <w:r>
        <w:rPr>
          <w:rFonts w:ascii="LiberationSerif" w:hAnsi="LiberationSerif" w:eastAsia="LiberationSerif"/>
          <w:b w:val="0"/>
          <w:i w:val="0"/>
          <w:color w:val="000000"/>
          <w:sz w:val="30"/>
        </w:rPr>
        <w:t xml:space="preserve">school students, each grappling with their own unique </w:t>
      </w:r>
      <w:r>
        <w:rPr>
          <w:rFonts w:ascii="LiberationSerif" w:hAnsi="LiberationSerif" w:eastAsia="LiberationSerif"/>
          <w:b w:val="0"/>
          <w:i w:val="0"/>
          <w:color w:val="000000"/>
          <w:sz w:val="30"/>
        </w:rPr>
        <w:t xml:space="preserve">struggles. Through their shared experiences, they learn the </w:t>
      </w:r>
      <w:r>
        <w:rPr>
          <w:rFonts w:ascii="LiberationSerif" w:hAnsi="LiberationSerif" w:eastAsia="LiberationSerif"/>
          <w:b w:val="0"/>
          <w:i w:val="0"/>
          <w:color w:val="000000"/>
          <w:sz w:val="30"/>
        </w:rPr>
        <w:t>importance of support, empathy, and self-acceptance.</w:t>
      </w:r>
    </w:p>
    <w:p xmlns:wp14="http://schemas.microsoft.com/office/word/2010/wordml" w14:paraId="40FFF2DB" wp14:textId="77777777">
      <w:pPr>
        <w:autoSpaceDN w:val="0"/>
        <w:autoSpaceDE w:val="0"/>
        <w:widowControl/>
        <w:spacing w:before="0" w:after="0" w:line="360" w:lineRule="exact"/>
        <w:ind w:left="1000" w:right="1152" w:firstLine="0"/>
        <w:jc w:val="left"/>
      </w:pPr>
      <w:r>
        <w:rPr>
          <w:rFonts w:ascii="LiberationSerif" w:hAnsi="LiberationSerif" w:eastAsia="LiberationSerif"/>
          <w:b w:val="0"/>
          <w:i w:val="0"/>
          <w:color w:val="000000"/>
          <w:sz w:val="30"/>
        </w:rPr>
        <w:t xml:space="preserve">Together, they form an unbreakable bond that helps them </w:t>
      </w:r>
      <w:r>
        <w:rPr>
          <w:rFonts w:ascii="LiberationSerif" w:hAnsi="LiberationSerif" w:eastAsia="LiberationSerif"/>
          <w:b w:val="0"/>
          <w:i w:val="0"/>
          <w:color w:val="000000"/>
          <w:sz w:val="30"/>
        </w:rPr>
        <w:t xml:space="preserve">overcome adversity, embrace their true selves, and discover </w:t>
      </w:r>
      <w:r>
        <w:rPr>
          <w:rFonts w:ascii="LiberationSerif" w:hAnsi="LiberationSerif" w:eastAsia="LiberationSerif"/>
          <w:b w:val="0"/>
          <w:i w:val="0"/>
          <w:color w:val="000000"/>
          <w:sz w:val="30"/>
        </w:rPr>
        <w:t>the strength they never knew they possessed.</w:t>
      </w:r>
    </w:p>
    <w:p xmlns:wp14="http://schemas.microsoft.com/office/word/2010/wordml" w14:paraId="22C55C68"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This story is more than just a fictional narrative; it's an </w:t>
      </w:r>
      <w:r>
        <w:rPr>
          <w:rFonts w:ascii="LiberationSerif" w:hAnsi="LiberationSerif" w:eastAsia="LiberationSerif"/>
          <w:b w:val="0"/>
          <w:i w:val="0"/>
          <w:color w:val="000000"/>
          <w:sz w:val="30"/>
        </w:rPr>
        <w:t xml:space="preserve">invitation to embark on a journey of self-discovery, to </w:t>
      </w:r>
      <w:r>
        <w:rPr>
          <w:rFonts w:ascii="LiberationSerif" w:hAnsi="LiberationSerif" w:eastAsia="LiberationSerif"/>
          <w:b w:val="0"/>
          <w:i w:val="0"/>
          <w:color w:val="000000"/>
          <w:sz w:val="30"/>
        </w:rPr>
        <w:t xml:space="preserve">embrace the power of connection, and to remember that we </w:t>
      </w:r>
      <w:r>
        <w:rPr>
          <w:rFonts w:ascii="LiberationSerif" w:hAnsi="LiberationSerif" w:eastAsia="LiberationSerif"/>
          <w:b w:val="0"/>
          <w:i w:val="0"/>
          <w:color w:val="000000"/>
          <w:sz w:val="30"/>
        </w:rPr>
        <w:t>are never alone.</w:t>
      </w:r>
    </w:p>
    <w:p xmlns:wp14="http://schemas.microsoft.com/office/word/2010/wordml" w14:paraId="6A05A809" wp14:textId="77777777">
      <w:pPr>
        <w:sectPr>
          <w:pgSz w:w="12240" w:h="15840" w:orient="portrait"/>
          <w:pgMar w:top="0" w:right="1420" w:bottom="0" w:left="1440" w:header="720" w:footer="720" w:gutter="0"/>
          <w:cols/>
          <w:docGrid w:linePitch="360"/>
        </w:sectPr>
      </w:pPr>
    </w:p>
    <w:p xmlns:wp14="http://schemas.microsoft.com/office/word/2010/wordml" w14:paraId="4A322F76"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6894DF30" wp14:textId="77777777">
      <w:pPr>
        <w:autoSpaceDN w:val="0"/>
        <w:autoSpaceDE w:val="0"/>
        <w:widowControl/>
        <w:spacing w:before="456" w:after="0" w:line="360" w:lineRule="exact"/>
        <w:ind w:left="1000" w:right="1152" w:firstLine="0"/>
        <w:jc w:val="left"/>
      </w:pPr>
      <w:r>
        <w:rPr>
          <w:rFonts w:ascii="LiberationSerif" w:hAnsi="LiberationSerif" w:eastAsia="LiberationSerif"/>
          <w:b w:val="0"/>
          <w:i w:val="0"/>
          <w:color w:val="000000"/>
          <w:sz w:val="30"/>
        </w:rPr>
        <w:t xml:space="preserve">The air buzzed with a mix of nervous excitement and </w:t>
      </w:r>
      <w:r>
        <w:br/>
      </w:r>
      <w:r>
        <w:rPr>
          <w:rFonts w:ascii="LiberationSerif" w:hAnsi="LiberationSerif" w:eastAsia="LiberationSerif"/>
          <w:b w:val="0"/>
          <w:i w:val="0"/>
          <w:color w:val="000000"/>
          <w:sz w:val="30"/>
        </w:rPr>
        <w:t xml:space="preserve">trepidation. It was the first day of sophomore year at </w:t>
      </w:r>
      <w:r>
        <w:br/>
      </w:r>
      <w:r>
        <w:rPr>
          <w:rFonts w:ascii="LiberationSerif" w:hAnsi="LiberationSerif" w:eastAsia="LiberationSerif"/>
          <w:b w:val="0"/>
          <w:i w:val="0"/>
          <w:color w:val="000000"/>
          <w:sz w:val="30"/>
        </w:rPr>
        <w:t xml:space="preserve">Westbury High, and the hallways were a whirlwind of new </w:t>
      </w:r>
      <w:r>
        <w:rPr>
          <w:rFonts w:ascii="LiberationSerif" w:hAnsi="LiberationSerif" w:eastAsia="LiberationSerif"/>
          <w:b w:val="0"/>
          <w:i w:val="0"/>
          <w:color w:val="000000"/>
          <w:sz w:val="30"/>
        </w:rPr>
        <w:t>faces, familiar chatter, and the lingering scent of fresh paint.</w:t>
      </w:r>
    </w:p>
    <w:p xmlns:wp14="http://schemas.microsoft.com/office/word/2010/wordml" w14:paraId="2483A203" wp14:textId="77777777">
      <w:pPr>
        <w:autoSpaceDN w:val="0"/>
        <w:autoSpaceDE w:val="0"/>
        <w:widowControl/>
        <w:spacing w:before="0" w:after="0" w:line="360" w:lineRule="exact"/>
        <w:ind w:left="1000" w:right="1608" w:firstLine="0"/>
        <w:jc w:val="both"/>
      </w:pPr>
      <w:r>
        <w:rPr>
          <w:rFonts w:ascii="LiberationSerif" w:hAnsi="LiberationSerif" w:eastAsia="LiberationSerif"/>
          <w:b w:val="0"/>
          <w:i w:val="0"/>
          <w:color w:val="000000"/>
          <w:sz w:val="30"/>
        </w:rPr>
        <w:t xml:space="preserve">This year felt different, heavier somehow. The weight of </w:t>
      </w:r>
      <w:r>
        <w:rPr>
          <w:rFonts w:ascii="LiberationSerif" w:hAnsi="LiberationSerif" w:eastAsia="LiberationSerif"/>
          <w:b w:val="0"/>
          <w:i w:val="0"/>
          <w:color w:val="000000"/>
          <w:sz w:val="30"/>
        </w:rPr>
        <w:t xml:space="preserve">expectations, of growing up, hung in the air like the first </w:t>
      </w:r>
      <w:r>
        <w:rPr>
          <w:rFonts w:ascii="LiberationSerif" w:hAnsi="LiberationSerif" w:eastAsia="LiberationSerif"/>
          <w:b w:val="0"/>
          <w:i w:val="0"/>
          <w:color w:val="000000"/>
          <w:sz w:val="30"/>
        </w:rPr>
        <w:t>autumn chill.</w:t>
      </w:r>
    </w:p>
    <w:p xmlns:wp14="http://schemas.microsoft.com/office/word/2010/wordml" w14:paraId="4F2F8B94"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Amidst the throngs of students, a group of four gathered at </w:t>
      </w:r>
      <w:r>
        <w:rPr>
          <w:rFonts w:ascii="LiberationSerif" w:hAnsi="LiberationSerif" w:eastAsia="LiberationSerif"/>
          <w:b w:val="0"/>
          <w:i w:val="0"/>
          <w:color w:val="000000"/>
          <w:sz w:val="30"/>
        </w:rPr>
        <w:t xml:space="preserve">their usual lunch table in the bustling cafeteria. There was </w:t>
      </w:r>
      <w:r>
        <w:rPr>
          <w:rFonts w:ascii="LiberationSerif" w:hAnsi="LiberationSerif" w:eastAsia="LiberationSerif"/>
          <w:b w:val="0"/>
          <w:i w:val="0"/>
          <w:color w:val="000000"/>
          <w:sz w:val="30"/>
        </w:rPr>
        <w:t xml:space="preserve">Maya, the petite artist with fiery red hair and a quiet </w:t>
      </w:r>
      <w:r>
        <w:br/>
      </w:r>
      <w:r>
        <w:rPr>
          <w:rFonts w:ascii="LiberationSerif" w:hAnsi="LiberationSerif" w:eastAsia="LiberationSerif"/>
          <w:b w:val="0"/>
          <w:i w:val="0"/>
          <w:color w:val="000000"/>
          <w:sz w:val="30"/>
        </w:rPr>
        <w:t xml:space="preserve">intensity. She had a sketchbook in hand, always capturing </w:t>
      </w:r>
      <w:r>
        <w:rPr>
          <w:rFonts w:ascii="LiberationSerif" w:hAnsi="LiberationSerif" w:eastAsia="LiberationSerif"/>
          <w:b w:val="0"/>
          <w:i w:val="0"/>
          <w:color w:val="000000"/>
          <w:sz w:val="30"/>
        </w:rPr>
        <w:t xml:space="preserve">the world in shades of grey and charcoal. Beside her sat </w:t>
      </w:r>
      <w:r>
        <w:rPr>
          <w:rFonts w:ascii="LiberationSerif" w:hAnsi="LiberationSerif" w:eastAsia="LiberationSerif"/>
          <w:b w:val="0"/>
          <w:i w:val="0"/>
          <w:color w:val="000000"/>
          <w:sz w:val="30"/>
        </w:rPr>
        <w:t xml:space="preserve">Liam, the class clown with a heart of gold, his booming </w:t>
      </w:r>
      <w:r>
        <w:rPr>
          <w:rFonts w:ascii="LiberationSerif" w:hAnsi="LiberationSerif" w:eastAsia="LiberationSerif"/>
          <w:b w:val="0"/>
          <w:i w:val="0"/>
          <w:color w:val="000000"/>
          <w:sz w:val="30"/>
        </w:rPr>
        <w:t xml:space="preserve">laughter often the soundtrack to their shared meals. He was </w:t>
      </w:r>
      <w:r>
        <w:rPr>
          <w:rFonts w:ascii="LiberationSerif" w:hAnsi="LiberationSerif" w:eastAsia="LiberationSerif"/>
          <w:b w:val="0"/>
          <w:i w:val="0"/>
          <w:color w:val="000000"/>
          <w:sz w:val="30"/>
        </w:rPr>
        <w:t xml:space="preserve">the one who always seemed to know what to say to make </w:t>
      </w:r>
      <w:r>
        <w:rPr>
          <w:rFonts w:ascii="LiberationSerif" w:hAnsi="LiberationSerif" w:eastAsia="LiberationSerif"/>
          <w:b w:val="0"/>
          <w:i w:val="0"/>
          <w:color w:val="000000"/>
          <w:sz w:val="30"/>
        </w:rPr>
        <w:t>even the toughest day a little bit brighter.</w:t>
      </w:r>
    </w:p>
    <w:p xmlns:wp14="http://schemas.microsoft.com/office/word/2010/wordml" w14:paraId="1F1858F6"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Across from them was Sarah, the academically gifted and </w:t>
      </w:r>
      <w:r>
        <w:rPr>
          <w:rFonts w:ascii="LiberationSerif" w:hAnsi="LiberationSerif" w:eastAsia="LiberationSerif"/>
          <w:b w:val="0"/>
          <w:i w:val="0"/>
          <w:color w:val="000000"/>
          <w:sz w:val="30"/>
        </w:rPr>
        <w:t xml:space="preserve">fiercely independent girl who dreamed of becoming a doctor. </w:t>
      </w:r>
      <w:r>
        <w:rPr>
          <w:rFonts w:ascii="LiberationSerif" w:hAnsi="LiberationSerif" w:eastAsia="LiberationSerif"/>
          <w:b w:val="0"/>
          <w:i w:val="0"/>
          <w:color w:val="000000"/>
          <w:sz w:val="30"/>
        </w:rPr>
        <w:t xml:space="preserve">Her gaze was often fixed on the pages of a medical textbook, </w:t>
      </w:r>
      <w:r>
        <w:rPr>
          <w:rFonts w:ascii="LiberationSerif" w:hAnsi="LiberationSerif" w:eastAsia="LiberationSerif"/>
          <w:b w:val="0"/>
          <w:i w:val="0"/>
          <w:color w:val="000000"/>
          <w:sz w:val="30"/>
        </w:rPr>
        <w:t xml:space="preserve">but beneath her serious exterior lay a deep compassion and a </w:t>
      </w:r>
      <w:r>
        <w:rPr>
          <w:rFonts w:ascii="LiberationSerif" w:hAnsi="LiberationSerif" w:eastAsia="LiberationSerif"/>
          <w:b w:val="0"/>
          <w:i w:val="0"/>
          <w:color w:val="000000"/>
          <w:sz w:val="30"/>
        </w:rPr>
        <w:t xml:space="preserve">fierce loyalty to her friends. And finally, there was Ethan, the </w:t>
      </w:r>
      <w:r>
        <w:rPr>
          <w:rFonts w:ascii="LiberationSerif" w:hAnsi="LiberationSerif" w:eastAsia="LiberationSerif"/>
          <w:b w:val="0"/>
          <w:i w:val="0"/>
          <w:color w:val="000000"/>
          <w:sz w:val="30"/>
        </w:rPr>
        <w:t xml:space="preserve">quiet observer with a keen intellect and a soul that yearned </w:t>
      </w:r>
      <w:r>
        <w:rPr>
          <w:rFonts w:ascii="LiberationSerif" w:hAnsi="LiberationSerif" w:eastAsia="LiberationSerif"/>
          <w:b w:val="0"/>
          <w:i w:val="0"/>
          <w:color w:val="000000"/>
          <w:sz w:val="30"/>
        </w:rPr>
        <w:t xml:space="preserve">for adventure. He often retreated into the pages of fantasy </w:t>
      </w:r>
      <w:r>
        <w:rPr>
          <w:rFonts w:ascii="LiberationSerif" w:hAnsi="LiberationSerif" w:eastAsia="LiberationSerif"/>
          <w:b w:val="0"/>
          <w:i w:val="0"/>
          <w:color w:val="000000"/>
          <w:sz w:val="30"/>
        </w:rPr>
        <w:t xml:space="preserve">novels, seeking solace in worlds where anything was </w:t>
      </w:r>
      <w:r>
        <w:br/>
      </w:r>
      <w:r>
        <w:rPr>
          <w:rFonts w:ascii="LiberationSerif" w:hAnsi="LiberationSerif" w:eastAsia="LiberationSerif"/>
          <w:b w:val="0"/>
          <w:i w:val="0"/>
          <w:color w:val="000000"/>
          <w:sz w:val="30"/>
        </w:rPr>
        <w:t>possible.</w:t>
      </w:r>
    </w:p>
    <w:p xmlns:wp14="http://schemas.microsoft.com/office/word/2010/wordml" w14:paraId="75B55A3F"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This group, though seemingly disparate, was bound by an </w:t>
      </w:r>
      <w:r>
        <w:rPr>
          <w:rFonts w:ascii="LiberationSerif" w:hAnsi="LiberationSerif" w:eastAsia="LiberationSerif"/>
          <w:b w:val="0"/>
          <w:i w:val="0"/>
          <w:color w:val="000000"/>
          <w:sz w:val="30"/>
        </w:rPr>
        <w:t xml:space="preserve">invisible thread of connection. They had found solace in </w:t>
      </w:r>
      <w:r>
        <w:rPr>
          <w:rFonts w:ascii="LiberationSerif" w:hAnsi="LiberationSerif" w:eastAsia="LiberationSerif"/>
          <w:b w:val="0"/>
          <w:i w:val="0"/>
          <w:color w:val="000000"/>
          <w:sz w:val="30"/>
        </w:rPr>
        <w:t xml:space="preserve">each other's company during the tumultuous year before, </w:t>
      </w:r>
      <w:r>
        <w:rPr>
          <w:rFonts w:ascii="LiberationSerif" w:hAnsi="LiberationSerif" w:eastAsia="LiberationSerif"/>
          <w:b w:val="0"/>
          <w:i w:val="0"/>
          <w:color w:val="000000"/>
          <w:sz w:val="30"/>
        </w:rPr>
        <w:t>navigating the trials of adolescence together. They</w:t>
      </w:r>
    </w:p>
    <w:p xmlns:wp14="http://schemas.microsoft.com/office/word/2010/wordml" w14:paraId="5A39BBE3" wp14:textId="77777777">
      <w:pPr>
        <w:sectPr>
          <w:pgSz w:w="12240" w:h="15840" w:orient="portrait"/>
          <w:pgMar w:top="0" w:right="1420" w:bottom="0" w:left="1440" w:header="720" w:footer="720" w:gutter="0"/>
          <w:cols/>
          <w:docGrid w:linePitch="360"/>
        </w:sectPr>
      </w:pPr>
    </w:p>
    <w:p xmlns:wp14="http://schemas.microsoft.com/office/word/2010/wordml" w14:paraId="4929628F" wp14:textId="77777777">
      <w:pPr>
        <w:autoSpaceDN w:val="0"/>
        <w:autoSpaceDE w:val="0"/>
        <w:widowControl/>
        <w:spacing w:before="1430" w:after="0" w:line="360" w:lineRule="exact"/>
        <w:ind w:left="1000" w:right="1440" w:firstLine="0"/>
        <w:jc w:val="left"/>
      </w:pPr>
      <w:r>
        <w:rPr>
          <w:rFonts w:ascii="LiberationSerif" w:hAnsi="LiberationSerif" w:eastAsia="LiberationSerif"/>
          <w:b w:val="0"/>
          <w:i w:val="0"/>
          <w:color w:val="000000"/>
          <w:sz w:val="30"/>
        </w:rPr>
        <w:t xml:space="preserve">understood the unspoken language of shared laughter and </w:t>
      </w:r>
      <w:r>
        <w:rPr>
          <w:rFonts w:ascii="LiberationSerif" w:hAnsi="LiberationSerif" w:eastAsia="LiberationSerif"/>
          <w:b w:val="0"/>
          <w:i w:val="0"/>
          <w:color w:val="000000"/>
          <w:sz w:val="30"/>
        </w:rPr>
        <w:t xml:space="preserve">silent support, the comfort of knowing that they weren't </w:t>
      </w:r>
      <w:r>
        <w:rPr>
          <w:rFonts w:ascii="LiberationSerif" w:hAnsi="LiberationSerif" w:eastAsia="LiberationSerif"/>
          <w:b w:val="0"/>
          <w:i w:val="0"/>
          <w:color w:val="000000"/>
          <w:sz w:val="30"/>
        </w:rPr>
        <w:t>alone in their struggles.</w:t>
      </w:r>
    </w:p>
    <w:p xmlns:wp14="http://schemas.microsoft.com/office/word/2010/wordml" w14:paraId="7352D02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 lunch bell rang, a new face appeared at their table. It </w:t>
      </w:r>
      <w:r>
        <w:rPr>
          <w:rFonts w:ascii="LiberationSerif" w:hAnsi="LiberationSerif" w:eastAsia="LiberationSerif"/>
          <w:b w:val="0"/>
          <w:i w:val="0"/>
          <w:color w:val="000000"/>
          <w:sz w:val="30"/>
        </w:rPr>
        <w:t xml:space="preserve">was a girl named Chloe, her eyes wide with a mix of </w:t>
      </w:r>
      <w:r>
        <w:br/>
      </w:r>
      <w:r>
        <w:rPr>
          <w:rFonts w:ascii="LiberationSerif" w:hAnsi="LiberationSerif" w:eastAsia="LiberationSerif"/>
          <w:b w:val="0"/>
          <w:i w:val="0"/>
          <w:color w:val="000000"/>
          <w:sz w:val="30"/>
        </w:rPr>
        <w:t xml:space="preserve">nervousness and curiosity. She carried a worn guitar case, its </w:t>
      </w:r>
      <w:r>
        <w:rPr>
          <w:rFonts w:ascii="LiberationSerif" w:hAnsi="LiberationSerif" w:eastAsia="LiberationSerif"/>
          <w:b w:val="0"/>
          <w:i w:val="0"/>
          <w:color w:val="000000"/>
          <w:sz w:val="30"/>
        </w:rPr>
        <w:t xml:space="preserve">worn leather hinting at a hidden passion. Chloe was the new </w:t>
      </w:r>
      <w:r>
        <w:rPr>
          <w:rFonts w:ascii="LiberationSerif" w:hAnsi="LiberationSerif" w:eastAsia="LiberationSerif"/>
          <w:b w:val="0"/>
          <w:i w:val="0"/>
          <w:color w:val="000000"/>
          <w:sz w:val="30"/>
        </w:rPr>
        <w:t xml:space="preserve">girl, having recently moved to Westbury from a small town </w:t>
      </w:r>
      <w:r>
        <w:rPr>
          <w:rFonts w:ascii="LiberationSerif" w:hAnsi="LiberationSerif" w:eastAsia="LiberationSerif"/>
          <w:b w:val="0"/>
          <w:i w:val="0"/>
          <w:color w:val="000000"/>
          <w:sz w:val="30"/>
        </w:rPr>
        <w:t xml:space="preserve">across the state. Her arrival brought a ripple of uncertainty </w:t>
      </w:r>
      <w:r>
        <w:rPr>
          <w:rFonts w:ascii="LiberationSerif" w:hAnsi="LiberationSerif" w:eastAsia="LiberationSerif"/>
          <w:b w:val="0"/>
          <w:i w:val="0"/>
          <w:color w:val="000000"/>
          <w:sz w:val="30"/>
        </w:rPr>
        <w:t>among the group, a sense of unease about the unknown.</w:t>
      </w:r>
    </w:p>
    <w:p xmlns:wp14="http://schemas.microsoft.com/office/word/2010/wordml" w14:paraId="2FA711F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"Hi," Chloe said shyly, her voice barely audible over the din </w:t>
      </w:r>
      <w:r>
        <w:rPr>
          <w:rFonts w:ascii="LiberationSerif" w:hAnsi="LiberationSerif" w:eastAsia="LiberationSerif"/>
          <w:b w:val="0"/>
          <w:i w:val="0"/>
          <w:color w:val="000000"/>
          <w:sz w:val="30"/>
        </w:rPr>
        <w:t>of the cafeteria. "Can I sit here?"</w:t>
      </w:r>
    </w:p>
    <w:p xmlns:wp14="http://schemas.microsoft.com/office/word/2010/wordml" w14:paraId="099AB5E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four exchanged glances. There was a silent agreement, a </w:t>
      </w:r>
      <w:r>
        <w:rPr>
          <w:rFonts w:ascii="LiberationSerif" w:hAnsi="LiberationSerif" w:eastAsia="LiberationSerif"/>
          <w:b w:val="0"/>
          <w:i w:val="0"/>
          <w:color w:val="000000"/>
          <w:sz w:val="30"/>
        </w:rPr>
        <w:t xml:space="preserve">shared understanding that they couldn't turn her away. Maya, </w:t>
      </w:r>
      <w:r>
        <w:rPr>
          <w:rFonts w:ascii="LiberationSerif" w:hAnsi="LiberationSerif" w:eastAsia="LiberationSerif"/>
          <w:b w:val="0"/>
          <w:i w:val="0"/>
          <w:color w:val="000000"/>
          <w:sz w:val="30"/>
        </w:rPr>
        <w:t xml:space="preserve">ever the artist, took a moment to sketch Chloe in her </w:t>
      </w:r>
      <w:r>
        <w:br/>
      </w:r>
      <w:r>
        <w:rPr>
          <w:rFonts w:ascii="LiberationSerif" w:hAnsi="LiberationSerif" w:eastAsia="LiberationSerif"/>
          <w:b w:val="0"/>
          <w:i w:val="0"/>
          <w:color w:val="000000"/>
          <w:sz w:val="30"/>
        </w:rPr>
        <w:t xml:space="preserve">notebook, capturing the slight tremor in her hand and the </w:t>
      </w:r>
      <w:r>
        <w:rPr>
          <w:rFonts w:ascii="LiberationSerif" w:hAnsi="LiberationSerif" w:eastAsia="LiberationSerif"/>
          <w:b w:val="0"/>
          <w:i w:val="0"/>
          <w:color w:val="000000"/>
          <w:sz w:val="30"/>
        </w:rPr>
        <w:t>vulnerability in her eyes.</w:t>
      </w:r>
    </w:p>
    <w:p xmlns:wp14="http://schemas.microsoft.com/office/word/2010/wordml" w14:paraId="54C31EC6"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"Sure," Liam said, his boisterous personality immediately </w:t>
      </w:r>
      <w:r>
        <w:rPr>
          <w:rFonts w:ascii="LiberationSerif" w:hAnsi="LiberationSerif" w:eastAsia="LiberationSerif"/>
          <w:b w:val="0"/>
          <w:i w:val="0"/>
          <w:color w:val="000000"/>
          <w:sz w:val="30"/>
        </w:rPr>
        <w:t>putting Chloe at ease. "There's always room for one more."</w:t>
      </w:r>
    </w:p>
    <w:p xmlns:wp14="http://schemas.microsoft.com/office/word/2010/wordml" w14:paraId="08F3EF6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Chloe hesitated for a moment, then smiled shyly. "Thanks." </w:t>
      </w:r>
      <w:r>
        <w:rPr>
          <w:rFonts w:ascii="LiberationSerif" w:hAnsi="LiberationSerif" w:eastAsia="LiberationSerif"/>
          <w:b w:val="0"/>
          <w:i w:val="0"/>
          <w:color w:val="000000"/>
          <w:sz w:val="30"/>
        </w:rPr>
        <w:t xml:space="preserve">She gently placed her guitar case on the floor, its presence </w:t>
      </w:r>
      <w:r>
        <w:rPr>
          <w:rFonts w:ascii="LiberationSerif" w:hAnsi="LiberationSerif" w:eastAsia="LiberationSerif"/>
          <w:b w:val="0"/>
          <w:i w:val="0"/>
          <w:color w:val="000000"/>
          <w:sz w:val="30"/>
        </w:rPr>
        <w:t>like a promise of a melody yet to be sung.</w:t>
      </w:r>
    </w:p>
    <w:p xmlns:wp14="http://schemas.microsoft.com/office/word/2010/wordml" w14:paraId="69FF90F7"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Lunch was a whirlwind of chatter and shared stories. Liam </w:t>
      </w:r>
      <w:r>
        <w:rPr>
          <w:rFonts w:ascii="LiberationSerif" w:hAnsi="LiberationSerif" w:eastAsia="LiberationSerif"/>
          <w:b w:val="0"/>
          <w:i w:val="0"/>
          <w:color w:val="000000"/>
          <w:sz w:val="30"/>
        </w:rPr>
        <w:t xml:space="preserve">regaled Chloe with his latest comedic escapades, while Sarah </w:t>
      </w:r>
      <w:r>
        <w:rPr>
          <w:rFonts w:ascii="LiberationSerif" w:hAnsi="LiberationSerif" w:eastAsia="LiberationSerif"/>
          <w:b w:val="0"/>
          <w:i w:val="0"/>
          <w:color w:val="000000"/>
          <w:sz w:val="30"/>
        </w:rPr>
        <w:t xml:space="preserve">delved into the fascinating intricacies of the human body, her </w:t>
      </w:r>
      <w:r>
        <w:rPr>
          <w:rFonts w:ascii="LiberationSerif" w:hAnsi="LiberationSerif" w:eastAsia="LiberationSerif"/>
          <w:b w:val="0"/>
          <w:i w:val="0"/>
          <w:color w:val="000000"/>
          <w:sz w:val="30"/>
        </w:rPr>
        <w:t xml:space="preserve">eyes gleaming with passion. Maya, with her keen </w:t>
      </w:r>
      <w:r>
        <w:br/>
      </w:r>
      <w:r>
        <w:rPr>
          <w:rFonts w:ascii="LiberationSerif" w:hAnsi="LiberationSerif" w:eastAsia="LiberationSerif"/>
          <w:b w:val="0"/>
          <w:i w:val="0"/>
          <w:color w:val="000000"/>
          <w:sz w:val="30"/>
        </w:rPr>
        <w:t xml:space="preserve">observation skills, noticed the nervous twitch of Chloe's </w:t>
      </w:r>
      <w:r>
        <w:rPr>
          <w:rFonts w:ascii="LiberationSerif" w:hAnsi="LiberationSerif" w:eastAsia="LiberationSerif"/>
          <w:b w:val="0"/>
          <w:i w:val="0"/>
          <w:color w:val="000000"/>
          <w:sz w:val="30"/>
        </w:rPr>
        <w:t>fingers as she played with the strap of her guitar case.</w:t>
      </w:r>
    </w:p>
    <w:p xmlns:wp14="http://schemas.microsoft.com/office/word/2010/wordml" w14:paraId="41C8F396" wp14:textId="77777777">
      <w:pPr>
        <w:sectPr>
          <w:pgSz w:w="12240" w:h="15840" w:orient="portrait"/>
          <w:pgMar w:top="0" w:right="1420" w:bottom="0" w:left="1440" w:header="720" w:footer="720" w:gutter="0"/>
          <w:cols/>
          <w:docGrid w:linePitch="360"/>
        </w:sectPr>
      </w:pPr>
    </w:p>
    <w:p xmlns:wp14="http://schemas.microsoft.com/office/word/2010/wordml" w14:paraId="5A29B04A" wp14:textId="77777777">
      <w:pPr>
        <w:autoSpaceDN w:val="0"/>
        <w:autoSpaceDE w:val="0"/>
        <w:widowControl/>
        <w:spacing w:before="1430" w:after="0" w:line="360" w:lineRule="exact"/>
        <w:ind w:left="1000" w:right="1296" w:firstLine="0"/>
        <w:jc w:val="left"/>
      </w:pPr>
      <w:r>
        <w:rPr>
          <w:rFonts w:ascii="LiberationSerif" w:hAnsi="LiberationSerif" w:eastAsia="LiberationSerif"/>
          <w:b w:val="0"/>
          <w:i w:val="0"/>
          <w:color w:val="000000"/>
          <w:sz w:val="30"/>
        </w:rPr>
        <w:t xml:space="preserve">"Do you play?" Maya asked softly, her voice barely a </w:t>
      </w:r>
      <w:r>
        <w:rPr>
          <w:rFonts w:ascii="LiberationSerif" w:hAnsi="LiberationSerif" w:eastAsia="LiberationSerif"/>
          <w:b w:val="0"/>
          <w:i w:val="0"/>
          <w:color w:val="000000"/>
          <w:sz w:val="30"/>
        </w:rPr>
        <w:t xml:space="preserve">whisper. Chloe's eyes widened, a touch of surprise flitting </w:t>
      </w:r>
      <w:r>
        <w:rPr>
          <w:rFonts w:ascii="LiberationSerif" w:hAnsi="LiberationSerif" w:eastAsia="LiberationSerif"/>
          <w:b w:val="0"/>
          <w:i w:val="0"/>
          <w:color w:val="000000"/>
          <w:sz w:val="30"/>
        </w:rPr>
        <w:t xml:space="preserve">across her face. "Yeah, I do," she replied, a hint of pride in </w:t>
      </w:r>
      <w:r>
        <w:rPr>
          <w:rFonts w:ascii="LiberationSerif" w:hAnsi="LiberationSerif" w:eastAsia="LiberationSerif"/>
          <w:b w:val="0"/>
          <w:i w:val="0"/>
          <w:color w:val="000000"/>
          <w:sz w:val="30"/>
        </w:rPr>
        <w:t>her voice.</w:t>
      </w:r>
    </w:p>
    <w:p xmlns:wp14="http://schemas.microsoft.com/office/word/2010/wordml" w14:paraId="4E2ED0FC"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As the bell rang, signaling the end of lunch, an unspoken </w:t>
      </w:r>
      <w:r>
        <w:rPr>
          <w:rFonts w:ascii="LiberationSerif" w:hAnsi="LiberationSerif" w:eastAsia="LiberationSerif"/>
          <w:b w:val="0"/>
          <w:i w:val="0"/>
          <w:color w:val="000000"/>
          <w:sz w:val="30"/>
        </w:rPr>
        <w:t xml:space="preserve">agreement was made. They would meet again tomorrow, at </w:t>
      </w:r>
      <w:r>
        <w:rPr>
          <w:rFonts w:ascii="LiberationSerif" w:hAnsi="LiberationSerif" w:eastAsia="LiberationSerif"/>
          <w:b w:val="0"/>
          <w:i w:val="0"/>
          <w:color w:val="000000"/>
          <w:sz w:val="30"/>
        </w:rPr>
        <w:t xml:space="preserve">the same table, and maybe, just maybe, Chloe would share </w:t>
      </w:r>
      <w:r>
        <w:rPr>
          <w:rFonts w:ascii="LiberationSerif" w:hAnsi="LiberationSerif" w:eastAsia="LiberationSerif"/>
          <w:b w:val="0"/>
          <w:i w:val="0"/>
          <w:color w:val="000000"/>
          <w:sz w:val="30"/>
        </w:rPr>
        <w:t xml:space="preserve">her music with them. For now, she was just another face in </w:t>
      </w:r>
      <w:r>
        <w:rPr>
          <w:rFonts w:ascii="LiberationSerif" w:hAnsi="LiberationSerif" w:eastAsia="LiberationSerif"/>
          <w:b w:val="0"/>
          <w:i w:val="0"/>
          <w:color w:val="000000"/>
          <w:sz w:val="30"/>
        </w:rPr>
        <w:t xml:space="preserve">the crowd, but the seed of something special had been </w:t>
      </w:r>
      <w:r>
        <w:rPr>
          <w:rFonts w:ascii="LiberationSerif" w:hAnsi="LiberationSerif" w:eastAsia="LiberationSerif"/>
          <w:b w:val="0"/>
          <w:i w:val="0"/>
          <w:color w:val="000000"/>
          <w:sz w:val="30"/>
        </w:rPr>
        <w:t xml:space="preserve">planted, a tiny spark of hope in the vast tapestry of their </w:t>
      </w:r>
      <w:r>
        <w:rPr>
          <w:rFonts w:ascii="LiberationSerif" w:hAnsi="LiberationSerif" w:eastAsia="LiberationSerif"/>
          <w:b w:val="0"/>
          <w:i w:val="0"/>
          <w:color w:val="000000"/>
          <w:sz w:val="30"/>
        </w:rPr>
        <w:t>lives.</w:t>
      </w:r>
    </w:p>
    <w:p xmlns:wp14="http://schemas.microsoft.com/office/word/2010/wordml" w14:paraId="2310F243"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afternoon classes passed in a blur of assignments and </w:t>
      </w:r>
      <w:r>
        <w:rPr>
          <w:rFonts w:ascii="LiberationSerif" w:hAnsi="LiberationSerif" w:eastAsia="LiberationSerif"/>
          <w:b w:val="0"/>
          <w:i w:val="0"/>
          <w:color w:val="000000"/>
          <w:sz w:val="30"/>
        </w:rPr>
        <w:t xml:space="preserve">lectures, the weight of expectations pressing down on them. </w:t>
      </w:r>
      <w:r>
        <w:rPr>
          <w:rFonts w:ascii="LiberationSerif" w:hAnsi="LiberationSerif" w:eastAsia="LiberationSerif"/>
          <w:b w:val="0"/>
          <w:i w:val="0"/>
          <w:color w:val="000000"/>
          <w:sz w:val="30"/>
        </w:rPr>
        <w:t xml:space="preserve">Maya's art class was filled with the scent of turpentine and </w:t>
      </w:r>
      <w:r>
        <w:rPr>
          <w:rFonts w:ascii="LiberationSerif" w:hAnsi="LiberationSerif" w:eastAsia="LiberationSerif"/>
          <w:b w:val="0"/>
          <w:i w:val="0"/>
          <w:color w:val="000000"/>
          <w:sz w:val="30"/>
        </w:rPr>
        <w:t xml:space="preserve">the soft scratching of charcoal on paper. Liam, in his history </w:t>
      </w:r>
      <w:r>
        <w:rPr>
          <w:rFonts w:ascii="LiberationSerif" w:hAnsi="LiberationSerif" w:eastAsia="LiberationSerif"/>
          <w:b w:val="0"/>
          <w:i w:val="0"/>
          <w:color w:val="000000"/>
          <w:sz w:val="30"/>
        </w:rPr>
        <w:t xml:space="preserve">class, struggled to contain his laughter during a particularly </w:t>
      </w:r>
      <w:r>
        <w:rPr>
          <w:rFonts w:ascii="LiberationSerif" w:hAnsi="LiberationSerif" w:eastAsia="LiberationSerif"/>
          <w:b w:val="0"/>
          <w:i w:val="0"/>
          <w:color w:val="000000"/>
          <w:sz w:val="30"/>
        </w:rPr>
        <w:t xml:space="preserve">dry lecture, much to the chagrin of his teacher. Sarah, </w:t>
      </w:r>
      <w:r>
        <w:br/>
      </w:r>
      <w:r>
        <w:rPr>
          <w:rFonts w:ascii="LiberationSerif" w:hAnsi="LiberationSerif" w:eastAsia="LiberationSerif"/>
          <w:b w:val="0"/>
          <w:i w:val="0"/>
          <w:color w:val="000000"/>
          <w:sz w:val="30"/>
        </w:rPr>
        <w:t xml:space="preserve">immersed in her biology textbook, wrestled with the </w:t>
      </w:r>
      <w:r>
        <w:br/>
      </w:r>
      <w:r>
        <w:rPr>
          <w:rFonts w:ascii="LiberationSerif" w:hAnsi="LiberationSerif" w:eastAsia="LiberationSerif"/>
          <w:b w:val="0"/>
          <w:i w:val="0"/>
          <w:color w:val="000000"/>
          <w:sz w:val="30"/>
        </w:rPr>
        <w:t xml:space="preserve">complexities of cellular respiration, her mind working </w:t>
      </w:r>
      <w:r>
        <w:br/>
      </w:r>
      <w:r>
        <w:rPr>
          <w:rFonts w:ascii="LiberationSerif" w:hAnsi="LiberationSerif" w:eastAsia="LiberationSerif"/>
          <w:b w:val="0"/>
          <w:i w:val="0"/>
          <w:color w:val="000000"/>
          <w:sz w:val="30"/>
        </w:rPr>
        <w:t xml:space="preserve">feverishly to grasp the intricate details. And Ethan, in his </w:t>
      </w:r>
      <w:r>
        <w:rPr>
          <w:rFonts w:ascii="LiberationSerif" w:hAnsi="LiberationSerif" w:eastAsia="LiberationSerif"/>
          <w:b w:val="0"/>
          <w:i w:val="0"/>
          <w:color w:val="000000"/>
          <w:sz w:val="30"/>
        </w:rPr>
        <w:t xml:space="preserve">English class, lost himself in the words of Shakespeare, </w:t>
      </w:r>
      <w:r>
        <w:rPr>
          <w:rFonts w:ascii="LiberationSerif" w:hAnsi="LiberationSerif" w:eastAsia="LiberationSerif"/>
          <w:b w:val="0"/>
          <w:i w:val="0"/>
          <w:color w:val="000000"/>
          <w:sz w:val="30"/>
        </w:rPr>
        <w:t xml:space="preserve">finding solace in the rhythm of language and the beauty of a </w:t>
      </w:r>
      <w:r>
        <w:rPr>
          <w:rFonts w:ascii="LiberationSerif" w:hAnsi="LiberationSerif" w:eastAsia="LiberationSerif"/>
          <w:b w:val="0"/>
          <w:i w:val="0"/>
          <w:color w:val="000000"/>
          <w:sz w:val="30"/>
        </w:rPr>
        <w:t>well-crafted sentence.</w:t>
      </w:r>
    </w:p>
    <w:p xmlns:wp14="http://schemas.microsoft.com/office/word/2010/wordml" w14:paraId="138CD7A3"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But their thoughts kept returning to the cafeteria, to Chloe </w:t>
      </w:r>
      <w:r>
        <w:rPr>
          <w:rFonts w:ascii="LiberationSerif" w:hAnsi="LiberationSerif" w:eastAsia="LiberationSerif"/>
          <w:b w:val="0"/>
          <w:i w:val="0"/>
          <w:color w:val="000000"/>
          <w:sz w:val="30"/>
        </w:rPr>
        <w:t xml:space="preserve">and her guitar case, to the unspoken promise of a melody yet </w:t>
      </w:r>
      <w:r>
        <w:rPr>
          <w:rFonts w:ascii="LiberationSerif" w:hAnsi="LiberationSerif" w:eastAsia="LiberationSerif"/>
          <w:b w:val="0"/>
          <w:i w:val="0"/>
          <w:color w:val="000000"/>
          <w:sz w:val="30"/>
        </w:rPr>
        <w:t xml:space="preserve">to be sung. They couldn't shake the feeling that something </w:t>
      </w:r>
      <w:r>
        <w:rPr>
          <w:rFonts w:ascii="LiberationSerif" w:hAnsi="LiberationSerif" w:eastAsia="LiberationSerif"/>
          <w:b w:val="0"/>
          <w:i w:val="0"/>
          <w:color w:val="000000"/>
          <w:sz w:val="30"/>
        </w:rPr>
        <w:t xml:space="preserve">was about to change, that this year, unlike the last, might </w:t>
      </w:r>
      <w:r>
        <w:rPr>
          <w:rFonts w:ascii="LiberationSerif" w:hAnsi="LiberationSerif" w:eastAsia="LiberationSerif"/>
          <w:b w:val="0"/>
          <w:i w:val="0"/>
          <w:color w:val="000000"/>
          <w:sz w:val="30"/>
        </w:rPr>
        <w:t>hold more than just the usual struggles and challenges.</w:t>
      </w:r>
    </w:p>
    <w:p xmlns:wp14="http://schemas.microsoft.com/office/word/2010/wordml" w14:paraId="03A967CF"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day ended with a school assembly, a ritual that had </w:t>
      </w:r>
      <w:r>
        <w:rPr>
          <w:rFonts w:ascii="LiberationSerif" w:hAnsi="LiberationSerif" w:eastAsia="LiberationSerif"/>
          <w:b w:val="0"/>
          <w:i w:val="0"/>
          <w:color w:val="000000"/>
          <w:sz w:val="30"/>
        </w:rPr>
        <w:t xml:space="preserve">always been a source of both dread and anticipation. The </w:t>
      </w:r>
      <w:r>
        <w:rPr>
          <w:rFonts w:ascii="LiberationSerif" w:hAnsi="LiberationSerif" w:eastAsia="LiberationSerif"/>
          <w:b w:val="0"/>
          <w:i w:val="0"/>
          <w:color w:val="000000"/>
          <w:sz w:val="30"/>
        </w:rPr>
        <w:t xml:space="preserve">principal, a stern man with a booming voice, took the stage, </w:t>
      </w:r>
      <w:r>
        <w:rPr>
          <w:rFonts w:ascii="LiberationSerif" w:hAnsi="LiberationSerif" w:eastAsia="LiberationSerif"/>
          <w:b w:val="0"/>
          <w:i w:val="0"/>
          <w:color w:val="000000"/>
          <w:sz w:val="30"/>
        </w:rPr>
        <w:t>his presence filling the auditorium with a palpable tension.</w:t>
      </w:r>
    </w:p>
    <w:p xmlns:wp14="http://schemas.microsoft.com/office/word/2010/wordml" w14:paraId="72A3D3EC" wp14:textId="77777777">
      <w:pPr>
        <w:sectPr>
          <w:pgSz w:w="12240" w:h="15840" w:orient="portrait"/>
          <w:pgMar w:top="0" w:right="1420" w:bottom="0" w:left="1440" w:header="720" w:footer="720" w:gutter="0"/>
          <w:cols/>
          <w:docGrid w:linePitch="360"/>
        </w:sectPr>
      </w:pPr>
    </w:p>
    <w:p xmlns:wp14="http://schemas.microsoft.com/office/word/2010/wordml" w14:paraId="3BC2262E" wp14:textId="77777777">
      <w:pPr>
        <w:autoSpaceDN w:val="0"/>
        <w:autoSpaceDE w:val="0"/>
        <w:widowControl/>
        <w:spacing w:before="1430" w:after="0" w:line="360" w:lineRule="exact"/>
        <w:ind w:left="1000" w:right="1296" w:firstLine="0"/>
        <w:jc w:val="left"/>
      </w:pPr>
      <w:r>
        <w:rPr>
          <w:rFonts w:ascii="LiberationSerif" w:hAnsi="LiberationSerif" w:eastAsia="LiberationSerif"/>
          <w:b w:val="0"/>
          <w:i w:val="0"/>
          <w:color w:val="000000"/>
          <w:sz w:val="30"/>
        </w:rPr>
        <w:t xml:space="preserve">He spoke of the importance of education, of the need to </w:t>
      </w:r>
      <w:r>
        <w:rPr>
          <w:rFonts w:ascii="LiberationSerif" w:hAnsi="LiberationSerif" w:eastAsia="LiberationSerif"/>
          <w:b w:val="0"/>
          <w:i w:val="0"/>
          <w:color w:val="000000"/>
          <w:sz w:val="30"/>
        </w:rPr>
        <w:t xml:space="preserve">strive for excellence, of the responsibilities that came with </w:t>
      </w:r>
      <w:r>
        <w:rPr>
          <w:rFonts w:ascii="LiberationSerif" w:hAnsi="LiberationSerif" w:eastAsia="LiberationSerif"/>
          <w:b w:val="0"/>
          <w:i w:val="0"/>
          <w:color w:val="000000"/>
          <w:sz w:val="30"/>
        </w:rPr>
        <w:t xml:space="preserve">growing up. His words were well-intentioned, but they fell </w:t>
      </w:r>
      <w:r>
        <w:rPr>
          <w:rFonts w:ascii="LiberationSerif" w:hAnsi="LiberationSerif" w:eastAsia="LiberationSerif"/>
          <w:b w:val="0"/>
          <w:i w:val="0"/>
          <w:color w:val="000000"/>
          <w:sz w:val="30"/>
        </w:rPr>
        <w:t>on deaf ears, the message lost in the sea of teenage apathy.</w:t>
      </w:r>
    </w:p>
    <w:p xmlns:wp14="http://schemas.microsoft.com/office/word/2010/wordml" w14:paraId="29F38D8B"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But then, a shift occurred. A young woman, a recent </w:t>
      </w:r>
      <w:r>
        <w:rPr>
          <w:rFonts w:ascii="LiberationSerif" w:hAnsi="LiberationSerif" w:eastAsia="LiberationSerif"/>
          <w:b w:val="0"/>
          <w:i w:val="0"/>
          <w:color w:val="000000"/>
          <w:sz w:val="30"/>
        </w:rPr>
        <w:t xml:space="preserve">graduate of Westbury High, took the stage. Her name was </w:t>
      </w:r>
      <w:r>
        <w:rPr>
          <w:rFonts w:ascii="LiberationSerif" w:hAnsi="LiberationSerif" w:eastAsia="LiberationSerif"/>
          <w:b w:val="0"/>
          <w:i w:val="0"/>
          <w:color w:val="000000"/>
          <w:sz w:val="30"/>
        </w:rPr>
        <w:t xml:space="preserve">Anna, and she spoke with a quiet confidence, her words </w:t>
      </w:r>
      <w:r>
        <w:rPr>
          <w:rFonts w:ascii="LiberationSerif" w:hAnsi="LiberationSerif" w:eastAsia="LiberationSerif"/>
          <w:b w:val="0"/>
          <w:i w:val="0"/>
          <w:color w:val="000000"/>
          <w:sz w:val="30"/>
        </w:rPr>
        <w:t xml:space="preserve">resonating with a sincerity that cut through the dullness of </w:t>
      </w:r>
      <w:r>
        <w:rPr>
          <w:rFonts w:ascii="LiberationSerif" w:hAnsi="LiberationSerif" w:eastAsia="LiberationSerif"/>
          <w:b w:val="0"/>
          <w:i w:val="0"/>
          <w:color w:val="000000"/>
          <w:sz w:val="30"/>
        </w:rPr>
        <w:t>the assembly.</w:t>
      </w:r>
    </w:p>
    <w:p xmlns:wp14="http://schemas.microsoft.com/office/word/2010/wordml" w14:paraId="63B95DE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"This is a new beginning for all of you," Anna said, her gaze </w:t>
      </w:r>
      <w:r>
        <w:rPr>
          <w:rFonts w:ascii="LiberationSerif" w:hAnsi="LiberationSerif" w:eastAsia="LiberationSerif"/>
          <w:b w:val="0"/>
          <w:i w:val="0"/>
          <w:color w:val="000000"/>
          <w:sz w:val="30"/>
        </w:rPr>
        <w:t xml:space="preserve">sweeping across the audience. "It's a chance to step into the </w:t>
      </w:r>
      <w:r>
        <w:rPr>
          <w:rFonts w:ascii="LiberationSerif" w:hAnsi="LiberationSerif" w:eastAsia="LiberationSerif"/>
          <w:b w:val="0"/>
          <w:i w:val="0"/>
          <w:color w:val="000000"/>
          <w:sz w:val="30"/>
        </w:rPr>
        <w:t xml:space="preserve">unknown, to embrace the challenges and the possibilities that </w:t>
      </w:r>
      <w:r>
        <w:rPr>
          <w:rFonts w:ascii="LiberationSerif" w:hAnsi="LiberationSerif" w:eastAsia="LiberationSerif"/>
          <w:b w:val="0"/>
          <w:i w:val="0"/>
          <w:color w:val="000000"/>
          <w:sz w:val="30"/>
        </w:rPr>
        <w:t xml:space="preserve">lie ahead. And it's a chance to discover the strength that lies </w:t>
      </w:r>
      <w:r>
        <w:rPr>
          <w:rFonts w:ascii="LiberationSerif" w:hAnsi="LiberationSerif" w:eastAsia="LiberationSerif"/>
          <w:b w:val="0"/>
          <w:i w:val="0"/>
          <w:color w:val="000000"/>
          <w:sz w:val="30"/>
        </w:rPr>
        <w:t>within you, the power to overcome any obstacle."</w:t>
      </w:r>
    </w:p>
    <w:p xmlns:wp14="http://schemas.microsoft.com/office/word/2010/wordml" w14:paraId="102387C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She shared her own story, a story of heartbreak and </w:t>
      </w:r>
      <w:r>
        <w:br/>
      </w:r>
      <w:r>
        <w:rPr>
          <w:rFonts w:ascii="LiberationSerif" w:hAnsi="LiberationSerif" w:eastAsia="LiberationSerif"/>
          <w:b w:val="0"/>
          <w:i w:val="0"/>
          <w:color w:val="000000"/>
          <w:sz w:val="30"/>
        </w:rPr>
        <w:t xml:space="preserve">perseverance, of finding the courage to rise above adversity </w:t>
      </w:r>
      <w:r>
        <w:rPr>
          <w:rFonts w:ascii="LiberationSerif" w:hAnsi="LiberationSerif" w:eastAsia="LiberationSerif"/>
          <w:b w:val="0"/>
          <w:i w:val="0"/>
          <w:color w:val="000000"/>
          <w:sz w:val="30"/>
        </w:rPr>
        <w:t xml:space="preserve">and embrace the beauty of life. Her words were simple, but </w:t>
      </w:r>
      <w:r>
        <w:rPr>
          <w:rFonts w:ascii="LiberationSerif" w:hAnsi="LiberationSerif" w:eastAsia="LiberationSerif"/>
          <w:b w:val="0"/>
          <w:i w:val="0"/>
          <w:color w:val="000000"/>
          <w:sz w:val="30"/>
        </w:rPr>
        <w:t xml:space="preserve">they resonated deeply with the students, striking a chord </w:t>
      </w:r>
      <w:r>
        <w:rPr>
          <w:rFonts w:ascii="LiberationSerif" w:hAnsi="LiberationSerif" w:eastAsia="LiberationSerif"/>
          <w:b w:val="0"/>
          <w:i w:val="0"/>
          <w:color w:val="000000"/>
          <w:sz w:val="30"/>
        </w:rPr>
        <w:t xml:space="preserve">within their hearts. She spoke of resilience, of the ability to </w:t>
      </w:r>
      <w:r>
        <w:rPr>
          <w:rFonts w:ascii="LiberationSerif" w:hAnsi="LiberationSerif" w:eastAsia="LiberationSerif"/>
          <w:b w:val="0"/>
          <w:i w:val="0"/>
          <w:color w:val="000000"/>
          <w:sz w:val="30"/>
        </w:rPr>
        <w:t>bounce back from setbacks and emerge stronger than before.</w:t>
      </w:r>
    </w:p>
    <w:p xmlns:wp14="http://schemas.microsoft.com/office/word/2010/wordml" w14:paraId="72478631"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As she spoke, the four friends looked at each other, a shared </w:t>
      </w:r>
      <w:r>
        <w:rPr>
          <w:rFonts w:ascii="LiberationSerif" w:hAnsi="LiberationSerif" w:eastAsia="LiberationSerif"/>
          <w:b w:val="0"/>
          <w:i w:val="0"/>
          <w:color w:val="000000"/>
          <w:sz w:val="30"/>
        </w:rPr>
        <w:t xml:space="preserve">understanding passing between them. They had already </w:t>
      </w:r>
      <w:r>
        <w:rPr>
          <w:rFonts w:ascii="LiberationSerif" w:hAnsi="LiberationSerif" w:eastAsia="LiberationSerif"/>
          <w:b w:val="0"/>
          <w:i w:val="0"/>
          <w:color w:val="000000"/>
          <w:sz w:val="30"/>
        </w:rPr>
        <w:t xml:space="preserve">experienced the transformative power of resilience, the </w:t>
      </w:r>
      <w:r>
        <w:rPr>
          <w:rFonts w:ascii="LiberationSerif" w:hAnsi="LiberationSerif" w:eastAsia="LiberationSerif"/>
          <w:b w:val="0"/>
          <w:i w:val="0"/>
          <w:color w:val="000000"/>
          <w:sz w:val="30"/>
        </w:rPr>
        <w:t xml:space="preserve">strength that comes from supporting each other through the </w:t>
      </w:r>
      <w:r>
        <w:rPr>
          <w:rFonts w:ascii="LiberationSerif" w:hAnsi="LiberationSerif" w:eastAsia="LiberationSerif"/>
          <w:b w:val="0"/>
          <w:i w:val="0"/>
          <w:color w:val="000000"/>
          <w:sz w:val="30"/>
        </w:rPr>
        <w:t xml:space="preserve">trials of adolescence. They had found solace in their shared </w:t>
      </w:r>
      <w:r>
        <w:rPr>
          <w:rFonts w:ascii="LiberationSerif" w:hAnsi="LiberationSerif" w:eastAsia="LiberationSerif"/>
          <w:b w:val="0"/>
          <w:i w:val="0"/>
          <w:color w:val="000000"/>
          <w:sz w:val="30"/>
        </w:rPr>
        <w:t>journey, in the unspoken bond that connected them.</w:t>
      </w:r>
    </w:p>
    <w:p xmlns:wp14="http://schemas.microsoft.com/office/word/2010/wordml" w14:paraId="05496B6E"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Anna's speech ended with a powerful message. "You are not </w:t>
      </w:r>
      <w:r>
        <w:rPr>
          <w:rFonts w:ascii="LiberationSerif" w:hAnsi="LiberationSerif" w:eastAsia="LiberationSerif"/>
          <w:b w:val="0"/>
          <w:i w:val="0"/>
          <w:color w:val="000000"/>
          <w:sz w:val="30"/>
        </w:rPr>
        <w:t>alone," she said, her voice echoing through the auditorium.</w:t>
      </w:r>
    </w:p>
    <w:p xmlns:wp14="http://schemas.microsoft.com/office/word/2010/wordml" w14:paraId="624ACA62" wp14:textId="77777777">
      <w:pPr>
        <w:autoSpaceDN w:val="0"/>
        <w:autoSpaceDE w:val="0"/>
        <w:widowControl/>
        <w:spacing w:before="0" w:after="0" w:line="360" w:lineRule="exact"/>
        <w:ind w:left="1000" w:right="1008" w:firstLine="0"/>
        <w:jc w:val="left"/>
      </w:pPr>
      <w:r>
        <w:rPr>
          <w:rFonts w:ascii="LiberationSerif" w:hAnsi="LiberationSerif" w:eastAsia="LiberationSerif"/>
          <w:b w:val="0"/>
          <w:i w:val="0"/>
          <w:color w:val="000000"/>
          <w:sz w:val="30"/>
        </w:rPr>
        <w:t xml:space="preserve">"You have the strength within you, the support of your </w:t>
      </w:r>
      <w:r>
        <w:br/>
      </w:r>
      <w:r>
        <w:rPr>
          <w:rFonts w:ascii="LiberationSerif" w:hAnsi="LiberationSerif" w:eastAsia="LiberationSerif"/>
          <w:b w:val="0"/>
          <w:i w:val="0"/>
          <w:color w:val="000000"/>
          <w:sz w:val="30"/>
        </w:rPr>
        <w:t xml:space="preserve">friends and family, and the power to make a difference in the </w:t>
      </w:r>
      <w:r>
        <w:rPr>
          <w:rFonts w:ascii="LiberationSerif" w:hAnsi="LiberationSerif" w:eastAsia="LiberationSerif"/>
          <w:b w:val="0"/>
          <w:i w:val="0"/>
          <w:color w:val="000000"/>
          <w:sz w:val="30"/>
        </w:rPr>
        <w:t>world."</w:t>
      </w:r>
    </w:p>
    <w:p xmlns:wp14="http://schemas.microsoft.com/office/word/2010/wordml" w14:paraId="0D0B940D" wp14:textId="77777777">
      <w:pPr>
        <w:sectPr>
          <w:pgSz w:w="12240" w:h="15840" w:orient="portrait"/>
          <w:pgMar w:top="0" w:right="1420" w:bottom="0" w:left="1440" w:header="720" w:footer="720" w:gutter="0"/>
          <w:cols/>
          <w:docGrid w:linePitch="360"/>
        </w:sectPr>
      </w:pPr>
    </w:p>
    <w:p xmlns:wp14="http://schemas.microsoft.com/office/word/2010/wordml" w14:paraId="7CE829D3" wp14:textId="77777777">
      <w:pPr>
        <w:autoSpaceDN w:val="0"/>
        <w:autoSpaceDE w:val="0"/>
        <w:widowControl/>
        <w:spacing w:before="1790" w:after="0" w:line="360" w:lineRule="exact"/>
        <w:ind w:left="1000" w:right="1008" w:firstLine="0"/>
        <w:jc w:val="left"/>
      </w:pPr>
      <w:r>
        <w:rPr>
          <w:rFonts w:ascii="LiberationSerif" w:hAnsi="LiberationSerif" w:eastAsia="LiberationSerif"/>
          <w:b w:val="0"/>
          <w:i w:val="0"/>
          <w:color w:val="000000"/>
          <w:sz w:val="30"/>
        </w:rPr>
        <w:t xml:space="preserve">The assembly ended, the students dispersing into the </w:t>
      </w:r>
      <w:r>
        <w:br/>
      </w:r>
      <w:r>
        <w:rPr>
          <w:rFonts w:ascii="LiberationSerif" w:hAnsi="LiberationSerif" w:eastAsia="LiberationSerif"/>
          <w:b w:val="0"/>
          <w:i w:val="0"/>
          <w:color w:val="000000"/>
          <w:sz w:val="30"/>
        </w:rPr>
        <w:t xml:space="preserve">hallways, carrying the weight of Anna's words with them. As </w:t>
      </w:r>
      <w:r>
        <w:rPr>
          <w:rFonts w:ascii="LiberationSerif" w:hAnsi="LiberationSerif" w:eastAsia="LiberationSerif"/>
          <w:b w:val="0"/>
          <w:i w:val="0"/>
          <w:color w:val="000000"/>
          <w:sz w:val="30"/>
        </w:rPr>
        <w:t xml:space="preserve">Maya, Liam, Sarah, and Ethan walked out of the auditorium, </w:t>
      </w:r>
      <w:r>
        <w:rPr>
          <w:rFonts w:ascii="LiberationSerif" w:hAnsi="LiberationSerif" w:eastAsia="LiberationSerif"/>
          <w:b w:val="0"/>
          <w:i w:val="0"/>
          <w:color w:val="000000"/>
          <w:sz w:val="30"/>
        </w:rPr>
        <w:t xml:space="preserve">their steps were a little lighter, their hearts a little brighter. </w:t>
      </w:r>
      <w:r>
        <w:rPr>
          <w:rFonts w:ascii="LiberationSerif" w:hAnsi="LiberationSerif" w:eastAsia="LiberationSerif"/>
          <w:b w:val="0"/>
          <w:i w:val="0"/>
          <w:color w:val="000000"/>
          <w:sz w:val="30"/>
        </w:rPr>
        <w:t xml:space="preserve">They had faced the unknown, the challenges of a new year, </w:t>
      </w:r>
      <w:r>
        <w:rPr>
          <w:rFonts w:ascii="LiberationSerif" w:hAnsi="LiberationSerif" w:eastAsia="LiberationSerif"/>
          <w:b w:val="0"/>
          <w:i w:val="0"/>
          <w:color w:val="000000"/>
          <w:sz w:val="30"/>
        </w:rPr>
        <w:t xml:space="preserve">together. They had found their strength in each other, a </w:t>
      </w:r>
      <w:r>
        <w:br/>
      </w:r>
      <w:r>
        <w:rPr>
          <w:rFonts w:ascii="LiberationSerif" w:hAnsi="LiberationSerif" w:eastAsia="LiberationSerif"/>
          <w:b w:val="0"/>
          <w:i w:val="0"/>
          <w:color w:val="000000"/>
          <w:sz w:val="30"/>
        </w:rPr>
        <w:t xml:space="preserve">shared purpose in the vast tapestry of their lives. And they </w:t>
      </w:r>
      <w:r>
        <w:rPr>
          <w:rFonts w:ascii="LiberationSerif" w:hAnsi="LiberationSerif" w:eastAsia="LiberationSerif"/>
          <w:b w:val="0"/>
          <w:i w:val="0"/>
          <w:color w:val="000000"/>
          <w:sz w:val="30"/>
        </w:rPr>
        <w:t xml:space="preserve">knew, with a certainty that ran deeper than words, that this </w:t>
      </w:r>
      <w:r>
        <w:rPr>
          <w:rFonts w:ascii="LiberationSerif" w:hAnsi="LiberationSerif" w:eastAsia="LiberationSerif"/>
          <w:b w:val="0"/>
          <w:i w:val="0"/>
          <w:color w:val="000000"/>
          <w:sz w:val="30"/>
        </w:rPr>
        <w:t>new beginning held the promise of something extraordinary.</w:t>
      </w:r>
    </w:p>
    <w:p xmlns:wp14="http://schemas.microsoft.com/office/word/2010/wordml" w14:paraId="0E27B00A" wp14:textId="77777777">
      <w:pPr>
        <w:sectPr>
          <w:pgSz w:w="12240" w:h="15840" w:orient="portrait"/>
          <w:pgMar w:top="0" w:right="1420" w:bottom="0" w:left="1440" w:header="720" w:footer="720" w:gutter="0"/>
          <w:cols/>
          <w:docGrid w:linePitch="360"/>
        </w:sectPr>
      </w:pPr>
    </w:p>
    <w:p xmlns:wp14="http://schemas.microsoft.com/office/word/2010/wordml" w14:paraId="710D5D12"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0271F406" wp14:textId="77777777">
      <w:pPr>
        <w:autoSpaceDN w:val="0"/>
        <w:autoSpaceDE w:val="0"/>
        <w:widowControl/>
        <w:spacing w:before="456" w:after="0" w:line="360" w:lineRule="exact"/>
        <w:ind w:left="1000" w:right="1296" w:firstLine="0"/>
        <w:jc w:val="left"/>
      </w:pPr>
      <w:r>
        <w:rPr>
          <w:rFonts w:ascii="LiberationSerif" w:hAnsi="LiberationSerif" w:eastAsia="LiberationSerif"/>
          <w:b w:val="0"/>
          <w:i w:val="0"/>
          <w:color w:val="000000"/>
          <w:sz w:val="30"/>
        </w:rPr>
        <w:t xml:space="preserve">The hallways buzzed with the energy of a new academic </w:t>
      </w:r>
      <w:r>
        <w:rPr>
          <w:rFonts w:ascii="LiberationSerif" w:hAnsi="LiberationSerif" w:eastAsia="LiberationSerif"/>
          <w:b w:val="0"/>
          <w:i w:val="0"/>
          <w:color w:val="000000"/>
          <w:sz w:val="30"/>
        </w:rPr>
        <w:t xml:space="preserve">year, a symphony of chattering students, locker slams, and </w:t>
      </w:r>
      <w:r>
        <w:rPr>
          <w:rFonts w:ascii="LiberationSerif" w:hAnsi="LiberationSerif" w:eastAsia="LiberationSerif"/>
          <w:b w:val="0"/>
          <w:i w:val="0"/>
          <w:color w:val="000000"/>
          <w:sz w:val="30"/>
        </w:rPr>
        <w:t xml:space="preserve">the excited chatter of reunions. It was the first day back at </w:t>
      </w:r>
      <w:r>
        <w:rPr>
          <w:rFonts w:ascii="LiberationSerif" w:hAnsi="LiberationSerif" w:eastAsia="LiberationSerif"/>
          <w:b w:val="0"/>
          <w:i w:val="0"/>
          <w:color w:val="000000"/>
          <w:sz w:val="30"/>
        </w:rPr>
        <w:t xml:space="preserve">Willow Creek High, and the air crackled with a mix of </w:t>
      </w:r>
      <w:r>
        <w:rPr>
          <w:rFonts w:ascii="LiberationSerif" w:hAnsi="LiberationSerif" w:eastAsia="LiberationSerif"/>
          <w:b w:val="0"/>
          <w:i w:val="0"/>
          <w:color w:val="000000"/>
          <w:sz w:val="30"/>
        </w:rPr>
        <w:t>anticipation and trepidation.</w:t>
      </w:r>
    </w:p>
    <w:p xmlns:wp14="http://schemas.microsoft.com/office/word/2010/wordml" w14:paraId="3859575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Among the throngs of familiar faces, there were also new </w:t>
      </w:r>
      <w:r>
        <w:rPr>
          <w:rFonts w:ascii="LiberationSerif" w:hAnsi="LiberationSerif" w:eastAsia="LiberationSerif"/>
          <w:b w:val="0"/>
          <w:i w:val="0"/>
          <w:color w:val="000000"/>
          <w:sz w:val="30"/>
        </w:rPr>
        <w:t xml:space="preserve">arrivals, each carrying their own unique stories. Maya, a </w:t>
      </w:r>
      <w:r>
        <w:rPr>
          <w:rFonts w:ascii="LiberationSerif" w:hAnsi="LiberationSerif" w:eastAsia="LiberationSerif"/>
          <w:b w:val="0"/>
          <w:i w:val="0"/>
          <w:color w:val="000000"/>
          <w:sz w:val="30"/>
        </w:rPr>
        <w:t xml:space="preserve">petite girl with eyes that mirrored the summer sky, nervously </w:t>
      </w:r>
      <w:r>
        <w:rPr>
          <w:rFonts w:ascii="LiberationSerif" w:hAnsi="LiberationSerif" w:eastAsia="LiberationSerif"/>
          <w:b w:val="0"/>
          <w:i w:val="0"/>
          <w:color w:val="000000"/>
          <w:sz w:val="30"/>
        </w:rPr>
        <w:t xml:space="preserve">clutched her schedule, hoping to find her locker before the </w:t>
      </w:r>
      <w:r>
        <w:rPr>
          <w:rFonts w:ascii="LiberationSerif" w:hAnsi="LiberationSerif" w:eastAsia="LiberationSerif"/>
          <w:b w:val="0"/>
          <w:i w:val="0"/>
          <w:color w:val="000000"/>
          <w:sz w:val="30"/>
        </w:rPr>
        <w:t xml:space="preserve">bell rang. Her heart thumped against her ribs, a frantic </w:t>
      </w:r>
      <w:r>
        <w:br/>
      </w:r>
      <w:r>
        <w:rPr>
          <w:rFonts w:ascii="LiberationSerif" w:hAnsi="LiberationSerif" w:eastAsia="LiberationSerif"/>
          <w:b w:val="0"/>
          <w:i w:val="0"/>
          <w:color w:val="000000"/>
          <w:sz w:val="30"/>
        </w:rPr>
        <w:t xml:space="preserve">drummer in the symphony of her nervousness. She was new </w:t>
      </w:r>
      <w:r>
        <w:rPr>
          <w:rFonts w:ascii="LiberationSerif" w:hAnsi="LiberationSerif" w:eastAsia="LiberationSerif"/>
          <w:b w:val="0"/>
          <w:i w:val="0"/>
          <w:color w:val="000000"/>
          <w:sz w:val="30"/>
        </w:rPr>
        <w:t xml:space="preserve">in town, having moved from a small coastal village to this </w:t>
      </w:r>
      <w:r>
        <w:rPr>
          <w:rFonts w:ascii="LiberationSerif" w:hAnsi="LiberationSerif" w:eastAsia="LiberationSerif"/>
          <w:b w:val="0"/>
          <w:i w:val="0"/>
          <w:color w:val="000000"/>
          <w:sz w:val="30"/>
        </w:rPr>
        <w:t xml:space="preserve">sprawling suburban school, a stark contrast to the familiar </w:t>
      </w:r>
      <w:r>
        <w:rPr>
          <w:rFonts w:ascii="LiberationSerif" w:hAnsi="LiberationSerif" w:eastAsia="LiberationSerif"/>
          <w:b w:val="0"/>
          <w:i w:val="0"/>
          <w:color w:val="000000"/>
          <w:sz w:val="30"/>
        </w:rPr>
        <w:t>faces of her past.</w:t>
      </w:r>
    </w:p>
    <w:p xmlns:wp14="http://schemas.microsoft.com/office/word/2010/wordml" w14:paraId="3255030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Across the hall, Alex, a lanky boy with a mop of unruly </w:t>
      </w:r>
      <w:r>
        <w:rPr>
          <w:rFonts w:ascii="LiberationSerif" w:hAnsi="LiberationSerif" w:eastAsia="LiberationSerif"/>
          <w:b w:val="0"/>
          <w:i w:val="0"/>
          <w:color w:val="000000"/>
          <w:sz w:val="30"/>
        </w:rPr>
        <w:t xml:space="preserve">brown hair, struggled to keep his backpack from slipping off </w:t>
      </w:r>
      <w:r>
        <w:rPr>
          <w:rFonts w:ascii="LiberationSerif" w:hAnsi="LiberationSerif" w:eastAsia="LiberationSerif"/>
          <w:b w:val="0"/>
          <w:i w:val="0"/>
          <w:color w:val="000000"/>
          <w:sz w:val="30"/>
        </w:rPr>
        <w:t xml:space="preserve">his shoulders. He was more concerned with finding his </w:t>
      </w:r>
      <w:r>
        <w:rPr>
          <w:rFonts w:ascii="LiberationSerif" w:hAnsi="LiberationSerif" w:eastAsia="LiberationSerif"/>
          <w:b w:val="0"/>
          <w:i w:val="0"/>
          <w:color w:val="000000"/>
          <w:sz w:val="30"/>
        </w:rPr>
        <w:t xml:space="preserve">friends than navigating the labyrinthine hallways. He knew </w:t>
      </w:r>
      <w:r>
        <w:rPr>
          <w:rFonts w:ascii="LiberationSerif" w:hAnsi="LiberationSerif" w:eastAsia="LiberationSerif"/>
          <w:b w:val="0"/>
          <w:i w:val="0"/>
          <w:color w:val="000000"/>
          <w:sz w:val="30"/>
        </w:rPr>
        <w:t xml:space="preserve">every nook and cranny of this school, having spent his entire </w:t>
      </w:r>
      <w:r>
        <w:rPr>
          <w:rFonts w:ascii="LiberationSerif" w:hAnsi="LiberationSerif" w:eastAsia="LiberationSerif"/>
          <w:b w:val="0"/>
          <w:i w:val="0"/>
          <w:color w:val="000000"/>
          <w:sz w:val="30"/>
        </w:rPr>
        <w:t xml:space="preserve">high school life within its walls. He was known for his easy </w:t>
      </w:r>
      <w:r>
        <w:rPr>
          <w:rFonts w:ascii="LiberationSerif" w:hAnsi="LiberationSerif" w:eastAsia="LiberationSerif"/>
          <w:b w:val="0"/>
          <w:i w:val="0"/>
          <w:color w:val="000000"/>
          <w:sz w:val="30"/>
        </w:rPr>
        <w:t xml:space="preserve">smile and quick wit, but behind his jovial exterior, he carried </w:t>
      </w:r>
      <w:r>
        <w:rPr>
          <w:rFonts w:ascii="LiberationSerif" w:hAnsi="LiberationSerif" w:eastAsia="LiberationSerif"/>
          <w:b w:val="0"/>
          <w:i w:val="0"/>
          <w:color w:val="000000"/>
          <w:sz w:val="30"/>
        </w:rPr>
        <w:t>a secret burden.</w:t>
      </w:r>
    </w:p>
    <w:p xmlns:wp14="http://schemas.microsoft.com/office/word/2010/wordml" w14:paraId="59D5341E"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school's vibrant hallways were a microcosm of the </w:t>
      </w:r>
      <w:r>
        <w:rPr>
          <w:rFonts w:ascii="LiberationSerif" w:hAnsi="LiberationSerif" w:eastAsia="LiberationSerif"/>
          <w:b w:val="0"/>
          <w:i w:val="0"/>
          <w:color w:val="000000"/>
          <w:sz w:val="30"/>
        </w:rPr>
        <w:t xml:space="preserve">diverse world outside. There was Sarah, with her infectious </w:t>
      </w:r>
      <w:r>
        <w:rPr>
          <w:rFonts w:ascii="LiberationSerif" w:hAnsi="LiberationSerif" w:eastAsia="LiberationSerif"/>
          <w:b w:val="0"/>
          <w:i w:val="0"/>
          <w:color w:val="000000"/>
          <w:sz w:val="30"/>
        </w:rPr>
        <w:t xml:space="preserve">laugh and a passion for writing that spilled onto the pages of </w:t>
      </w:r>
      <w:r>
        <w:rPr>
          <w:rFonts w:ascii="LiberationSerif" w:hAnsi="LiberationSerif" w:eastAsia="LiberationSerif"/>
          <w:b w:val="0"/>
          <w:i w:val="0"/>
          <w:color w:val="000000"/>
          <w:sz w:val="30"/>
        </w:rPr>
        <w:t xml:space="preserve">her notebook. Her smile, though genuine, was a shield </w:t>
      </w:r>
      <w:r>
        <w:br/>
      </w:r>
      <w:r>
        <w:rPr>
          <w:rFonts w:ascii="LiberationSerif" w:hAnsi="LiberationSerif" w:eastAsia="LiberationSerif"/>
          <w:b w:val="0"/>
          <w:i w:val="0"/>
          <w:color w:val="000000"/>
          <w:sz w:val="30"/>
        </w:rPr>
        <w:t xml:space="preserve">against the whispers that followed her. She was often the </w:t>
      </w:r>
      <w:r>
        <w:rPr>
          <w:rFonts w:ascii="LiberationSerif" w:hAnsi="LiberationSerif" w:eastAsia="LiberationSerif"/>
          <w:b w:val="0"/>
          <w:i w:val="0"/>
          <w:color w:val="000000"/>
          <w:sz w:val="30"/>
        </w:rPr>
        <w:t>target of cruel remarks and snide comments, her vibrant</w:t>
      </w:r>
    </w:p>
    <w:p xmlns:wp14="http://schemas.microsoft.com/office/word/2010/wordml" w14:paraId="60061E4C" wp14:textId="77777777">
      <w:pPr>
        <w:sectPr>
          <w:pgSz w:w="12240" w:h="15840" w:orient="portrait"/>
          <w:pgMar w:top="0" w:right="1420" w:bottom="0" w:left="1440" w:header="720" w:footer="720" w:gutter="0"/>
          <w:cols/>
          <w:docGrid w:linePitch="360"/>
        </w:sectPr>
      </w:pPr>
    </w:p>
    <w:p xmlns:wp14="http://schemas.microsoft.com/office/word/2010/wordml" w14:paraId="2D57BD25" wp14:textId="77777777">
      <w:pPr>
        <w:autoSpaceDN w:val="0"/>
        <w:autoSpaceDE w:val="0"/>
        <w:widowControl/>
        <w:spacing w:before="1430" w:after="0" w:line="360" w:lineRule="exact"/>
        <w:ind w:left="1000" w:right="1728" w:firstLine="0"/>
        <w:jc w:val="left"/>
      </w:pPr>
      <w:r>
        <w:rPr>
          <w:rFonts w:ascii="LiberationSerif" w:hAnsi="LiberationSerif" w:eastAsia="LiberationSerif"/>
          <w:b w:val="0"/>
          <w:i w:val="0"/>
          <w:color w:val="000000"/>
          <w:sz w:val="30"/>
        </w:rPr>
        <w:t xml:space="preserve">individuality labelled as "weird" by those who couldn't </w:t>
      </w:r>
      <w:r>
        <w:rPr>
          <w:rFonts w:ascii="LiberationSerif" w:hAnsi="LiberationSerif" w:eastAsia="LiberationSerif"/>
          <w:b w:val="0"/>
          <w:i w:val="0"/>
          <w:color w:val="000000"/>
          <w:sz w:val="30"/>
        </w:rPr>
        <w:t>understand her.</w:t>
      </w:r>
    </w:p>
    <w:p xmlns:wp14="http://schemas.microsoft.com/office/word/2010/wordml" w14:paraId="0288AF4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In a quiet corner of the library, Liam, a quiet boy with a keen </w:t>
      </w:r>
      <w:r>
        <w:rPr>
          <w:rFonts w:ascii="LiberationSerif" w:hAnsi="LiberationSerif" w:eastAsia="LiberationSerif"/>
          <w:b w:val="0"/>
          <w:i w:val="0"/>
          <w:color w:val="000000"/>
          <w:sz w:val="30"/>
        </w:rPr>
        <w:t xml:space="preserve">intellect, sat hunched over a book, his mind lost in a world of </w:t>
      </w:r>
      <w:r>
        <w:rPr>
          <w:rFonts w:ascii="LiberationSerif" w:hAnsi="LiberationSerif" w:eastAsia="LiberationSerif"/>
          <w:b w:val="0"/>
          <w:i w:val="0"/>
          <w:color w:val="000000"/>
          <w:sz w:val="30"/>
        </w:rPr>
        <w:t xml:space="preserve">fantastical stories. He was a dreamer, a quiet observer of the </w:t>
      </w:r>
      <w:r>
        <w:rPr>
          <w:rFonts w:ascii="LiberationSerif" w:hAnsi="LiberationSerif" w:eastAsia="LiberationSerif"/>
          <w:b w:val="0"/>
          <w:i w:val="0"/>
          <w:color w:val="000000"/>
          <w:sz w:val="30"/>
        </w:rPr>
        <w:t xml:space="preserve">world around him, his intelligence often mistaken for </w:t>
      </w:r>
      <w:r>
        <w:br/>
      </w:r>
      <w:r>
        <w:rPr>
          <w:rFonts w:ascii="LiberationSerif" w:hAnsi="LiberationSerif" w:eastAsia="LiberationSerif"/>
          <w:b w:val="0"/>
          <w:i w:val="0"/>
          <w:color w:val="000000"/>
          <w:sz w:val="30"/>
        </w:rPr>
        <w:t xml:space="preserve">arrogance by those who couldn't decipher his introverted </w:t>
      </w:r>
      <w:r>
        <w:rPr>
          <w:rFonts w:ascii="LiberationSerif" w:hAnsi="LiberationSerif" w:eastAsia="LiberationSerif"/>
          <w:b w:val="0"/>
          <w:i w:val="0"/>
          <w:color w:val="000000"/>
          <w:sz w:val="30"/>
        </w:rPr>
        <w:t xml:space="preserve">nature. He craved connection, yet his social anxiety kept him </w:t>
      </w:r>
      <w:r>
        <w:rPr>
          <w:rFonts w:ascii="LiberationSerif" w:hAnsi="LiberationSerif" w:eastAsia="LiberationSerif"/>
          <w:b w:val="0"/>
          <w:i w:val="0"/>
          <w:color w:val="000000"/>
          <w:sz w:val="30"/>
        </w:rPr>
        <w:t>tethered to the safety of solitude.</w:t>
      </w:r>
    </w:p>
    <w:p xmlns:wp14="http://schemas.microsoft.com/office/word/2010/wordml" w14:paraId="1F3F69D3"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And then there was Jessica, a girl with a heart of gold, whose </w:t>
      </w:r>
      <w:r>
        <w:rPr>
          <w:rFonts w:ascii="LiberationSerif" w:hAnsi="LiberationSerif" w:eastAsia="LiberationSerif"/>
          <w:b w:val="0"/>
          <w:i w:val="0"/>
          <w:color w:val="000000"/>
          <w:sz w:val="30"/>
        </w:rPr>
        <w:t xml:space="preserve">kindness was often mistaken for weakness. She had a way of </w:t>
      </w:r>
      <w:r>
        <w:rPr>
          <w:rFonts w:ascii="LiberationSerif" w:hAnsi="LiberationSerif" w:eastAsia="LiberationSerif"/>
          <w:b w:val="0"/>
          <w:i w:val="0"/>
          <w:color w:val="000000"/>
          <w:sz w:val="30"/>
        </w:rPr>
        <w:t xml:space="preserve">seeing the good in everyone, a beacon of hope in the face of </w:t>
      </w:r>
      <w:r>
        <w:rPr>
          <w:rFonts w:ascii="LiberationSerif" w:hAnsi="LiberationSerif" w:eastAsia="LiberationSerif"/>
          <w:b w:val="0"/>
          <w:i w:val="0"/>
          <w:color w:val="000000"/>
          <w:sz w:val="30"/>
        </w:rPr>
        <w:t xml:space="preserve">negativity. She was always willing to lend an ear, to offer a </w:t>
      </w:r>
      <w:r>
        <w:rPr>
          <w:rFonts w:ascii="LiberationSerif" w:hAnsi="LiberationSerif" w:eastAsia="LiberationSerif"/>
          <w:b w:val="0"/>
          <w:i w:val="0"/>
          <w:color w:val="000000"/>
          <w:sz w:val="30"/>
        </w:rPr>
        <w:t xml:space="preserve">comforting hand, but her own internal struggles often went </w:t>
      </w:r>
      <w:r>
        <w:rPr>
          <w:rFonts w:ascii="LiberationSerif" w:hAnsi="LiberationSerif" w:eastAsia="LiberationSerif"/>
          <w:b w:val="0"/>
          <w:i w:val="0"/>
          <w:color w:val="000000"/>
          <w:sz w:val="30"/>
        </w:rPr>
        <w:t>unnoticed.</w:t>
      </w:r>
    </w:p>
    <w:p xmlns:wp14="http://schemas.microsoft.com/office/word/2010/wordml" w14:paraId="7C5CDCC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 first bell rang, the hallways emptied, and the students </w:t>
      </w:r>
      <w:r>
        <w:rPr>
          <w:rFonts w:ascii="LiberationSerif" w:hAnsi="LiberationSerif" w:eastAsia="LiberationSerif"/>
          <w:b w:val="0"/>
          <w:i w:val="0"/>
          <w:color w:val="000000"/>
          <w:sz w:val="30"/>
        </w:rPr>
        <w:t xml:space="preserve">dispersed into their classrooms, carrying with them a </w:t>
      </w:r>
      <w:r>
        <w:br/>
      </w:r>
      <w:r>
        <w:rPr>
          <w:rFonts w:ascii="LiberationSerif" w:hAnsi="LiberationSerif" w:eastAsia="LiberationSerif"/>
          <w:b w:val="0"/>
          <w:i w:val="0"/>
          <w:color w:val="000000"/>
          <w:sz w:val="30"/>
        </w:rPr>
        <w:t xml:space="preserve">kaleidoscope of emotions. The weight of expectations, the </w:t>
      </w:r>
      <w:r>
        <w:rPr>
          <w:rFonts w:ascii="LiberationSerif" w:hAnsi="LiberationSerif" w:eastAsia="LiberationSerif"/>
          <w:b w:val="0"/>
          <w:i w:val="0"/>
          <w:color w:val="000000"/>
          <w:sz w:val="30"/>
        </w:rPr>
        <w:t xml:space="preserve">fear of failure, the longing for acceptance, and the quiet </w:t>
      </w:r>
      <w:r>
        <w:rPr>
          <w:rFonts w:ascii="LiberationSerif" w:hAnsi="LiberationSerif" w:eastAsia="LiberationSerif"/>
          <w:b w:val="0"/>
          <w:i w:val="0"/>
          <w:color w:val="000000"/>
          <w:sz w:val="30"/>
        </w:rPr>
        <w:t xml:space="preserve">yearning for belonging, all intertwined to create a complex </w:t>
      </w:r>
      <w:r>
        <w:rPr>
          <w:rFonts w:ascii="LiberationSerif" w:hAnsi="LiberationSerif" w:eastAsia="LiberationSerif"/>
          <w:b w:val="0"/>
          <w:i w:val="0"/>
          <w:color w:val="000000"/>
          <w:sz w:val="30"/>
        </w:rPr>
        <w:t xml:space="preserve">tapestry of the human experience. They were just teenagers, </w:t>
      </w:r>
      <w:r>
        <w:rPr>
          <w:rFonts w:ascii="LiberationSerif" w:hAnsi="LiberationSerif" w:eastAsia="LiberationSerif"/>
          <w:b w:val="0"/>
          <w:i w:val="0"/>
          <w:color w:val="000000"/>
          <w:sz w:val="30"/>
        </w:rPr>
        <w:t xml:space="preserve">navigating the tumultuous waters of adolescence, each </w:t>
      </w:r>
      <w:r>
        <w:rPr>
          <w:rFonts w:ascii="LiberationSerif" w:hAnsi="LiberationSerif" w:eastAsia="LiberationSerif"/>
          <w:b w:val="0"/>
          <w:i w:val="0"/>
          <w:color w:val="000000"/>
          <w:sz w:val="30"/>
        </w:rPr>
        <w:t>facing their own unique storms.</w:t>
      </w:r>
    </w:p>
    <w:p xmlns:wp14="http://schemas.microsoft.com/office/word/2010/wordml" w14:paraId="6B261E48"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For Maya, the first day was a blur of unfamiliar faces and a </w:t>
      </w:r>
      <w:r>
        <w:rPr>
          <w:rFonts w:ascii="LiberationSerif" w:hAnsi="LiberationSerif" w:eastAsia="LiberationSerif"/>
          <w:b w:val="0"/>
          <w:i w:val="0"/>
          <w:color w:val="000000"/>
          <w:sz w:val="30"/>
        </w:rPr>
        <w:t xml:space="preserve">classroom filled with curious stares. She tried to blend in, </w:t>
      </w:r>
      <w:r>
        <w:rPr>
          <w:rFonts w:ascii="LiberationSerif" w:hAnsi="LiberationSerif" w:eastAsia="LiberationSerif"/>
          <w:b w:val="0"/>
          <w:i w:val="0"/>
          <w:color w:val="000000"/>
          <w:sz w:val="30"/>
        </w:rPr>
        <w:t xml:space="preserve">but her anxieties were as conspicuous as a neon sign. The </w:t>
      </w:r>
      <w:r>
        <w:rPr>
          <w:rFonts w:ascii="LiberationSerif" w:hAnsi="LiberationSerif" w:eastAsia="LiberationSerif"/>
          <w:b w:val="0"/>
          <w:i w:val="0"/>
          <w:color w:val="000000"/>
          <w:sz w:val="30"/>
        </w:rPr>
        <w:t xml:space="preserve">whispers that followed her like a shadow, fueled by rumors </w:t>
      </w:r>
      <w:r>
        <w:rPr>
          <w:rFonts w:ascii="LiberationSerif" w:hAnsi="LiberationSerif" w:eastAsia="LiberationSerif"/>
          <w:b w:val="0"/>
          <w:i w:val="0"/>
          <w:color w:val="000000"/>
          <w:sz w:val="30"/>
        </w:rPr>
        <w:t xml:space="preserve">and speculation, made her retreat into herself, her own quiet </w:t>
      </w:r>
      <w:r>
        <w:rPr>
          <w:rFonts w:ascii="LiberationSerif" w:hAnsi="LiberationSerif" w:eastAsia="LiberationSerif"/>
          <w:b w:val="0"/>
          <w:i w:val="0"/>
          <w:color w:val="000000"/>
          <w:sz w:val="30"/>
        </w:rPr>
        <w:t>sanctuary.</w:t>
      </w:r>
    </w:p>
    <w:p xmlns:wp14="http://schemas.microsoft.com/office/word/2010/wordml" w14:paraId="6C1EBF6F"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Alex, on the other hand, reveled in the familiar chaos of the </w:t>
      </w:r>
      <w:r>
        <w:rPr>
          <w:rFonts w:ascii="LiberationSerif" w:hAnsi="LiberationSerif" w:eastAsia="LiberationSerif"/>
          <w:b w:val="0"/>
          <w:i w:val="0"/>
          <w:color w:val="000000"/>
          <w:sz w:val="30"/>
        </w:rPr>
        <w:t>school day. He flitted between classrooms, his jokes and</w:t>
      </w:r>
    </w:p>
    <w:p xmlns:wp14="http://schemas.microsoft.com/office/word/2010/wordml" w14:paraId="44EAFD9C" wp14:textId="77777777">
      <w:pPr>
        <w:sectPr>
          <w:pgSz w:w="12240" w:h="15840" w:orient="portrait"/>
          <w:pgMar w:top="0" w:right="1420" w:bottom="0" w:left="1440" w:header="720" w:footer="720" w:gutter="0"/>
          <w:cols/>
          <w:docGrid w:linePitch="360"/>
        </w:sectPr>
      </w:pPr>
    </w:p>
    <w:p xmlns:wp14="http://schemas.microsoft.com/office/word/2010/wordml" w14:paraId="3DD869A6"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laughter a welcome antidote to the anxieties that gnawed at </w:t>
      </w:r>
      <w:r>
        <w:rPr>
          <w:rFonts w:ascii="LiberationSerif" w:hAnsi="LiberationSerif" w:eastAsia="LiberationSerif"/>
          <w:b w:val="0"/>
          <w:i w:val="0"/>
          <w:color w:val="000000"/>
          <w:sz w:val="30"/>
        </w:rPr>
        <w:t xml:space="preserve">him. But beneath his bravado, his heart ached for his father, </w:t>
      </w:r>
      <w:r>
        <w:rPr>
          <w:rFonts w:ascii="LiberationSerif" w:hAnsi="LiberationSerif" w:eastAsia="LiberationSerif"/>
          <w:b w:val="0"/>
          <w:i w:val="0"/>
          <w:color w:val="000000"/>
          <w:sz w:val="30"/>
        </w:rPr>
        <w:t xml:space="preserve">who had been struggling with a gambling addiction, a secret </w:t>
      </w:r>
      <w:r>
        <w:rPr>
          <w:rFonts w:ascii="LiberationSerif" w:hAnsi="LiberationSerif" w:eastAsia="LiberationSerif"/>
          <w:b w:val="0"/>
          <w:i w:val="0"/>
          <w:color w:val="000000"/>
          <w:sz w:val="30"/>
        </w:rPr>
        <w:t>that cast a long shadow over their family.</w:t>
      </w:r>
    </w:p>
    <w:p xmlns:wp14="http://schemas.microsoft.com/office/word/2010/wordml" w14:paraId="59EEE038"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 sought refuge in the pages of her notebook, her words </w:t>
      </w:r>
      <w:r>
        <w:rPr>
          <w:rFonts w:ascii="LiberationSerif" w:hAnsi="LiberationSerif" w:eastAsia="LiberationSerif"/>
          <w:b w:val="0"/>
          <w:i w:val="0"/>
          <w:color w:val="000000"/>
          <w:sz w:val="30"/>
        </w:rPr>
        <w:t xml:space="preserve">a vibrant tapestry of her thoughts and feelings. She poured </w:t>
      </w:r>
      <w:r>
        <w:rPr>
          <w:rFonts w:ascii="LiberationSerif" w:hAnsi="LiberationSerif" w:eastAsia="LiberationSerif"/>
          <w:b w:val="0"/>
          <w:i w:val="0"/>
          <w:color w:val="000000"/>
          <w:sz w:val="30"/>
        </w:rPr>
        <w:t xml:space="preserve">her pain onto the page, her words a testament to her </w:t>
      </w:r>
      <w:r>
        <w:br/>
      </w:r>
      <w:r>
        <w:rPr>
          <w:rFonts w:ascii="LiberationSerif" w:hAnsi="LiberationSerif" w:eastAsia="LiberationSerif"/>
          <w:b w:val="0"/>
          <w:i w:val="0"/>
          <w:color w:val="000000"/>
          <w:sz w:val="30"/>
        </w:rPr>
        <w:t xml:space="preserve">resilience. She wasn't one to back down from a challenge, </w:t>
      </w:r>
      <w:r>
        <w:rPr>
          <w:rFonts w:ascii="LiberationSerif" w:hAnsi="LiberationSerif" w:eastAsia="LiberationSerif"/>
          <w:b w:val="0"/>
          <w:i w:val="0"/>
          <w:color w:val="000000"/>
          <w:sz w:val="30"/>
        </w:rPr>
        <w:t xml:space="preserve">but the constant barrage of bullying left her feeling drained </w:t>
      </w:r>
      <w:r>
        <w:rPr>
          <w:rFonts w:ascii="LiberationSerif" w:hAnsi="LiberationSerif" w:eastAsia="LiberationSerif"/>
          <w:b w:val="0"/>
          <w:i w:val="0"/>
          <w:color w:val="000000"/>
          <w:sz w:val="30"/>
        </w:rPr>
        <w:t>and defeated.</w:t>
      </w:r>
    </w:p>
    <w:p xmlns:wp14="http://schemas.microsoft.com/office/word/2010/wordml" w14:paraId="5555C41F"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Liam, in his quiet corner of the library, found solace in the </w:t>
      </w:r>
      <w:r>
        <w:rPr>
          <w:rFonts w:ascii="LiberationSerif" w:hAnsi="LiberationSerif" w:eastAsia="LiberationSerif"/>
          <w:b w:val="0"/>
          <w:i w:val="0"/>
          <w:color w:val="000000"/>
          <w:sz w:val="30"/>
        </w:rPr>
        <w:t xml:space="preserve">world of literature. His imagination soared as he delved into </w:t>
      </w:r>
      <w:r>
        <w:rPr>
          <w:rFonts w:ascii="LiberationSerif" w:hAnsi="LiberationSerif" w:eastAsia="LiberationSerif"/>
          <w:b w:val="0"/>
          <w:i w:val="0"/>
          <w:color w:val="000000"/>
          <w:sz w:val="30"/>
        </w:rPr>
        <w:t xml:space="preserve">fantastical stories, seeking escape from the reality of his </w:t>
      </w:r>
      <w:r>
        <w:rPr>
          <w:rFonts w:ascii="LiberationSerif" w:hAnsi="LiberationSerif" w:eastAsia="LiberationSerif"/>
          <w:b w:val="0"/>
          <w:i w:val="0"/>
          <w:color w:val="000000"/>
          <w:sz w:val="30"/>
        </w:rPr>
        <w:t xml:space="preserve">social anxieties. He craved connection, but the thought of </w:t>
      </w:r>
      <w:r>
        <w:rPr>
          <w:rFonts w:ascii="LiberationSerif" w:hAnsi="LiberationSerif" w:eastAsia="LiberationSerif"/>
          <w:b w:val="0"/>
          <w:i w:val="0"/>
          <w:color w:val="000000"/>
          <w:sz w:val="30"/>
        </w:rPr>
        <w:t>navigating the social minefield filled him with dread.</w:t>
      </w:r>
    </w:p>
    <w:p xmlns:wp14="http://schemas.microsoft.com/office/word/2010/wordml" w14:paraId="249E3827"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And Jessica, her heart brimming with empathy, tried to reach </w:t>
      </w:r>
      <w:r>
        <w:rPr>
          <w:rFonts w:ascii="LiberationSerif" w:hAnsi="LiberationSerif" w:eastAsia="LiberationSerif"/>
          <w:b w:val="0"/>
          <w:i w:val="0"/>
          <w:color w:val="000000"/>
          <w:sz w:val="30"/>
        </w:rPr>
        <w:t xml:space="preserve">out to those in need, offering a listening ear and a comforting </w:t>
      </w:r>
      <w:r>
        <w:rPr>
          <w:rFonts w:ascii="LiberationSerif" w:hAnsi="LiberationSerif" w:eastAsia="LiberationSerif"/>
          <w:b w:val="0"/>
          <w:i w:val="0"/>
          <w:color w:val="000000"/>
          <w:sz w:val="30"/>
        </w:rPr>
        <w:t xml:space="preserve">presence. She was a natural caretaker, but her own </w:t>
      </w:r>
      <w:r>
        <w:br/>
      </w:r>
      <w:r>
        <w:rPr>
          <w:rFonts w:ascii="LiberationSerif" w:hAnsi="LiberationSerif" w:eastAsia="LiberationSerif"/>
          <w:b w:val="0"/>
          <w:i w:val="0"/>
          <w:color w:val="000000"/>
          <w:sz w:val="30"/>
        </w:rPr>
        <w:t xml:space="preserve">vulnerability, her own fear of being judged, kept her from </w:t>
      </w:r>
      <w:r>
        <w:rPr>
          <w:rFonts w:ascii="LiberationSerif" w:hAnsi="LiberationSerif" w:eastAsia="LiberationSerif"/>
          <w:b w:val="0"/>
          <w:i w:val="0"/>
          <w:color w:val="000000"/>
          <w:sz w:val="30"/>
        </w:rPr>
        <w:t>reaching out for help when she needed it most.</w:t>
      </w:r>
    </w:p>
    <w:p xmlns:wp14="http://schemas.microsoft.com/office/word/2010/wordml" w14:paraId="3D210C3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Each day brought new challenges, new moments of </w:t>
      </w:r>
      <w:r>
        <w:br/>
      </w:r>
      <w:r>
        <w:rPr>
          <w:rFonts w:ascii="LiberationSerif" w:hAnsi="LiberationSerif" w:eastAsia="LiberationSerif"/>
          <w:b w:val="0"/>
          <w:i w:val="0"/>
          <w:color w:val="000000"/>
          <w:sz w:val="30"/>
        </w:rPr>
        <w:t xml:space="preserve">vulnerability and resilience. They were each fighting their </w:t>
      </w:r>
      <w:r>
        <w:rPr>
          <w:rFonts w:ascii="LiberationSerif" w:hAnsi="LiberationSerif" w:eastAsia="LiberationSerif"/>
          <w:b w:val="0"/>
          <w:i w:val="0"/>
          <w:color w:val="000000"/>
          <w:sz w:val="30"/>
        </w:rPr>
        <w:t xml:space="preserve">own silent battles, their struggles hidden behind a facade of </w:t>
      </w:r>
      <w:r>
        <w:rPr>
          <w:rFonts w:ascii="LiberationSerif" w:hAnsi="LiberationSerif" w:eastAsia="LiberationSerif"/>
          <w:b w:val="0"/>
          <w:i w:val="0"/>
          <w:color w:val="000000"/>
          <w:sz w:val="30"/>
        </w:rPr>
        <w:t xml:space="preserve">normalcy. But amidst the chaos, a seed of hope began to take </w:t>
      </w:r>
      <w:r>
        <w:rPr>
          <w:rFonts w:ascii="LiberationSerif" w:hAnsi="LiberationSerif" w:eastAsia="LiberationSerif"/>
          <w:b w:val="0"/>
          <w:i w:val="0"/>
          <w:color w:val="000000"/>
          <w:sz w:val="30"/>
        </w:rPr>
        <w:t>root.</w:t>
      </w:r>
    </w:p>
    <w:p xmlns:wp14="http://schemas.microsoft.com/office/word/2010/wordml" w14:paraId="379E4364"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 chance encounter in the school cafeteria brought them </w:t>
      </w:r>
      <w:r>
        <w:rPr>
          <w:rFonts w:ascii="LiberationSerif" w:hAnsi="LiberationSerif" w:eastAsia="LiberationSerif"/>
          <w:b w:val="0"/>
          <w:i w:val="0"/>
          <w:color w:val="000000"/>
          <w:sz w:val="30"/>
        </w:rPr>
        <w:t xml:space="preserve">together, a table overflowing with laughter and shared </w:t>
      </w:r>
      <w:r>
        <w:rPr>
          <w:rFonts w:ascii="LiberationSerif" w:hAnsi="LiberationSerif" w:eastAsia="LiberationSerif"/>
          <w:b w:val="0"/>
          <w:i w:val="0"/>
          <w:color w:val="000000"/>
          <w:sz w:val="30"/>
        </w:rPr>
        <w:t xml:space="preserve">experiences. They were different, but they were connected </w:t>
      </w:r>
      <w:r>
        <w:rPr>
          <w:rFonts w:ascii="LiberationSerif" w:hAnsi="LiberationSerif" w:eastAsia="LiberationSerif"/>
          <w:b w:val="0"/>
          <w:i w:val="0"/>
          <w:color w:val="000000"/>
          <w:sz w:val="30"/>
        </w:rPr>
        <w:t xml:space="preserve">by a shared sense of yearning for belonging, for acceptance, </w:t>
      </w:r>
      <w:r>
        <w:rPr>
          <w:rFonts w:ascii="LiberationSerif" w:hAnsi="LiberationSerif" w:eastAsia="LiberationSerif"/>
          <w:b w:val="0"/>
          <w:i w:val="0"/>
          <w:color w:val="000000"/>
          <w:sz w:val="30"/>
        </w:rPr>
        <w:t xml:space="preserve">for a place where they could be themselves, without fear of </w:t>
      </w:r>
      <w:r>
        <w:rPr>
          <w:rFonts w:ascii="LiberationSerif" w:hAnsi="LiberationSerif" w:eastAsia="LiberationSerif"/>
          <w:b w:val="0"/>
          <w:i w:val="0"/>
          <w:color w:val="000000"/>
          <w:sz w:val="30"/>
        </w:rPr>
        <w:t>judgment.</w:t>
      </w:r>
    </w:p>
    <w:p xmlns:wp14="http://schemas.microsoft.com/office/word/2010/wordml" w14:paraId="4B94D5A5" wp14:textId="77777777">
      <w:pPr>
        <w:sectPr>
          <w:pgSz w:w="12240" w:h="15840" w:orient="portrait"/>
          <w:pgMar w:top="0" w:right="1420" w:bottom="0" w:left="1440" w:header="720" w:footer="720" w:gutter="0"/>
          <w:cols/>
          <w:docGrid w:linePitch="360"/>
        </w:sectPr>
      </w:pPr>
    </w:p>
    <w:p xmlns:wp14="http://schemas.microsoft.com/office/word/2010/wordml" w14:paraId="53E4ECB6" wp14:textId="77777777">
      <w:pPr>
        <w:autoSpaceDN w:val="0"/>
        <w:autoSpaceDE w:val="0"/>
        <w:widowControl/>
        <w:spacing w:before="1790" w:after="0" w:line="360" w:lineRule="exact"/>
        <w:ind w:left="1000" w:right="1008" w:firstLine="0"/>
        <w:jc w:val="left"/>
      </w:pPr>
      <w:r>
        <w:rPr>
          <w:rFonts w:ascii="LiberationSerif" w:hAnsi="LiberationSerif" w:eastAsia="LiberationSerif"/>
          <w:b w:val="0"/>
          <w:i w:val="0"/>
          <w:color w:val="000000"/>
          <w:sz w:val="30"/>
        </w:rPr>
        <w:t xml:space="preserve">The cafeteria, with its constant hum of chatter and the aroma </w:t>
      </w:r>
      <w:r>
        <w:rPr>
          <w:rFonts w:ascii="LiberationSerif" w:hAnsi="LiberationSerif" w:eastAsia="LiberationSerif"/>
          <w:b w:val="0"/>
          <w:i w:val="0"/>
          <w:color w:val="000000"/>
          <w:sz w:val="30"/>
        </w:rPr>
        <w:t xml:space="preserve">of greasy food, became a refuge, a place where they could </w:t>
      </w:r>
      <w:r>
        <w:rPr>
          <w:rFonts w:ascii="LiberationSerif" w:hAnsi="LiberationSerif" w:eastAsia="LiberationSerif"/>
          <w:b w:val="0"/>
          <w:i w:val="0"/>
          <w:color w:val="000000"/>
          <w:sz w:val="30"/>
        </w:rPr>
        <w:t xml:space="preserve">shed their masks and be vulnerable with each other. They </w:t>
      </w:r>
      <w:r>
        <w:rPr>
          <w:rFonts w:ascii="LiberationSerif" w:hAnsi="LiberationSerif" w:eastAsia="LiberationSerif"/>
          <w:b w:val="0"/>
          <w:i w:val="0"/>
          <w:color w:val="000000"/>
          <w:sz w:val="30"/>
        </w:rPr>
        <w:t xml:space="preserve">shared their stories, their fears, their dreams, their hopes, and </w:t>
      </w:r>
      <w:r>
        <w:rPr>
          <w:rFonts w:ascii="LiberationSerif" w:hAnsi="LiberationSerif" w:eastAsia="LiberationSerif"/>
          <w:b w:val="0"/>
          <w:i w:val="0"/>
          <w:color w:val="000000"/>
          <w:sz w:val="30"/>
        </w:rPr>
        <w:t xml:space="preserve">in doing so, they found a sense of kinship. They were not </w:t>
      </w:r>
      <w:r>
        <w:rPr>
          <w:rFonts w:ascii="LiberationSerif" w:hAnsi="LiberationSerif" w:eastAsia="LiberationSerif"/>
          <w:b w:val="0"/>
          <w:i w:val="0"/>
          <w:color w:val="000000"/>
          <w:sz w:val="30"/>
        </w:rPr>
        <w:t>alone.</w:t>
      </w:r>
    </w:p>
    <w:p xmlns:wp14="http://schemas.microsoft.com/office/word/2010/wordml" w14:paraId="3AE015DE"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They laughed at Sarah's witty observations, their voices </w:t>
      </w:r>
      <w:r>
        <w:rPr>
          <w:rFonts w:ascii="LiberationSerif" w:hAnsi="LiberationSerif" w:eastAsia="LiberationSerif"/>
          <w:b w:val="0"/>
          <w:i w:val="0"/>
          <w:color w:val="000000"/>
          <w:sz w:val="30"/>
        </w:rPr>
        <w:t>blending together, creating a symphony of shared laughter.</w:t>
      </w:r>
    </w:p>
    <w:p xmlns:wp14="http://schemas.microsoft.com/office/word/2010/wordml" w14:paraId="6B265D9C" wp14:textId="77777777">
      <w:pPr>
        <w:autoSpaceDN w:val="0"/>
        <w:autoSpaceDE w:val="0"/>
        <w:widowControl/>
        <w:spacing w:before="0" w:after="0" w:line="360" w:lineRule="exact"/>
        <w:ind w:left="1000" w:right="1152" w:firstLine="0"/>
        <w:jc w:val="left"/>
      </w:pPr>
      <w:r>
        <w:rPr>
          <w:rFonts w:ascii="LiberationSerif" w:hAnsi="LiberationSerif" w:eastAsia="LiberationSerif"/>
          <w:b w:val="0"/>
          <w:i w:val="0"/>
          <w:color w:val="000000"/>
          <w:sz w:val="30"/>
        </w:rPr>
        <w:t xml:space="preserve">They listened intently as Liam shared his latest literary </w:t>
      </w:r>
      <w:r>
        <w:rPr>
          <w:rFonts w:ascii="LiberationSerif" w:hAnsi="LiberationSerif" w:eastAsia="LiberationSerif"/>
          <w:b w:val="0"/>
          <w:i w:val="0"/>
          <w:color w:val="000000"/>
          <w:sz w:val="30"/>
        </w:rPr>
        <w:t xml:space="preserve">discoveries, their eyes sparkling with shared curiosity. They </w:t>
      </w:r>
      <w:r>
        <w:rPr>
          <w:rFonts w:ascii="LiberationSerif" w:hAnsi="LiberationSerif" w:eastAsia="LiberationSerif"/>
          <w:b w:val="0"/>
          <w:i w:val="0"/>
          <w:color w:val="000000"/>
          <w:sz w:val="30"/>
        </w:rPr>
        <w:t xml:space="preserve">marveled at Jessica's kindness, her empathy a balm to their </w:t>
      </w:r>
      <w:r>
        <w:rPr>
          <w:rFonts w:ascii="LiberationSerif" w:hAnsi="LiberationSerif" w:eastAsia="LiberationSerif"/>
          <w:b w:val="0"/>
          <w:i w:val="0"/>
          <w:color w:val="000000"/>
          <w:sz w:val="30"/>
        </w:rPr>
        <w:t>anxieties.</w:t>
      </w:r>
    </w:p>
    <w:p xmlns:wp14="http://schemas.microsoft.com/office/word/2010/wordml" w14:paraId="67A64C7B"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And Alex, his bravado momentarily forgotten, opened up </w:t>
      </w:r>
      <w:r>
        <w:rPr>
          <w:rFonts w:ascii="LiberationSerif" w:hAnsi="LiberationSerif" w:eastAsia="LiberationSerif"/>
          <w:b w:val="0"/>
          <w:i w:val="0"/>
          <w:color w:val="000000"/>
          <w:sz w:val="30"/>
        </w:rPr>
        <w:t xml:space="preserve">about his father's struggles, finding solace in the knowing </w:t>
      </w:r>
      <w:r>
        <w:rPr>
          <w:rFonts w:ascii="LiberationSerif" w:hAnsi="LiberationSerif" w:eastAsia="LiberationSerif"/>
          <w:b w:val="0"/>
          <w:i w:val="0"/>
          <w:color w:val="000000"/>
          <w:sz w:val="30"/>
        </w:rPr>
        <w:t xml:space="preserve">gaze of his new friends. Maya, finally feeling a flicker of </w:t>
      </w:r>
      <w:r>
        <w:rPr>
          <w:rFonts w:ascii="LiberationSerif" w:hAnsi="LiberationSerif" w:eastAsia="LiberationSerif"/>
          <w:b w:val="0"/>
          <w:i w:val="0"/>
          <w:color w:val="000000"/>
          <w:sz w:val="30"/>
        </w:rPr>
        <w:t xml:space="preserve">hope, shared her longing for a sense of belonging, her voice </w:t>
      </w:r>
      <w:r>
        <w:rPr>
          <w:rFonts w:ascii="LiberationSerif" w:hAnsi="LiberationSerif" w:eastAsia="LiberationSerif"/>
          <w:b w:val="0"/>
          <w:i w:val="0"/>
          <w:color w:val="000000"/>
          <w:sz w:val="30"/>
        </w:rPr>
        <w:t>trembling with vulnerability.</w:t>
      </w:r>
    </w:p>
    <w:p xmlns:wp14="http://schemas.microsoft.com/office/word/2010/wordml" w14:paraId="45D2F1A4"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In that shared space, they found a sense of acceptance, a </w:t>
      </w:r>
      <w:r>
        <w:rPr>
          <w:rFonts w:ascii="LiberationSerif" w:hAnsi="LiberationSerif" w:eastAsia="LiberationSerif"/>
          <w:b w:val="0"/>
          <w:i w:val="0"/>
          <w:color w:val="000000"/>
          <w:sz w:val="30"/>
        </w:rPr>
        <w:t xml:space="preserve">recognition of their shared humanity. They were a </w:t>
      </w:r>
      <w:r>
        <w:br/>
      </w:r>
      <w:r>
        <w:rPr>
          <w:rFonts w:ascii="LiberationSerif" w:hAnsi="LiberationSerif" w:eastAsia="LiberationSerif"/>
          <w:b w:val="0"/>
          <w:i w:val="0"/>
          <w:color w:val="000000"/>
          <w:sz w:val="30"/>
        </w:rPr>
        <w:t xml:space="preserve">kaleidoscope of colors, each thread unique, yet woven </w:t>
      </w:r>
      <w:r>
        <w:rPr>
          <w:rFonts w:ascii="LiberationSerif" w:hAnsi="LiberationSerif" w:eastAsia="LiberationSerif"/>
          <w:b w:val="0"/>
          <w:i w:val="0"/>
          <w:color w:val="000000"/>
          <w:sz w:val="30"/>
        </w:rPr>
        <w:t xml:space="preserve">together to create a tapestry of resilience, a testament to the </w:t>
      </w:r>
      <w:r>
        <w:rPr>
          <w:rFonts w:ascii="LiberationSerif" w:hAnsi="LiberationSerif" w:eastAsia="LiberationSerif"/>
          <w:b w:val="0"/>
          <w:i w:val="0"/>
          <w:color w:val="000000"/>
          <w:sz w:val="30"/>
        </w:rPr>
        <w:t>enduring power of friendship.</w:t>
      </w:r>
    </w:p>
    <w:p xmlns:wp14="http://schemas.microsoft.com/office/word/2010/wordml" w14:paraId="22004C7D"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They had found their tribe, their chosen family, a place </w:t>
      </w:r>
      <w:r>
        <w:rPr>
          <w:rFonts w:ascii="LiberationSerif" w:hAnsi="LiberationSerif" w:eastAsia="LiberationSerif"/>
          <w:b w:val="0"/>
          <w:i w:val="0"/>
          <w:color w:val="000000"/>
          <w:sz w:val="30"/>
        </w:rPr>
        <w:t xml:space="preserve">where they could be seen and heard, where they could be </w:t>
      </w:r>
      <w:r>
        <w:rPr>
          <w:rFonts w:ascii="LiberationSerif" w:hAnsi="LiberationSerif" w:eastAsia="LiberationSerif"/>
          <w:b w:val="0"/>
          <w:i w:val="0"/>
          <w:color w:val="000000"/>
          <w:sz w:val="30"/>
        </w:rPr>
        <w:t xml:space="preserve">their authentic selves, without fear of judgment. They had </w:t>
      </w:r>
      <w:r>
        <w:rPr>
          <w:rFonts w:ascii="LiberationSerif" w:hAnsi="LiberationSerif" w:eastAsia="LiberationSerif"/>
          <w:b w:val="0"/>
          <w:i w:val="0"/>
          <w:color w:val="000000"/>
          <w:sz w:val="30"/>
        </w:rPr>
        <w:t>found their unbreakable bond.</w:t>
      </w:r>
    </w:p>
    <w:p xmlns:wp14="http://schemas.microsoft.com/office/word/2010/wordml" w14:paraId="3DEEC669" wp14:textId="77777777">
      <w:pPr>
        <w:sectPr>
          <w:pgSz w:w="12240" w:h="15840" w:orient="portrait"/>
          <w:pgMar w:top="0" w:right="1420" w:bottom="0" w:left="1440" w:header="720" w:footer="720" w:gutter="0"/>
          <w:cols/>
          <w:docGrid w:linePitch="360"/>
        </w:sectPr>
      </w:pPr>
    </w:p>
    <w:p xmlns:wp14="http://schemas.microsoft.com/office/word/2010/wordml" w14:paraId="2FA7E275"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7F16D094"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cafeteria buzzed with the chaotic energy of lunchtime. It </w:t>
      </w:r>
      <w:r>
        <w:rPr>
          <w:rFonts w:ascii="LiberationSerif" w:hAnsi="LiberationSerif" w:eastAsia="LiberationSerif"/>
          <w:b w:val="0"/>
          <w:i w:val="0"/>
          <w:color w:val="000000"/>
          <w:sz w:val="30"/>
        </w:rPr>
        <w:t xml:space="preserve">was a symphony of clattering trays, chattering voices, and </w:t>
      </w:r>
      <w:r>
        <w:rPr>
          <w:rFonts w:ascii="LiberationSerif" w:hAnsi="LiberationSerif" w:eastAsia="LiberationSerif"/>
          <w:b w:val="0"/>
          <w:i w:val="0"/>
          <w:color w:val="000000"/>
          <w:sz w:val="30"/>
        </w:rPr>
        <w:t xml:space="preserve">the faint aroma of microwaved pizza. Anya, a petite girl with </w:t>
      </w:r>
      <w:r>
        <w:rPr>
          <w:rFonts w:ascii="LiberationSerif" w:hAnsi="LiberationSerif" w:eastAsia="LiberationSerif"/>
          <w:b w:val="0"/>
          <w:i w:val="0"/>
          <w:color w:val="000000"/>
          <w:sz w:val="30"/>
        </w:rPr>
        <w:t xml:space="preserve">vibrant red hair, clutched her lunchbox, scanning the </w:t>
      </w:r>
      <w:r>
        <w:br/>
      </w:r>
      <w:r>
        <w:rPr>
          <w:rFonts w:ascii="LiberationSerif" w:hAnsi="LiberationSerif" w:eastAsia="LiberationSerif"/>
          <w:b w:val="0"/>
          <w:i w:val="0"/>
          <w:color w:val="000000"/>
          <w:sz w:val="30"/>
        </w:rPr>
        <w:t xml:space="preserve">crowded tables. New to the school, she felt a pang of </w:t>
      </w:r>
      <w:r>
        <w:br/>
      </w:r>
      <w:r>
        <w:rPr>
          <w:rFonts w:ascii="LiberationSerif" w:hAnsi="LiberationSerif" w:eastAsia="LiberationSerif"/>
          <w:b w:val="0"/>
          <w:i w:val="0"/>
          <w:color w:val="000000"/>
          <w:sz w:val="30"/>
        </w:rPr>
        <w:t xml:space="preserve">loneliness. The familiar faces, laughing and sharing stories, </w:t>
      </w:r>
      <w:r>
        <w:rPr>
          <w:rFonts w:ascii="LiberationSerif" w:hAnsi="LiberationSerif" w:eastAsia="LiberationSerif"/>
          <w:b w:val="0"/>
          <w:i w:val="0"/>
          <w:color w:val="000000"/>
          <w:sz w:val="30"/>
        </w:rPr>
        <w:t>seemed like a distant world.</w:t>
      </w:r>
    </w:p>
    <w:p xmlns:wp14="http://schemas.microsoft.com/office/word/2010/wordml" w14:paraId="4E19F89B"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Across the room, Leo, a lanky boy with a penchant for </w:t>
      </w:r>
      <w:r>
        <w:br/>
      </w:r>
      <w:r>
        <w:rPr>
          <w:rFonts w:ascii="LiberationSerif" w:hAnsi="LiberationSerif" w:eastAsia="LiberationSerif"/>
          <w:b w:val="0"/>
          <w:i w:val="0"/>
          <w:color w:val="000000"/>
          <w:sz w:val="30"/>
        </w:rPr>
        <w:t>sketching, sat by himself, lost in a world of his own creation.</w:t>
      </w:r>
    </w:p>
    <w:p xmlns:wp14="http://schemas.microsoft.com/office/word/2010/wordml" w14:paraId="4AFA0891" wp14:textId="77777777">
      <w:pPr>
        <w:autoSpaceDN w:val="0"/>
        <w:autoSpaceDE w:val="0"/>
        <w:widowControl/>
        <w:spacing w:before="0" w:after="0" w:line="360" w:lineRule="exact"/>
        <w:ind w:left="1000" w:right="1152" w:firstLine="0"/>
        <w:jc w:val="left"/>
      </w:pPr>
      <w:r>
        <w:rPr>
          <w:rFonts w:ascii="LiberationSerif" w:hAnsi="LiberationSerif" w:eastAsia="LiberationSerif"/>
          <w:b w:val="0"/>
          <w:i w:val="0"/>
          <w:color w:val="000000"/>
          <w:sz w:val="30"/>
        </w:rPr>
        <w:t xml:space="preserve">He was sketching a intricate portrait of a woman with </w:t>
      </w:r>
      <w:r>
        <w:rPr>
          <w:rFonts w:ascii="LiberationSerif" w:hAnsi="LiberationSerif" w:eastAsia="LiberationSerif"/>
          <w:b w:val="0"/>
          <w:i w:val="0"/>
          <w:color w:val="000000"/>
          <w:sz w:val="30"/>
        </w:rPr>
        <w:t xml:space="preserve">piercing eyes and a mysterious smile, her features blending </w:t>
      </w:r>
      <w:r>
        <w:rPr>
          <w:rFonts w:ascii="LiberationSerif" w:hAnsi="LiberationSerif" w:eastAsia="LiberationSerif"/>
          <w:b w:val="0"/>
          <w:i w:val="0"/>
          <w:color w:val="000000"/>
          <w:sz w:val="30"/>
        </w:rPr>
        <w:t>into the landscape of his sketchbook.</w:t>
      </w:r>
    </w:p>
    <w:p xmlns:wp14="http://schemas.microsoft.com/office/word/2010/wordml" w14:paraId="6E4C966B"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Suddenly, a burst of laughter drew Leo's attention. A group </w:t>
      </w:r>
      <w:r>
        <w:rPr>
          <w:rFonts w:ascii="LiberationSerif" w:hAnsi="LiberationSerif" w:eastAsia="LiberationSerif"/>
          <w:b w:val="0"/>
          <w:i w:val="0"/>
          <w:color w:val="000000"/>
          <w:sz w:val="30"/>
        </w:rPr>
        <w:t xml:space="preserve">of students, their faces illuminated with joy, were sharing a </w:t>
      </w:r>
      <w:r>
        <w:rPr>
          <w:rFonts w:ascii="LiberationSerif" w:hAnsi="LiberationSerif" w:eastAsia="LiberationSerif"/>
          <w:b w:val="0"/>
          <w:i w:val="0"/>
          <w:color w:val="000000"/>
          <w:sz w:val="30"/>
        </w:rPr>
        <w:t xml:space="preserve">joke. They had a shared energy, a camaraderie that Leo could </w:t>
      </w:r>
      <w:r>
        <w:rPr>
          <w:rFonts w:ascii="LiberationSerif" w:hAnsi="LiberationSerif" w:eastAsia="LiberationSerif"/>
          <w:b w:val="0"/>
          <w:i w:val="0"/>
          <w:color w:val="000000"/>
          <w:sz w:val="30"/>
        </w:rPr>
        <w:t>only envy.</w:t>
      </w:r>
    </w:p>
    <w:p xmlns:wp14="http://schemas.microsoft.com/office/word/2010/wordml" w14:paraId="64A0E0B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There was Liam, the class clown, with his infectious grin </w:t>
      </w:r>
      <w:r>
        <w:rPr>
          <w:rFonts w:ascii="LiberationSerif" w:hAnsi="LiberationSerif" w:eastAsia="LiberationSerif"/>
          <w:b w:val="0"/>
          <w:i w:val="0"/>
          <w:color w:val="000000"/>
          <w:sz w:val="30"/>
        </w:rPr>
        <w:t xml:space="preserve">and a knack for making even the most mundane moments </w:t>
      </w:r>
      <w:r>
        <w:rPr>
          <w:rFonts w:ascii="LiberationSerif" w:hAnsi="LiberationSerif" w:eastAsia="LiberationSerif"/>
          <w:b w:val="0"/>
          <w:i w:val="0"/>
          <w:color w:val="000000"/>
          <w:sz w:val="30"/>
        </w:rPr>
        <w:t xml:space="preserve">hilarious. He was narrating a story about a disastrous attempt </w:t>
      </w:r>
      <w:r>
        <w:rPr>
          <w:rFonts w:ascii="LiberationSerif" w:hAnsi="LiberationSerif" w:eastAsia="LiberationSerif"/>
          <w:b w:val="0"/>
          <w:i w:val="0"/>
          <w:color w:val="000000"/>
          <w:sz w:val="30"/>
        </w:rPr>
        <w:t xml:space="preserve">at baking a birthday cake, embellishing the tale with </w:t>
      </w:r>
      <w:r>
        <w:br/>
      </w:r>
      <w:r>
        <w:rPr>
          <w:rFonts w:ascii="LiberationSerif" w:hAnsi="LiberationSerif" w:eastAsia="LiberationSerif"/>
          <w:b w:val="0"/>
          <w:i w:val="0"/>
          <w:color w:val="000000"/>
          <w:sz w:val="30"/>
        </w:rPr>
        <w:t xml:space="preserve">exaggerated gestures and dramatic expressions. Sitting next </w:t>
      </w:r>
      <w:r>
        <w:rPr>
          <w:rFonts w:ascii="LiberationSerif" w:hAnsi="LiberationSerif" w:eastAsia="LiberationSerif"/>
          <w:b w:val="0"/>
          <w:i w:val="0"/>
          <w:color w:val="000000"/>
          <w:sz w:val="30"/>
        </w:rPr>
        <w:t xml:space="preserve">to Liam was Emily, her infectious laugh punctuating every </w:t>
      </w:r>
      <w:r>
        <w:rPr>
          <w:rFonts w:ascii="LiberationSerif" w:hAnsi="LiberationSerif" w:eastAsia="LiberationSerif"/>
          <w:b w:val="0"/>
          <w:i w:val="0"/>
          <w:color w:val="000000"/>
          <w:sz w:val="30"/>
        </w:rPr>
        <w:t xml:space="preserve">punchline. She was known for her quick wit and her ability </w:t>
      </w:r>
      <w:r>
        <w:rPr>
          <w:rFonts w:ascii="LiberationSerif" w:hAnsi="LiberationSerif" w:eastAsia="LiberationSerif"/>
          <w:b w:val="0"/>
          <w:i w:val="0"/>
          <w:color w:val="000000"/>
          <w:sz w:val="30"/>
        </w:rPr>
        <w:t>to find humor in every situation.</w:t>
      </w:r>
    </w:p>
    <w:p xmlns:wp14="http://schemas.microsoft.com/office/word/2010/wordml" w14:paraId="282937C1"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Next to Emily was Jackson, a quiet boy with a thoughtful </w:t>
      </w:r>
      <w:r>
        <w:rPr>
          <w:rFonts w:ascii="LiberationSerif" w:hAnsi="LiberationSerif" w:eastAsia="LiberationSerif"/>
          <w:b w:val="0"/>
          <w:i w:val="0"/>
          <w:color w:val="000000"/>
          <w:sz w:val="30"/>
        </w:rPr>
        <w:t xml:space="preserve">demeanor. He seemed to observe the world with a quiet </w:t>
      </w:r>
      <w:r>
        <w:rPr>
          <w:rFonts w:ascii="LiberationSerif" w:hAnsi="LiberationSerif" w:eastAsia="LiberationSerif"/>
          <w:b w:val="0"/>
          <w:i w:val="0"/>
          <w:color w:val="000000"/>
          <w:sz w:val="30"/>
        </w:rPr>
        <w:t>intensity, his eyes reflecting a wisdom that belied his age.</w:t>
      </w:r>
    </w:p>
    <w:p xmlns:wp14="http://schemas.microsoft.com/office/word/2010/wordml" w14:paraId="3656B9AB" wp14:textId="77777777">
      <w:pPr>
        <w:sectPr>
          <w:pgSz w:w="12240" w:h="15840" w:orient="portrait"/>
          <w:pgMar w:top="0" w:right="1420" w:bottom="0" w:left="1440" w:header="720" w:footer="720" w:gutter="0"/>
          <w:cols/>
          <w:docGrid w:linePitch="360"/>
        </w:sectPr>
      </w:pPr>
    </w:p>
    <w:p xmlns:wp14="http://schemas.microsoft.com/office/word/2010/wordml" w14:paraId="46CFE082" wp14:textId="77777777">
      <w:pPr>
        <w:autoSpaceDN w:val="0"/>
        <w:autoSpaceDE w:val="0"/>
        <w:widowControl/>
        <w:spacing w:before="1430" w:after="0" w:line="360" w:lineRule="exact"/>
        <w:ind w:left="1000" w:right="1296" w:firstLine="0"/>
        <w:jc w:val="left"/>
      </w:pPr>
      <w:r>
        <w:rPr>
          <w:rFonts w:ascii="LiberationSerif" w:hAnsi="LiberationSerif" w:eastAsia="LiberationSerif"/>
          <w:b w:val="0"/>
          <w:i w:val="0"/>
          <w:color w:val="000000"/>
          <w:sz w:val="30"/>
        </w:rPr>
        <w:t xml:space="preserve">The group's laughter died down, replaced by a comfortable </w:t>
      </w:r>
      <w:r>
        <w:rPr>
          <w:rFonts w:ascii="LiberationSerif" w:hAnsi="LiberationSerif" w:eastAsia="LiberationSerif"/>
          <w:b w:val="0"/>
          <w:i w:val="0"/>
          <w:color w:val="000000"/>
          <w:sz w:val="30"/>
        </w:rPr>
        <w:t xml:space="preserve">silence as Liam noticed Anya standing alone near the food </w:t>
      </w:r>
      <w:r>
        <w:rPr>
          <w:rFonts w:ascii="LiberationSerif" w:hAnsi="LiberationSerif" w:eastAsia="LiberationSerif"/>
          <w:b w:val="0"/>
          <w:i w:val="0"/>
          <w:color w:val="000000"/>
          <w:sz w:val="30"/>
        </w:rPr>
        <w:t xml:space="preserve">counter. "Hey, want to join us?" Liam asked, gesturing </w:t>
      </w:r>
      <w:r>
        <w:rPr>
          <w:rFonts w:ascii="LiberationSerif" w:hAnsi="LiberationSerif" w:eastAsia="LiberationSerif"/>
          <w:b w:val="0"/>
          <w:i w:val="0"/>
          <w:color w:val="000000"/>
          <w:sz w:val="30"/>
        </w:rPr>
        <w:t>towards the empty seat next to him.</w:t>
      </w:r>
    </w:p>
    <w:p xmlns:wp14="http://schemas.microsoft.com/office/word/2010/wordml" w14:paraId="0505E553"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Anya's heart skipped a beat. She hesitated for a moment, </w:t>
      </w:r>
      <w:r>
        <w:rPr>
          <w:rFonts w:ascii="LiberationSerif" w:hAnsi="LiberationSerif" w:eastAsia="LiberationSerif"/>
          <w:b w:val="0"/>
          <w:i w:val="0"/>
          <w:color w:val="000000"/>
          <w:sz w:val="30"/>
        </w:rPr>
        <w:t>unsure if she should interrupt their comfortable camaraderie.</w:t>
      </w:r>
    </w:p>
    <w:p xmlns:wp14="http://schemas.microsoft.com/office/word/2010/wordml" w14:paraId="20C1E6D5" wp14:textId="77777777">
      <w:pPr>
        <w:autoSpaceDN w:val="0"/>
        <w:autoSpaceDE w:val="0"/>
        <w:widowControl/>
        <w:spacing w:before="0" w:after="0" w:line="360" w:lineRule="exact"/>
        <w:ind w:left="1000" w:right="1440" w:firstLine="0"/>
        <w:jc w:val="left"/>
      </w:pPr>
      <w:r>
        <w:rPr>
          <w:rFonts w:ascii="LiberationSerif" w:hAnsi="LiberationSerif" w:eastAsia="LiberationSerif"/>
          <w:b w:val="0"/>
          <w:i w:val="0"/>
          <w:color w:val="000000"/>
          <w:sz w:val="30"/>
        </w:rPr>
        <w:t xml:space="preserve">But the warmth in Liam's smile reassured her. She took a </w:t>
      </w:r>
      <w:r>
        <w:rPr>
          <w:rFonts w:ascii="LiberationSerif" w:hAnsi="LiberationSerif" w:eastAsia="LiberationSerif"/>
          <w:b w:val="0"/>
          <w:i w:val="0"/>
          <w:color w:val="000000"/>
          <w:sz w:val="30"/>
        </w:rPr>
        <w:t xml:space="preserve">deep breath and walked towards the table, her heart </w:t>
      </w:r>
      <w:r>
        <w:rPr>
          <w:rFonts w:ascii="LiberationSerif" w:hAnsi="LiberationSerif" w:eastAsia="LiberationSerif"/>
          <w:b w:val="0"/>
          <w:i w:val="0"/>
          <w:color w:val="000000"/>
          <w:sz w:val="30"/>
        </w:rPr>
        <w:t>pounding with a mixture of trepidation and excitement.</w:t>
      </w:r>
    </w:p>
    <w:p xmlns:wp14="http://schemas.microsoft.com/office/word/2010/wordml" w14:paraId="7A735E4E"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"Hi, I'm Anya," she introduced herself, her voice slightly </w:t>
      </w:r>
      <w:r>
        <w:rPr>
          <w:rFonts w:ascii="LiberationSerif" w:hAnsi="LiberationSerif" w:eastAsia="LiberationSerif"/>
          <w:b w:val="0"/>
          <w:i w:val="0"/>
          <w:color w:val="000000"/>
          <w:sz w:val="30"/>
        </w:rPr>
        <w:t>hesitant.</w:t>
      </w:r>
    </w:p>
    <w:p xmlns:wp14="http://schemas.microsoft.com/office/word/2010/wordml" w14:paraId="1F50DCAE"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"Liam," he grinned, extending his hand. "This is Emily, </w:t>
      </w:r>
      <w:r>
        <w:rPr>
          <w:rFonts w:ascii="LiberationSerif" w:hAnsi="LiberationSerif" w:eastAsia="LiberationSerif"/>
          <w:b w:val="0"/>
          <w:i w:val="0"/>
          <w:color w:val="000000"/>
          <w:sz w:val="30"/>
        </w:rPr>
        <w:t>Jackson, and Leo."</w:t>
      </w:r>
    </w:p>
    <w:p xmlns:wp14="http://schemas.microsoft.com/office/word/2010/wordml" w14:paraId="13DA2A1E"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Emily's smile was disarmingly friendly. "Welcome to the </w:t>
      </w:r>
      <w:r>
        <w:rPr>
          <w:rFonts w:ascii="LiberationSerif" w:hAnsi="LiberationSerif" w:eastAsia="LiberationSerif"/>
          <w:b w:val="0"/>
          <w:i w:val="0"/>
          <w:color w:val="000000"/>
          <w:sz w:val="30"/>
        </w:rPr>
        <w:t>table! We're glad you joined us."</w:t>
      </w:r>
    </w:p>
    <w:p xmlns:wp14="http://schemas.microsoft.com/office/word/2010/wordml" w14:paraId="69995DF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Jackson nodded shyly, his eyes meeting Anya's for a fleeting </w:t>
      </w:r>
      <w:r>
        <w:rPr>
          <w:rFonts w:ascii="LiberationSerif" w:hAnsi="LiberationSerif" w:eastAsia="LiberationSerif"/>
          <w:b w:val="0"/>
          <w:i w:val="0"/>
          <w:color w:val="000000"/>
          <w:sz w:val="30"/>
        </w:rPr>
        <w:t xml:space="preserve">moment. Leo remained silent, but a subtle smile played at </w:t>
      </w:r>
      <w:r>
        <w:rPr>
          <w:rFonts w:ascii="LiberationSerif" w:hAnsi="LiberationSerif" w:eastAsia="LiberationSerif"/>
          <w:b w:val="0"/>
          <w:i w:val="0"/>
          <w:color w:val="000000"/>
          <w:sz w:val="30"/>
        </w:rPr>
        <w:t xml:space="preserve">the corners of his lips as he continued sketching in his </w:t>
      </w:r>
      <w:r>
        <w:br/>
      </w:r>
      <w:r>
        <w:rPr>
          <w:rFonts w:ascii="LiberationSerif" w:hAnsi="LiberationSerif" w:eastAsia="LiberationSerif"/>
          <w:b w:val="0"/>
          <w:i w:val="0"/>
          <w:color w:val="000000"/>
          <w:sz w:val="30"/>
        </w:rPr>
        <w:t>notebook.</w:t>
      </w:r>
    </w:p>
    <w:p xmlns:wp14="http://schemas.microsoft.com/office/word/2010/wordml" w14:paraId="6643285B"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For a moment, the cafeteria noise seemed to fade away, </w:t>
      </w:r>
      <w:r>
        <w:rPr>
          <w:rFonts w:ascii="LiberationSerif" w:hAnsi="LiberationSerif" w:eastAsia="LiberationSerif"/>
          <w:b w:val="0"/>
          <w:i w:val="0"/>
          <w:color w:val="000000"/>
          <w:sz w:val="30"/>
        </w:rPr>
        <w:t xml:space="preserve">replaced by the quiet murmur of introductions. Anya felt a </w:t>
      </w:r>
      <w:r>
        <w:rPr>
          <w:rFonts w:ascii="LiberationSerif" w:hAnsi="LiberationSerif" w:eastAsia="LiberationSerif"/>
          <w:b w:val="0"/>
          <w:i w:val="0"/>
          <w:color w:val="000000"/>
          <w:sz w:val="30"/>
        </w:rPr>
        <w:t xml:space="preserve">sense of relief wash over her. These strangers, with their </w:t>
      </w:r>
      <w:r>
        <w:rPr>
          <w:rFonts w:ascii="LiberationSerif" w:hAnsi="LiberationSerif" w:eastAsia="LiberationSerif"/>
          <w:b w:val="0"/>
          <w:i w:val="0"/>
          <w:color w:val="000000"/>
          <w:sz w:val="30"/>
        </w:rPr>
        <w:t xml:space="preserve">diverse personalities and shared laughter, offered a glimmer </w:t>
      </w:r>
      <w:r>
        <w:rPr>
          <w:rFonts w:ascii="LiberationSerif" w:hAnsi="LiberationSerif" w:eastAsia="LiberationSerif"/>
          <w:b w:val="0"/>
          <w:i w:val="0"/>
          <w:color w:val="000000"/>
          <w:sz w:val="30"/>
        </w:rPr>
        <w:t>of hope in a new and unfamiliar world.</w:t>
      </w:r>
    </w:p>
    <w:p xmlns:wp14="http://schemas.microsoft.com/office/word/2010/wordml" w14:paraId="7A4C1B9A"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Liam broke the silence. "So, Anya, what are you working </w:t>
      </w:r>
      <w:r>
        <w:rPr>
          <w:rFonts w:ascii="LiberationSerif" w:hAnsi="LiberationSerif" w:eastAsia="LiberationSerif"/>
          <w:b w:val="0"/>
          <w:i w:val="0"/>
          <w:color w:val="000000"/>
          <w:sz w:val="30"/>
        </w:rPr>
        <w:t>on?"</w:t>
      </w:r>
    </w:p>
    <w:p xmlns:wp14="http://schemas.microsoft.com/office/word/2010/wordml" w14:paraId="1338DE28" wp14:textId="77777777">
      <w:pPr>
        <w:autoSpaceDN w:val="0"/>
        <w:autoSpaceDE w:val="0"/>
        <w:widowControl/>
        <w:spacing w:before="360" w:after="0" w:line="360" w:lineRule="exact"/>
        <w:ind w:left="864" w:right="1152" w:firstLine="0"/>
        <w:jc w:val="center"/>
      </w:pPr>
      <w:r>
        <w:rPr>
          <w:rFonts w:ascii="LiberationSerif" w:hAnsi="LiberationSerif" w:eastAsia="LiberationSerif"/>
          <w:b w:val="0"/>
          <w:i w:val="0"/>
          <w:color w:val="000000"/>
          <w:sz w:val="30"/>
        </w:rPr>
        <w:t xml:space="preserve">Anya hesitated, unsure how to answer. She hadn't expected </w:t>
      </w:r>
      <w:r>
        <w:rPr>
          <w:rFonts w:ascii="LiberationSerif" w:hAnsi="LiberationSerif" w:eastAsia="LiberationSerif"/>
          <w:b w:val="0"/>
          <w:i w:val="0"/>
          <w:color w:val="000000"/>
          <w:sz w:val="30"/>
        </w:rPr>
        <w:t>anyone to care about her schoolwork. She was struggling to</w:t>
      </w:r>
    </w:p>
    <w:p xmlns:wp14="http://schemas.microsoft.com/office/word/2010/wordml" w14:paraId="45FB0818" wp14:textId="77777777">
      <w:pPr>
        <w:sectPr>
          <w:pgSz w:w="12240" w:h="15840" w:orient="portrait"/>
          <w:pgMar w:top="0" w:right="1420" w:bottom="0" w:left="1440" w:header="720" w:footer="720" w:gutter="0"/>
          <w:cols/>
          <w:docGrid w:linePitch="360"/>
        </w:sectPr>
      </w:pPr>
    </w:p>
    <w:p xmlns:wp14="http://schemas.microsoft.com/office/word/2010/wordml" w14:paraId="0D17DC18" wp14:textId="77777777">
      <w:pPr>
        <w:autoSpaceDN w:val="0"/>
        <w:autoSpaceDE w:val="0"/>
        <w:widowControl/>
        <w:spacing w:before="1430" w:after="0" w:line="360" w:lineRule="exact"/>
        <w:ind w:left="1000" w:right="1872" w:firstLine="0"/>
        <w:jc w:val="left"/>
      </w:pPr>
      <w:r>
        <w:rPr>
          <w:rFonts w:ascii="LiberationSerif" w:hAnsi="LiberationSerif" w:eastAsia="LiberationSerif"/>
          <w:b w:val="0"/>
          <w:i w:val="0"/>
          <w:color w:val="000000"/>
          <w:sz w:val="30"/>
        </w:rPr>
        <w:t xml:space="preserve">keep up with the rigorous academic demands, feeling </w:t>
      </w:r>
      <w:r>
        <w:rPr>
          <w:rFonts w:ascii="LiberationSerif" w:hAnsi="LiberationSerif" w:eastAsia="LiberationSerif"/>
          <w:b w:val="0"/>
          <w:i w:val="0"/>
          <w:color w:val="000000"/>
          <w:sz w:val="30"/>
        </w:rPr>
        <w:t>overwhelmed by the sheer volume of assignments.</w:t>
      </w:r>
    </w:p>
    <w:p xmlns:wp14="http://schemas.microsoft.com/office/word/2010/wordml" w14:paraId="2F2E5126"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"I'm having trouble with the history project," she admitted, </w:t>
      </w:r>
      <w:r>
        <w:rPr>
          <w:rFonts w:ascii="LiberationSerif" w:hAnsi="LiberationSerif" w:eastAsia="LiberationSerif"/>
          <w:b w:val="0"/>
          <w:i w:val="0"/>
          <w:color w:val="000000"/>
          <w:sz w:val="30"/>
        </w:rPr>
        <w:t xml:space="preserve">her voice barely a whisper. "It's on the French Revolution, </w:t>
      </w:r>
      <w:r>
        <w:rPr>
          <w:rFonts w:ascii="LiberationSerif" w:hAnsi="LiberationSerif" w:eastAsia="LiberationSerif"/>
          <w:b w:val="0"/>
          <w:i w:val="0"/>
          <w:color w:val="000000"/>
          <w:sz w:val="30"/>
        </w:rPr>
        <w:t>and I'm just not getting it."</w:t>
      </w:r>
    </w:p>
    <w:p xmlns:wp14="http://schemas.microsoft.com/office/word/2010/wordml" w14:paraId="7F514D55"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Liam's face lit up with enthusiasm. "The French Revolution? </w:t>
      </w:r>
      <w:r>
        <w:rPr>
          <w:rFonts w:ascii="LiberationSerif" w:hAnsi="LiberationSerif" w:eastAsia="LiberationSerif"/>
          <w:b w:val="0"/>
          <w:i w:val="0"/>
          <w:color w:val="000000"/>
          <w:sz w:val="30"/>
        </w:rPr>
        <w:t xml:space="preserve">That's awesome! My favorite period in history. Maybe I can </w:t>
      </w:r>
      <w:r>
        <w:rPr>
          <w:rFonts w:ascii="LiberationSerif" w:hAnsi="LiberationSerif" w:eastAsia="LiberationSerif"/>
          <w:b w:val="0"/>
          <w:i w:val="0"/>
          <w:color w:val="000000"/>
          <w:sz w:val="30"/>
        </w:rPr>
        <w:t>help you with it?"</w:t>
      </w:r>
    </w:p>
    <w:p xmlns:wp14="http://schemas.microsoft.com/office/word/2010/wordml" w14:paraId="4890E261"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Anya's eyes widened in surprise. "Really?"</w:t>
      </w:r>
    </w:p>
    <w:p xmlns:wp14="http://schemas.microsoft.com/office/word/2010/wordml" w14:paraId="469F4514"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"Absolutely," Liam said with conviction. "We can study </w:t>
      </w:r>
      <w:r>
        <w:rPr>
          <w:rFonts w:ascii="LiberationSerif" w:hAnsi="LiberationSerif" w:eastAsia="LiberationSerif"/>
          <w:b w:val="0"/>
          <w:i w:val="0"/>
          <w:color w:val="000000"/>
          <w:sz w:val="30"/>
        </w:rPr>
        <w:t>together later, and I can give you some pointers."</w:t>
      </w:r>
    </w:p>
    <w:p xmlns:wp14="http://schemas.microsoft.com/office/word/2010/wordml" w14:paraId="0B189B9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Emily, always quick to offer encouragement, chimed in, </w:t>
      </w:r>
      <w:r>
        <w:rPr>
          <w:rFonts w:ascii="LiberationSerif" w:hAnsi="LiberationSerif" w:eastAsia="LiberationSerif"/>
          <w:b w:val="0"/>
          <w:i w:val="0"/>
          <w:color w:val="000000"/>
          <w:sz w:val="30"/>
        </w:rPr>
        <w:t xml:space="preserve">"Liam's a history whiz. He actually got a perfect score on the </w:t>
      </w:r>
      <w:r>
        <w:rPr>
          <w:rFonts w:ascii="LiberationSerif" w:hAnsi="LiberationSerif" w:eastAsia="LiberationSerif"/>
          <w:b w:val="0"/>
          <w:i w:val="0"/>
          <w:color w:val="000000"/>
          <w:sz w:val="30"/>
        </w:rPr>
        <w:t>last test."</w:t>
      </w:r>
    </w:p>
    <w:p xmlns:wp14="http://schemas.microsoft.com/office/word/2010/wordml" w14:paraId="317B8455"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Jackson nodded in agreement. "Liam knows a lot about the </w:t>
      </w:r>
      <w:r>
        <w:rPr>
          <w:rFonts w:ascii="LiberationSerif" w:hAnsi="LiberationSerif" w:eastAsia="LiberationSerif"/>
          <w:b w:val="0"/>
          <w:i w:val="0"/>
          <w:color w:val="000000"/>
          <w:sz w:val="30"/>
        </w:rPr>
        <w:t xml:space="preserve">French Revolution. He even went to the museum in Paris last </w:t>
      </w:r>
      <w:r>
        <w:rPr>
          <w:rFonts w:ascii="LiberationSerif" w:hAnsi="LiberationSerif" w:eastAsia="LiberationSerif"/>
          <w:b w:val="0"/>
          <w:i w:val="0"/>
          <w:color w:val="000000"/>
          <w:sz w:val="30"/>
        </w:rPr>
        <w:t>summer."</w:t>
      </w:r>
    </w:p>
    <w:p xmlns:wp14="http://schemas.microsoft.com/office/word/2010/wordml" w14:paraId="334A04EA"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Leo, who had been silent throughout the exchange, finally </w:t>
      </w:r>
      <w:r>
        <w:rPr>
          <w:rFonts w:ascii="LiberationSerif" w:hAnsi="LiberationSerif" w:eastAsia="LiberationSerif"/>
          <w:b w:val="0"/>
          <w:i w:val="0"/>
          <w:color w:val="000000"/>
          <w:sz w:val="30"/>
        </w:rPr>
        <w:t xml:space="preserve">looked up from his sketchbook. "You can also borrow some </w:t>
      </w:r>
      <w:r>
        <w:rPr>
          <w:rFonts w:ascii="LiberationSerif" w:hAnsi="LiberationSerif" w:eastAsia="LiberationSerif"/>
          <w:b w:val="0"/>
          <w:i w:val="0"/>
          <w:color w:val="000000"/>
          <w:sz w:val="30"/>
        </w:rPr>
        <w:t xml:space="preserve">of my notes," he offered, a shy smile spreading across his </w:t>
      </w:r>
      <w:r>
        <w:rPr>
          <w:rFonts w:ascii="LiberationSerif" w:hAnsi="LiberationSerif" w:eastAsia="LiberationSerif"/>
          <w:b w:val="0"/>
          <w:i w:val="0"/>
          <w:color w:val="000000"/>
          <w:sz w:val="30"/>
        </w:rPr>
        <w:t xml:space="preserve">face. "I've got a lot of information on the French </w:t>
      </w:r>
      <w:r>
        <w:br/>
      </w:r>
      <w:r>
        <w:rPr>
          <w:rFonts w:ascii="LiberationSerif" w:hAnsi="LiberationSerif" w:eastAsia="LiberationSerif"/>
          <w:b w:val="0"/>
          <w:i w:val="0"/>
          <w:color w:val="000000"/>
          <w:sz w:val="30"/>
        </w:rPr>
        <w:t>Revolution."</w:t>
      </w:r>
    </w:p>
    <w:p xmlns:wp14="http://schemas.microsoft.com/office/word/2010/wordml" w14:paraId="4429E5A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Anya's heart swelled with gratitude. These complete </w:t>
      </w:r>
      <w:r>
        <w:br/>
      </w:r>
      <w:r>
        <w:rPr>
          <w:rFonts w:ascii="LiberationSerif" w:hAnsi="LiberationSerif" w:eastAsia="LiberationSerif"/>
          <w:b w:val="0"/>
          <w:i w:val="0"/>
          <w:color w:val="000000"/>
          <w:sz w:val="30"/>
        </w:rPr>
        <w:t xml:space="preserve">strangers, this unlikely group of students, were reaching out </w:t>
      </w:r>
      <w:r>
        <w:rPr>
          <w:rFonts w:ascii="LiberationSerif" w:hAnsi="LiberationSerif" w:eastAsia="LiberationSerif"/>
          <w:b w:val="0"/>
          <w:i w:val="0"/>
          <w:color w:val="000000"/>
          <w:sz w:val="30"/>
        </w:rPr>
        <w:t xml:space="preserve">to her, offering their time and knowledge. It was a simple </w:t>
      </w:r>
      <w:r>
        <w:rPr>
          <w:rFonts w:ascii="LiberationSerif" w:hAnsi="LiberationSerif" w:eastAsia="LiberationSerif"/>
          <w:b w:val="0"/>
          <w:i w:val="0"/>
          <w:color w:val="000000"/>
          <w:sz w:val="30"/>
        </w:rPr>
        <w:t xml:space="preserve">gesture, but it meant the world to her. She had found a place, </w:t>
      </w:r>
      <w:r>
        <w:rPr>
          <w:rFonts w:ascii="LiberationSerif" w:hAnsi="LiberationSerif" w:eastAsia="LiberationSerif"/>
          <w:b w:val="0"/>
          <w:i w:val="0"/>
          <w:color w:val="000000"/>
          <w:sz w:val="30"/>
        </w:rPr>
        <w:t>a sense of belonging, a group of friends who, despite their</w:t>
      </w:r>
    </w:p>
    <w:p xmlns:wp14="http://schemas.microsoft.com/office/word/2010/wordml" w14:paraId="049F31CB" wp14:textId="77777777">
      <w:pPr>
        <w:sectPr>
          <w:pgSz w:w="12240" w:h="15840" w:orient="portrait"/>
          <w:pgMar w:top="0" w:right="1420" w:bottom="0" w:left="1440" w:header="720" w:footer="720" w:gutter="0"/>
          <w:cols/>
          <w:docGrid w:linePitch="360"/>
        </w:sectPr>
      </w:pPr>
    </w:p>
    <w:p xmlns:wp14="http://schemas.microsoft.com/office/word/2010/wordml" w14:paraId="097CA1D8" wp14:textId="77777777">
      <w:pPr>
        <w:autoSpaceDN w:val="0"/>
        <w:autoSpaceDE w:val="0"/>
        <w:widowControl/>
        <w:spacing w:before="1430" w:after="0" w:line="360" w:lineRule="exact"/>
        <w:ind w:left="1000" w:right="1872" w:firstLine="0"/>
        <w:jc w:val="left"/>
      </w:pPr>
      <w:r>
        <w:rPr>
          <w:rFonts w:ascii="LiberationSerif" w:hAnsi="LiberationSerif" w:eastAsia="LiberationSerif"/>
          <w:b w:val="0"/>
          <w:i w:val="0"/>
          <w:color w:val="000000"/>
          <w:sz w:val="30"/>
        </w:rPr>
        <w:t xml:space="preserve">differences, had come together in a shared moment of </w:t>
      </w:r>
      <w:r>
        <w:rPr>
          <w:rFonts w:ascii="LiberationSerif" w:hAnsi="LiberationSerif" w:eastAsia="LiberationSerif"/>
          <w:b w:val="0"/>
          <w:i w:val="0"/>
          <w:color w:val="000000"/>
          <w:sz w:val="30"/>
        </w:rPr>
        <w:t>kindness.</w:t>
      </w:r>
    </w:p>
    <w:p xmlns:wp14="http://schemas.microsoft.com/office/word/2010/wordml" w14:paraId="4AAD4FD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cafeteria bell rang, signaling the end of lunch. As Anya </w:t>
      </w:r>
      <w:r>
        <w:rPr>
          <w:rFonts w:ascii="LiberationSerif" w:hAnsi="LiberationSerif" w:eastAsia="LiberationSerif"/>
          <w:b w:val="0"/>
          <w:i w:val="0"/>
          <w:color w:val="000000"/>
          <w:sz w:val="30"/>
        </w:rPr>
        <w:t xml:space="preserve">gathered her things, Liam handed her a crumpled piece of </w:t>
      </w:r>
      <w:r>
        <w:rPr>
          <w:rFonts w:ascii="LiberationSerif" w:hAnsi="LiberationSerif" w:eastAsia="LiberationSerif"/>
          <w:b w:val="0"/>
          <w:i w:val="0"/>
          <w:color w:val="000000"/>
          <w:sz w:val="30"/>
        </w:rPr>
        <w:t xml:space="preserve">paper. "Here's my number. Call me later, and we'll set up a </w:t>
      </w:r>
      <w:r>
        <w:rPr>
          <w:rFonts w:ascii="LiberationSerif" w:hAnsi="LiberationSerif" w:eastAsia="LiberationSerif"/>
          <w:b w:val="0"/>
          <w:i w:val="0"/>
          <w:color w:val="000000"/>
          <w:sz w:val="30"/>
        </w:rPr>
        <w:t>study session."</w:t>
      </w:r>
    </w:p>
    <w:p xmlns:wp14="http://schemas.microsoft.com/office/word/2010/wordml" w14:paraId="0ACC9E39" wp14:textId="77777777">
      <w:pPr>
        <w:autoSpaceDN w:val="0"/>
        <w:autoSpaceDE w:val="0"/>
        <w:widowControl/>
        <w:spacing w:before="388" w:after="0" w:line="332" w:lineRule="exact"/>
        <w:ind w:left="0" w:right="0" w:firstLine="0"/>
        <w:jc w:val="center"/>
      </w:pPr>
      <w:r>
        <w:rPr>
          <w:rFonts w:ascii="LiberationSerif" w:hAnsi="LiberationSerif" w:eastAsia="LiberationSerif"/>
          <w:b w:val="0"/>
          <w:i w:val="0"/>
          <w:color w:val="000000"/>
          <w:sz w:val="30"/>
        </w:rPr>
        <w:t>Anya smiled, her heart filled with a newfound sense of hope.</w:t>
      </w:r>
    </w:p>
    <w:p xmlns:wp14="http://schemas.microsoft.com/office/word/2010/wordml" w14:paraId="308C379A" wp14:textId="77777777">
      <w:pPr>
        <w:autoSpaceDN w:val="0"/>
        <w:autoSpaceDE w:val="0"/>
        <w:widowControl/>
        <w:spacing w:before="0" w:after="0" w:line="360" w:lineRule="exact"/>
        <w:ind w:left="1000" w:right="1008" w:firstLine="0"/>
        <w:jc w:val="left"/>
      </w:pPr>
      <w:r>
        <w:rPr>
          <w:rFonts w:ascii="LiberationSerif" w:hAnsi="LiberationSerif" w:eastAsia="LiberationSerif"/>
          <w:b w:val="0"/>
          <w:i w:val="0"/>
          <w:color w:val="000000"/>
          <w:sz w:val="30"/>
        </w:rPr>
        <w:t xml:space="preserve">She had found a place, a sense of belonging, a group of </w:t>
      </w:r>
      <w:r>
        <w:rPr>
          <w:rFonts w:ascii="LiberationSerif" w:hAnsi="LiberationSerif" w:eastAsia="LiberationSerif"/>
          <w:b w:val="0"/>
          <w:i w:val="0"/>
          <w:color w:val="000000"/>
          <w:sz w:val="30"/>
        </w:rPr>
        <w:t xml:space="preserve">friends who, despite their differences, had come together in a </w:t>
      </w:r>
      <w:r>
        <w:rPr>
          <w:rFonts w:ascii="LiberationSerif" w:hAnsi="LiberationSerif" w:eastAsia="LiberationSerif"/>
          <w:b w:val="0"/>
          <w:i w:val="0"/>
          <w:color w:val="000000"/>
          <w:sz w:val="30"/>
        </w:rPr>
        <w:t>shared moment of kindness.</w:t>
      </w:r>
    </w:p>
    <w:p xmlns:wp14="http://schemas.microsoft.com/office/word/2010/wordml" w14:paraId="10F2C9D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rest of the school day was filled with the usual routine </w:t>
      </w:r>
      <w:r>
        <w:rPr>
          <w:rFonts w:ascii="LiberationSerif" w:hAnsi="LiberationSerif" w:eastAsia="LiberationSerif"/>
          <w:b w:val="0"/>
          <w:i w:val="0"/>
          <w:color w:val="000000"/>
          <w:sz w:val="30"/>
        </w:rPr>
        <w:t xml:space="preserve">of classes, assignments, and hallway chatter. But for Anya, </w:t>
      </w:r>
      <w:r>
        <w:rPr>
          <w:rFonts w:ascii="LiberationSerif" w:hAnsi="LiberationSerif" w:eastAsia="LiberationSerif"/>
          <w:b w:val="0"/>
          <w:i w:val="0"/>
          <w:color w:val="000000"/>
          <w:sz w:val="30"/>
        </w:rPr>
        <w:t xml:space="preserve">everything felt different. The weight of loneliness had lifted, </w:t>
      </w:r>
      <w:r>
        <w:rPr>
          <w:rFonts w:ascii="LiberationSerif" w:hAnsi="LiberationSerif" w:eastAsia="LiberationSerif"/>
          <w:b w:val="0"/>
          <w:i w:val="0"/>
          <w:color w:val="000000"/>
          <w:sz w:val="30"/>
        </w:rPr>
        <w:t xml:space="preserve">replaced by a sense of anticipation. Later that afternoon, she </w:t>
      </w:r>
      <w:r>
        <w:rPr>
          <w:rFonts w:ascii="LiberationSerif" w:hAnsi="LiberationSerif" w:eastAsia="LiberationSerif"/>
          <w:b w:val="0"/>
          <w:i w:val="0"/>
          <w:color w:val="000000"/>
          <w:sz w:val="30"/>
        </w:rPr>
        <w:t xml:space="preserve">would call Liam, and together they would navigate the </w:t>
      </w:r>
      <w:r>
        <w:rPr>
          <w:rFonts w:ascii="LiberationSerif" w:hAnsi="LiberationSerif" w:eastAsia="LiberationSerif"/>
          <w:b w:val="0"/>
          <w:i w:val="0"/>
          <w:color w:val="000000"/>
          <w:sz w:val="30"/>
        </w:rPr>
        <w:t>complexities of the French Revolution.</w:t>
      </w:r>
    </w:p>
    <w:p xmlns:wp14="http://schemas.microsoft.com/office/word/2010/wordml" w14:paraId="0DAB9D7B"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bond formed over a shared lunch table was the </w:t>
      </w:r>
      <w:r>
        <w:br/>
      </w:r>
      <w:r>
        <w:rPr>
          <w:rFonts w:ascii="LiberationSerif" w:hAnsi="LiberationSerif" w:eastAsia="LiberationSerif"/>
          <w:b w:val="0"/>
          <w:i w:val="0"/>
          <w:color w:val="000000"/>
          <w:sz w:val="30"/>
        </w:rPr>
        <w:t xml:space="preserve">beginning of something special. It was a testament to the </w:t>
      </w:r>
      <w:r>
        <w:rPr>
          <w:rFonts w:ascii="LiberationSerif" w:hAnsi="LiberationSerif" w:eastAsia="LiberationSerif"/>
          <w:b w:val="0"/>
          <w:i w:val="0"/>
          <w:color w:val="000000"/>
          <w:sz w:val="30"/>
        </w:rPr>
        <w:t xml:space="preserve">power of connection, the magic of shared moments, and the </w:t>
      </w:r>
      <w:r>
        <w:rPr>
          <w:rFonts w:ascii="LiberationSerif" w:hAnsi="LiberationSerif" w:eastAsia="LiberationSerif"/>
          <w:b w:val="0"/>
          <w:i w:val="0"/>
          <w:color w:val="000000"/>
          <w:sz w:val="30"/>
        </w:rPr>
        <w:t xml:space="preserve">unexpected ways in which friendship can bloom in the most </w:t>
      </w:r>
      <w:r>
        <w:rPr>
          <w:rFonts w:ascii="LiberationSerif" w:hAnsi="LiberationSerif" w:eastAsia="LiberationSerif"/>
          <w:b w:val="0"/>
          <w:i w:val="0"/>
          <w:color w:val="000000"/>
          <w:sz w:val="30"/>
        </w:rPr>
        <w:t>unlikely of places.</w:t>
      </w:r>
    </w:p>
    <w:p xmlns:wp14="http://schemas.microsoft.com/office/word/2010/wordml" w14:paraId="53128261" wp14:textId="77777777">
      <w:pPr>
        <w:sectPr>
          <w:pgSz w:w="12240" w:h="15840" w:orient="portrait"/>
          <w:pgMar w:top="0" w:right="1420" w:bottom="0" w:left="1440" w:header="720" w:footer="720" w:gutter="0"/>
          <w:cols/>
          <w:docGrid w:linePitch="360"/>
        </w:sectPr>
      </w:pPr>
    </w:p>
    <w:p xmlns:wp14="http://schemas.microsoft.com/office/word/2010/wordml" w14:paraId="51DC6EEC"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32E99E8D"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bell shrieked, a piercing reminder that lunch was finally </w:t>
      </w:r>
      <w:r>
        <w:rPr>
          <w:rFonts w:ascii="LiberationSerif" w:hAnsi="LiberationSerif" w:eastAsia="LiberationSerif"/>
          <w:b w:val="0"/>
          <w:i w:val="0"/>
          <w:color w:val="000000"/>
          <w:sz w:val="30"/>
        </w:rPr>
        <w:t xml:space="preserve">here. I shoved my books into my locker, feeling the familiar </w:t>
      </w:r>
      <w:r>
        <w:rPr>
          <w:rFonts w:ascii="LiberationSerif" w:hAnsi="LiberationSerif" w:eastAsia="LiberationSerif"/>
          <w:b w:val="0"/>
          <w:i w:val="0"/>
          <w:color w:val="000000"/>
          <w:sz w:val="30"/>
        </w:rPr>
        <w:t xml:space="preserve">weight of anxiety settle in my stomach. The cafeteria was a </w:t>
      </w:r>
      <w:r>
        <w:rPr>
          <w:rFonts w:ascii="LiberationSerif" w:hAnsi="LiberationSerif" w:eastAsia="LiberationSerif"/>
          <w:b w:val="0"/>
          <w:i w:val="0"/>
          <w:color w:val="000000"/>
          <w:sz w:val="30"/>
        </w:rPr>
        <w:t xml:space="preserve">noisy, chaotic space, filled with the cacophony of chatter, the </w:t>
      </w:r>
      <w:r>
        <w:rPr>
          <w:rFonts w:ascii="LiberationSerif" w:hAnsi="LiberationSerif" w:eastAsia="LiberationSerif"/>
          <w:b w:val="0"/>
          <w:i w:val="0"/>
          <w:color w:val="000000"/>
          <w:sz w:val="30"/>
        </w:rPr>
        <w:t xml:space="preserve">clinking of trays, and the scent of overcooked pizza. I </w:t>
      </w:r>
      <w:r>
        <w:br/>
      </w:r>
      <w:r>
        <w:rPr>
          <w:rFonts w:ascii="LiberationSerif" w:hAnsi="LiberationSerif" w:eastAsia="LiberationSerif"/>
          <w:b w:val="0"/>
          <w:i w:val="0"/>
          <w:color w:val="000000"/>
          <w:sz w:val="30"/>
        </w:rPr>
        <w:t xml:space="preserve">navigated the lunch line, my eyes scanning for a familiar </w:t>
      </w:r>
      <w:r>
        <w:rPr>
          <w:rFonts w:ascii="LiberationSerif" w:hAnsi="LiberationSerif" w:eastAsia="LiberationSerif"/>
          <w:b w:val="0"/>
          <w:i w:val="0"/>
          <w:color w:val="000000"/>
          <w:sz w:val="30"/>
        </w:rPr>
        <w:t xml:space="preserve">face, but found none. I was a new kid, a fresh transfer from a </w:t>
      </w:r>
      <w:r>
        <w:rPr>
          <w:rFonts w:ascii="LiberationSerif" w:hAnsi="LiberationSerif" w:eastAsia="LiberationSerif"/>
          <w:b w:val="0"/>
          <w:i w:val="0"/>
          <w:color w:val="000000"/>
          <w:sz w:val="30"/>
        </w:rPr>
        <w:t xml:space="preserve">small town, where everyone knew everyone. Here, in this </w:t>
      </w:r>
      <w:r>
        <w:rPr>
          <w:rFonts w:ascii="LiberationSerif" w:hAnsi="LiberationSerif" w:eastAsia="LiberationSerif"/>
          <w:b w:val="0"/>
          <w:i w:val="0"/>
          <w:color w:val="000000"/>
          <w:sz w:val="30"/>
        </w:rPr>
        <w:t xml:space="preserve">sprawling high school, I was just another anonymous face in </w:t>
      </w:r>
      <w:r>
        <w:rPr>
          <w:rFonts w:ascii="LiberationSerif" w:hAnsi="LiberationSerif" w:eastAsia="LiberationSerif"/>
          <w:b w:val="0"/>
          <w:i w:val="0"/>
          <w:color w:val="000000"/>
          <w:sz w:val="30"/>
        </w:rPr>
        <w:t>the crowd.</w:t>
      </w:r>
    </w:p>
    <w:p xmlns:wp14="http://schemas.microsoft.com/office/word/2010/wordml" w14:paraId="54BFE5EF"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I settled at a table by myself, my lunch tray a lonely island </w:t>
      </w:r>
      <w:r>
        <w:rPr>
          <w:rFonts w:ascii="LiberationSerif" w:hAnsi="LiberationSerif" w:eastAsia="LiberationSerif"/>
          <w:b w:val="0"/>
          <w:i w:val="0"/>
          <w:color w:val="000000"/>
          <w:sz w:val="30"/>
        </w:rPr>
        <w:t xml:space="preserve">amidst the bustling sea of other students. I picked at my </w:t>
      </w:r>
      <w:r>
        <w:rPr>
          <w:rFonts w:ascii="LiberationSerif" w:hAnsi="LiberationSerif" w:eastAsia="LiberationSerif"/>
          <w:b w:val="0"/>
          <w:i w:val="0"/>
          <w:color w:val="000000"/>
          <w:sz w:val="30"/>
        </w:rPr>
        <w:t xml:space="preserve">food, trying to avoid making eye contact with anyone. I felt </w:t>
      </w:r>
      <w:r>
        <w:rPr>
          <w:rFonts w:ascii="LiberationSerif" w:hAnsi="LiberationSerif" w:eastAsia="LiberationSerif"/>
          <w:b w:val="0"/>
          <w:i w:val="0"/>
          <w:color w:val="000000"/>
          <w:sz w:val="30"/>
        </w:rPr>
        <w:t xml:space="preserve">like an outsider, watching the world go by through a blurry </w:t>
      </w:r>
      <w:r>
        <w:rPr>
          <w:rFonts w:ascii="LiberationSerif" w:hAnsi="LiberationSerif" w:eastAsia="LiberationSerif"/>
          <w:b w:val="0"/>
          <w:i w:val="0"/>
          <w:color w:val="000000"/>
          <w:sz w:val="30"/>
        </w:rPr>
        <w:t xml:space="preserve">window. My phone vibrated, a text message from my older </w:t>
      </w:r>
      <w:r>
        <w:rPr>
          <w:rFonts w:ascii="LiberationSerif" w:hAnsi="LiberationSerif" w:eastAsia="LiberationSerif"/>
          <w:b w:val="0"/>
          <w:i w:val="0"/>
          <w:color w:val="000000"/>
          <w:sz w:val="30"/>
        </w:rPr>
        <w:t xml:space="preserve">sister, "Hey, how's your first day going?" I typed a quick </w:t>
      </w:r>
      <w:r>
        <w:rPr>
          <w:rFonts w:ascii="LiberationSerif" w:hAnsi="LiberationSerif" w:eastAsia="LiberationSerif"/>
          <w:b w:val="0"/>
          <w:i w:val="0"/>
          <w:color w:val="000000"/>
          <w:sz w:val="30"/>
        </w:rPr>
        <w:t>reply, "It's okay," before quickly tucking my phone away.</w:t>
      </w:r>
    </w:p>
    <w:p xmlns:wp14="http://schemas.microsoft.com/office/word/2010/wordml" w14:paraId="1BFF3D12"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Suddenly, there was a commotion at the table next to me. A </w:t>
      </w:r>
      <w:r>
        <w:rPr>
          <w:rFonts w:ascii="LiberationSerif" w:hAnsi="LiberationSerif" w:eastAsia="LiberationSerif"/>
          <w:b w:val="0"/>
          <w:i w:val="0"/>
          <w:color w:val="000000"/>
          <w:sz w:val="30"/>
        </w:rPr>
        <w:t xml:space="preserve">group of students were engaged in a heated argument, their </w:t>
      </w:r>
      <w:r>
        <w:rPr>
          <w:rFonts w:ascii="LiberationSerif" w:hAnsi="LiberationSerif" w:eastAsia="LiberationSerif"/>
          <w:b w:val="0"/>
          <w:i w:val="0"/>
          <w:color w:val="000000"/>
          <w:sz w:val="30"/>
        </w:rPr>
        <w:t xml:space="preserve">voices rising in anger. I looked up, curious, trying to figure </w:t>
      </w:r>
      <w:r>
        <w:rPr>
          <w:rFonts w:ascii="LiberationSerif" w:hAnsi="LiberationSerif" w:eastAsia="LiberationSerif"/>
          <w:b w:val="0"/>
          <w:i w:val="0"/>
          <w:color w:val="000000"/>
          <w:sz w:val="30"/>
        </w:rPr>
        <w:t xml:space="preserve">out what was going on. One girl, with fiery red hair and a </w:t>
      </w:r>
      <w:r>
        <w:rPr>
          <w:rFonts w:ascii="LiberationSerif" w:hAnsi="LiberationSerif" w:eastAsia="LiberationSerif"/>
          <w:b w:val="0"/>
          <w:i w:val="0"/>
          <w:color w:val="000000"/>
          <w:sz w:val="30"/>
        </w:rPr>
        <w:t xml:space="preserve">mischievous glint in her eyes, was standing up for someone </w:t>
      </w:r>
      <w:r>
        <w:rPr>
          <w:rFonts w:ascii="LiberationSerif" w:hAnsi="LiberationSerif" w:eastAsia="LiberationSerif"/>
          <w:b w:val="0"/>
          <w:i w:val="0"/>
          <w:color w:val="000000"/>
          <w:sz w:val="30"/>
        </w:rPr>
        <w:t xml:space="preserve">else, a quiet boy who seemed to be on the receiving end of a </w:t>
      </w:r>
      <w:r>
        <w:rPr>
          <w:rFonts w:ascii="LiberationSerif" w:hAnsi="LiberationSerif" w:eastAsia="LiberationSerif"/>
          <w:b w:val="0"/>
          <w:i w:val="0"/>
          <w:color w:val="000000"/>
          <w:sz w:val="30"/>
        </w:rPr>
        <w:t>verbal attack.</w:t>
      </w:r>
    </w:p>
    <w:p xmlns:wp14="http://schemas.microsoft.com/office/word/2010/wordml" w14:paraId="5AD7B720"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"Leave him alone!" she shouted, her voice filled with </w:t>
      </w:r>
      <w:r>
        <w:br/>
      </w:r>
      <w:r>
        <w:rPr>
          <w:rFonts w:ascii="LiberationSerif" w:hAnsi="LiberationSerif" w:eastAsia="LiberationSerif"/>
          <w:b w:val="0"/>
          <w:i w:val="0"/>
          <w:color w:val="000000"/>
          <w:sz w:val="30"/>
        </w:rPr>
        <w:t xml:space="preserve">righteous indignation. "He's not bothering anyone. You're the </w:t>
      </w:r>
      <w:r>
        <w:rPr>
          <w:rFonts w:ascii="LiberationSerif" w:hAnsi="LiberationSerif" w:eastAsia="LiberationSerif"/>
          <w:b w:val="0"/>
          <w:i w:val="0"/>
          <w:color w:val="000000"/>
          <w:sz w:val="30"/>
        </w:rPr>
        <w:t>ones being bullies."</w:t>
      </w:r>
    </w:p>
    <w:p xmlns:wp14="http://schemas.microsoft.com/office/word/2010/wordml" w14:paraId="62486C05" wp14:textId="77777777">
      <w:pPr>
        <w:sectPr>
          <w:pgSz w:w="12240" w:h="15840" w:orient="portrait"/>
          <w:pgMar w:top="0" w:right="1420" w:bottom="0" w:left="1440" w:header="720" w:footer="720" w:gutter="0"/>
          <w:cols/>
          <w:docGrid w:linePitch="360"/>
        </w:sectPr>
      </w:pPr>
    </w:p>
    <w:p xmlns:wp14="http://schemas.microsoft.com/office/word/2010/wordml" w14:paraId="0B42188D"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The group of students around the table seemed surprised, </w:t>
      </w:r>
      <w:r>
        <w:rPr>
          <w:rFonts w:ascii="LiberationSerif" w:hAnsi="LiberationSerif" w:eastAsia="LiberationSerif"/>
          <w:b w:val="0"/>
          <w:i w:val="0"/>
          <w:color w:val="000000"/>
          <w:sz w:val="30"/>
        </w:rPr>
        <w:t xml:space="preserve">their eyes widening at her sudden outburst. They exchanged </w:t>
      </w:r>
      <w:r>
        <w:rPr>
          <w:rFonts w:ascii="LiberationSerif" w:hAnsi="LiberationSerif" w:eastAsia="LiberationSerif"/>
          <w:b w:val="0"/>
          <w:i w:val="0"/>
          <w:color w:val="000000"/>
          <w:sz w:val="30"/>
        </w:rPr>
        <w:t xml:space="preserve">nervous glances before turning their attention back to the </w:t>
      </w:r>
      <w:r>
        <w:rPr>
          <w:rFonts w:ascii="LiberationSerif" w:hAnsi="LiberationSerif" w:eastAsia="LiberationSerif"/>
          <w:b w:val="0"/>
          <w:i w:val="0"/>
          <w:color w:val="000000"/>
          <w:sz w:val="30"/>
        </w:rPr>
        <w:t xml:space="preserve">red-haired girl, their faces contorted in expressions of anger </w:t>
      </w:r>
      <w:r>
        <w:rPr>
          <w:rFonts w:ascii="LiberationSerif" w:hAnsi="LiberationSerif" w:eastAsia="LiberationSerif"/>
          <w:b w:val="0"/>
          <w:i w:val="0"/>
          <w:color w:val="000000"/>
          <w:sz w:val="30"/>
        </w:rPr>
        <w:t xml:space="preserve">and annoyance. But the girl held her ground, her gaze </w:t>
      </w:r>
      <w:r>
        <w:br/>
      </w:r>
      <w:r>
        <w:rPr>
          <w:rFonts w:ascii="LiberationSerif" w:hAnsi="LiberationSerif" w:eastAsia="LiberationSerif"/>
          <w:b w:val="0"/>
          <w:i w:val="0"/>
          <w:color w:val="000000"/>
          <w:sz w:val="30"/>
        </w:rPr>
        <w:t xml:space="preserve">unwavering, her voice strong. She didn't back down. She </w:t>
      </w:r>
      <w:r>
        <w:rPr>
          <w:rFonts w:ascii="LiberationSerif" w:hAnsi="LiberationSerif" w:eastAsia="LiberationSerif"/>
          <w:b w:val="0"/>
          <w:i w:val="0"/>
          <w:color w:val="000000"/>
          <w:sz w:val="30"/>
        </w:rPr>
        <w:t>stood up for the boy, even though she didn't know him.</w:t>
      </w:r>
    </w:p>
    <w:p xmlns:wp14="http://schemas.microsoft.com/office/word/2010/wordml" w14:paraId="3D8CCCE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boy looked up, surprised. He was a skinny, pale kid with </w:t>
      </w:r>
      <w:r>
        <w:rPr>
          <w:rFonts w:ascii="LiberationSerif" w:hAnsi="LiberationSerif" w:eastAsia="LiberationSerif"/>
          <w:b w:val="0"/>
          <w:i w:val="0"/>
          <w:color w:val="000000"/>
          <w:sz w:val="30"/>
        </w:rPr>
        <w:t xml:space="preserve">shy, nervous eyes. He was wearing a faded band t-shirt and a </w:t>
      </w:r>
      <w:r>
        <w:rPr>
          <w:rFonts w:ascii="LiberationSerif" w:hAnsi="LiberationSerif" w:eastAsia="LiberationSerif"/>
          <w:b w:val="0"/>
          <w:i w:val="0"/>
          <w:color w:val="000000"/>
          <w:sz w:val="30"/>
        </w:rPr>
        <w:t xml:space="preserve">pair of worn-out jeans, his hair a mess of unruly curls. He </w:t>
      </w:r>
      <w:r>
        <w:rPr>
          <w:rFonts w:ascii="LiberationSerif" w:hAnsi="LiberationSerif" w:eastAsia="LiberationSerif"/>
          <w:b w:val="0"/>
          <w:i w:val="0"/>
          <w:color w:val="000000"/>
          <w:sz w:val="30"/>
        </w:rPr>
        <w:t xml:space="preserve">looked like he was trying to disappear into the background, </w:t>
      </w:r>
      <w:r>
        <w:rPr>
          <w:rFonts w:ascii="LiberationSerif" w:hAnsi="LiberationSerif" w:eastAsia="LiberationSerif"/>
          <w:b w:val="0"/>
          <w:i w:val="0"/>
          <w:color w:val="000000"/>
          <w:sz w:val="30"/>
        </w:rPr>
        <w:t xml:space="preserve">like he wanted to be invisible. But in that moment, the girl's </w:t>
      </w:r>
      <w:r>
        <w:rPr>
          <w:rFonts w:ascii="LiberationSerif" w:hAnsi="LiberationSerif" w:eastAsia="LiberationSerif"/>
          <w:b w:val="0"/>
          <w:i w:val="0"/>
          <w:color w:val="000000"/>
          <w:sz w:val="30"/>
        </w:rPr>
        <w:t>unwavering stance seemed to give him a sense of courage.</w:t>
      </w:r>
    </w:p>
    <w:p xmlns:wp14="http://schemas.microsoft.com/office/word/2010/wordml" w14:paraId="03D66B2A"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"Hey, you okay?" she asked, her voice softening a little.</w:t>
      </w:r>
    </w:p>
    <w:p xmlns:wp14="http://schemas.microsoft.com/office/word/2010/wordml" w14:paraId="352D36E2"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He looked up at her, his eyes wide with uncertainty. He </w:t>
      </w:r>
      <w:r>
        <w:rPr>
          <w:rFonts w:ascii="LiberationSerif" w:hAnsi="LiberationSerif" w:eastAsia="LiberationSerif"/>
          <w:b w:val="0"/>
          <w:i w:val="0"/>
          <w:color w:val="000000"/>
          <w:sz w:val="30"/>
        </w:rPr>
        <w:t xml:space="preserve">shook his head slowly, unable to speak. The red-haired girl </w:t>
      </w:r>
      <w:r>
        <w:rPr>
          <w:rFonts w:ascii="LiberationSerif" w:hAnsi="LiberationSerif" w:eastAsia="LiberationSerif"/>
          <w:b w:val="0"/>
          <w:i w:val="0"/>
          <w:color w:val="000000"/>
          <w:sz w:val="30"/>
        </w:rPr>
        <w:t xml:space="preserve">offered him a small smile, a gesture of support and </w:t>
      </w:r>
      <w:r>
        <w:br/>
      </w:r>
      <w:r>
        <w:rPr>
          <w:rFonts w:ascii="LiberationSerif" w:hAnsi="LiberationSerif" w:eastAsia="LiberationSerif"/>
          <w:b w:val="0"/>
          <w:i w:val="0"/>
          <w:color w:val="000000"/>
          <w:sz w:val="30"/>
        </w:rPr>
        <w:t>understanding.</w:t>
      </w:r>
    </w:p>
    <w:p xmlns:wp14="http://schemas.microsoft.com/office/word/2010/wordml" w14:paraId="68EDDF6A"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"I'm Lily," she said, holding out her hand. "What's your </w:t>
      </w:r>
      <w:r>
        <w:rPr>
          <w:rFonts w:ascii="LiberationSerif" w:hAnsi="LiberationSerif" w:eastAsia="LiberationSerif"/>
          <w:b w:val="0"/>
          <w:i w:val="0"/>
          <w:color w:val="000000"/>
          <w:sz w:val="30"/>
        </w:rPr>
        <w:t>name?"</w:t>
      </w:r>
    </w:p>
    <w:p xmlns:wp14="http://schemas.microsoft.com/office/word/2010/wordml" w14:paraId="7AB8BC48"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He hesitated for a moment before finally taking her hand. </w:t>
      </w:r>
      <w:r>
        <w:rPr>
          <w:rFonts w:ascii="LiberationSerif" w:hAnsi="LiberationSerif" w:eastAsia="LiberationSerif"/>
          <w:b w:val="0"/>
          <w:i w:val="0"/>
          <w:color w:val="000000"/>
          <w:sz w:val="30"/>
        </w:rPr>
        <w:t>"Jake," he mumbled, his voice barely audible. "I'm Jake."</w:t>
      </w:r>
    </w:p>
    <w:p xmlns:wp14="http://schemas.microsoft.com/office/word/2010/wordml" w14:paraId="58063C6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Their hands met, a silent connection, a bridge across a chasm </w:t>
      </w:r>
      <w:r>
        <w:rPr>
          <w:rFonts w:ascii="LiberationSerif" w:hAnsi="LiberationSerif" w:eastAsia="LiberationSerif"/>
          <w:b w:val="0"/>
          <w:i w:val="0"/>
          <w:color w:val="000000"/>
          <w:sz w:val="30"/>
        </w:rPr>
        <w:t xml:space="preserve">of shared vulnerability. The group around the table started to </w:t>
      </w:r>
      <w:r>
        <w:rPr>
          <w:rFonts w:ascii="LiberationSerif" w:hAnsi="LiberationSerif" w:eastAsia="LiberationSerif"/>
          <w:b w:val="0"/>
          <w:i w:val="0"/>
          <w:color w:val="000000"/>
          <w:sz w:val="30"/>
        </w:rPr>
        <w:t xml:space="preserve">murmur among themselves, their voices hushed, their gazes </w:t>
      </w:r>
      <w:r>
        <w:rPr>
          <w:rFonts w:ascii="LiberationSerif" w:hAnsi="LiberationSerif" w:eastAsia="LiberationSerif"/>
          <w:b w:val="0"/>
          <w:i w:val="0"/>
          <w:color w:val="000000"/>
          <w:sz w:val="30"/>
        </w:rPr>
        <w:t xml:space="preserve">curious. They watched the scene unfold, the unexpected </w:t>
      </w:r>
      <w:r>
        <w:rPr>
          <w:rFonts w:ascii="LiberationSerif" w:hAnsi="LiberationSerif" w:eastAsia="LiberationSerif"/>
          <w:b w:val="0"/>
          <w:i w:val="0"/>
          <w:color w:val="000000"/>
          <w:sz w:val="30"/>
        </w:rPr>
        <w:t xml:space="preserve">encounter between two outsiders. They seemed to sense </w:t>
      </w:r>
      <w:r>
        <w:rPr>
          <w:rFonts w:ascii="LiberationSerif" w:hAnsi="LiberationSerif" w:eastAsia="LiberationSerif"/>
          <w:b w:val="0"/>
          <w:i w:val="0"/>
          <w:color w:val="000000"/>
          <w:sz w:val="30"/>
        </w:rPr>
        <w:t xml:space="preserve">something special in this moment, a spark of something </w:t>
      </w:r>
      <w:r>
        <w:rPr>
          <w:rFonts w:ascii="LiberationSerif" w:hAnsi="LiberationSerif" w:eastAsia="LiberationSerif"/>
          <w:b w:val="0"/>
          <w:i w:val="0"/>
          <w:color w:val="000000"/>
          <w:sz w:val="30"/>
        </w:rPr>
        <w:t>different, something hopeful.</w:t>
      </w:r>
    </w:p>
    <w:p xmlns:wp14="http://schemas.microsoft.com/office/word/2010/wordml" w14:paraId="4101652C" wp14:textId="77777777">
      <w:pPr>
        <w:sectPr>
          <w:pgSz w:w="12240" w:h="15840" w:orient="portrait"/>
          <w:pgMar w:top="0" w:right="1420" w:bottom="0" w:left="1440" w:header="720" w:footer="720" w:gutter="0"/>
          <w:cols/>
          <w:docGrid w:linePitch="360"/>
        </w:sectPr>
      </w:pPr>
    </w:p>
    <w:p xmlns:wp14="http://schemas.microsoft.com/office/word/2010/wordml" w14:paraId="297F04E1"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The bell rang, signaling the end of lunch, and the students </w:t>
      </w:r>
      <w:r>
        <w:rPr>
          <w:rFonts w:ascii="LiberationSerif" w:hAnsi="LiberationSerif" w:eastAsia="LiberationSerif"/>
          <w:b w:val="0"/>
          <w:i w:val="0"/>
          <w:color w:val="000000"/>
          <w:sz w:val="30"/>
        </w:rPr>
        <w:t xml:space="preserve">began to disperse. Lily turned back to Jake, her eyes shining </w:t>
      </w:r>
      <w:r>
        <w:rPr>
          <w:rFonts w:ascii="LiberationSerif" w:hAnsi="LiberationSerif" w:eastAsia="LiberationSerif"/>
          <w:b w:val="0"/>
          <w:i w:val="0"/>
          <w:color w:val="000000"/>
          <w:sz w:val="30"/>
        </w:rPr>
        <w:t>with a mix of concern and curiosity.</w:t>
      </w:r>
    </w:p>
    <w:p xmlns:wp14="http://schemas.microsoft.com/office/word/2010/wordml" w14:paraId="7F0AD13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"Do you want to sit with us tomorrow?" she asked, her voice </w:t>
      </w:r>
      <w:r>
        <w:rPr>
          <w:rFonts w:ascii="LiberationSerif" w:hAnsi="LiberationSerif" w:eastAsia="LiberationSerif"/>
          <w:b w:val="0"/>
          <w:i w:val="0"/>
          <w:color w:val="000000"/>
          <w:sz w:val="30"/>
        </w:rPr>
        <w:t>warm and inviting.</w:t>
      </w:r>
    </w:p>
    <w:p xmlns:wp14="http://schemas.microsoft.com/office/word/2010/wordml" w14:paraId="4FAE3E8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Jake looked at her, his eyes wide with surprise. He hesitated, </w:t>
      </w:r>
      <w:r>
        <w:rPr>
          <w:rFonts w:ascii="LiberationSerif" w:hAnsi="LiberationSerif" w:eastAsia="LiberationSerif"/>
          <w:b w:val="0"/>
          <w:i w:val="0"/>
          <w:color w:val="000000"/>
          <w:sz w:val="30"/>
        </w:rPr>
        <w:t>his uncertainty evident.</w:t>
      </w:r>
    </w:p>
    <w:p xmlns:wp14="http://schemas.microsoft.com/office/word/2010/wordml" w14:paraId="2D089EF2"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"I don't know," he whispered. "I'm new here."</w:t>
      </w:r>
    </w:p>
    <w:p xmlns:wp14="http://schemas.microsoft.com/office/word/2010/wordml" w14:paraId="31A86524"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"It doesn't matter," she replied, a determined gleam in her </w:t>
      </w:r>
      <w:r>
        <w:rPr>
          <w:rFonts w:ascii="LiberationSerif" w:hAnsi="LiberationSerif" w:eastAsia="LiberationSerif"/>
          <w:b w:val="0"/>
          <w:i w:val="0"/>
          <w:color w:val="000000"/>
          <w:sz w:val="30"/>
        </w:rPr>
        <w:t>eyes. "We're all new here, in a way. Come join us."</w:t>
      </w:r>
    </w:p>
    <w:p xmlns:wp14="http://schemas.microsoft.com/office/word/2010/wordml" w14:paraId="5FE9ED12"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Lily stood up, pulling a chair out from the table for Jake. She </w:t>
      </w:r>
      <w:r>
        <w:rPr>
          <w:rFonts w:ascii="LiberationSerif" w:hAnsi="LiberationSerif" w:eastAsia="LiberationSerif"/>
          <w:b w:val="0"/>
          <w:i w:val="0"/>
          <w:color w:val="000000"/>
          <w:sz w:val="30"/>
        </w:rPr>
        <w:t xml:space="preserve">looked back at the others, her eyes meeting theirs. They </w:t>
      </w:r>
      <w:r>
        <w:rPr>
          <w:rFonts w:ascii="LiberationSerif" w:hAnsi="LiberationSerif" w:eastAsia="LiberationSerif"/>
          <w:b w:val="0"/>
          <w:i w:val="0"/>
          <w:color w:val="000000"/>
          <w:sz w:val="30"/>
        </w:rPr>
        <w:t xml:space="preserve">seemed to understand, nodding in agreement. There was a </w:t>
      </w:r>
      <w:r>
        <w:rPr>
          <w:rFonts w:ascii="LiberationSerif" w:hAnsi="LiberationSerif" w:eastAsia="LiberationSerif"/>
          <w:b w:val="0"/>
          <w:i w:val="0"/>
          <w:color w:val="000000"/>
          <w:sz w:val="30"/>
        </w:rPr>
        <w:t xml:space="preserve">sense of unspoken understanding in their shared gaze, a </w:t>
      </w:r>
      <w:r>
        <w:rPr>
          <w:rFonts w:ascii="LiberationSerif" w:hAnsi="LiberationSerif" w:eastAsia="LiberationSerif"/>
          <w:b w:val="0"/>
          <w:i w:val="0"/>
          <w:color w:val="000000"/>
          <w:sz w:val="30"/>
        </w:rPr>
        <w:t xml:space="preserve">recognition that this was more than just a lunch table, more </w:t>
      </w:r>
      <w:r>
        <w:rPr>
          <w:rFonts w:ascii="LiberationSerif" w:hAnsi="LiberationSerif" w:eastAsia="LiberationSerif"/>
          <w:b w:val="0"/>
          <w:i w:val="0"/>
          <w:color w:val="000000"/>
          <w:sz w:val="30"/>
        </w:rPr>
        <w:t xml:space="preserve">than just a chance encounter. It was the beginning of </w:t>
      </w:r>
      <w:r>
        <w:br/>
      </w:r>
      <w:r>
        <w:rPr>
          <w:rFonts w:ascii="LiberationSerif" w:hAnsi="LiberationSerif" w:eastAsia="LiberationSerif"/>
          <w:b w:val="0"/>
          <w:i w:val="0"/>
          <w:color w:val="000000"/>
          <w:sz w:val="30"/>
        </w:rPr>
        <w:t xml:space="preserve">something new, something different, something that had the </w:t>
      </w:r>
      <w:r>
        <w:rPr>
          <w:rFonts w:ascii="LiberationSerif" w:hAnsi="LiberationSerif" w:eastAsia="LiberationSerif"/>
          <w:b w:val="0"/>
          <w:i w:val="0"/>
          <w:color w:val="000000"/>
          <w:sz w:val="30"/>
        </w:rPr>
        <w:t>potential to change their lives.</w:t>
      </w:r>
    </w:p>
    <w:p xmlns:wp14="http://schemas.microsoft.com/office/word/2010/wordml" w14:paraId="1355E132"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next day, Jake found himself sitting at the same table, </w:t>
      </w:r>
      <w:r>
        <w:rPr>
          <w:rFonts w:ascii="LiberationSerif" w:hAnsi="LiberationSerif" w:eastAsia="LiberationSerif"/>
          <w:b w:val="0"/>
          <w:i w:val="0"/>
          <w:color w:val="000000"/>
          <w:sz w:val="30"/>
        </w:rPr>
        <w:t xml:space="preserve">surrounded by a group of students he barely knew. There </w:t>
      </w:r>
      <w:r>
        <w:rPr>
          <w:rFonts w:ascii="LiberationSerif" w:hAnsi="LiberationSerif" w:eastAsia="LiberationSerif"/>
          <w:b w:val="0"/>
          <w:i w:val="0"/>
          <w:color w:val="000000"/>
          <w:sz w:val="30"/>
        </w:rPr>
        <w:t xml:space="preserve">was Lily, the girl with fiery red hair, and a boy named Ethan, </w:t>
      </w:r>
      <w:r>
        <w:rPr>
          <w:rFonts w:ascii="LiberationSerif" w:hAnsi="LiberationSerif" w:eastAsia="LiberationSerif"/>
          <w:b w:val="0"/>
          <w:i w:val="0"/>
          <w:color w:val="000000"/>
          <w:sz w:val="30"/>
        </w:rPr>
        <w:t xml:space="preserve">who was quiet and thoughtful, with a gentle smile. There </w:t>
      </w:r>
      <w:r>
        <w:rPr>
          <w:rFonts w:ascii="LiberationSerif" w:hAnsi="LiberationSerif" w:eastAsia="LiberationSerif"/>
          <w:b w:val="0"/>
          <w:i w:val="0"/>
          <w:color w:val="000000"/>
          <w:sz w:val="30"/>
        </w:rPr>
        <w:t xml:space="preserve">was also a girl named Maya, whose laugh was infectious, </w:t>
      </w:r>
      <w:r>
        <w:rPr>
          <w:rFonts w:ascii="LiberationSerif" w:hAnsi="LiberationSerif" w:eastAsia="LiberationSerif"/>
          <w:b w:val="0"/>
          <w:i w:val="0"/>
          <w:color w:val="000000"/>
          <w:sz w:val="30"/>
        </w:rPr>
        <w:t>and a boy named Alex, who was always full of energy.</w:t>
      </w:r>
    </w:p>
    <w:p xmlns:wp14="http://schemas.microsoft.com/office/word/2010/wordml" w14:paraId="3EF276F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They were a diverse group, each with their own unique </w:t>
      </w:r>
      <w:r>
        <w:rPr>
          <w:rFonts w:ascii="LiberationSerif" w:hAnsi="LiberationSerif" w:eastAsia="LiberationSerif"/>
          <w:b w:val="0"/>
          <w:i w:val="0"/>
          <w:color w:val="000000"/>
          <w:sz w:val="30"/>
        </w:rPr>
        <w:t xml:space="preserve">stories and challenges. They were from different </w:t>
      </w:r>
      <w:r>
        <w:br/>
      </w:r>
      <w:r>
        <w:rPr>
          <w:rFonts w:ascii="LiberationSerif" w:hAnsi="LiberationSerif" w:eastAsia="LiberationSerif"/>
          <w:b w:val="0"/>
          <w:i w:val="0"/>
          <w:color w:val="000000"/>
          <w:sz w:val="30"/>
        </w:rPr>
        <w:t xml:space="preserve">backgrounds, different families, different worlds. But they </w:t>
      </w:r>
      <w:r>
        <w:rPr>
          <w:rFonts w:ascii="LiberationSerif" w:hAnsi="LiberationSerif" w:eastAsia="LiberationSerif"/>
          <w:b w:val="0"/>
          <w:i w:val="0"/>
          <w:color w:val="000000"/>
          <w:sz w:val="30"/>
        </w:rPr>
        <w:t xml:space="preserve">were all connected, drawn together by a shared experience, a </w:t>
      </w:r>
      <w:r>
        <w:rPr>
          <w:rFonts w:ascii="LiberationSerif" w:hAnsi="LiberationSerif" w:eastAsia="LiberationSerif"/>
          <w:b w:val="0"/>
          <w:i w:val="0"/>
          <w:color w:val="000000"/>
          <w:sz w:val="30"/>
        </w:rPr>
        <w:t>sense of being different, of being outsiders. And in that</w:t>
      </w:r>
    </w:p>
    <w:p xmlns:wp14="http://schemas.microsoft.com/office/word/2010/wordml" w14:paraId="4B99056E" wp14:textId="77777777">
      <w:pPr>
        <w:sectPr>
          <w:pgSz w:w="12240" w:h="15840" w:orient="portrait"/>
          <w:pgMar w:top="0" w:right="1420" w:bottom="0" w:left="1440" w:header="720" w:footer="720" w:gutter="0"/>
          <w:cols/>
          <w:docGrid w:linePitch="360"/>
        </w:sectPr>
      </w:pPr>
    </w:p>
    <w:p xmlns:wp14="http://schemas.microsoft.com/office/word/2010/wordml" w14:paraId="720FC493" wp14:textId="77777777">
      <w:pPr>
        <w:autoSpaceDN w:val="0"/>
        <w:autoSpaceDE w:val="0"/>
        <w:widowControl/>
        <w:spacing w:before="1430" w:after="0" w:line="360" w:lineRule="exact"/>
        <w:ind w:left="1000" w:right="1296" w:firstLine="0"/>
        <w:jc w:val="left"/>
      </w:pPr>
      <w:r>
        <w:rPr>
          <w:rFonts w:ascii="LiberationSerif" w:hAnsi="LiberationSerif" w:eastAsia="LiberationSerif"/>
          <w:b w:val="0"/>
          <w:i w:val="0"/>
          <w:color w:val="000000"/>
          <w:sz w:val="30"/>
        </w:rPr>
        <w:t xml:space="preserve">shared vulnerability, they found strength. They found </w:t>
      </w:r>
      <w:r>
        <w:rPr>
          <w:rFonts w:ascii="LiberationSerif" w:hAnsi="LiberationSerif" w:eastAsia="LiberationSerif"/>
          <w:b w:val="0"/>
          <w:i w:val="0"/>
          <w:color w:val="000000"/>
          <w:sz w:val="30"/>
        </w:rPr>
        <w:t xml:space="preserve">comfort in each other, in the knowledge that they were not </w:t>
      </w:r>
      <w:r>
        <w:rPr>
          <w:rFonts w:ascii="LiberationSerif" w:hAnsi="LiberationSerif" w:eastAsia="LiberationSerif"/>
          <w:b w:val="0"/>
          <w:i w:val="0"/>
          <w:color w:val="000000"/>
          <w:sz w:val="30"/>
        </w:rPr>
        <w:t>alone.</w:t>
      </w:r>
    </w:p>
    <w:p xmlns:wp14="http://schemas.microsoft.com/office/word/2010/wordml" w14:paraId="7D111CD8"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"Hey, Jake," Lily greeted him, a mischievous grin on her </w:t>
      </w:r>
      <w:r>
        <w:rPr>
          <w:rFonts w:ascii="LiberationSerif" w:hAnsi="LiberationSerif" w:eastAsia="LiberationSerif"/>
          <w:b w:val="0"/>
          <w:i w:val="0"/>
          <w:color w:val="000000"/>
          <w:sz w:val="30"/>
        </w:rPr>
        <w:t>face. "Ready for another day of this place?"</w:t>
      </w:r>
    </w:p>
    <w:p xmlns:wp14="http://schemas.microsoft.com/office/word/2010/wordml" w14:paraId="292C01E2"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Jake smiled back, a little hesitantly. "Actually, yeah," he </w:t>
      </w:r>
      <w:r>
        <w:rPr>
          <w:rFonts w:ascii="LiberationSerif" w:hAnsi="LiberationSerif" w:eastAsia="LiberationSerif"/>
          <w:b w:val="0"/>
          <w:i w:val="0"/>
          <w:color w:val="000000"/>
          <w:sz w:val="30"/>
        </w:rPr>
        <w:t>replied. "I'm kind of glad I got stuck with you guys."</w:t>
      </w:r>
    </w:p>
    <w:p xmlns:wp14="http://schemas.microsoft.com/office/word/2010/wordml" w14:paraId="62EE02FA" wp14:textId="77777777">
      <w:pPr>
        <w:autoSpaceDN w:val="0"/>
        <w:autoSpaceDE w:val="0"/>
        <w:widowControl/>
        <w:spacing w:before="360" w:after="0" w:line="360" w:lineRule="exact"/>
        <w:ind w:left="1000" w:right="1872" w:firstLine="0"/>
        <w:jc w:val="left"/>
      </w:pPr>
      <w:r>
        <w:rPr>
          <w:rFonts w:ascii="LiberationSerif" w:hAnsi="LiberationSerif" w:eastAsia="LiberationSerif"/>
          <w:b w:val="0"/>
          <w:i w:val="0"/>
          <w:color w:val="000000"/>
          <w:sz w:val="30"/>
        </w:rPr>
        <w:t xml:space="preserve">Lily laughed. "You're welcome," she teased, her eyes </w:t>
      </w:r>
      <w:r>
        <w:rPr>
          <w:rFonts w:ascii="LiberationSerif" w:hAnsi="LiberationSerif" w:eastAsia="LiberationSerif"/>
          <w:b w:val="0"/>
          <w:i w:val="0"/>
          <w:color w:val="000000"/>
          <w:sz w:val="30"/>
        </w:rPr>
        <w:t>twinkling with amusement.</w:t>
      </w:r>
    </w:p>
    <w:p xmlns:wp14="http://schemas.microsoft.com/office/word/2010/wordml" w14:paraId="38FB28B5"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"Hey, what's your story?" Ethan asked, his voice soft and </w:t>
      </w:r>
      <w:r>
        <w:rPr>
          <w:rFonts w:ascii="LiberationSerif" w:hAnsi="LiberationSerif" w:eastAsia="LiberationSerif"/>
          <w:b w:val="0"/>
          <w:i w:val="0"/>
          <w:color w:val="000000"/>
          <w:sz w:val="30"/>
        </w:rPr>
        <w:t>gentle. "Why'd you transfer here?"</w:t>
      </w:r>
    </w:p>
    <w:p xmlns:wp14="http://schemas.microsoft.com/office/word/2010/wordml" w14:paraId="7D62A389" wp14:textId="77777777">
      <w:pPr>
        <w:autoSpaceDN w:val="0"/>
        <w:autoSpaceDE w:val="0"/>
        <w:widowControl/>
        <w:spacing w:before="360" w:after="0" w:line="360" w:lineRule="exact"/>
        <w:ind w:left="1000" w:right="1728" w:firstLine="0"/>
        <w:jc w:val="left"/>
      </w:pPr>
      <w:r>
        <w:rPr>
          <w:rFonts w:ascii="LiberationSerif" w:hAnsi="LiberationSerif" w:eastAsia="LiberationSerif"/>
          <w:b w:val="0"/>
          <w:i w:val="0"/>
          <w:color w:val="000000"/>
          <w:sz w:val="30"/>
        </w:rPr>
        <w:t xml:space="preserve">Jake looked down at his hands, his fingers fidgeting </w:t>
      </w:r>
      <w:r>
        <w:rPr>
          <w:rFonts w:ascii="LiberationSerif" w:hAnsi="LiberationSerif" w:eastAsia="LiberationSerif"/>
          <w:b w:val="0"/>
          <w:i w:val="0"/>
          <w:color w:val="000000"/>
          <w:sz w:val="30"/>
        </w:rPr>
        <w:t xml:space="preserve">nervously. "I moved here with my mom and sister," he </w:t>
      </w:r>
      <w:r>
        <w:rPr>
          <w:rFonts w:ascii="LiberationSerif" w:hAnsi="LiberationSerif" w:eastAsia="LiberationSerif"/>
          <w:b w:val="0"/>
          <w:i w:val="0"/>
          <w:color w:val="000000"/>
          <w:sz w:val="30"/>
        </w:rPr>
        <w:t>explained. "My dad left us a few months ago."</w:t>
      </w:r>
    </w:p>
    <w:p xmlns:wp14="http://schemas.microsoft.com/office/word/2010/wordml" w14:paraId="538D963D"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 wave of sympathy washed over the group. They had all </w:t>
      </w:r>
      <w:r>
        <w:rPr>
          <w:rFonts w:ascii="LiberationSerif" w:hAnsi="LiberationSerif" w:eastAsia="LiberationSerif"/>
          <w:b w:val="0"/>
          <w:i w:val="0"/>
          <w:color w:val="000000"/>
          <w:sz w:val="30"/>
        </w:rPr>
        <w:t xml:space="preserve">experienced loss in their lives, in different ways. They </w:t>
      </w:r>
      <w:r>
        <w:rPr>
          <w:rFonts w:ascii="LiberationSerif" w:hAnsi="LiberationSerif" w:eastAsia="LiberationSerif"/>
          <w:b w:val="0"/>
          <w:i w:val="0"/>
          <w:color w:val="000000"/>
          <w:sz w:val="30"/>
        </w:rPr>
        <w:t xml:space="preserve">understood the pain of a broken family, the feeling of being </w:t>
      </w:r>
      <w:r>
        <w:rPr>
          <w:rFonts w:ascii="LiberationSerif" w:hAnsi="LiberationSerif" w:eastAsia="LiberationSerif"/>
          <w:b w:val="0"/>
          <w:i w:val="0"/>
          <w:color w:val="000000"/>
          <w:sz w:val="30"/>
        </w:rPr>
        <w:t>lost and alone.</w:t>
      </w:r>
    </w:p>
    <w:p xmlns:wp14="http://schemas.microsoft.com/office/word/2010/wordml" w14:paraId="3A855B4D"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"I'm sorry," Maya said, reaching out to touch his arm. "I </w:t>
      </w:r>
      <w:r>
        <w:rPr>
          <w:rFonts w:ascii="LiberationSerif" w:hAnsi="LiberationSerif" w:eastAsia="LiberationSerif"/>
          <w:b w:val="0"/>
          <w:i w:val="0"/>
          <w:color w:val="000000"/>
          <w:sz w:val="30"/>
        </w:rPr>
        <w:t>know how hard that can be."</w:t>
      </w:r>
    </w:p>
    <w:p xmlns:wp14="http://schemas.microsoft.com/office/word/2010/wordml" w14:paraId="04A87A9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Jake nodded, a single tear tracing a path down his cheek. He </w:t>
      </w:r>
      <w:r>
        <w:rPr>
          <w:rFonts w:ascii="LiberationSerif" w:hAnsi="LiberationSerif" w:eastAsia="LiberationSerif"/>
          <w:b w:val="0"/>
          <w:i w:val="0"/>
          <w:color w:val="000000"/>
          <w:sz w:val="30"/>
        </w:rPr>
        <w:t xml:space="preserve">felt a surge of relief, a sense of being understood. He didn't </w:t>
      </w:r>
      <w:r>
        <w:rPr>
          <w:rFonts w:ascii="LiberationSerif" w:hAnsi="LiberationSerif" w:eastAsia="LiberationSerif"/>
          <w:b w:val="0"/>
          <w:i w:val="0"/>
          <w:color w:val="000000"/>
          <w:sz w:val="30"/>
        </w:rPr>
        <w:t xml:space="preserve">have to pretend to be okay. He didn't have to be strong. He </w:t>
      </w:r>
      <w:r>
        <w:rPr>
          <w:rFonts w:ascii="LiberationSerif" w:hAnsi="LiberationSerif" w:eastAsia="LiberationSerif"/>
          <w:b w:val="0"/>
          <w:i w:val="0"/>
          <w:color w:val="000000"/>
          <w:sz w:val="30"/>
        </w:rPr>
        <w:t>could just be himself.</w:t>
      </w:r>
    </w:p>
    <w:p xmlns:wp14="http://schemas.microsoft.com/office/word/2010/wordml" w14:paraId="5DE48F4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Lily pulled a crumpled piece of paper out of her pocket, her </w:t>
      </w:r>
      <w:r>
        <w:rPr>
          <w:rFonts w:ascii="LiberationSerif" w:hAnsi="LiberationSerif" w:eastAsia="LiberationSerif"/>
          <w:b w:val="0"/>
          <w:i w:val="0"/>
          <w:color w:val="000000"/>
          <w:sz w:val="30"/>
        </w:rPr>
        <w:t xml:space="preserve">face suddenly serious. "Listen," she said, "I'm not sure if </w:t>
      </w:r>
      <w:r>
        <w:rPr>
          <w:rFonts w:ascii="LiberationSerif" w:hAnsi="LiberationSerif" w:eastAsia="LiberationSerif"/>
          <w:b w:val="0"/>
          <w:i w:val="0"/>
          <w:color w:val="000000"/>
          <w:sz w:val="30"/>
        </w:rPr>
        <w:t>you've ever heard of this before, but I think it's pretty</w:t>
      </w:r>
    </w:p>
    <w:p xmlns:wp14="http://schemas.microsoft.com/office/word/2010/wordml" w14:paraId="1299C43A" wp14:textId="77777777">
      <w:pPr>
        <w:sectPr>
          <w:pgSz w:w="12240" w:h="15840" w:orient="portrait"/>
          <w:pgMar w:top="0" w:right="1420" w:bottom="0" w:left="1440" w:header="720" w:footer="720" w:gutter="0"/>
          <w:cols/>
          <w:docGrid w:linePitch="360"/>
        </w:sectPr>
      </w:pPr>
    </w:p>
    <w:p xmlns:wp14="http://schemas.microsoft.com/office/word/2010/wordml" w14:paraId="23EE7045"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important. This is my mom's favorite quote. It says, 'When </w:t>
      </w:r>
      <w:r>
        <w:rPr>
          <w:rFonts w:ascii="LiberationSerif" w:hAnsi="LiberationSerif" w:eastAsia="LiberationSerif"/>
          <w:b w:val="0"/>
          <w:i w:val="0"/>
          <w:color w:val="000000"/>
          <w:sz w:val="30"/>
        </w:rPr>
        <w:t xml:space="preserve">you find people who are different than you, but who accept </w:t>
      </w:r>
      <w:r>
        <w:rPr>
          <w:rFonts w:ascii="LiberationSerif" w:hAnsi="LiberationSerif" w:eastAsia="LiberationSerif"/>
          <w:b w:val="0"/>
          <w:i w:val="0"/>
          <w:color w:val="000000"/>
          <w:sz w:val="30"/>
        </w:rPr>
        <w:t>you for who you are, you’ve found a treasure.'"</w:t>
      </w:r>
    </w:p>
    <w:p xmlns:wp14="http://schemas.microsoft.com/office/word/2010/wordml" w14:paraId="0A9C98FE"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Jake looked at her, his eyes wide with curiosity. He reached </w:t>
      </w:r>
      <w:r>
        <w:rPr>
          <w:rFonts w:ascii="LiberationSerif" w:hAnsi="LiberationSerif" w:eastAsia="LiberationSerif"/>
          <w:b w:val="0"/>
          <w:i w:val="0"/>
          <w:color w:val="000000"/>
          <w:sz w:val="30"/>
        </w:rPr>
        <w:t xml:space="preserve">out and took the paper, his fingers tracing the words on the </w:t>
      </w:r>
      <w:r>
        <w:rPr>
          <w:rFonts w:ascii="LiberationSerif" w:hAnsi="LiberationSerif" w:eastAsia="LiberationSerif"/>
          <w:b w:val="0"/>
          <w:i w:val="0"/>
          <w:color w:val="000000"/>
          <w:sz w:val="30"/>
        </w:rPr>
        <w:t xml:space="preserve">page. The words resonated deep within him, touching a </w:t>
      </w:r>
      <w:r>
        <w:rPr>
          <w:rFonts w:ascii="LiberationSerif" w:hAnsi="LiberationSerif" w:eastAsia="LiberationSerif"/>
          <w:b w:val="0"/>
          <w:i w:val="0"/>
          <w:color w:val="000000"/>
          <w:sz w:val="30"/>
        </w:rPr>
        <w:t xml:space="preserve">chord of longing and hope. He felt a sense of belonging, a </w:t>
      </w:r>
      <w:r>
        <w:rPr>
          <w:rFonts w:ascii="LiberationSerif" w:hAnsi="LiberationSerif" w:eastAsia="LiberationSerif"/>
          <w:b w:val="0"/>
          <w:i w:val="0"/>
          <w:color w:val="000000"/>
          <w:sz w:val="30"/>
        </w:rPr>
        <w:t xml:space="preserve">feeling that he was finally in the right place, surrounded by </w:t>
      </w:r>
      <w:r>
        <w:rPr>
          <w:rFonts w:ascii="LiberationSerif" w:hAnsi="LiberationSerif" w:eastAsia="LiberationSerif"/>
          <w:b w:val="0"/>
          <w:i w:val="0"/>
          <w:color w:val="000000"/>
          <w:sz w:val="30"/>
        </w:rPr>
        <w:t>people who truly understood him. He was no longer alone.</w:t>
      </w:r>
    </w:p>
    <w:p xmlns:wp14="http://schemas.microsoft.com/office/word/2010/wordml" w14:paraId="1EE61420"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As the weeks turned into months, their bond grew stronger, </w:t>
      </w:r>
      <w:r>
        <w:rPr>
          <w:rFonts w:ascii="LiberationSerif" w:hAnsi="LiberationSerif" w:eastAsia="LiberationSerif"/>
          <w:b w:val="0"/>
          <w:i w:val="0"/>
          <w:color w:val="000000"/>
          <w:sz w:val="30"/>
        </w:rPr>
        <w:t xml:space="preserve">their friendship blossoming into an unbreakable bond. They </w:t>
      </w:r>
      <w:r>
        <w:rPr>
          <w:rFonts w:ascii="LiberationSerif" w:hAnsi="LiberationSerif" w:eastAsia="LiberationSerif"/>
          <w:b w:val="0"/>
          <w:i w:val="0"/>
          <w:color w:val="000000"/>
          <w:sz w:val="30"/>
        </w:rPr>
        <w:t xml:space="preserve">navigated the ups and downs of high school life together, </w:t>
      </w:r>
      <w:r>
        <w:rPr>
          <w:rFonts w:ascii="LiberationSerif" w:hAnsi="LiberationSerif" w:eastAsia="LiberationSerif"/>
          <w:b w:val="0"/>
          <w:i w:val="0"/>
          <w:color w:val="000000"/>
          <w:sz w:val="30"/>
        </w:rPr>
        <w:t xml:space="preserve">supporting each other through triumphs and tribulations. </w:t>
      </w:r>
      <w:r>
        <w:rPr>
          <w:rFonts w:ascii="LiberationSerif" w:hAnsi="LiberationSerif" w:eastAsia="LiberationSerif"/>
          <w:b w:val="0"/>
          <w:i w:val="0"/>
          <w:color w:val="000000"/>
          <w:sz w:val="30"/>
        </w:rPr>
        <w:t xml:space="preserve">They learned to trust each other, to rely on each other, to be </w:t>
      </w:r>
      <w:r>
        <w:rPr>
          <w:rFonts w:ascii="LiberationSerif" w:hAnsi="LiberationSerif" w:eastAsia="LiberationSerif"/>
          <w:b w:val="0"/>
          <w:i w:val="0"/>
          <w:color w:val="000000"/>
          <w:sz w:val="30"/>
        </w:rPr>
        <w:t xml:space="preserve">there for each other, no matter what. They discovered the </w:t>
      </w:r>
      <w:r>
        <w:rPr>
          <w:rFonts w:ascii="LiberationSerif" w:hAnsi="LiberationSerif" w:eastAsia="LiberationSerif"/>
          <w:b w:val="0"/>
          <w:i w:val="0"/>
          <w:color w:val="000000"/>
          <w:sz w:val="30"/>
        </w:rPr>
        <w:t xml:space="preserve">power of friendship, the strength of shared experiences, the </w:t>
      </w:r>
      <w:r>
        <w:rPr>
          <w:rFonts w:ascii="LiberationSerif" w:hAnsi="LiberationSerif" w:eastAsia="LiberationSerif"/>
          <w:b w:val="0"/>
          <w:i w:val="0"/>
          <w:color w:val="000000"/>
          <w:sz w:val="30"/>
        </w:rPr>
        <w:t xml:space="preserve">joy of finding your tribe. They learned that the most </w:t>
      </w:r>
      <w:r>
        <w:br/>
      </w:r>
      <w:r>
        <w:rPr>
          <w:rFonts w:ascii="LiberationSerif" w:hAnsi="LiberationSerif" w:eastAsia="LiberationSerif"/>
          <w:b w:val="0"/>
          <w:i w:val="0"/>
          <w:color w:val="000000"/>
          <w:sz w:val="30"/>
        </w:rPr>
        <w:t xml:space="preserve">important thing in life was not to be perfect, but to be </w:t>
      </w:r>
      <w:r>
        <w:br/>
      </w:r>
      <w:r>
        <w:rPr>
          <w:rFonts w:ascii="LiberationSerif" w:hAnsi="LiberationSerif" w:eastAsia="LiberationSerif"/>
          <w:b w:val="0"/>
          <w:i w:val="0"/>
          <w:color w:val="000000"/>
          <w:sz w:val="30"/>
        </w:rPr>
        <w:t xml:space="preserve">authentic, to be true to themselves, and to find their place in </w:t>
      </w:r>
      <w:r>
        <w:rPr>
          <w:rFonts w:ascii="LiberationSerif" w:hAnsi="LiberationSerif" w:eastAsia="LiberationSerif"/>
          <w:b w:val="0"/>
          <w:i w:val="0"/>
          <w:color w:val="000000"/>
          <w:sz w:val="30"/>
        </w:rPr>
        <w:t>the world, together.</w:t>
      </w:r>
    </w:p>
    <w:p xmlns:wp14="http://schemas.microsoft.com/office/word/2010/wordml" w14:paraId="4DDBEF00" wp14:textId="77777777">
      <w:pPr>
        <w:sectPr>
          <w:pgSz w:w="12240" w:h="15840" w:orient="portrait"/>
          <w:pgMar w:top="0" w:right="1420" w:bottom="0" w:left="1440" w:header="720" w:footer="720" w:gutter="0"/>
          <w:cols/>
          <w:docGrid w:linePitch="360"/>
        </w:sectPr>
      </w:pPr>
    </w:p>
    <w:p xmlns:wp14="http://schemas.microsoft.com/office/word/2010/wordml" w14:paraId="5C9DF554"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2A0D875D"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air crackled with anticipation as the entire student body </w:t>
      </w:r>
      <w:r>
        <w:rPr>
          <w:rFonts w:ascii="LiberationSerif" w:hAnsi="LiberationSerif" w:eastAsia="LiberationSerif"/>
          <w:b w:val="0"/>
          <w:i w:val="0"/>
          <w:color w:val="000000"/>
          <w:sz w:val="30"/>
        </w:rPr>
        <w:t xml:space="preserve">of Westview High School gathered in the auditorium. The </w:t>
      </w:r>
      <w:r>
        <w:rPr>
          <w:rFonts w:ascii="LiberationSerif" w:hAnsi="LiberationSerif" w:eastAsia="LiberationSerif"/>
          <w:b w:val="0"/>
          <w:i w:val="0"/>
          <w:color w:val="000000"/>
          <w:sz w:val="30"/>
        </w:rPr>
        <w:t xml:space="preserve">annual school assembly, usually a humdrum affair filled with </w:t>
      </w:r>
      <w:r>
        <w:rPr>
          <w:rFonts w:ascii="LiberationSerif" w:hAnsi="LiberationSerif" w:eastAsia="LiberationSerif"/>
          <w:b w:val="0"/>
          <w:i w:val="0"/>
          <w:color w:val="000000"/>
          <w:sz w:val="30"/>
        </w:rPr>
        <w:t xml:space="preserve">announcements and pep talks, had taken a decidedly </w:t>
      </w:r>
      <w:r>
        <w:br/>
      </w:r>
      <w:r>
        <w:rPr>
          <w:rFonts w:ascii="LiberationSerif" w:hAnsi="LiberationSerif" w:eastAsia="LiberationSerif"/>
          <w:b w:val="0"/>
          <w:i w:val="0"/>
          <w:color w:val="000000"/>
          <w:sz w:val="30"/>
        </w:rPr>
        <w:t xml:space="preserve">different turn this year. A new principal, Ms. Harper, had </w:t>
      </w:r>
      <w:r>
        <w:rPr>
          <w:rFonts w:ascii="LiberationSerif" w:hAnsi="LiberationSerif" w:eastAsia="LiberationSerif"/>
          <w:b w:val="0"/>
          <w:i w:val="0"/>
          <w:color w:val="000000"/>
          <w:sz w:val="30"/>
        </w:rPr>
        <w:t xml:space="preserve">taken the helm, and rumors swirled about a groundbreaking </w:t>
      </w:r>
      <w:r>
        <w:rPr>
          <w:rFonts w:ascii="LiberationSerif" w:hAnsi="LiberationSerif" w:eastAsia="LiberationSerif"/>
          <w:b w:val="0"/>
          <w:i w:val="0"/>
          <w:color w:val="000000"/>
          <w:sz w:val="30"/>
        </w:rPr>
        <w:t>initiative she was about to unveil.</w:t>
      </w:r>
    </w:p>
    <w:p xmlns:wp14="http://schemas.microsoft.com/office/word/2010/wordml" w14:paraId="4ED4C45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Ms. Harper, a woman radiating warmth and a quiet strength, </w:t>
      </w:r>
      <w:r>
        <w:rPr>
          <w:rFonts w:ascii="LiberationSerif" w:hAnsi="LiberationSerif" w:eastAsia="LiberationSerif"/>
          <w:b w:val="0"/>
          <w:i w:val="0"/>
          <w:color w:val="000000"/>
          <w:sz w:val="30"/>
        </w:rPr>
        <w:t xml:space="preserve">stepped onto the stage, her eyes twinkling with a </w:t>
      </w:r>
      <w:r>
        <w:br/>
      </w:r>
      <w:r>
        <w:rPr>
          <w:rFonts w:ascii="LiberationSerif" w:hAnsi="LiberationSerif" w:eastAsia="LiberationSerif"/>
          <w:b w:val="0"/>
          <w:i w:val="0"/>
          <w:color w:val="000000"/>
          <w:sz w:val="30"/>
        </w:rPr>
        <w:t xml:space="preserve">mischievous glint. "Good morning, Westview!" she boomed, </w:t>
      </w:r>
      <w:r>
        <w:rPr>
          <w:rFonts w:ascii="LiberationSerif" w:hAnsi="LiberationSerif" w:eastAsia="LiberationSerif"/>
          <w:b w:val="0"/>
          <w:i w:val="0"/>
          <w:color w:val="000000"/>
          <w:sz w:val="30"/>
        </w:rPr>
        <w:t xml:space="preserve">her voice echoing through the hall. "I see a sea of faces, each </w:t>
      </w:r>
      <w:r>
        <w:rPr>
          <w:rFonts w:ascii="LiberationSerif" w:hAnsi="LiberationSerif" w:eastAsia="LiberationSerif"/>
          <w:b w:val="0"/>
          <w:i w:val="0"/>
          <w:color w:val="000000"/>
          <w:sz w:val="30"/>
        </w:rPr>
        <w:t>one a unique story, each one holding potential for greatness."</w:t>
      </w:r>
    </w:p>
    <w:p xmlns:wp14="http://schemas.microsoft.com/office/word/2010/wordml" w14:paraId="788B91F4"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 murmur rippled through the crowd. This was no ordinary </w:t>
      </w:r>
      <w:r>
        <w:rPr>
          <w:rFonts w:ascii="LiberationSerif" w:hAnsi="LiberationSerif" w:eastAsia="LiberationSerif"/>
          <w:b w:val="0"/>
          <w:i w:val="0"/>
          <w:color w:val="000000"/>
          <w:sz w:val="30"/>
        </w:rPr>
        <w:t xml:space="preserve">assembly. Ms. Harper continued, "Today, we're going to </w:t>
      </w:r>
      <w:r>
        <w:rPr>
          <w:rFonts w:ascii="LiberationSerif" w:hAnsi="LiberationSerif" w:eastAsia="LiberationSerif"/>
          <w:b w:val="0"/>
          <w:i w:val="0"/>
          <w:color w:val="000000"/>
          <w:sz w:val="30"/>
        </w:rPr>
        <w:t xml:space="preserve">embark on a journey together. A journey of discovery, of </w:t>
      </w:r>
      <w:r>
        <w:rPr>
          <w:rFonts w:ascii="LiberationSerif" w:hAnsi="LiberationSerif" w:eastAsia="LiberationSerif"/>
          <w:b w:val="0"/>
          <w:i w:val="0"/>
          <w:color w:val="000000"/>
          <w:sz w:val="30"/>
        </w:rPr>
        <w:t xml:space="preserve">resilience, of finding strength in our shared experiences. </w:t>
      </w:r>
      <w:r>
        <w:rPr>
          <w:rFonts w:ascii="LiberationSerif" w:hAnsi="LiberationSerif" w:eastAsia="LiberationSerif"/>
          <w:b w:val="0"/>
          <w:i w:val="0"/>
          <w:color w:val="000000"/>
          <w:sz w:val="30"/>
        </w:rPr>
        <w:t xml:space="preserve">We're going to talk about something that's often overlooked, </w:t>
      </w:r>
      <w:r>
        <w:rPr>
          <w:rFonts w:ascii="LiberationSerif" w:hAnsi="LiberationSerif" w:eastAsia="LiberationSerif"/>
          <w:b w:val="0"/>
          <w:i w:val="0"/>
          <w:color w:val="000000"/>
          <w:sz w:val="30"/>
        </w:rPr>
        <w:t xml:space="preserve">something that defines our ability to overcome challenges, </w:t>
      </w:r>
      <w:r>
        <w:rPr>
          <w:rFonts w:ascii="LiberationSerif" w:hAnsi="LiberationSerif" w:eastAsia="LiberationSerif"/>
          <w:b w:val="0"/>
          <w:i w:val="0"/>
          <w:color w:val="000000"/>
          <w:sz w:val="30"/>
        </w:rPr>
        <w:t>something that makes us who we truly are."</w:t>
      </w:r>
    </w:p>
    <w:p xmlns:wp14="http://schemas.microsoft.com/office/word/2010/wordml" w14:paraId="65CCE4D5"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crowd leaned forward, captivated by her words. "I'm </w:t>
      </w:r>
      <w:r>
        <w:rPr>
          <w:rFonts w:ascii="LiberationSerif" w:hAnsi="LiberationSerif" w:eastAsia="LiberationSerif"/>
          <w:b w:val="0"/>
          <w:i w:val="0"/>
          <w:color w:val="000000"/>
          <w:sz w:val="30"/>
        </w:rPr>
        <w:t xml:space="preserve">talking about resilience," Ms. Harper declared. "The ability </w:t>
      </w:r>
      <w:r>
        <w:rPr>
          <w:rFonts w:ascii="LiberationSerif" w:hAnsi="LiberationSerif" w:eastAsia="LiberationSerif"/>
          <w:b w:val="0"/>
          <w:i w:val="0"/>
          <w:color w:val="000000"/>
          <w:sz w:val="30"/>
        </w:rPr>
        <w:t xml:space="preserve">to bounce back, to rise above adversity, to never give up on </w:t>
      </w:r>
      <w:r>
        <w:rPr>
          <w:rFonts w:ascii="LiberationSerif" w:hAnsi="LiberationSerif" w:eastAsia="LiberationSerif"/>
          <w:b w:val="0"/>
          <w:i w:val="0"/>
          <w:color w:val="000000"/>
          <w:sz w:val="30"/>
        </w:rPr>
        <w:t>ourselves, no matter what life throws our way."</w:t>
      </w:r>
    </w:p>
    <w:p xmlns:wp14="http://schemas.microsoft.com/office/word/2010/wordml" w14:paraId="36C13AC0"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She paused, letting the weight of her words sink in. "You </w:t>
      </w:r>
      <w:r>
        <w:rPr>
          <w:rFonts w:ascii="LiberationSerif" w:hAnsi="LiberationSerif" w:eastAsia="LiberationSerif"/>
          <w:b w:val="0"/>
          <w:i w:val="0"/>
          <w:color w:val="000000"/>
          <w:sz w:val="30"/>
        </w:rPr>
        <w:t xml:space="preserve">might be thinking, 'Resilience? That sounds pretty heavy.' </w:t>
      </w:r>
      <w:r>
        <w:rPr>
          <w:rFonts w:ascii="LiberationSerif" w:hAnsi="LiberationSerif" w:eastAsia="LiberationSerif"/>
          <w:b w:val="0"/>
          <w:i w:val="0"/>
          <w:color w:val="000000"/>
          <w:sz w:val="30"/>
        </w:rPr>
        <w:t xml:space="preserve">But I assure you, it's not about being superhuman or </w:t>
      </w:r>
      <w:r>
        <w:br/>
      </w:r>
      <w:r>
        <w:rPr>
          <w:rFonts w:ascii="LiberationSerif" w:hAnsi="LiberationSerif" w:eastAsia="LiberationSerif"/>
          <w:b w:val="0"/>
          <w:i w:val="0"/>
          <w:color w:val="000000"/>
          <w:sz w:val="30"/>
        </w:rPr>
        <w:t>invincible. It's about finding the strength within ourselves to</w:t>
      </w:r>
    </w:p>
    <w:p xmlns:wp14="http://schemas.microsoft.com/office/word/2010/wordml" w14:paraId="3461D779" wp14:textId="77777777">
      <w:pPr>
        <w:sectPr>
          <w:pgSz w:w="12240" w:h="15840" w:orient="portrait"/>
          <w:pgMar w:top="0" w:right="1420" w:bottom="0" w:left="1440" w:header="720" w:footer="720" w:gutter="0"/>
          <w:cols/>
          <w:docGrid w:linePitch="360"/>
        </w:sectPr>
      </w:pPr>
    </w:p>
    <w:p xmlns:wp14="http://schemas.microsoft.com/office/word/2010/wordml" w14:paraId="42202029"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face whatever comes our way, to learn from our mistakes, to </w:t>
      </w:r>
      <w:r>
        <w:rPr>
          <w:rFonts w:ascii="LiberationSerif" w:hAnsi="LiberationSerif" w:eastAsia="LiberationSerif"/>
          <w:b w:val="0"/>
          <w:i w:val="0"/>
          <w:color w:val="000000"/>
          <w:sz w:val="30"/>
        </w:rPr>
        <w:t>keep moving forward, even when it's hard."</w:t>
      </w:r>
    </w:p>
    <w:p xmlns:wp14="http://schemas.microsoft.com/office/word/2010/wordml" w14:paraId="5FBD367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Ms. Harper's voice took on a softer, more intimate tone. </w:t>
      </w:r>
      <w:r>
        <w:rPr>
          <w:rFonts w:ascii="LiberationSerif" w:hAnsi="LiberationSerif" w:eastAsia="LiberationSerif"/>
          <w:b w:val="0"/>
          <w:i w:val="0"/>
          <w:color w:val="000000"/>
          <w:sz w:val="30"/>
        </w:rPr>
        <w:t xml:space="preserve">"Think about the times you've fallen and gotten back up. The </w:t>
      </w:r>
      <w:r>
        <w:rPr>
          <w:rFonts w:ascii="LiberationSerif" w:hAnsi="LiberationSerif" w:eastAsia="LiberationSerif"/>
          <w:b w:val="0"/>
          <w:i w:val="0"/>
          <w:color w:val="000000"/>
          <w:sz w:val="30"/>
        </w:rPr>
        <w:t xml:space="preserve">times you've been hurt, but found the courage to heal. The </w:t>
      </w:r>
      <w:r>
        <w:rPr>
          <w:rFonts w:ascii="LiberationSerif" w:hAnsi="LiberationSerif" w:eastAsia="LiberationSerif"/>
          <w:b w:val="0"/>
          <w:i w:val="0"/>
          <w:color w:val="000000"/>
          <w:sz w:val="30"/>
        </w:rPr>
        <w:t xml:space="preserve">times you've failed, but learned from those failures and tried </w:t>
      </w:r>
      <w:r>
        <w:rPr>
          <w:rFonts w:ascii="LiberationSerif" w:hAnsi="LiberationSerif" w:eastAsia="LiberationSerif"/>
          <w:b w:val="0"/>
          <w:i w:val="0"/>
          <w:color w:val="000000"/>
          <w:sz w:val="30"/>
        </w:rPr>
        <w:t xml:space="preserve">again. Those are the moments that build resilience. They are </w:t>
      </w:r>
      <w:r>
        <w:rPr>
          <w:rFonts w:ascii="LiberationSerif" w:hAnsi="LiberationSerif" w:eastAsia="LiberationSerif"/>
          <w:b w:val="0"/>
          <w:i w:val="0"/>
          <w:color w:val="000000"/>
          <w:sz w:val="30"/>
        </w:rPr>
        <w:t xml:space="preserve">the moments that shape us into the individuals we are meant </w:t>
      </w:r>
      <w:r>
        <w:rPr>
          <w:rFonts w:ascii="LiberationSerif" w:hAnsi="LiberationSerif" w:eastAsia="LiberationSerif"/>
          <w:b w:val="0"/>
          <w:i w:val="0"/>
          <w:color w:val="000000"/>
          <w:sz w:val="30"/>
        </w:rPr>
        <w:t>to be."</w:t>
      </w:r>
    </w:p>
    <w:p xmlns:wp14="http://schemas.microsoft.com/office/word/2010/wordml" w14:paraId="55CCCDC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She shared a story of a young athlete who faced a </w:t>
      </w:r>
      <w:r>
        <w:br/>
      </w:r>
      <w:r>
        <w:rPr>
          <w:rFonts w:ascii="LiberationSerif" w:hAnsi="LiberationSerif" w:eastAsia="LiberationSerif"/>
          <w:b w:val="0"/>
          <w:i w:val="0"/>
          <w:color w:val="000000"/>
          <w:sz w:val="30"/>
        </w:rPr>
        <w:t xml:space="preserve">devastating injury, but through sheer determination, </w:t>
      </w:r>
      <w:r>
        <w:br/>
      </w:r>
      <w:r>
        <w:rPr>
          <w:rFonts w:ascii="LiberationSerif" w:hAnsi="LiberationSerif" w:eastAsia="LiberationSerif"/>
          <w:b w:val="0"/>
          <w:i w:val="0"/>
          <w:color w:val="000000"/>
          <w:sz w:val="30"/>
        </w:rPr>
        <w:t xml:space="preserve">overcame the odds and returned to the field stronger than </w:t>
      </w:r>
      <w:r>
        <w:rPr>
          <w:rFonts w:ascii="LiberationSerif" w:hAnsi="LiberationSerif" w:eastAsia="LiberationSerif"/>
          <w:b w:val="0"/>
          <w:i w:val="0"/>
          <w:color w:val="000000"/>
          <w:sz w:val="30"/>
        </w:rPr>
        <w:t xml:space="preserve">ever. She spoke of a student who struggled with academic </w:t>
      </w:r>
      <w:r>
        <w:rPr>
          <w:rFonts w:ascii="LiberationSerif" w:hAnsi="LiberationSerif" w:eastAsia="LiberationSerif"/>
          <w:b w:val="0"/>
          <w:i w:val="0"/>
          <w:color w:val="000000"/>
          <w:sz w:val="30"/>
        </w:rPr>
        <w:t xml:space="preserve">challenges, but through perseverance and support from their </w:t>
      </w:r>
      <w:r>
        <w:rPr>
          <w:rFonts w:ascii="LiberationSerif" w:hAnsi="LiberationSerif" w:eastAsia="LiberationSerif"/>
          <w:b w:val="0"/>
          <w:i w:val="0"/>
          <w:color w:val="000000"/>
          <w:sz w:val="30"/>
        </w:rPr>
        <w:t xml:space="preserve">peers, found success. She painted a vivid picture of a student </w:t>
      </w:r>
      <w:r>
        <w:rPr>
          <w:rFonts w:ascii="LiberationSerif" w:hAnsi="LiberationSerif" w:eastAsia="LiberationSerif"/>
          <w:b w:val="0"/>
          <w:i w:val="0"/>
          <w:color w:val="000000"/>
          <w:sz w:val="30"/>
        </w:rPr>
        <w:t xml:space="preserve">who felt isolated, but by reaching out to others, found a </w:t>
      </w:r>
      <w:r>
        <w:rPr>
          <w:rFonts w:ascii="LiberationSerif" w:hAnsi="LiberationSerif" w:eastAsia="LiberationSerif"/>
          <w:b w:val="0"/>
          <w:i w:val="0"/>
          <w:color w:val="000000"/>
          <w:sz w:val="30"/>
        </w:rPr>
        <w:t xml:space="preserve">community of support that helped them overcome their </w:t>
      </w:r>
      <w:r>
        <w:rPr>
          <w:rFonts w:ascii="LiberationSerif" w:hAnsi="LiberationSerif" w:eastAsia="LiberationSerif"/>
          <w:b w:val="0"/>
          <w:i w:val="0"/>
          <w:color w:val="000000"/>
          <w:sz w:val="30"/>
        </w:rPr>
        <w:t>loneliness.</w:t>
      </w:r>
    </w:p>
    <w:p xmlns:wp14="http://schemas.microsoft.com/office/word/2010/wordml" w14:paraId="1AFB88C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"These stories are not just tales of triumph," Ms. Harper </w:t>
      </w:r>
      <w:r>
        <w:rPr>
          <w:rFonts w:ascii="LiberationSerif" w:hAnsi="LiberationSerif" w:eastAsia="LiberationSerif"/>
          <w:b w:val="0"/>
          <w:i w:val="0"/>
          <w:color w:val="000000"/>
          <w:sz w:val="30"/>
        </w:rPr>
        <w:t xml:space="preserve">emphasized. "They are reminders that we all have the </w:t>
      </w:r>
      <w:r>
        <w:rPr>
          <w:rFonts w:ascii="LiberationSerif" w:hAnsi="LiberationSerif" w:eastAsia="LiberationSerif"/>
          <w:b w:val="0"/>
          <w:i w:val="0"/>
          <w:color w:val="000000"/>
          <w:sz w:val="30"/>
        </w:rPr>
        <w:t xml:space="preserve">capacity for resilience. It's not about avoiding pain or </w:t>
      </w:r>
      <w:r>
        <w:br/>
      </w:r>
      <w:r>
        <w:rPr>
          <w:rFonts w:ascii="LiberationSerif" w:hAnsi="LiberationSerif" w:eastAsia="LiberationSerif"/>
          <w:b w:val="0"/>
          <w:i w:val="0"/>
          <w:color w:val="000000"/>
          <w:sz w:val="30"/>
        </w:rPr>
        <w:t xml:space="preserve">hardship, but about finding the strength to navigate through </w:t>
      </w:r>
      <w:r>
        <w:rPr>
          <w:rFonts w:ascii="LiberationSerif" w:hAnsi="LiberationSerif" w:eastAsia="LiberationSerif"/>
          <w:b w:val="0"/>
          <w:i w:val="0"/>
          <w:color w:val="000000"/>
          <w:sz w:val="30"/>
        </w:rPr>
        <w:t xml:space="preserve">them. It's about knowing that we're not alone, that we have </w:t>
      </w:r>
      <w:r>
        <w:rPr>
          <w:rFonts w:ascii="LiberationSerif" w:hAnsi="LiberationSerif" w:eastAsia="LiberationSerif"/>
          <w:b w:val="0"/>
          <w:i w:val="0"/>
          <w:color w:val="000000"/>
          <w:sz w:val="30"/>
        </w:rPr>
        <w:t xml:space="preserve">people who care about us, who believe in us, who will </w:t>
      </w:r>
      <w:r>
        <w:rPr>
          <w:rFonts w:ascii="LiberationSerif" w:hAnsi="LiberationSerif" w:eastAsia="LiberationSerif"/>
          <w:b w:val="0"/>
          <w:i w:val="0"/>
          <w:color w:val="000000"/>
          <w:sz w:val="30"/>
        </w:rPr>
        <w:t>support us on our journeys."</w:t>
      </w:r>
    </w:p>
    <w:p xmlns:wp14="http://schemas.microsoft.com/office/word/2010/wordml" w14:paraId="62209DE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Ms. Harper then introduced a unique initiative – a </w:t>
      </w:r>
      <w:r>
        <w:br/>
      </w:r>
      <w:r>
        <w:rPr>
          <w:rFonts w:ascii="LiberationSerif" w:hAnsi="LiberationSerif" w:eastAsia="LiberationSerif"/>
          <w:b w:val="0"/>
          <w:i w:val="0"/>
          <w:color w:val="000000"/>
          <w:sz w:val="30"/>
        </w:rPr>
        <w:t xml:space="preserve">"Resilience Circle." A designated space in the school library </w:t>
      </w:r>
      <w:r>
        <w:rPr>
          <w:rFonts w:ascii="LiberationSerif" w:hAnsi="LiberationSerif" w:eastAsia="LiberationSerif"/>
          <w:b w:val="0"/>
          <w:i w:val="0"/>
          <w:color w:val="000000"/>
          <w:sz w:val="30"/>
        </w:rPr>
        <w:t xml:space="preserve">where students could gather, share their stories, and offer </w:t>
      </w:r>
      <w:r>
        <w:rPr>
          <w:rFonts w:ascii="LiberationSerif" w:hAnsi="LiberationSerif" w:eastAsia="LiberationSerif"/>
          <w:b w:val="0"/>
          <w:i w:val="0"/>
          <w:color w:val="000000"/>
          <w:sz w:val="30"/>
        </w:rPr>
        <w:t xml:space="preserve">support to one another. "It's a place for us to come together </w:t>
      </w:r>
      <w:r>
        <w:rPr>
          <w:rFonts w:ascii="LiberationSerif" w:hAnsi="LiberationSerif" w:eastAsia="LiberationSerif"/>
          <w:b w:val="0"/>
          <w:i w:val="0"/>
          <w:color w:val="000000"/>
          <w:sz w:val="30"/>
        </w:rPr>
        <w:t xml:space="preserve">as a community, to build each other up, to remind ourselves </w:t>
      </w:r>
      <w:r>
        <w:rPr>
          <w:rFonts w:ascii="LiberationSerif" w:hAnsi="LiberationSerif" w:eastAsia="LiberationSerif"/>
          <w:b w:val="0"/>
          <w:i w:val="0"/>
          <w:color w:val="000000"/>
          <w:sz w:val="30"/>
        </w:rPr>
        <w:t xml:space="preserve">that we are not defined by our struggles but by our ability to </w:t>
      </w:r>
      <w:r>
        <w:rPr>
          <w:rFonts w:ascii="LiberationSerif" w:hAnsi="LiberationSerif" w:eastAsia="LiberationSerif"/>
          <w:b w:val="0"/>
          <w:i w:val="0"/>
          <w:color w:val="000000"/>
          <w:sz w:val="30"/>
        </w:rPr>
        <w:t>overcome them."</w:t>
      </w:r>
    </w:p>
    <w:p xmlns:wp14="http://schemas.microsoft.com/office/word/2010/wordml" w14:paraId="3CF2D8B6" wp14:textId="77777777">
      <w:pPr>
        <w:sectPr>
          <w:pgSz w:w="12240" w:h="15840" w:orient="portrait"/>
          <w:pgMar w:top="0" w:right="1420" w:bottom="0" w:left="1440" w:header="720" w:footer="720" w:gutter="0"/>
          <w:cols/>
          <w:docGrid w:linePitch="360"/>
        </w:sectPr>
      </w:pPr>
    </w:p>
    <w:p xmlns:wp14="http://schemas.microsoft.com/office/word/2010/wordml" w14:paraId="759A60C5" wp14:textId="77777777">
      <w:pPr>
        <w:autoSpaceDN w:val="0"/>
        <w:autoSpaceDE w:val="0"/>
        <w:widowControl/>
        <w:spacing w:before="1790" w:after="0" w:line="360" w:lineRule="exact"/>
        <w:ind w:left="1000" w:right="1008" w:firstLine="0"/>
        <w:jc w:val="left"/>
      </w:pPr>
      <w:r>
        <w:rPr>
          <w:rFonts w:ascii="LiberationSerif" w:hAnsi="LiberationSerif" w:eastAsia="LiberationSerif"/>
          <w:b w:val="0"/>
          <w:i w:val="0"/>
          <w:color w:val="000000"/>
          <w:sz w:val="30"/>
        </w:rPr>
        <w:t xml:space="preserve">As Ms. Harper concluded her speech, a hush fell over the </w:t>
      </w:r>
      <w:r>
        <w:rPr>
          <w:rFonts w:ascii="LiberationSerif" w:hAnsi="LiberationSerif" w:eastAsia="LiberationSerif"/>
          <w:b w:val="0"/>
          <w:i w:val="0"/>
          <w:color w:val="000000"/>
          <w:sz w:val="30"/>
        </w:rPr>
        <w:t xml:space="preserve">auditorium. The crowd was visibly moved, their faces etched </w:t>
      </w:r>
      <w:r>
        <w:rPr>
          <w:rFonts w:ascii="LiberationSerif" w:hAnsi="LiberationSerif" w:eastAsia="LiberationSerif"/>
          <w:b w:val="0"/>
          <w:i w:val="0"/>
          <w:color w:val="000000"/>
          <w:sz w:val="30"/>
        </w:rPr>
        <w:t xml:space="preserve">with a mixture of reflection and hope. The concept of </w:t>
      </w:r>
      <w:r>
        <w:br/>
      </w:r>
      <w:r>
        <w:rPr>
          <w:rFonts w:ascii="LiberationSerif" w:hAnsi="LiberationSerif" w:eastAsia="LiberationSerif"/>
          <w:b w:val="0"/>
          <w:i w:val="0"/>
          <w:color w:val="000000"/>
          <w:sz w:val="30"/>
        </w:rPr>
        <w:t>resilience, once a distant idea, now felt tangible, achievable.</w:t>
      </w:r>
    </w:p>
    <w:p xmlns:wp14="http://schemas.microsoft.com/office/word/2010/wordml" w14:paraId="6EE62D60" wp14:textId="77777777">
      <w:pPr>
        <w:autoSpaceDN w:val="0"/>
        <w:autoSpaceDE w:val="0"/>
        <w:widowControl/>
        <w:spacing w:before="0" w:after="0" w:line="360" w:lineRule="exact"/>
        <w:ind w:left="1000" w:right="1296" w:firstLine="0"/>
        <w:jc w:val="left"/>
      </w:pPr>
      <w:r>
        <w:rPr>
          <w:rFonts w:ascii="LiberationSerif" w:hAnsi="LiberationSerif" w:eastAsia="LiberationSerif"/>
          <w:b w:val="0"/>
          <w:i w:val="0"/>
          <w:color w:val="000000"/>
          <w:sz w:val="30"/>
        </w:rPr>
        <w:t xml:space="preserve">It resonated with the students, echoing their own struggles </w:t>
      </w:r>
      <w:r>
        <w:rPr>
          <w:rFonts w:ascii="LiberationSerif" w:hAnsi="LiberationSerif" w:eastAsia="LiberationSerif"/>
          <w:b w:val="0"/>
          <w:i w:val="0"/>
          <w:color w:val="000000"/>
          <w:sz w:val="30"/>
        </w:rPr>
        <w:t>and their longing for connection.</w:t>
      </w:r>
    </w:p>
    <w:p xmlns:wp14="http://schemas.microsoft.com/office/word/2010/wordml" w14:paraId="57FBD1D5"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assembly was over, but the seeds of resilience had been </w:t>
      </w:r>
      <w:r>
        <w:rPr>
          <w:rFonts w:ascii="LiberationSerif" w:hAnsi="LiberationSerif" w:eastAsia="LiberationSerif"/>
          <w:b w:val="0"/>
          <w:i w:val="0"/>
          <w:color w:val="000000"/>
          <w:sz w:val="30"/>
        </w:rPr>
        <w:t xml:space="preserve">sown. The students walked out of the auditorium, carrying a </w:t>
      </w:r>
      <w:r>
        <w:rPr>
          <w:rFonts w:ascii="LiberationSerif" w:hAnsi="LiberationSerif" w:eastAsia="LiberationSerif"/>
          <w:b w:val="0"/>
          <w:i w:val="0"/>
          <w:color w:val="000000"/>
          <w:sz w:val="30"/>
        </w:rPr>
        <w:t xml:space="preserve">renewed sense of purpose, knowing that they weren't alone </w:t>
      </w:r>
      <w:r>
        <w:rPr>
          <w:rFonts w:ascii="LiberationSerif" w:hAnsi="LiberationSerif" w:eastAsia="LiberationSerif"/>
          <w:b w:val="0"/>
          <w:i w:val="0"/>
          <w:color w:val="000000"/>
          <w:sz w:val="30"/>
        </w:rPr>
        <w:t xml:space="preserve">in their journeys, that they had the strength to face anything, </w:t>
      </w:r>
      <w:r>
        <w:rPr>
          <w:rFonts w:ascii="LiberationSerif" w:hAnsi="LiberationSerif" w:eastAsia="LiberationSerif"/>
          <w:b w:val="0"/>
          <w:i w:val="0"/>
          <w:color w:val="000000"/>
          <w:sz w:val="30"/>
        </w:rPr>
        <w:t xml:space="preserve">and that they had a community of support to guide them </w:t>
      </w:r>
      <w:r>
        <w:rPr>
          <w:rFonts w:ascii="LiberationSerif" w:hAnsi="LiberationSerif" w:eastAsia="LiberationSerif"/>
          <w:b w:val="0"/>
          <w:i w:val="0"/>
          <w:color w:val="000000"/>
          <w:sz w:val="30"/>
        </w:rPr>
        <w:t>along the way.</w:t>
      </w:r>
    </w:p>
    <w:p xmlns:wp14="http://schemas.microsoft.com/office/word/2010/wordml" w14:paraId="3DFC7B28"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Ms. Harper's words lingered in the air, a reminder that </w:t>
      </w:r>
      <w:r>
        <w:rPr>
          <w:rFonts w:ascii="LiberationSerif" w:hAnsi="LiberationSerif" w:eastAsia="LiberationSerif"/>
          <w:b w:val="0"/>
          <w:i w:val="0"/>
          <w:color w:val="000000"/>
          <w:sz w:val="30"/>
        </w:rPr>
        <w:t xml:space="preserve">resilience wasn't just a concept; it was a way of life. It was </w:t>
      </w:r>
      <w:r>
        <w:rPr>
          <w:rFonts w:ascii="LiberationSerif" w:hAnsi="LiberationSerif" w:eastAsia="LiberationSerif"/>
          <w:b w:val="0"/>
          <w:i w:val="0"/>
          <w:color w:val="000000"/>
          <w:sz w:val="30"/>
        </w:rPr>
        <w:t xml:space="preserve">the courage to face the unknown, the determination to rise </w:t>
      </w:r>
      <w:r>
        <w:rPr>
          <w:rFonts w:ascii="LiberationSerif" w:hAnsi="LiberationSerif" w:eastAsia="LiberationSerif"/>
          <w:b w:val="0"/>
          <w:i w:val="0"/>
          <w:color w:val="000000"/>
          <w:sz w:val="30"/>
        </w:rPr>
        <w:t xml:space="preserve">above adversity, the unwavering belief in oneself. It was the </w:t>
      </w:r>
      <w:r>
        <w:rPr>
          <w:rFonts w:ascii="LiberationSerif" w:hAnsi="LiberationSerif" w:eastAsia="LiberationSerif"/>
          <w:b w:val="0"/>
          <w:i w:val="0"/>
          <w:color w:val="000000"/>
          <w:sz w:val="30"/>
        </w:rPr>
        <w:t>unbreakable bond that connected them all.</w:t>
      </w:r>
    </w:p>
    <w:p xmlns:wp14="http://schemas.microsoft.com/office/word/2010/wordml" w14:paraId="79285E26"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hallways buzzed with conversation, students sharing </w:t>
      </w:r>
      <w:r>
        <w:rPr>
          <w:rFonts w:ascii="LiberationSerif" w:hAnsi="LiberationSerif" w:eastAsia="LiberationSerif"/>
          <w:b w:val="0"/>
          <w:i w:val="0"/>
          <w:color w:val="000000"/>
          <w:sz w:val="30"/>
        </w:rPr>
        <w:t xml:space="preserve">their experiences, their hopes, their fears. They gathered in </w:t>
      </w:r>
      <w:r>
        <w:rPr>
          <w:rFonts w:ascii="LiberationSerif" w:hAnsi="LiberationSerif" w:eastAsia="LiberationSerif"/>
          <w:b w:val="0"/>
          <w:i w:val="0"/>
          <w:color w:val="000000"/>
          <w:sz w:val="30"/>
        </w:rPr>
        <w:t xml:space="preserve">clusters, discussing the speech, the Resilience Circle, the </w:t>
      </w:r>
      <w:r>
        <w:rPr>
          <w:rFonts w:ascii="LiberationSerif" w:hAnsi="LiberationSerif" w:eastAsia="LiberationSerif"/>
          <w:b w:val="0"/>
          <w:i w:val="0"/>
          <w:color w:val="000000"/>
          <w:sz w:val="30"/>
        </w:rPr>
        <w:t xml:space="preserve">promise of support. They knew that their journey was just </w:t>
      </w:r>
      <w:r>
        <w:rPr>
          <w:rFonts w:ascii="LiberationSerif" w:hAnsi="LiberationSerif" w:eastAsia="LiberationSerif"/>
          <w:b w:val="0"/>
          <w:i w:val="0"/>
          <w:color w:val="000000"/>
          <w:sz w:val="30"/>
        </w:rPr>
        <w:t xml:space="preserve">beginning, but they also knew that they had the tools and the </w:t>
      </w:r>
      <w:r>
        <w:rPr>
          <w:rFonts w:ascii="LiberationSerif" w:hAnsi="LiberationSerif" w:eastAsia="LiberationSerif"/>
          <w:b w:val="0"/>
          <w:i w:val="0"/>
          <w:color w:val="000000"/>
          <w:sz w:val="30"/>
        </w:rPr>
        <w:t>community to face it together.</w:t>
      </w:r>
    </w:p>
    <w:p xmlns:wp14="http://schemas.microsoft.com/office/word/2010/wordml" w14:paraId="58FFC3FA"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"Unbreakable Bond" wasn't just a phrase; it was a </w:t>
      </w:r>
      <w:r>
        <w:rPr>
          <w:rFonts w:ascii="LiberationSerif" w:hAnsi="LiberationSerif" w:eastAsia="LiberationSerif"/>
          <w:b w:val="0"/>
          <w:i w:val="0"/>
          <w:color w:val="000000"/>
          <w:sz w:val="30"/>
        </w:rPr>
        <w:t xml:space="preserve">feeling, a shared sense of purpose that had taken root within </w:t>
      </w:r>
      <w:r>
        <w:rPr>
          <w:rFonts w:ascii="LiberationSerif" w:hAnsi="LiberationSerif" w:eastAsia="LiberationSerif"/>
          <w:b w:val="0"/>
          <w:i w:val="0"/>
          <w:color w:val="000000"/>
          <w:sz w:val="30"/>
        </w:rPr>
        <w:t xml:space="preserve">Westview High. It was the promise of a new beginning, a </w:t>
      </w:r>
      <w:r>
        <w:rPr>
          <w:rFonts w:ascii="LiberationSerif" w:hAnsi="LiberationSerif" w:eastAsia="LiberationSerif"/>
          <w:b w:val="0"/>
          <w:i w:val="0"/>
          <w:color w:val="000000"/>
          <w:sz w:val="30"/>
        </w:rPr>
        <w:t xml:space="preserve">journey of self-discovery, a testament to the power of </w:t>
      </w:r>
      <w:r>
        <w:br/>
      </w:r>
      <w:r>
        <w:rPr>
          <w:rFonts w:ascii="LiberationSerif" w:hAnsi="LiberationSerif" w:eastAsia="LiberationSerif"/>
          <w:b w:val="0"/>
          <w:i w:val="0"/>
          <w:color w:val="000000"/>
          <w:sz w:val="30"/>
        </w:rPr>
        <w:t>resilience.</w:t>
      </w:r>
    </w:p>
    <w:p xmlns:wp14="http://schemas.microsoft.com/office/word/2010/wordml" w14:paraId="0FB78278" wp14:textId="77777777">
      <w:pPr>
        <w:sectPr>
          <w:pgSz w:w="12240" w:h="15840" w:orient="portrait"/>
          <w:pgMar w:top="0" w:right="1420" w:bottom="0" w:left="1440" w:header="720" w:footer="720" w:gutter="0"/>
          <w:cols/>
          <w:docGrid w:linePitch="360"/>
        </w:sectPr>
      </w:pPr>
    </w:p>
    <w:p xmlns:wp14="http://schemas.microsoft.com/office/word/2010/wordml" w14:paraId="7CA5040D"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4C4ECA90"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first few weeks flew by in a whirlwind of new faces, </w:t>
      </w:r>
      <w:r>
        <w:rPr>
          <w:rFonts w:ascii="LiberationSerif" w:hAnsi="LiberationSerif" w:eastAsia="LiberationSerif"/>
          <w:b w:val="0"/>
          <w:i w:val="0"/>
          <w:color w:val="000000"/>
          <w:sz w:val="30"/>
        </w:rPr>
        <w:t xml:space="preserve">confusing schedules, and the constant hum of teenage </w:t>
      </w:r>
      <w:r>
        <w:br/>
      </w:r>
      <w:r>
        <w:rPr>
          <w:rFonts w:ascii="LiberationSerif" w:hAnsi="LiberationSerif" w:eastAsia="LiberationSerif"/>
          <w:b w:val="0"/>
          <w:i w:val="0"/>
          <w:color w:val="000000"/>
          <w:sz w:val="30"/>
        </w:rPr>
        <w:t xml:space="preserve">chatter. Each of them had found their own niche within the </w:t>
      </w:r>
      <w:r>
        <w:rPr>
          <w:rFonts w:ascii="LiberationSerif" w:hAnsi="LiberationSerif" w:eastAsia="LiberationSerif"/>
          <w:b w:val="0"/>
          <w:i w:val="0"/>
          <w:color w:val="000000"/>
          <w:sz w:val="30"/>
        </w:rPr>
        <w:t xml:space="preserve">bustling halls of Willow Creek High. Maya, the quiet artist, </w:t>
      </w:r>
      <w:r>
        <w:rPr>
          <w:rFonts w:ascii="LiberationSerif" w:hAnsi="LiberationSerif" w:eastAsia="LiberationSerif"/>
          <w:b w:val="0"/>
          <w:i w:val="0"/>
          <w:color w:val="000000"/>
          <w:sz w:val="30"/>
        </w:rPr>
        <w:t xml:space="preserve">sought refuge in the art room, surrounded by vibrant colors </w:t>
      </w:r>
      <w:r>
        <w:rPr>
          <w:rFonts w:ascii="LiberationSerif" w:hAnsi="LiberationSerif" w:eastAsia="LiberationSerif"/>
          <w:b w:val="0"/>
          <w:i w:val="0"/>
          <w:color w:val="000000"/>
          <w:sz w:val="30"/>
        </w:rPr>
        <w:t xml:space="preserve">and the comforting scent of oil paints. Ethan, the tech whiz, </w:t>
      </w:r>
      <w:r>
        <w:rPr>
          <w:rFonts w:ascii="LiberationSerif" w:hAnsi="LiberationSerif" w:eastAsia="LiberationSerif"/>
          <w:b w:val="0"/>
          <w:i w:val="0"/>
          <w:color w:val="000000"/>
          <w:sz w:val="30"/>
        </w:rPr>
        <w:t xml:space="preserve">spent his free time in the library, his fingers flying across the </w:t>
      </w:r>
      <w:r>
        <w:rPr>
          <w:rFonts w:ascii="LiberationSerif" w:hAnsi="LiberationSerif" w:eastAsia="LiberationSerif"/>
          <w:b w:val="0"/>
          <w:i w:val="0"/>
          <w:color w:val="000000"/>
          <w:sz w:val="30"/>
        </w:rPr>
        <w:t xml:space="preserve">keyboard as he delved into the depths of coding. Sarah, the </w:t>
      </w:r>
      <w:r>
        <w:rPr>
          <w:rFonts w:ascii="LiberationSerif" w:hAnsi="LiberationSerif" w:eastAsia="LiberationSerif"/>
          <w:b w:val="0"/>
          <w:i w:val="0"/>
          <w:color w:val="000000"/>
          <w:sz w:val="30"/>
        </w:rPr>
        <w:t xml:space="preserve">bubbly cheerleader, was a fixture on the football field, her </w:t>
      </w:r>
      <w:r>
        <w:rPr>
          <w:rFonts w:ascii="LiberationSerif" w:hAnsi="LiberationSerif" w:eastAsia="LiberationSerif"/>
          <w:b w:val="0"/>
          <w:i w:val="0"/>
          <w:color w:val="000000"/>
          <w:sz w:val="30"/>
        </w:rPr>
        <w:t xml:space="preserve">infectious laughter echoing through the bleachers. And then </w:t>
      </w:r>
      <w:r>
        <w:rPr>
          <w:rFonts w:ascii="LiberationSerif" w:hAnsi="LiberationSerif" w:eastAsia="LiberationSerif"/>
          <w:b w:val="0"/>
          <w:i w:val="0"/>
          <w:color w:val="000000"/>
          <w:sz w:val="30"/>
        </w:rPr>
        <w:t xml:space="preserve">there was Leo, the shy musician, who poured his soul into </w:t>
      </w:r>
      <w:r>
        <w:rPr>
          <w:rFonts w:ascii="LiberationSerif" w:hAnsi="LiberationSerif" w:eastAsia="LiberationSerif"/>
          <w:b w:val="0"/>
          <w:i w:val="0"/>
          <w:color w:val="000000"/>
          <w:sz w:val="30"/>
        </w:rPr>
        <w:t>his guitar, seeking solace in the melodies he created.</w:t>
      </w:r>
    </w:p>
    <w:p xmlns:wp14="http://schemas.microsoft.com/office/word/2010/wordml" w14:paraId="59C6D5D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Their newfound friendships were tested in unexpected ways. </w:t>
      </w:r>
      <w:r>
        <w:rPr>
          <w:rFonts w:ascii="LiberationSerif" w:hAnsi="LiberationSerif" w:eastAsia="LiberationSerif"/>
          <w:b w:val="0"/>
          <w:i w:val="0"/>
          <w:color w:val="000000"/>
          <w:sz w:val="30"/>
        </w:rPr>
        <w:t xml:space="preserve">Sarah, usually the life of the party, found herself struggling </w:t>
      </w:r>
      <w:r>
        <w:rPr>
          <w:rFonts w:ascii="LiberationSerif" w:hAnsi="LiberationSerif" w:eastAsia="LiberationSerif"/>
          <w:b w:val="0"/>
          <w:i w:val="0"/>
          <w:color w:val="000000"/>
          <w:sz w:val="30"/>
        </w:rPr>
        <w:t xml:space="preserve">with the pressure of being the "perfect" cheerleader. She felt </w:t>
      </w:r>
      <w:r>
        <w:rPr>
          <w:rFonts w:ascii="LiberationSerif" w:hAnsi="LiberationSerif" w:eastAsia="LiberationSerif"/>
          <w:b w:val="0"/>
          <w:i w:val="0"/>
          <w:color w:val="000000"/>
          <w:sz w:val="30"/>
        </w:rPr>
        <w:t xml:space="preserve">the weight of expectations, the constant need to maintain a </w:t>
      </w:r>
      <w:r>
        <w:rPr>
          <w:rFonts w:ascii="LiberationSerif" w:hAnsi="LiberationSerif" w:eastAsia="LiberationSerif"/>
          <w:b w:val="0"/>
          <w:i w:val="0"/>
          <w:color w:val="000000"/>
          <w:sz w:val="30"/>
        </w:rPr>
        <w:t xml:space="preserve">facade of confidence and happiness. Maya, always the </w:t>
      </w:r>
      <w:r>
        <w:br/>
      </w:r>
      <w:r>
        <w:rPr>
          <w:rFonts w:ascii="LiberationSerif" w:hAnsi="LiberationSerif" w:eastAsia="LiberationSerif"/>
          <w:b w:val="0"/>
          <w:i w:val="0"/>
          <w:color w:val="000000"/>
          <w:sz w:val="30"/>
        </w:rPr>
        <w:t xml:space="preserve">observer, noticed Sarah's growing anxiety and decided to </w:t>
      </w:r>
      <w:r>
        <w:rPr>
          <w:rFonts w:ascii="LiberationSerif" w:hAnsi="LiberationSerif" w:eastAsia="LiberationSerif"/>
          <w:b w:val="0"/>
          <w:i w:val="0"/>
          <w:color w:val="000000"/>
          <w:sz w:val="30"/>
        </w:rPr>
        <w:t xml:space="preserve">intervene. One afternoon, as Sarah sat alone in the cafeteria, </w:t>
      </w:r>
      <w:r>
        <w:rPr>
          <w:rFonts w:ascii="LiberationSerif" w:hAnsi="LiberationSerif" w:eastAsia="LiberationSerif"/>
          <w:b w:val="0"/>
          <w:i w:val="0"/>
          <w:color w:val="000000"/>
          <w:sz w:val="30"/>
        </w:rPr>
        <w:t xml:space="preserve">staring forlornly at her lunch, Maya approached her, a </w:t>
      </w:r>
      <w:r>
        <w:br/>
      </w:r>
      <w:r>
        <w:rPr>
          <w:rFonts w:ascii="LiberationSerif" w:hAnsi="LiberationSerif" w:eastAsia="LiberationSerif"/>
          <w:b w:val="0"/>
          <w:i w:val="0"/>
          <w:color w:val="000000"/>
          <w:sz w:val="30"/>
        </w:rPr>
        <w:t>mischievous twinkle in her eye.</w:t>
      </w:r>
    </w:p>
    <w:p xmlns:wp14="http://schemas.microsoft.com/office/word/2010/wordml" w14:paraId="6DB3CBD5"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"Hey, earth to Sarah," Maya said, her voice light and playful. </w:t>
      </w:r>
      <w:r>
        <w:rPr>
          <w:rFonts w:ascii="LiberationSerif" w:hAnsi="LiberationSerif" w:eastAsia="LiberationSerif"/>
          <w:b w:val="0"/>
          <w:i w:val="0"/>
          <w:color w:val="000000"/>
          <w:sz w:val="30"/>
        </w:rPr>
        <w:t xml:space="preserve">"You're missing all the action. Come on, let's ditch this </w:t>
      </w:r>
      <w:r>
        <w:br/>
      </w:r>
      <w:r>
        <w:rPr>
          <w:rFonts w:ascii="LiberationSerif" w:hAnsi="LiberationSerif" w:eastAsia="LiberationSerif"/>
          <w:b w:val="0"/>
          <w:i w:val="0"/>
          <w:color w:val="000000"/>
          <w:sz w:val="30"/>
        </w:rPr>
        <w:t>boring food and find some adventure."</w:t>
      </w:r>
    </w:p>
    <w:p xmlns:wp14="http://schemas.microsoft.com/office/word/2010/wordml" w14:paraId="38B730EB"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Sarah hesitated, her gaze still fixed on her uneaten sandwich. </w:t>
      </w:r>
      <w:r>
        <w:rPr>
          <w:rFonts w:ascii="LiberationSerif" w:hAnsi="LiberationSerif" w:eastAsia="LiberationSerif"/>
          <w:b w:val="0"/>
          <w:i w:val="0"/>
          <w:color w:val="000000"/>
          <w:sz w:val="30"/>
        </w:rPr>
        <w:t xml:space="preserve">"I don't know, Maya," she mumbled, her voice laced with </w:t>
      </w:r>
      <w:r>
        <w:rPr>
          <w:rFonts w:ascii="LiberationSerif" w:hAnsi="LiberationSerif" w:eastAsia="LiberationSerif"/>
          <w:b w:val="0"/>
          <w:i w:val="0"/>
          <w:color w:val="000000"/>
          <w:sz w:val="30"/>
        </w:rPr>
        <w:t>uncertainty. "I'm not really in the mood."</w:t>
      </w:r>
    </w:p>
    <w:p xmlns:wp14="http://schemas.microsoft.com/office/word/2010/wordml" w14:paraId="1FC39945" wp14:textId="77777777">
      <w:pPr>
        <w:sectPr>
          <w:pgSz w:w="12240" w:h="15840" w:orient="portrait"/>
          <w:pgMar w:top="0" w:right="1420" w:bottom="0" w:left="1440" w:header="720" w:footer="720" w:gutter="0"/>
          <w:cols/>
          <w:docGrid w:linePitch="360"/>
        </w:sectPr>
      </w:pPr>
    </w:p>
    <w:p xmlns:wp14="http://schemas.microsoft.com/office/word/2010/wordml" w14:paraId="65926519"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Maya's smile didn't waver. "Don't worry, I've got a plan." </w:t>
      </w:r>
      <w:r>
        <w:rPr>
          <w:rFonts w:ascii="LiberationSerif" w:hAnsi="LiberationSerif" w:eastAsia="LiberationSerif"/>
          <w:b w:val="0"/>
          <w:i w:val="0"/>
          <w:color w:val="000000"/>
          <w:sz w:val="30"/>
        </w:rPr>
        <w:t xml:space="preserve">She grabbed Sarah's hand and pulled her out of the cafeteria, </w:t>
      </w:r>
      <w:r>
        <w:rPr>
          <w:rFonts w:ascii="LiberationSerif" w:hAnsi="LiberationSerif" w:eastAsia="LiberationSerif"/>
          <w:b w:val="0"/>
          <w:i w:val="0"/>
          <w:color w:val="000000"/>
          <w:sz w:val="30"/>
        </w:rPr>
        <w:t>leading her towards the school's sprawling courtyard.</w:t>
      </w:r>
    </w:p>
    <w:p xmlns:wp14="http://schemas.microsoft.com/office/word/2010/wordml" w14:paraId="06602A50" wp14:textId="77777777">
      <w:pPr>
        <w:autoSpaceDN w:val="0"/>
        <w:autoSpaceDE w:val="0"/>
        <w:widowControl/>
        <w:spacing w:before="360" w:after="0" w:line="360" w:lineRule="exact"/>
        <w:ind w:left="1000" w:right="1872" w:firstLine="0"/>
        <w:jc w:val="left"/>
      </w:pPr>
      <w:r>
        <w:rPr>
          <w:rFonts w:ascii="LiberationSerif" w:hAnsi="LiberationSerif" w:eastAsia="LiberationSerif"/>
          <w:b w:val="0"/>
          <w:i w:val="0"/>
          <w:color w:val="000000"/>
          <w:sz w:val="30"/>
        </w:rPr>
        <w:t xml:space="preserve">"What are we doing?" Sarah asked, her voice a mix of </w:t>
      </w:r>
      <w:r>
        <w:rPr>
          <w:rFonts w:ascii="LiberationSerif" w:hAnsi="LiberationSerif" w:eastAsia="LiberationSerif"/>
          <w:b w:val="0"/>
          <w:i w:val="0"/>
          <w:color w:val="000000"/>
          <w:sz w:val="30"/>
        </w:rPr>
        <w:t>confusion and curiosity.</w:t>
      </w:r>
    </w:p>
    <w:p xmlns:wp14="http://schemas.microsoft.com/office/word/2010/wordml" w14:paraId="5A2D047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"We're going to take a break from the madness," Maya </w:t>
      </w:r>
      <w:r>
        <w:rPr>
          <w:rFonts w:ascii="LiberationSerif" w:hAnsi="LiberationSerif" w:eastAsia="LiberationSerif"/>
          <w:b w:val="0"/>
          <w:i w:val="0"/>
          <w:color w:val="000000"/>
          <w:sz w:val="30"/>
        </w:rPr>
        <w:t xml:space="preserve">replied. "We're going to breathe some fresh air, let the </w:t>
      </w:r>
      <w:r>
        <w:br/>
      </w:r>
      <w:r>
        <w:rPr>
          <w:rFonts w:ascii="LiberationSerif" w:hAnsi="LiberationSerif" w:eastAsia="LiberationSerif"/>
          <w:b w:val="0"/>
          <w:i w:val="0"/>
          <w:color w:val="000000"/>
          <w:sz w:val="30"/>
        </w:rPr>
        <w:t xml:space="preserve">sunshine touch our faces, and remember what it's like to just </w:t>
      </w:r>
      <w:r>
        <w:rPr>
          <w:rFonts w:ascii="LiberationSerif" w:hAnsi="LiberationSerif" w:eastAsia="LiberationSerif"/>
          <w:b w:val="0"/>
          <w:i w:val="0"/>
          <w:color w:val="000000"/>
          <w:sz w:val="30"/>
        </w:rPr>
        <w:t>be ourselves."</w:t>
      </w:r>
    </w:p>
    <w:p xmlns:wp14="http://schemas.microsoft.com/office/word/2010/wordml" w14:paraId="70E0EF7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they walked, Maya shared stories of her own struggles </w:t>
      </w:r>
      <w:r>
        <w:rPr>
          <w:rFonts w:ascii="LiberationSerif" w:hAnsi="LiberationSerif" w:eastAsia="LiberationSerif"/>
          <w:b w:val="0"/>
          <w:i w:val="0"/>
          <w:color w:val="000000"/>
          <w:sz w:val="30"/>
        </w:rPr>
        <w:t xml:space="preserve">with self-doubt and the pressure to fit in. She spoke about </w:t>
      </w:r>
      <w:r>
        <w:rPr>
          <w:rFonts w:ascii="LiberationSerif" w:hAnsi="LiberationSerif" w:eastAsia="LiberationSerif"/>
          <w:b w:val="0"/>
          <w:i w:val="0"/>
          <w:color w:val="000000"/>
          <w:sz w:val="30"/>
        </w:rPr>
        <w:t xml:space="preserve">how she discovered the power of art to express her emotions, </w:t>
      </w:r>
      <w:r>
        <w:rPr>
          <w:rFonts w:ascii="LiberationSerif" w:hAnsi="LiberationSerif" w:eastAsia="LiberationSerif"/>
          <w:b w:val="0"/>
          <w:i w:val="0"/>
          <w:color w:val="000000"/>
          <w:sz w:val="30"/>
        </w:rPr>
        <w:t xml:space="preserve">to create worlds beyond her own. Sarah, captivated by </w:t>
      </w:r>
      <w:r>
        <w:br/>
      </w:r>
      <w:r>
        <w:rPr>
          <w:rFonts w:ascii="LiberationSerif" w:hAnsi="LiberationSerif" w:eastAsia="LiberationSerif"/>
          <w:b w:val="0"/>
          <w:i w:val="0"/>
          <w:color w:val="000000"/>
          <w:sz w:val="30"/>
        </w:rPr>
        <w:t xml:space="preserve">Maya's honesty and vulnerability, started to open up too. She </w:t>
      </w:r>
      <w:r>
        <w:rPr>
          <w:rFonts w:ascii="LiberationSerif" w:hAnsi="LiberationSerif" w:eastAsia="LiberationSerif"/>
          <w:b w:val="0"/>
          <w:i w:val="0"/>
          <w:color w:val="000000"/>
          <w:sz w:val="30"/>
        </w:rPr>
        <w:t xml:space="preserve">shared her fears about failing her teammates, about not being </w:t>
      </w:r>
      <w:r>
        <w:rPr>
          <w:rFonts w:ascii="LiberationSerif" w:hAnsi="LiberationSerif" w:eastAsia="LiberationSerif"/>
          <w:b w:val="0"/>
          <w:i w:val="0"/>
          <w:color w:val="000000"/>
          <w:sz w:val="30"/>
        </w:rPr>
        <w:t>good enough.</w:t>
      </w:r>
    </w:p>
    <w:p xmlns:wp14="http://schemas.microsoft.com/office/word/2010/wordml" w14:paraId="7168B03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They found a quiet corner in the courtyard, surrounded by </w:t>
      </w:r>
      <w:r>
        <w:rPr>
          <w:rFonts w:ascii="LiberationSerif" w:hAnsi="LiberationSerif" w:eastAsia="LiberationSerif"/>
          <w:b w:val="0"/>
          <w:i w:val="0"/>
          <w:color w:val="000000"/>
          <w:sz w:val="30"/>
        </w:rPr>
        <w:t xml:space="preserve">blooming flowers and the gentle rustling of leaves. Sarah, for </w:t>
      </w:r>
      <w:r>
        <w:rPr>
          <w:rFonts w:ascii="LiberationSerif" w:hAnsi="LiberationSerif" w:eastAsia="LiberationSerif"/>
          <w:b w:val="0"/>
          <w:i w:val="0"/>
          <w:color w:val="000000"/>
          <w:sz w:val="30"/>
        </w:rPr>
        <w:t xml:space="preserve">the first time, let go of her facade and allowed herself to be </w:t>
      </w:r>
      <w:r>
        <w:rPr>
          <w:rFonts w:ascii="LiberationSerif" w:hAnsi="LiberationSerif" w:eastAsia="LiberationSerif"/>
          <w:b w:val="0"/>
          <w:i w:val="0"/>
          <w:color w:val="000000"/>
          <w:sz w:val="30"/>
        </w:rPr>
        <w:t xml:space="preserve">vulnerable. Tears welled up in her eyes as she confessed her </w:t>
      </w:r>
      <w:r>
        <w:rPr>
          <w:rFonts w:ascii="LiberationSerif" w:hAnsi="LiberationSerif" w:eastAsia="LiberationSerif"/>
          <w:b w:val="0"/>
          <w:i w:val="0"/>
          <w:color w:val="000000"/>
          <w:sz w:val="30"/>
        </w:rPr>
        <w:t xml:space="preserve">fears and anxieties. Maya held her hand, offering words of </w:t>
      </w:r>
      <w:r>
        <w:rPr>
          <w:rFonts w:ascii="LiberationSerif" w:hAnsi="LiberationSerif" w:eastAsia="LiberationSerif"/>
          <w:b w:val="0"/>
          <w:i w:val="0"/>
          <w:color w:val="000000"/>
          <w:sz w:val="30"/>
        </w:rPr>
        <w:t>comfort and encouragement.</w:t>
      </w:r>
    </w:p>
    <w:p xmlns:wp14="http://schemas.microsoft.com/office/word/2010/wordml" w14:paraId="039207E4"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"You're not alone, Sarah," Maya said, her voice soft and </w:t>
      </w:r>
      <w:r>
        <w:rPr>
          <w:rFonts w:ascii="LiberationSerif" w:hAnsi="LiberationSerif" w:eastAsia="LiberationSerif"/>
          <w:b w:val="0"/>
          <w:i w:val="0"/>
          <w:color w:val="000000"/>
          <w:sz w:val="30"/>
        </w:rPr>
        <w:t xml:space="preserve">reassuring. "We're all going through our own battles. But </w:t>
      </w:r>
      <w:r>
        <w:rPr>
          <w:rFonts w:ascii="LiberationSerif" w:hAnsi="LiberationSerif" w:eastAsia="LiberationSerif"/>
          <w:b w:val="0"/>
          <w:i w:val="0"/>
          <w:color w:val="000000"/>
          <w:sz w:val="30"/>
        </w:rPr>
        <w:t>we're in this together. We're a team, remember?"</w:t>
      </w:r>
    </w:p>
    <w:p xmlns:wp14="http://schemas.microsoft.com/office/word/2010/wordml" w14:paraId="56C902E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That day, amidst the hustle and bustle of school life, Sarah </w:t>
      </w:r>
      <w:r>
        <w:rPr>
          <w:rFonts w:ascii="LiberationSerif" w:hAnsi="LiberationSerif" w:eastAsia="LiberationSerif"/>
          <w:b w:val="0"/>
          <w:i w:val="0"/>
          <w:color w:val="000000"/>
          <w:sz w:val="30"/>
        </w:rPr>
        <w:t xml:space="preserve">and Maya found solace and strength in their friendship. They </w:t>
      </w:r>
      <w:r>
        <w:rPr>
          <w:rFonts w:ascii="LiberationSerif" w:hAnsi="LiberationSerif" w:eastAsia="LiberationSerif"/>
          <w:b w:val="0"/>
          <w:i w:val="0"/>
          <w:color w:val="000000"/>
          <w:sz w:val="30"/>
        </w:rPr>
        <w:t xml:space="preserve">realized that true friendship wasn't about being perfect or </w:t>
      </w:r>
      <w:r>
        <w:rPr>
          <w:rFonts w:ascii="LiberationSerif" w:hAnsi="LiberationSerif" w:eastAsia="LiberationSerif"/>
          <w:b w:val="0"/>
          <w:i w:val="0"/>
          <w:color w:val="000000"/>
          <w:sz w:val="30"/>
        </w:rPr>
        <w:t>putting on a show; it was about being real, about sharing</w:t>
      </w:r>
    </w:p>
    <w:p xmlns:wp14="http://schemas.microsoft.com/office/word/2010/wordml" w14:paraId="0562CB0E" wp14:textId="77777777">
      <w:pPr>
        <w:sectPr>
          <w:pgSz w:w="12240" w:h="15840" w:orient="portrait"/>
          <w:pgMar w:top="0" w:right="1420" w:bottom="0" w:left="1440" w:header="720" w:footer="720" w:gutter="0"/>
          <w:cols/>
          <w:docGrid w:linePitch="360"/>
        </w:sectPr>
      </w:pPr>
    </w:p>
    <w:p xmlns:wp14="http://schemas.microsoft.com/office/word/2010/wordml" w14:paraId="065C03F5"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vulnerabilities, and about supporting each other through the </w:t>
      </w:r>
      <w:r>
        <w:rPr>
          <w:rFonts w:ascii="LiberationSerif" w:hAnsi="LiberationSerif" w:eastAsia="LiberationSerif"/>
          <w:b w:val="0"/>
          <w:i w:val="0"/>
          <w:color w:val="000000"/>
          <w:sz w:val="30"/>
        </w:rPr>
        <w:t>highs and lows of life.</w:t>
      </w:r>
    </w:p>
    <w:p xmlns:wp14="http://schemas.microsoft.com/office/word/2010/wordml" w14:paraId="5D1AE426"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Ethan, meanwhile, was grappling with his own challenges. </w:t>
      </w:r>
      <w:r>
        <w:rPr>
          <w:rFonts w:ascii="LiberationSerif" w:hAnsi="LiberationSerif" w:eastAsia="LiberationSerif"/>
          <w:b w:val="0"/>
          <w:i w:val="0"/>
          <w:color w:val="000000"/>
          <w:sz w:val="30"/>
        </w:rPr>
        <w:t xml:space="preserve">The pressure of being the "smart kid" was starting to take its </w:t>
      </w:r>
      <w:r>
        <w:rPr>
          <w:rFonts w:ascii="LiberationSerif" w:hAnsi="LiberationSerif" w:eastAsia="LiberationSerif"/>
          <w:b w:val="0"/>
          <w:i w:val="0"/>
          <w:color w:val="000000"/>
          <w:sz w:val="30"/>
        </w:rPr>
        <w:t xml:space="preserve">toll. He felt an overwhelming sense of responsibility to excel </w:t>
      </w:r>
      <w:r>
        <w:rPr>
          <w:rFonts w:ascii="LiberationSerif" w:hAnsi="LiberationSerif" w:eastAsia="LiberationSerif"/>
          <w:b w:val="0"/>
          <w:i w:val="0"/>
          <w:color w:val="000000"/>
          <w:sz w:val="30"/>
        </w:rPr>
        <w:t xml:space="preserve">in his studies, to live up to the expectations of his parents </w:t>
      </w:r>
      <w:r>
        <w:rPr>
          <w:rFonts w:ascii="LiberationSerif" w:hAnsi="LiberationSerif" w:eastAsia="LiberationSerif"/>
          <w:b w:val="0"/>
          <w:i w:val="0"/>
          <w:color w:val="000000"/>
          <w:sz w:val="30"/>
        </w:rPr>
        <w:t xml:space="preserve">and teachers. The weight of academic pressure was </w:t>
      </w:r>
      <w:r>
        <w:br/>
      </w:r>
      <w:r>
        <w:rPr>
          <w:rFonts w:ascii="LiberationSerif" w:hAnsi="LiberationSerif" w:eastAsia="LiberationSerif"/>
          <w:b w:val="0"/>
          <w:i w:val="0"/>
          <w:color w:val="000000"/>
          <w:sz w:val="30"/>
        </w:rPr>
        <w:t xml:space="preserve">becoming a constant burden, eroding his confidence and </w:t>
      </w:r>
      <w:r>
        <w:rPr>
          <w:rFonts w:ascii="LiberationSerif" w:hAnsi="LiberationSerif" w:eastAsia="LiberationSerif"/>
          <w:b w:val="0"/>
          <w:i w:val="0"/>
          <w:color w:val="000000"/>
          <w:sz w:val="30"/>
        </w:rPr>
        <w:t>draining his energy.</w:t>
      </w:r>
    </w:p>
    <w:p xmlns:wp14="http://schemas.microsoft.com/office/word/2010/wordml" w14:paraId="4DCE951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His friends, sensing his distress, reached out to him. Maya, </w:t>
      </w:r>
      <w:r>
        <w:rPr>
          <w:rFonts w:ascii="LiberationSerif" w:hAnsi="LiberationSerif" w:eastAsia="LiberationSerif"/>
          <w:b w:val="0"/>
          <w:i w:val="0"/>
          <w:color w:val="000000"/>
          <w:sz w:val="30"/>
        </w:rPr>
        <w:t xml:space="preserve">understanding his need for quiet contemplation, brought him </w:t>
      </w:r>
      <w:r>
        <w:rPr>
          <w:rFonts w:ascii="LiberationSerif" w:hAnsi="LiberationSerif" w:eastAsia="LiberationSerif"/>
          <w:b w:val="0"/>
          <w:i w:val="0"/>
          <w:color w:val="000000"/>
          <w:sz w:val="30"/>
        </w:rPr>
        <w:t xml:space="preserve">a steaming cup of chamomile tea and a sketchpad filled with </w:t>
      </w:r>
      <w:r>
        <w:rPr>
          <w:rFonts w:ascii="LiberationSerif" w:hAnsi="LiberationSerif" w:eastAsia="LiberationSerif"/>
          <w:b w:val="0"/>
          <w:i w:val="0"/>
          <w:color w:val="000000"/>
          <w:sz w:val="30"/>
        </w:rPr>
        <w:t>blank pages.</w:t>
      </w:r>
    </w:p>
    <w:p xmlns:wp14="http://schemas.microsoft.com/office/word/2010/wordml" w14:paraId="215DC3A5"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"You know, sometimes the best way to deal with stress is to </w:t>
      </w:r>
      <w:r>
        <w:rPr>
          <w:rFonts w:ascii="LiberationSerif" w:hAnsi="LiberationSerif" w:eastAsia="LiberationSerif"/>
          <w:b w:val="0"/>
          <w:i w:val="0"/>
          <w:color w:val="000000"/>
          <w:sz w:val="30"/>
        </w:rPr>
        <w:t xml:space="preserve">just let it out," she said, her voice soft and understanding. </w:t>
      </w:r>
      <w:r>
        <w:rPr>
          <w:rFonts w:ascii="LiberationSerif" w:hAnsi="LiberationSerif" w:eastAsia="LiberationSerif"/>
          <w:b w:val="0"/>
          <w:i w:val="0"/>
          <w:color w:val="000000"/>
          <w:sz w:val="30"/>
        </w:rPr>
        <w:t xml:space="preserve">"Art isn't just about colors and shapes; it's about expressing </w:t>
      </w:r>
      <w:r>
        <w:rPr>
          <w:rFonts w:ascii="LiberationSerif" w:hAnsi="LiberationSerif" w:eastAsia="LiberationSerif"/>
          <w:b w:val="0"/>
          <w:i w:val="0"/>
          <w:color w:val="000000"/>
          <w:sz w:val="30"/>
        </w:rPr>
        <w:t xml:space="preserve">your emotions, about giving voice to the things that are </w:t>
      </w:r>
      <w:r>
        <w:rPr>
          <w:rFonts w:ascii="LiberationSerif" w:hAnsi="LiberationSerif" w:eastAsia="LiberationSerif"/>
          <w:b w:val="0"/>
          <w:i w:val="0"/>
          <w:color w:val="000000"/>
          <w:sz w:val="30"/>
        </w:rPr>
        <w:t>bottled up inside."</w:t>
      </w:r>
    </w:p>
    <w:p xmlns:wp14="http://schemas.microsoft.com/office/word/2010/wordml" w14:paraId="5BE82A32"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Ethan, initially hesitant, allowed Maya's gentle </w:t>
      </w:r>
      <w:r>
        <w:br/>
      </w:r>
      <w:r>
        <w:rPr>
          <w:rFonts w:ascii="LiberationSerif" w:hAnsi="LiberationSerif" w:eastAsia="LiberationSerif"/>
          <w:b w:val="0"/>
          <w:i w:val="0"/>
          <w:color w:val="000000"/>
          <w:sz w:val="30"/>
        </w:rPr>
        <w:t xml:space="preserve">encouragement to sway him. He picked up a pencil and </w:t>
      </w:r>
      <w:r>
        <w:rPr>
          <w:rFonts w:ascii="LiberationSerif" w:hAnsi="LiberationSerif" w:eastAsia="LiberationSerif"/>
          <w:b w:val="0"/>
          <w:i w:val="0"/>
          <w:color w:val="000000"/>
          <w:sz w:val="30"/>
        </w:rPr>
        <w:t xml:space="preserve">began to sketch, letting his worries and anxieties flow onto </w:t>
      </w:r>
      <w:r>
        <w:rPr>
          <w:rFonts w:ascii="LiberationSerif" w:hAnsi="LiberationSerif" w:eastAsia="LiberationSerif"/>
          <w:b w:val="0"/>
          <w:i w:val="0"/>
          <w:color w:val="000000"/>
          <w:sz w:val="30"/>
        </w:rPr>
        <w:t xml:space="preserve">the paper. As he drew, he felt a sense of release, a cathartic </w:t>
      </w:r>
      <w:r>
        <w:rPr>
          <w:rFonts w:ascii="LiberationSerif" w:hAnsi="LiberationSerif" w:eastAsia="LiberationSerif"/>
          <w:b w:val="0"/>
          <w:i w:val="0"/>
          <w:color w:val="000000"/>
          <w:sz w:val="30"/>
        </w:rPr>
        <w:t>outpouring of his emotions.</w:t>
      </w:r>
    </w:p>
    <w:p xmlns:wp14="http://schemas.microsoft.com/office/word/2010/wordml" w14:paraId="16C0BCBD"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 ever the optimist, decided to approach Ethan with a </w:t>
      </w:r>
      <w:r>
        <w:rPr>
          <w:rFonts w:ascii="LiberationSerif" w:hAnsi="LiberationSerif" w:eastAsia="LiberationSerif"/>
          <w:b w:val="0"/>
          <w:i w:val="0"/>
          <w:color w:val="000000"/>
          <w:sz w:val="30"/>
        </w:rPr>
        <w:t xml:space="preserve">different strategy. She rallied the football team, organizing a </w:t>
      </w:r>
      <w:r>
        <w:rPr>
          <w:rFonts w:ascii="LiberationSerif" w:hAnsi="LiberationSerif" w:eastAsia="LiberationSerif"/>
          <w:b w:val="0"/>
          <w:i w:val="0"/>
          <w:color w:val="000000"/>
          <w:sz w:val="30"/>
        </w:rPr>
        <w:t xml:space="preserve">surprise study session for Ethan. They gathered in the </w:t>
      </w:r>
      <w:r>
        <w:br/>
      </w:r>
      <w:r>
        <w:rPr>
          <w:rFonts w:ascii="LiberationSerif" w:hAnsi="LiberationSerif" w:eastAsia="LiberationSerif"/>
          <w:b w:val="0"/>
          <w:i w:val="0"/>
          <w:color w:val="000000"/>
          <w:sz w:val="30"/>
        </w:rPr>
        <w:t xml:space="preserve">library, armed with textbooks, snacks, and a lot of </w:t>
      </w:r>
      <w:r>
        <w:br/>
      </w:r>
      <w:r>
        <w:rPr>
          <w:rFonts w:ascii="LiberationSerif" w:hAnsi="LiberationSerif" w:eastAsia="LiberationSerif"/>
          <w:b w:val="0"/>
          <w:i w:val="0"/>
          <w:color w:val="000000"/>
          <w:sz w:val="30"/>
        </w:rPr>
        <w:t>encouraging smiles.</w:t>
      </w:r>
    </w:p>
    <w:p xmlns:wp14="http://schemas.microsoft.com/office/word/2010/wordml" w14:paraId="59970D97"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"We know you're under a lot of pressure, Ethan," Sarah said, </w:t>
      </w:r>
      <w:r>
        <w:rPr>
          <w:rFonts w:ascii="LiberationSerif" w:hAnsi="LiberationSerif" w:eastAsia="LiberationSerif"/>
          <w:b w:val="0"/>
          <w:i w:val="0"/>
          <w:color w:val="000000"/>
          <w:sz w:val="30"/>
        </w:rPr>
        <w:t>her voice filled with genuine concern. "But you're not alone</w:t>
      </w:r>
    </w:p>
    <w:p xmlns:wp14="http://schemas.microsoft.com/office/word/2010/wordml" w14:paraId="34CE0A41" wp14:textId="77777777">
      <w:pPr>
        <w:sectPr>
          <w:pgSz w:w="12240" w:h="15840" w:orient="portrait"/>
          <w:pgMar w:top="0" w:right="1420" w:bottom="0" w:left="1440" w:header="720" w:footer="720" w:gutter="0"/>
          <w:cols/>
          <w:docGrid w:linePitch="360"/>
        </w:sectPr>
      </w:pPr>
    </w:p>
    <w:p xmlns:wp14="http://schemas.microsoft.com/office/word/2010/wordml" w14:paraId="61FDAB46" wp14:textId="77777777">
      <w:pPr>
        <w:autoSpaceDN w:val="0"/>
        <w:autoSpaceDE w:val="0"/>
        <w:widowControl/>
        <w:spacing w:before="1458" w:after="0" w:line="332" w:lineRule="exact"/>
        <w:ind w:left="1000" w:right="0" w:firstLine="0"/>
        <w:jc w:val="left"/>
      </w:pPr>
      <w:r>
        <w:rPr>
          <w:rFonts w:ascii="LiberationSerif" w:hAnsi="LiberationSerif" w:eastAsia="LiberationSerif"/>
          <w:b w:val="0"/>
          <w:i w:val="0"/>
          <w:color w:val="000000"/>
          <w:sz w:val="30"/>
        </w:rPr>
        <w:t>in this. We're here to support you, to help you through this."</w:t>
      </w:r>
    </w:p>
    <w:p xmlns:wp14="http://schemas.microsoft.com/office/word/2010/wordml" w14:paraId="53BDF21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Ethan, touched by their gesture, felt a wave of warmth wash </w:t>
      </w:r>
      <w:r>
        <w:rPr>
          <w:rFonts w:ascii="LiberationSerif" w:hAnsi="LiberationSerif" w:eastAsia="LiberationSerif"/>
          <w:b w:val="0"/>
          <w:i w:val="0"/>
          <w:color w:val="000000"/>
          <w:sz w:val="30"/>
        </w:rPr>
        <w:t xml:space="preserve">over him. He realized that even though he felt isolated by his </w:t>
      </w:r>
      <w:r>
        <w:rPr>
          <w:rFonts w:ascii="LiberationSerif" w:hAnsi="LiberationSerif" w:eastAsia="LiberationSerif"/>
          <w:b w:val="0"/>
          <w:i w:val="0"/>
          <w:color w:val="000000"/>
          <w:sz w:val="30"/>
        </w:rPr>
        <w:t xml:space="preserve">own anxieties, he was surrounded by people who cared </w:t>
      </w:r>
      <w:r>
        <w:rPr>
          <w:rFonts w:ascii="LiberationSerif" w:hAnsi="LiberationSerif" w:eastAsia="LiberationSerif"/>
          <w:b w:val="0"/>
          <w:i w:val="0"/>
          <w:color w:val="000000"/>
          <w:sz w:val="30"/>
        </w:rPr>
        <w:t>about him, who wanted to help him succeed.</w:t>
      </w:r>
    </w:p>
    <w:p xmlns:wp14="http://schemas.microsoft.com/office/word/2010/wordml" w14:paraId="48C105B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study session wasn't just about academics; it was about </w:t>
      </w:r>
      <w:r>
        <w:rPr>
          <w:rFonts w:ascii="LiberationSerif" w:hAnsi="LiberationSerif" w:eastAsia="LiberationSerif"/>
          <w:b w:val="0"/>
          <w:i w:val="0"/>
          <w:color w:val="000000"/>
          <w:sz w:val="30"/>
        </w:rPr>
        <w:t xml:space="preserve">camaraderie, about creating a sense of shared purpose. They </w:t>
      </w:r>
      <w:r>
        <w:rPr>
          <w:rFonts w:ascii="LiberationSerif" w:hAnsi="LiberationSerif" w:eastAsia="LiberationSerif"/>
          <w:b w:val="0"/>
          <w:i w:val="0"/>
          <w:color w:val="000000"/>
          <w:sz w:val="30"/>
        </w:rPr>
        <w:t xml:space="preserve">worked together, sharing notes, explaining concepts, and </w:t>
      </w:r>
      <w:r>
        <w:rPr>
          <w:rFonts w:ascii="LiberationSerif" w:hAnsi="LiberationSerif" w:eastAsia="LiberationSerif"/>
          <w:b w:val="0"/>
          <w:i w:val="0"/>
          <w:color w:val="000000"/>
          <w:sz w:val="30"/>
        </w:rPr>
        <w:t>encouraging each other through the difficult parts.</w:t>
      </w:r>
    </w:p>
    <w:p xmlns:wp14="http://schemas.microsoft.com/office/word/2010/wordml" w14:paraId="0E6B56E2"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As they studied, Ethan realized that his friends weren't just </w:t>
      </w:r>
      <w:r>
        <w:rPr>
          <w:rFonts w:ascii="LiberationSerif" w:hAnsi="LiberationSerif" w:eastAsia="LiberationSerif"/>
          <w:b w:val="0"/>
          <w:i w:val="0"/>
          <w:color w:val="000000"/>
          <w:sz w:val="30"/>
        </w:rPr>
        <w:t xml:space="preserve">classmates; they were a team, a support system, a source of </w:t>
      </w:r>
      <w:r>
        <w:rPr>
          <w:rFonts w:ascii="LiberationSerif" w:hAnsi="LiberationSerif" w:eastAsia="LiberationSerif"/>
          <w:b w:val="0"/>
          <w:i w:val="0"/>
          <w:color w:val="000000"/>
          <w:sz w:val="30"/>
        </w:rPr>
        <w:t xml:space="preserve">strength. He felt a sense of belonging, a sense of being </w:t>
      </w:r>
      <w:r>
        <w:rPr>
          <w:rFonts w:ascii="LiberationSerif" w:hAnsi="LiberationSerif" w:eastAsia="LiberationSerif"/>
          <w:b w:val="0"/>
          <w:i w:val="0"/>
          <w:color w:val="000000"/>
          <w:sz w:val="30"/>
        </w:rPr>
        <w:t>understood, that he had never felt before.</w:t>
      </w:r>
    </w:p>
    <w:p xmlns:wp14="http://schemas.microsoft.com/office/word/2010/wordml" w14:paraId="17FBBD4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Leo, the quiet observer, watched his friends navigate their </w:t>
      </w:r>
      <w:r>
        <w:rPr>
          <w:rFonts w:ascii="LiberationSerif" w:hAnsi="LiberationSerif" w:eastAsia="LiberationSerif"/>
          <w:b w:val="0"/>
          <w:i w:val="0"/>
          <w:color w:val="000000"/>
          <w:sz w:val="30"/>
        </w:rPr>
        <w:t xml:space="preserve">challenges with a mix of admiration and concern. He saw the </w:t>
      </w:r>
      <w:r>
        <w:rPr>
          <w:rFonts w:ascii="LiberationSerif" w:hAnsi="LiberationSerif" w:eastAsia="LiberationSerif"/>
          <w:b w:val="0"/>
          <w:i w:val="0"/>
          <w:color w:val="000000"/>
          <w:sz w:val="30"/>
        </w:rPr>
        <w:t xml:space="preserve">strength in their vulnerabilities, the resilience in their shared </w:t>
      </w:r>
      <w:r>
        <w:rPr>
          <w:rFonts w:ascii="LiberationSerif" w:hAnsi="LiberationSerif" w:eastAsia="LiberationSerif"/>
          <w:b w:val="0"/>
          <w:i w:val="0"/>
          <w:color w:val="000000"/>
          <w:sz w:val="30"/>
        </w:rPr>
        <w:t xml:space="preserve">struggles. He wanted to reach out to them, to offer his </w:t>
      </w:r>
      <w:r>
        <w:br/>
      </w:r>
      <w:r>
        <w:rPr>
          <w:rFonts w:ascii="LiberationSerif" w:hAnsi="LiberationSerif" w:eastAsia="LiberationSerif"/>
          <w:b w:val="0"/>
          <w:i w:val="0"/>
          <w:color w:val="000000"/>
          <w:sz w:val="30"/>
        </w:rPr>
        <w:t>support, but he struggled to find the words.</w:t>
      </w:r>
    </w:p>
    <w:p xmlns:wp14="http://schemas.microsoft.com/office/word/2010/wordml" w14:paraId="1943365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One evening, as they gathered in the school courtyard for a </w:t>
      </w:r>
      <w:r>
        <w:rPr>
          <w:rFonts w:ascii="LiberationSerif" w:hAnsi="LiberationSerif" w:eastAsia="LiberationSerif"/>
          <w:b w:val="0"/>
          <w:i w:val="0"/>
          <w:color w:val="000000"/>
          <w:sz w:val="30"/>
        </w:rPr>
        <w:t xml:space="preserve">late-night study session, Leo finally mustered the courage to </w:t>
      </w:r>
      <w:r>
        <w:rPr>
          <w:rFonts w:ascii="LiberationSerif" w:hAnsi="LiberationSerif" w:eastAsia="LiberationSerif"/>
          <w:b w:val="0"/>
          <w:i w:val="0"/>
          <w:color w:val="000000"/>
          <w:sz w:val="30"/>
        </w:rPr>
        <w:t xml:space="preserve">speak. He brought his guitar with him, and as the stars </w:t>
      </w:r>
      <w:r>
        <w:rPr>
          <w:rFonts w:ascii="LiberationSerif" w:hAnsi="LiberationSerif" w:eastAsia="LiberationSerif"/>
          <w:b w:val="0"/>
          <w:i w:val="0"/>
          <w:color w:val="000000"/>
          <w:sz w:val="30"/>
        </w:rPr>
        <w:t xml:space="preserve">twinkled above them, he strummed a gentle melody, his </w:t>
      </w:r>
      <w:r>
        <w:rPr>
          <w:rFonts w:ascii="LiberationSerif" w:hAnsi="LiberationSerif" w:eastAsia="LiberationSerif"/>
          <w:b w:val="0"/>
          <w:i w:val="0"/>
          <w:color w:val="000000"/>
          <w:sz w:val="30"/>
        </w:rPr>
        <w:t xml:space="preserve">voice soft and heartfelt. He sang about the power of </w:t>
      </w:r>
      <w:r>
        <w:br/>
      </w:r>
      <w:r>
        <w:rPr>
          <w:rFonts w:ascii="LiberationSerif" w:hAnsi="LiberationSerif" w:eastAsia="LiberationSerif"/>
          <w:b w:val="0"/>
          <w:i w:val="0"/>
          <w:color w:val="000000"/>
          <w:sz w:val="30"/>
        </w:rPr>
        <w:t xml:space="preserve">friendship, about the importance of being there for each </w:t>
      </w:r>
      <w:r>
        <w:rPr>
          <w:rFonts w:ascii="LiberationSerif" w:hAnsi="LiberationSerif" w:eastAsia="LiberationSerif"/>
          <w:b w:val="0"/>
          <w:i w:val="0"/>
          <w:color w:val="000000"/>
          <w:sz w:val="30"/>
        </w:rPr>
        <w:t xml:space="preserve">other, about the unbreakable bonds that can be forged </w:t>
      </w:r>
      <w:r>
        <w:br/>
      </w:r>
      <w:r>
        <w:rPr>
          <w:rFonts w:ascii="LiberationSerif" w:hAnsi="LiberationSerif" w:eastAsia="LiberationSerif"/>
          <w:b w:val="0"/>
          <w:i w:val="0"/>
          <w:color w:val="000000"/>
          <w:sz w:val="30"/>
        </w:rPr>
        <w:t>through shared experiences.</w:t>
      </w:r>
    </w:p>
    <w:p xmlns:wp14="http://schemas.microsoft.com/office/word/2010/wordml" w14:paraId="67E40C50"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His friends listened intently, their hearts touched by Leo's </w:t>
      </w:r>
      <w:r>
        <w:rPr>
          <w:rFonts w:ascii="LiberationSerif" w:hAnsi="LiberationSerif" w:eastAsia="LiberationSerif"/>
          <w:b w:val="0"/>
          <w:i w:val="0"/>
          <w:color w:val="000000"/>
          <w:sz w:val="30"/>
        </w:rPr>
        <w:t xml:space="preserve">words and music. They realized that even though they were </w:t>
      </w:r>
      <w:r>
        <w:rPr>
          <w:rFonts w:ascii="LiberationSerif" w:hAnsi="LiberationSerif" w:eastAsia="LiberationSerif"/>
          <w:b w:val="0"/>
          <w:i w:val="0"/>
          <w:color w:val="000000"/>
          <w:sz w:val="30"/>
        </w:rPr>
        <w:t>all dealing with different challenges, they were united by</w:t>
      </w:r>
    </w:p>
    <w:p xmlns:wp14="http://schemas.microsoft.com/office/word/2010/wordml" w14:paraId="62EBF3C5" wp14:textId="77777777">
      <w:pPr>
        <w:sectPr>
          <w:pgSz w:w="12240" w:h="15840" w:orient="portrait"/>
          <w:pgMar w:top="0" w:right="1420" w:bottom="0" w:left="1440" w:header="720" w:footer="720" w:gutter="0"/>
          <w:cols/>
          <w:docGrid w:linePitch="360"/>
        </w:sectPr>
      </w:pPr>
    </w:p>
    <w:p xmlns:wp14="http://schemas.microsoft.com/office/word/2010/wordml" w14:paraId="4B53ED2B"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their shared experiences, their unwavering support for each </w:t>
      </w:r>
      <w:r>
        <w:rPr>
          <w:rFonts w:ascii="LiberationSerif" w:hAnsi="LiberationSerif" w:eastAsia="LiberationSerif"/>
          <w:b w:val="0"/>
          <w:i w:val="0"/>
          <w:color w:val="000000"/>
          <w:sz w:val="30"/>
        </w:rPr>
        <w:t>other.</w:t>
      </w:r>
    </w:p>
    <w:p xmlns:wp14="http://schemas.microsoft.com/office/word/2010/wordml" w14:paraId="5E54FB52"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trials they faced had brought them closer, had </w:t>
      </w:r>
      <w:r>
        <w:br/>
      </w:r>
      <w:r>
        <w:rPr>
          <w:rFonts w:ascii="LiberationSerif" w:hAnsi="LiberationSerif" w:eastAsia="LiberationSerif"/>
          <w:b w:val="0"/>
          <w:i w:val="0"/>
          <w:color w:val="000000"/>
          <w:sz w:val="30"/>
        </w:rPr>
        <w:t xml:space="preserve">strengthened their bond. They were a team, a family, a force </w:t>
      </w:r>
      <w:r>
        <w:rPr>
          <w:rFonts w:ascii="LiberationSerif" w:hAnsi="LiberationSerif" w:eastAsia="LiberationSerif"/>
          <w:b w:val="0"/>
          <w:i w:val="0"/>
          <w:color w:val="000000"/>
          <w:sz w:val="30"/>
        </w:rPr>
        <w:t xml:space="preserve">to be reckoned with. They had faced their fears, embraced </w:t>
      </w:r>
      <w:r>
        <w:rPr>
          <w:rFonts w:ascii="LiberationSerif" w:hAnsi="LiberationSerif" w:eastAsia="LiberationSerif"/>
          <w:b w:val="0"/>
          <w:i w:val="0"/>
          <w:color w:val="000000"/>
          <w:sz w:val="30"/>
        </w:rPr>
        <w:t xml:space="preserve">their vulnerabilities, and discovered the true meaning of </w:t>
      </w:r>
      <w:r>
        <w:rPr>
          <w:rFonts w:ascii="LiberationSerif" w:hAnsi="LiberationSerif" w:eastAsia="LiberationSerif"/>
          <w:b w:val="0"/>
          <w:i w:val="0"/>
          <w:color w:val="000000"/>
          <w:sz w:val="30"/>
        </w:rPr>
        <w:t xml:space="preserve">friendship. They were no longer just individuals; they were </w:t>
      </w:r>
      <w:r>
        <w:rPr>
          <w:rFonts w:ascii="LiberationSerif" w:hAnsi="LiberationSerif" w:eastAsia="LiberationSerif"/>
          <w:b w:val="0"/>
          <w:i w:val="0"/>
          <w:color w:val="000000"/>
          <w:sz w:val="30"/>
        </w:rPr>
        <w:t>"The Unbreakable Bond."</w:t>
      </w:r>
    </w:p>
    <w:p xmlns:wp14="http://schemas.microsoft.com/office/word/2010/wordml" w14:paraId="6D98A12B" wp14:textId="77777777">
      <w:pPr>
        <w:sectPr>
          <w:pgSz w:w="12240" w:h="15840" w:orient="portrait"/>
          <w:pgMar w:top="0" w:right="1420" w:bottom="0" w:left="1440" w:header="720" w:footer="720" w:gutter="0"/>
          <w:cols/>
          <w:docGrid w:linePitch="360"/>
        </w:sectPr>
      </w:pPr>
    </w:p>
    <w:p xmlns:wp14="http://schemas.microsoft.com/office/word/2010/wordml" w14:paraId="3B11C83C"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7B81D4A4"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first few weeks of the new school year felt like a blur. </w:t>
      </w:r>
      <w:r>
        <w:rPr>
          <w:rFonts w:ascii="LiberationSerif" w:hAnsi="LiberationSerif" w:eastAsia="LiberationSerif"/>
          <w:b w:val="0"/>
          <w:i w:val="0"/>
          <w:color w:val="000000"/>
          <w:sz w:val="30"/>
        </w:rPr>
        <w:t xml:space="preserve">We were all adjusting to new classes, new teachers, and the </w:t>
      </w:r>
      <w:r>
        <w:rPr>
          <w:rFonts w:ascii="LiberationSerif" w:hAnsi="LiberationSerif" w:eastAsia="LiberationSerif"/>
          <w:b w:val="0"/>
          <w:i w:val="0"/>
          <w:color w:val="000000"/>
          <w:sz w:val="30"/>
        </w:rPr>
        <w:t xml:space="preserve">overwhelming pressure to succeed. The stress was starting to </w:t>
      </w:r>
      <w:r>
        <w:rPr>
          <w:rFonts w:ascii="LiberationSerif" w:hAnsi="LiberationSerif" w:eastAsia="LiberationSerif"/>
          <w:b w:val="0"/>
          <w:i w:val="0"/>
          <w:color w:val="000000"/>
          <w:sz w:val="30"/>
        </w:rPr>
        <w:t>take its toll, especially when it came to our exams.</w:t>
      </w:r>
    </w:p>
    <w:p xmlns:wp14="http://schemas.microsoft.com/office/word/2010/wordml" w14:paraId="67CE3EBE"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 feel like I'm drowning in textbooks," Sarah confessed one </w:t>
      </w:r>
      <w:r>
        <w:rPr>
          <w:rFonts w:ascii="LiberationSerif" w:hAnsi="LiberationSerif" w:eastAsia="LiberationSerif"/>
          <w:b w:val="0"/>
          <w:i w:val="0"/>
          <w:color w:val="000000"/>
          <w:sz w:val="30"/>
        </w:rPr>
        <w:t>day, slumping onto a bench in the school library.</w:t>
      </w:r>
    </w:p>
    <w:p xmlns:wp14="http://schemas.microsoft.com/office/word/2010/wordml" w14:paraId="0CDA735A"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"Me too," I agreed, pulling out my own stack of textbooks. </w:t>
      </w:r>
      <w:r>
        <w:rPr>
          <w:rFonts w:ascii="LiberationSerif" w:hAnsi="LiberationSerif" w:eastAsia="LiberationSerif"/>
          <w:b w:val="0"/>
          <w:i w:val="0"/>
          <w:color w:val="000000"/>
          <w:sz w:val="30"/>
        </w:rPr>
        <w:t>"I don't even know where to begin."</w:t>
      </w:r>
    </w:p>
    <w:p xmlns:wp14="http://schemas.microsoft.com/office/word/2010/wordml" w14:paraId="078DDB1E"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That's when the idea hit me – a study group. We could pool </w:t>
      </w:r>
      <w:r>
        <w:rPr>
          <w:rFonts w:ascii="LiberationSerif" w:hAnsi="LiberationSerif" w:eastAsia="LiberationSerif"/>
          <w:b w:val="0"/>
          <w:i w:val="0"/>
          <w:color w:val="000000"/>
          <w:sz w:val="30"/>
        </w:rPr>
        <w:t xml:space="preserve">our knowledge, support each other, and maybe even make </w:t>
      </w:r>
      <w:r>
        <w:rPr>
          <w:rFonts w:ascii="LiberationSerif" w:hAnsi="LiberationSerif" w:eastAsia="LiberationSerif"/>
          <w:b w:val="0"/>
          <w:i w:val="0"/>
          <w:color w:val="000000"/>
          <w:sz w:val="30"/>
        </w:rPr>
        <w:t>the whole process a little less daunting.</w:t>
      </w:r>
    </w:p>
    <w:p xmlns:wp14="http://schemas.microsoft.com/office/word/2010/wordml" w14:paraId="4D8E9F9D"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"What if we started a study group?" I suggested, looking </w:t>
      </w:r>
      <w:r>
        <w:rPr>
          <w:rFonts w:ascii="LiberationSerif" w:hAnsi="LiberationSerif" w:eastAsia="LiberationSerif"/>
          <w:b w:val="0"/>
          <w:i w:val="0"/>
          <w:color w:val="000000"/>
          <w:sz w:val="30"/>
        </w:rPr>
        <w:t>around at the others.</w:t>
      </w:r>
    </w:p>
    <w:p xmlns:wp14="http://schemas.microsoft.com/office/word/2010/wordml" w14:paraId="599147E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"I'm in," Liam chimed in immediately. "I've been feeling the </w:t>
      </w:r>
      <w:r>
        <w:rPr>
          <w:rFonts w:ascii="LiberationSerif" w:hAnsi="LiberationSerif" w:eastAsia="LiberationSerif"/>
          <w:b w:val="0"/>
          <w:i w:val="0"/>
          <w:color w:val="000000"/>
          <w:sz w:val="30"/>
        </w:rPr>
        <w:t>pressure too."</w:t>
      </w:r>
    </w:p>
    <w:p xmlns:wp14="http://schemas.microsoft.com/office/word/2010/wordml" w14:paraId="429B0C2B"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"Me too," said Daniel. "And maybe we can actually have </w:t>
      </w:r>
      <w:r>
        <w:rPr>
          <w:rFonts w:ascii="LiberationSerif" w:hAnsi="LiberationSerif" w:eastAsia="LiberationSerif"/>
          <w:b w:val="0"/>
          <w:i w:val="0"/>
          <w:color w:val="000000"/>
          <w:sz w:val="30"/>
        </w:rPr>
        <w:t>some fun while we're at it."</w:t>
      </w:r>
    </w:p>
    <w:p xmlns:wp14="http://schemas.microsoft.com/office/word/2010/wordml" w14:paraId="6534D867"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So, we decided to meet in the library every Thursday </w:t>
      </w:r>
      <w:r>
        <w:rPr>
          <w:rFonts w:ascii="LiberationSerif" w:hAnsi="LiberationSerif" w:eastAsia="LiberationSerif"/>
          <w:b w:val="0"/>
          <w:i w:val="0"/>
          <w:color w:val="000000"/>
          <w:sz w:val="30"/>
        </w:rPr>
        <w:t xml:space="preserve">afternoon. It wasn't always easy. Sometimes the stress felt </w:t>
      </w:r>
      <w:r>
        <w:rPr>
          <w:rFonts w:ascii="LiberationSerif" w:hAnsi="LiberationSerif" w:eastAsia="LiberationSerif"/>
          <w:b w:val="0"/>
          <w:i w:val="0"/>
          <w:color w:val="000000"/>
          <w:sz w:val="30"/>
        </w:rPr>
        <w:t xml:space="preserve">overwhelming, and there were moments when we doubted </w:t>
      </w:r>
      <w:r>
        <w:rPr>
          <w:rFonts w:ascii="LiberationSerif" w:hAnsi="LiberationSerif" w:eastAsia="LiberationSerif"/>
          <w:b w:val="0"/>
          <w:i w:val="0"/>
          <w:color w:val="000000"/>
          <w:sz w:val="30"/>
        </w:rPr>
        <w:t xml:space="preserve">ourselves. But we were determined to help each other </w:t>
      </w:r>
      <w:r>
        <w:rPr>
          <w:rFonts w:ascii="LiberationSerif" w:hAnsi="LiberationSerif" w:eastAsia="LiberationSerif"/>
          <w:b w:val="0"/>
          <w:i w:val="0"/>
          <w:color w:val="000000"/>
          <w:sz w:val="30"/>
        </w:rPr>
        <w:t>succeed.</w:t>
      </w:r>
    </w:p>
    <w:p xmlns:wp14="http://schemas.microsoft.com/office/word/2010/wordml" w14:paraId="0BEBC3AD"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We would spend hours dissecting the material, helping each </w:t>
      </w:r>
      <w:r>
        <w:rPr>
          <w:rFonts w:ascii="LiberationSerif" w:hAnsi="LiberationSerif" w:eastAsia="LiberationSerif"/>
          <w:b w:val="0"/>
          <w:i w:val="0"/>
          <w:color w:val="000000"/>
          <w:sz w:val="30"/>
        </w:rPr>
        <w:t>other understand the concepts, and practicing past exam</w:t>
      </w:r>
    </w:p>
    <w:p xmlns:wp14="http://schemas.microsoft.com/office/word/2010/wordml" w14:paraId="2946DB82" wp14:textId="77777777">
      <w:pPr>
        <w:sectPr>
          <w:pgSz w:w="12240" w:h="15840" w:orient="portrait"/>
          <w:pgMar w:top="0" w:right="1420" w:bottom="0" w:left="1440" w:header="720" w:footer="720" w:gutter="0"/>
          <w:cols/>
          <w:docGrid w:linePitch="360"/>
        </w:sectPr>
      </w:pPr>
    </w:p>
    <w:p xmlns:wp14="http://schemas.microsoft.com/office/word/2010/wordml" w14:paraId="6138A35D"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questions. We even developed our own mnemonic devices to </w:t>
      </w:r>
      <w:r>
        <w:rPr>
          <w:rFonts w:ascii="LiberationSerif" w:hAnsi="LiberationSerif" w:eastAsia="LiberationSerif"/>
          <w:b w:val="0"/>
          <w:i w:val="0"/>
          <w:color w:val="000000"/>
          <w:sz w:val="30"/>
        </w:rPr>
        <w:t>help us remember complex formulas and theories.</w:t>
      </w:r>
    </w:p>
    <w:p xmlns:wp14="http://schemas.microsoft.com/office/word/2010/wordml" w14:paraId="39419ABD"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"Remember the acronym 'HOMES' for the Great Lakes: </w:t>
      </w:r>
      <w:r>
        <w:rPr>
          <w:rFonts w:ascii="LiberationSerif" w:hAnsi="LiberationSerif" w:eastAsia="LiberationSerif"/>
          <w:b w:val="0"/>
          <w:i w:val="0"/>
          <w:color w:val="000000"/>
          <w:sz w:val="30"/>
        </w:rPr>
        <w:t xml:space="preserve">Huron, Ontario, Michigan, Erie, and Superior!" Sarah </w:t>
      </w:r>
      <w:r>
        <w:rPr>
          <w:rFonts w:ascii="LiberationSerif" w:hAnsi="LiberationSerif" w:eastAsia="LiberationSerif"/>
          <w:b w:val="0"/>
          <w:i w:val="0"/>
          <w:color w:val="000000"/>
          <w:sz w:val="30"/>
        </w:rPr>
        <w:t>exclaimed, her voice full of enthusiasm.</w:t>
      </w:r>
    </w:p>
    <w:p xmlns:wp14="http://schemas.microsoft.com/office/word/2010/wordml" w14:paraId="7AEDDC9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We laughed, our shared sense of humor acting as a welcome </w:t>
      </w:r>
      <w:r>
        <w:rPr>
          <w:rFonts w:ascii="LiberationSerif" w:hAnsi="LiberationSerif" w:eastAsia="LiberationSerif"/>
          <w:b w:val="0"/>
          <w:i w:val="0"/>
          <w:color w:val="000000"/>
          <w:sz w:val="30"/>
        </w:rPr>
        <w:t xml:space="preserve">relief from the intense pressure. It was during those study </w:t>
      </w:r>
      <w:r>
        <w:rPr>
          <w:rFonts w:ascii="LiberationSerif" w:hAnsi="LiberationSerif" w:eastAsia="LiberationSerif"/>
          <w:b w:val="0"/>
          <w:i w:val="0"/>
          <w:color w:val="000000"/>
          <w:sz w:val="30"/>
        </w:rPr>
        <w:t xml:space="preserve">sessions that we discovered our strengths and weaknesses. </w:t>
      </w:r>
      <w:r>
        <w:rPr>
          <w:rFonts w:ascii="LiberationSerif" w:hAnsi="LiberationSerif" w:eastAsia="LiberationSerif"/>
          <w:b w:val="0"/>
          <w:i w:val="0"/>
          <w:color w:val="000000"/>
          <w:sz w:val="30"/>
        </w:rPr>
        <w:t xml:space="preserve">Liam, with his sharp memory, could recall historical dates </w:t>
      </w:r>
      <w:r>
        <w:rPr>
          <w:rFonts w:ascii="LiberationSerif" w:hAnsi="LiberationSerif" w:eastAsia="LiberationSerif"/>
          <w:b w:val="0"/>
          <w:i w:val="0"/>
          <w:color w:val="000000"/>
          <w:sz w:val="30"/>
        </w:rPr>
        <w:t xml:space="preserve">and facts with ease. Daniel, on the other hand, was a master </w:t>
      </w:r>
      <w:r>
        <w:rPr>
          <w:rFonts w:ascii="LiberationSerif" w:hAnsi="LiberationSerif" w:eastAsia="LiberationSerif"/>
          <w:b w:val="0"/>
          <w:i w:val="0"/>
          <w:color w:val="000000"/>
          <w:sz w:val="30"/>
        </w:rPr>
        <w:t xml:space="preserve">at breaking down complex concepts into simpler terms. </w:t>
      </w:r>
      <w:r>
        <w:rPr>
          <w:rFonts w:ascii="LiberationSerif" w:hAnsi="LiberationSerif" w:eastAsia="LiberationSerif"/>
          <w:b w:val="0"/>
          <w:i w:val="0"/>
          <w:color w:val="000000"/>
          <w:sz w:val="30"/>
        </w:rPr>
        <w:t xml:space="preserve">Sarah was a natural at explaining scientific theories, and I, </w:t>
      </w:r>
      <w:r>
        <w:rPr>
          <w:rFonts w:ascii="LiberationSerif" w:hAnsi="LiberationSerif" w:eastAsia="LiberationSerif"/>
          <w:b w:val="0"/>
          <w:i w:val="0"/>
          <w:color w:val="000000"/>
          <w:sz w:val="30"/>
        </w:rPr>
        <w:t>well, I was good at keeping everyone focused and on task.</w:t>
      </w:r>
    </w:p>
    <w:p xmlns:wp14="http://schemas.microsoft.com/office/word/2010/wordml" w14:paraId="04EEB80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Our study group became more than just a way to prepare for </w:t>
      </w:r>
      <w:r>
        <w:rPr>
          <w:rFonts w:ascii="LiberationSerif" w:hAnsi="LiberationSerif" w:eastAsia="LiberationSerif"/>
          <w:b w:val="0"/>
          <w:i w:val="0"/>
          <w:color w:val="000000"/>
          <w:sz w:val="30"/>
        </w:rPr>
        <w:t xml:space="preserve">exams. It was a space where we could share our struggles, </w:t>
      </w:r>
      <w:r>
        <w:rPr>
          <w:rFonts w:ascii="LiberationSerif" w:hAnsi="LiberationSerif" w:eastAsia="LiberationSerif"/>
          <w:b w:val="0"/>
          <w:i w:val="0"/>
          <w:color w:val="000000"/>
          <w:sz w:val="30"/>
        </w:rPr>
        <w:t xml:space="preserve">celebrate our victories, and support each other through thick </w:t>
      </w:r>
      <w:r>
        <w:rPr>
          <w:rFonts w:ascii="LiberationSerif" w:hAnsi="LiberationSerif" w:eastAsia="LiberationSerif"/>
          <w:b w:val="0"/>
          <w:i w:val="0"/>
          <w:color w:val="000000"/>
          <w:sz w:val="30"/>
        </w:rPr>
        <w:t xml:space="preserve">and thin. We started to understand that success wasn't just </w:t>
      </w:r>
      <w:r>
        <w:rPr>
          <w:rFonts w:ascii="LiberationSerif" w:hAnsi="LiberationSerif" w:eastAsia="LiberationSerif"/>
          <w:b w:val="0"/>
          <w:i w:val="0"/>
          <w:color w:val="000000"/>
          <w:sz w:val="30"/>
        </w:rPr>
        <w:t xml:space="preserve">about individual achievement; it was about working together, </w:t>
      </w:r>
      <w:r>
        <w:rPr>
          <w:rFonts w:ascii="LiberationSerif" w:hAnsi="LiberationSerif" w:eastAsia="LiberationSerif"/>
          <w:b w:val="0"/>
          <w:i w:val="0"/>
          <w:color w:val="000000"/>
          <w:sz w:val="30"/>
        </w:rPr>
        <w:t>sharing knowledge, and empowering each other.</w:t>
      </w:r>
    </w:p>
    <w:p xmlns:wp14="http://schemas.microsoft.com/office/word/2010/wordml" w14:paraId="78A56CFA"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One particularly stressful afternoon, as we were preparing </w:t>
      </w:r>
      <w:r>
        <w:rPr>
          <w:rFonts w:ascii="LiberationSerif" w:hAnsi="LiberationSerif" w:eastAsia="LiberationSerif"/>
          <w:b w:val="0"/>
          <w:i w:val="0"/>
          <w:color w:val="000000"/>
          <w:sz w:val="30"/>
        </w:rPr>
        <w:t xml:space="preserve">for our biology exam, I noticed that Sarah was struggling to </w:t>
      </w:r>
      <w:r>
        <w:rPr>
          <w:rFonts w:ascii="LiberationSerif" w:hAnsi="LiberationSerif" w:eastAsia="LiberationSerif"/>
          <w:b w:val="0"/>
          <w:i w:val="0"/>
          <w:color w:val="000000"/>
          <w:sz w:val="30"/>
        </w:rPr>
        <w:t>grasp the concept of cell division.</w:t>
      </w:r>
    </w:p>
    <w:p xmlns:wp14="http://schemas.microsoft.com/office/word/2010/wordml" w14:paraId="0CD67404"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"I just can't seem to get it," she confessed, her voice filled </w:t>
      </w:r>
      <w:r>
        <w:rPr>
          <w:rFonts w:ascii="LiberationSerif" w:hAnsi="LiberationSerif" w:eastAsia="LiberationSerif"/>
          <w:b w:val="0"/>
          <w:i w:val="0"/>
          <w:color w:val="000000"/>
          <w:sz w:val="30"/>
        </w:rPr>
        <w:t>with frustration.</w:t>
      </w:r>
    </w:p>
    <w:p xmlns:wp14="http://schemas.microsoft.com/office/word/2010/wordml" w14:paraId="03182735" wp14:textId="77777777">
      <w:pPr>
        <w:autoSpaceDN w:val="0"/>
        <w:autoSpaceDE w:val="0"/>
        <w:widowControl/>
        <w:spacing w:before="360" w:after="0" w:line="360" w:lineRule="exact"/>
        <w:ind w:left="1000" w:right="1872" w:firstLine="0"/>
        <w:jc w:val="left"/>
      </w:pPr>
      <w:r>
        <w:rPr>
          <w:rFonts w:ascii="LiberationSerif" w:hAnsi="LiberationSerif" w:eastAsia="LiberationSerif"/>
          <w:b w:val="0"/>
          <w:i w:val="0"/>
          <w:color w:val="000000"/>
          <w:sz w:val="30"/>
        </w:rPr>
        <w:t xml:space="preserve">"Don't worry, Sarah," Liam reassured her. "Let's try a </w:t>
      </w:r>
      <w:r>
        <w:rPr>
          <w:rFonts w:ascii="LiberationSerif" w:hAnsi="LiberationSerif" w:eastAsia="LiberationSerif"/>
          <w:b w:val="0"/>
          <w:i w:val="0"/>
          <w:color w:val="000000"/>
          <w:sz w:val="30"/>
        </w:rPr>
        <w:t>different approach."</w:t>
      </w:r>
    </w:p>
    <w:p xmlns:wp14="http://schemas.microsoft.com/office/word/2010/wordml" w14:paraId="26EB369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He then proceeded to explain the process in a way that made </w:t>
      </w:r>
      <w:r>
        <w:rPr>
          <w:rFonts w:ascii="LiberationSerif" w:hAnsi="LiberationSerif" w:eastAsia="LiberationSerif"/>
          <w:b w:val="0"/>
          <w:i w:val="0"/>
          <w:color w:val="000000"/>
          <w:sz w:val="30"/>
        </w:rPr>
        <w:t>sense to Sarah, using colorful diagrams and easy-to-</w:t>
      </w:r>
    </w:p>
    <w:p xmlns:wp14="http://schemas.microsoft.com/office/word/2010/wordml" w14:paraId="5997CC1D" wp14:textId="77777777">
      <w:pPr>
        <w:sectPr>
          <w:pgSz w:w="12240" w:h="15840" w:orient="portrait"/>
          <w:pgMar w:top="0" w:right="1420" w:bottom="0" w:left="1440" w:header="720" w:footer="720" w:gutter="0"/>
          <w:cols/>
          <w:docGrid w:linePitch="360"/>
        </w:sectPr>
      </w:pPr>
    </w:p>
    <w:p xmlns:wp14="http://schemas.microsoft.com/office/word/2010/wordml" w14:paraId="6C064FEE" wp14:textId="77777777">
      <w:pPr>
        <w:autoSpaceDN w:val="0"/>
        <w:autoSpaceDE w:val="0"/>
        <w:widowControl/>
        <w:spacing w:before="1430" w:after="0" w:line="360" w:lineRule="exact"/>
        <w:ind w:left="1000" w:right="1440" w:firstLine="0"/>
        <w:jc w:val="left"/>
      </w:pPr>
      <w:r>
        <w:rPr>
          <w:rFonts w:ascii="LiberationSerif" w:hAnsi="LiberationSerif" w:eastAsia="LiberationSerif"/>
          <w:b w:val="0"/>
          <w:i w:val="0"/>
          <w:color w:val="000000"/>
          <w:sz w:val="30"/>
        </w:rPr>
        <w:t xml:space="preserve">understand analogies. Soon, a smile spread across Sarah's </w:t>
      </w:r>
      <w:r>
        <w:rPr>
          <w:rFonts w:ascii="LiberationSerif" w:hAnsi="LiberationSerif" w:eastAsia="LiberationSerif"/>
          <w:b w:val="0"/>
          <w:i w:val="0"/>
          <w:color w:val="000000"/>
          <w:sz w:val="30"/>
        </w:rPr>
        <w:t>face.</w:t>
      </w:r>
    </w:p>
    <w:p xmlns:wp14="http://schemas.microsoft.com/office/word/2010/wordml" w14:paraId="4E810F4A"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"I get it now!" she exclaimed, her relief palpable. "Thanks, </w:t>
      </w:r>
      <w:r>
        <w:rPr>
          <w:rFonts w:ascii="LiberationSerif" w:hAnsi="LiberationSerif" w:eastAsia="LiberationSerif"/>
          <w:b w:val="0"/>
          <w:i w:val="0"/>
          <w:color w:val="000000"/>
          <w:sz w:val="30"/>
        </w:rPr>
        <w:t>Liam."</w:t>
      </w:r>
    </w:p>
    <w:p xmlns:wp14="http://schemas.microsoft.com/office/word/2010/wordml" w14:paraId="4C37C153"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Moments like these cemented our bond. We knew that we </w:t>
      </w:r>
      <w:r>
        <w:rPr>
          <w:rFonts w:ascii="LiberationSerif" w:hAnsi="LiberationSerif" w:eastAsia="LiberationSerif"/>
          <w:b w:val="0"/>
          <w:i w:val="0"/>
          <w:color w:val="000000"/>
          <w:sz w:val="30"/>
        </w:rPr>
        <w:t xml:space="preserve">could count on each other, not just academically, but also </w:t>
      </w:r>
      <w:r>
        <w:rPr>
          <w:rFonts w:ascii="LiberationSerif" w:hAnsi="LiberationSerif" w:eastAsia="LiberationSerif"/>
          <w:b w:val="0"/>
          <w:i w:val="0"/>
          <w:color w:val="000000"/>
          <w:sz w:val="30"/>
        </w:rPr>
        <w:t>emotionally.</w:t>
      </w:r>
    </w:p>
    <w:p xmlns:wp14="http://schemas.microsoft.com/office/word/2010/wordml" w14:paraId="6DD2E798"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One day, Daniel, usually the life of the party, seemed </w:t>
      </w:r>
      <w:r>
        <w:br/>
      </w:r>
      <w:r>
        <w:rPr>
          <w:rFonts w:ascii="LiberationSerif" w:hAnsi="LiberationSerif" w:eastAsia="LiberationSerif"/>
          <w:b w:val="0"/>
          <w:i w:val="0"/>
          <w:color w:val="000000"/>
          <w:sz w:val="30"/>
        </w:rPr>
        <w:t xml:space="preserve">withdrawn and quiet. When we asked him what was wrong, </w:t>
      </w:r>
      <w:r>
        <w:rPr>
          <w:rFonts w:ascii="LiberationSerif" w:hAnsi="LiberationSerif" w:eastAsia="LiberationSerif"/>
          <w:b w:val="0"/>
          <w:i w:val="0"/>
          <w:color w:val="000000"/>
          <w:sz w:val="30"/>
        </w:rPr>
        <w:t xml:space="preserve">he revealed that his parents were going through a rough </w:t>
      </w:r>
      <w:r>
        <w:rPr>
          <w:rFonts w:ascii="LiberationSerif" w:hAnsi="LiberationSerif" w:eastAsia="LiberationSerif"/>
          <w:b w:val="0"/>
          <w:i w:val="0"/>
          <w:color w:val="000000"/>
          <w:sz w:val="30"/>
        </w:rPr>
        <w:t>patch, and he was struggling to cope with the situation.</w:t>
      </w:r>
    </w:p>
    <w:p xmlns:wp14="http://schemas.microsoft.com/office/word/2010/wordml" w14:paraId="60949D8B"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We listened intently as he poured his heart out, sharing his </w:t>
      </w:r>
      <w:r>
        <w:rPr>
          <w:rFonts w:ascii="LiberationSerif" w:hAnsi="LiberationSerif" w:eastAsia="LiberationSerif"/>
          <w:b w:val="0"/>
          <w:i w:val="0"/>
          <w:color w:val="000000"/>
          <w:sz w:val="30"/>
        </w:rPr>
        <w:t xml:space="preserve">fears and anxieties. We offered words of encouragement, </w:t>
      </w:r>
      <w:r>
        <w:rPr>
          <w:rFonts w:ascii="LiberationSerif" w:hAnsi="LiberationSerif" w:eastAsia="LiberationSerif"/>
          <w:b w:val="0"/>
          <w:i w:val="0"/>
          <w:color w:val="000000"/>
          <w:sz w:val="30"/>
        </w:rPr>
        <w:t>reminding him that he wasn't alone.</w:t>
      </w:r>
    </w:p>
    <w:p xmlns:wp14="http://schemas.microsoft.com/office/word/2010/wordml" w14:paraId="4DE8389B"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"It's okay to feel overwhelmed, Daniel," Sarah said, her </w:t>
      </w:r>
      <w:r>
        <w:rPr>
          <w:rFonts w:ascii="LiberationSerif" w:hAnsi="LiberationSerif" w:eastAsia="LiberationSerif"/>
          <w:b w:val="0"/>
          <w:i w:val="0"/>
          <w:color w:val="000000"/>
          <w:sz w:val="30"/>
        </w:rPr>
        <w:t xml:space="preserve">voice soft and comforting. "We're here for you, no matter </w:t>
      </w:r>
      <w:r>
        <w:rPr>
          <w:rFonts w:ascii="LiberationSerif" w:hAnsi="LiberationSerif" w:eastAsia="LiberationSerif"/>
          <w:b w:val="0"/>
          <w:i w:val="0"/>
          <w:color w:val="000000"/>
          <w:sz w:val="30"/>
        </w:rPr>
        <w:t>what."</w:t>
      </w:r>
    </w:p>
    <w:p xmlns:wp14="http://schemas.microsoft.com/office/word/2010/wordml" w14:paraId="7600684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"Yeah," Liam added. "We might not have all the answers, but </w:t>
      </w:r>
      <w:r>
        <w:rPr>
          <w:rFonts w:ascii="LiberationSerif" w:hAnsi="LiberationSerif" w:eastAsia="LiberationSerif"/>
          <w:b w:val="0"/>
          <w:i w:val="0"/>
          <w:color w:val="000000"/>
          <w:sz w:val="30"/>
        </w:rPr>
        <w:t>we can always lend an ear, or a shoulder to cry on."</w:t>
      </w:r>
    </w:p>
    <w:p xmlns:wp14="http://schemas.microsoft.com/office/word/2010/wordml" w14:paraId="4D0A9A7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Those words, spoken with genuine concern and empathy, </w:t>
      </w:r>
      <w:r>
        <w:rPr>
          <w:rFonts w:ascii="LiberationSerif" w:hAnsi="LiberationSerif" w:eastAsia="LiberationSerif"/>
          <w:b w:val="0"/>
          <w:i w:val="0"/>
          <w:color w:val="000000"/>
          <w:sz w:val="30"/>
        </w:rPr>
        <w:t xml:space="preserve">meant the world to Daniel. He knew that he had found a true </w:t>
      </w:r>
      <w:r>
        <w:rPr>
          <w:rFonts w:ascii="LiberationSerif" w:hAnsi="LiberationSerif" w:eastAsia="LiberationSerif"/>
          <w:b w:val="0"/>
          <w:i w:val="0"/>
          <w:color w:val="000000"/>
          <w:sz w:val="30"/>
        </w:rPr>
        <w:t xml:space="preserve">support system in our group, a group that was willing to </w:t>
      </w:r>
      <w:r>
        <w:rPr>
          <w:rFonts w:ascii="LiberationSerif" w:hAnsi="LiberationSerif" w:eastAsia="LiberationSerif"/>
          <w:b w:val="0"/>
          <w:i w:val="0"/>
          <w:color w:val="000000"/>
          <w:sz w:val="30"/>
        </w:rPr>
        <w:t xml:space="preserve">walk beside him through both the triumphs and the trials of </w:t>
      </w:r>
      <w:r>
        <w:rPr>
          <w:rFonts w:ascii="LiberationSerif" w:hAnsi="LiberationSerif" w:eastAsia="LiberationSerif"/>
          <w:b w:val="0"/>
          <w:i w:val="0"/>
          <w:color w:val="000000"/>
          <w:sz w:val="30"/>
        </w:rPr>
        <w:t>life.</w:t>
      </w:r>
    </w:p>
    <w:p xmlns:wp14="http://schemas.microsoft.com/office/word/2010/wordml" w14:paraId="72BE350E"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Our study sessions became a sanctuary, a place where we </w:t>
      </w:r>
      <w:r>
        <w:rPr>
          <w:rFonts w:ascii="LiberationSerif" w:hAnsi="LiberationSerif" w:eastAsia="LiberationSerif"/>
          <w:b w:val="0"/>
          <w:i w:val="0"/>
          <w:color w:val="000000"/>
          <w:sz w:val="30"/>
        </w:rPr>
        <w:t xml:space="preserve">could escape the pressures of high school and the </w:t>
      </w:r>
      <w:r>
        <w:br/>
      </w:r>
      <w:r>
        <w:rPr>
          <w:rFonts w:ascii="LiberationSerif" w:hAnsi="LiberationSerif" w:eastAsia="LiberationSerif"/>
          <w:b w:val="0"/>
          <w:i w:val="0"/>
          <w:color w:val="000000"/>
          <w:sz w:val="30"/>
        </w:rPr>
        <w:t>complexities of our personal lives. They were our safe</w:t>
      </w:r>
    </w:p>
    <w:p xmlns:wp14="http://schemas.microsoft.com/office/word/2010/wordml" w14:paraId="110FFD37" wp14:textId="77777777">
      <w:pPr>
        <w:sectPr>
          <w:pgSz w:w="12240" w:h="15840" w:orient="portrait"/>
          <w:pgMar w:top="0" w:right="1420" w:bottom="0" w:left="1440" w:header="720" w:footer="720" w:gutter="0"/>
          <w:cols/>
          <w:docGrid w:linePitch="360"/>
        </w:sectPr>
      </w:pPr>
    </w:p>
    <w:p xmlns:wp14="http://schemas.microsoft.com/office/word/2010/wordml" w14:paraId="043B6D68" wp14:textId="77777777">
      <w:pPr>
        <w:autoSpaceDN w:val="0"/>
        <w:autoSpaceDE w:val="0"/>
        <w:widowControl/>
        <w:spacing w:before="1430" w:after="0" w:line="360" w:lineRule="exact"/>
        <w:ind w:left="1000" w:right="1584" w:firstLine="0"/>
        <w:jc w:val="left"/>
      </w:pPr>
      <w:r>
        <w:rPr>
          <w:rFonts w:ascii="LiberationSerif" w:hAnsi="LiberationSerif" w:eastAsia="LiberationSerif"/>
          <w:b w:val="0"/>
          <w:i w:val="0"/>
          <w:color w:val="000000"/>
          <w:sz w:val="30"/>
        </w:rPr>
        <w:t xml:space="preserve">haven, a space where we could be ourselves, unafraid of </w:t>
      </w:r>
      <w:r>
        <w:rPr>
          <w:rFonts w:ascii="LiberationSerif" w:hAnsi="LiberationSerif" w:eastAsia="LiberationSerif"/>
          <w:b w:val="0"/>
          <w:i w:val="0"/>
          <w:color w:val="000000"/>
          <w:sz w:val="30"/>
        </w:rPr>
        <w:t>judgment.</w:t>
      </w:r>
    </w:p>
    <w:p xmlns:wp14="http://schemas.microsoft.com/office/word/2010/wordml" w14:paraId="42F646C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 exams drew closer, the pressure intensified. We </w:t>
      </w:r>
      <w:r>
        <w:br/>
      </w:r>
      <w:r>
        <w:rPr>
          <w:rFonts w:ascii="LiberationSerif" w:hAnsi="LiberationSerif" w:eastAsia="LiberationSerif"/>
          <w:b w:val="0"/>
          <w:i w:val="0"/>
          <w:color w:val="000000"/>
          <w:sz w:val="30"/>
        </w:rPr>
        <w:t xml:space="preserve">would spend hours huddled together, reviewing notes and </w:t>
      </w:r>
      <w:r>
        <w:rPr>
          <w:rFonts w:ascii="LiberationSerif" w:hAnsi="LiberationSerif" w:eastAsia="LiberationSerif"/>
          <w:b w:val="0"/>
          <w:i w:val="0"/>
          <w:color w:val="000000"/>
          <w:sz w:val="30"/>
        </w:rPr>
        <w:t xml:space="preserve">sharing our anxieties. Sometimes, we would even joke about </w:t>
      </w:r>
      <w:r>
        <w:rPr>
          <w:rFonts w:ascii="LiberationSerif" w:hAnsi="LiberationSerif" w:eastAsia="LiberationSerif"/>
          <w:b w:val="0"/>
          <w:i w:val="0"/>
          <w:color w:val="000000"/>
          <w:sz w:val="30"/>
        </w:rPr>
        <w:t>the sheer volume of information we were expected to retain.</w:t>
      </w:r>
    </w:p>
    <w:p xmlns:wp14="http://schemas.microsoft.com/office/word/2010/wordml" w14:paraId="57AA5367"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"I swear, I'm starting to dream in formulas," Liam quipped </w:t>
      </w:r>
      <w:r>
        <w:rPr>
          <w:rFonts w:ascii="LiberationSerif" w:hAnsi="LiberationSerif" w:eastAsia="LiberationSerif"/>
          <w:b w:val="0"/>
          <w:i w:val="0"/>
          <w:color w:val="000000"/>
          <w:sz w:val="30"/>
        </w:rPr>
        <w:t>one evening, causing us all to burst into laughter.</w:t>
      </w:r>
    </w:p>
    <w:p xmlns:wp14="http://schemas.microsoft.com/office/word/2010/wordml" w14:paraId="1671B96B"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But beneath the humor, we knew we were in this together.</w:t>
      </w:r>
    </w:p>
    <w:p xmlns:wp14="http://schemas.microsoft.com/office/word/2010/wordml" w14:paraId="7F0250F9" wp14:textId="77777777">
      <w:pPr>
        <w:autoSpaceDN w:val="0"/>
        <w:autoSpaceDE w:val="0"/>
        <w:widowControl/>
        <w:spacing w:before="0" w:after="0" w:line="360" w:lineRule="exact"/>
        <w:ind w:left="1000" w:right="1008" w:firstLine="0"/>
        <w:jc w:val="left"/>
      </w:pPr>
      <w:r>
        <w:rPr>
          <w:rFonts w:ascii="LiberationSerif" w:hAnsi="LiberationSerif" w:eastAsia="LiberationSerif"/>
          <w:b w:val="0"/>
          <w:i w:val="0"/>
          <w:color w:val="000000"/>
          <w:sz w:val="30"/>
        </w:rPr>
        <w:t xml:space="preserve">We had each other's backs, and we were determined to </w:t>
      </w:r>
      <w:r>
        <w:br/>
      </w:r>
      <w:r>
        <w:rPr>
          <w:rFonts w:ascii="LiberationSerif" w:hAnsi="LiberationSerif" w:eastAsia="LiberationSerif"/>
          <w:b w:val="0"/>
          <w:i w:val="0"/>
          <w:color w:val="000000"/>
          <w:sz w:val="30"/>
        </w:rPr>
        <w:t xml:space="preserve">succeed. And succeed we did. We all aced our exams, </w:t>
      </w:r>
      <w:r>
        <w:br/>
      </w:r>
      <w:r>
        <w:rPr>
          <w:rFonts w:ascii="LiberationSerif" w:hAnsi="LiberationSerif" w:eastAsia="LiberationSerif"/>
          <w:b w:val="0"/>
          <w:i w:val="0"/>
          <w:color w:val="000000"/>
          <w:sz w:val="30"/>
        </w:rPr>
        <w:t xml:space="preserve">proving that teamwork and support could overcome even the </w:t>
      </w:r>
      <w:r>
        <w:rPr>
          <w:rFonts w:ascii="LiberationSerif" w:hAnsi="LiberationSerif" w:eastAsia="LiberationSerif"/>
          <w:b w:val="0"/>
          <w:i w:val="0"/>
          <w:color w:val="000000"/>
          <w:sz w:val="30"/>
        </w:rPr>
        <w:t>most daunting challenges.</w:t>
      </w:r>
    </w:p>
    <w:p xmlns:wp14="http://schemas.microsoft.com/office/word/2010/wordml" w14:paraId="14D4C730"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The experience taught us a valuable lesson: the power of </w:t>
      </w:r>
      <w:r>
        <w:rPr>
          <w:rFonts w:ascii="LiberationSerif" w:hAnsi="LiberationSerif" w:eastAsia="LiberationSerif"/>
          <w:b w:val="0"/>
          <w:i w:val="0"/>
          <w:color w:val="000000"/>
          <w:sz w:val="30"/>
        </w:rPr>
        <w:t xml:space="preserve">collaboration. We had faced academic pressure together, </w:t>
      </w:r>
      <w:r>
        <w:rPr>
          <w:rFonts w:ascii="LiberationSerif" w:hAnsi="LiberationSerif" w:eastAsia="LiberationSerif"/>
          <w:b w:val="0"/>
          <w:i w:val="0"/>
          <w:color w:val="000000"/>
          <w:sz w:val="30"/>
        </w:rPr>
        <w:t xml:space="preserve">learned from each other's strengths, and encouraged each </w:t>
      </w:r>
      <w:r>
        <w:rPr>
          <w:rFonts w:ascii="LiberationSerif" w:hAnsi="LiberationSerif" w:eastAsia="LiberationSerif"/>
          <w:b w:val="0"/>
          <w:i w:val="0"/>
          <w:color w:val="000000"/>
          <w:sz w:val="30"/>
        </w:rPr>
        <w:t>other to persevere.</w:t>
      </w:r>
    </w:p>
    <w:p xmlns:wp14="http://schemas.microsoft.com/office/word/2010/wordml" w14:paraId="3CD8599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We had discovered that success was not just about individual </w:t>
      </w:r>
      <w:r>
        <w:rPr>
          <w:rFonts w:ascii="LiberationSerif" w:hAnsi="LiberationSerif" w:eastAsia="LiberationSerif"/>
          <w:b w:val="0"/>
          <w:i w:val="0"/>
          <w:color w:val="000000"/>
          <w:sz w:val="30"/>
        </w:rPr>
        <w:t xml:space="preserve">achievements but about the bonds we forged, the support we </w:t>
      </w:r>
      <w:r>
        <w:rPr>
          <w:rFonts w:ascii="LiberationSerif" w:hAnsi="LiberationSerif" w:eastAsia="LiberationSerif"/>
          <w:b w:val="0"/>
          <w:i w:val="0"/>
          <w:color w:val="000000"/>
          <w:sz w:val="30"/>
        </w:rPr>
        <w:t>offered, and the collective strength we found in each other.</w:t>
      </w:r>
    </w:p>
    <w:p xmlns:wp14="http://schemas.microsoft.com/office/word/2010/wordml" w14:paraId="53584C36" wp14:textId="77777777">
      <w:pPr>
        <w:autoSpaceDN w:val="0"/>
        <w:autoSpaceDE w:val="0"/>
        <w:widowControl/>
        <w:spacing w:before="0" w:after="0" w:line="360" w:lineRule="exact"/>
        <w:ind w:left="1000" w:right="1728" w:firstLine="0"/>
        <w:jc w:val="left"/>
      </w:pPr>
      <w:r>
        <w:rPr>
          <w:rFonts w:ascii="LiberationSerif" w:hAnsi="LiberationSerif" w:eastAsia="LiberationSerif"/>
          <w:b w:val="0"/>
          <w:i w:val="0"/>
          <w:color w:val="000000"/>
          <w:sz w:val="30"/>
        </w:rPr>
        <w:t xml:space="preserve">And that, in the end, was more valuable than any exam </w:t>
      </w:r>
      <w:r>
        <w:rPr>
          <w:rFonts w:ascii="LiberationSerif" w:hAnsi="LiberationSerif" w:eastAsia="LiberationSerif"/>
          <w:b w:val="0"/>
          <w:i w:val="0"/>
          <w:color w:val="000000"/>
          <w:sz w:val="30"/>
        </w:rPr>
        <w:t>grade.</w:t>
      </w:r>
    </w:p>
    <w:p xmlns:wp14="http://schemas.microsoft.com/office/word/2010/wordml" w14:paraId="6B699379" wp14:textId="77777777">
      <w:pPr>
        <w:sectPr>
          <w:pgSz w:w="12240" w:h="15840" w:orient="portrait"/>
          <w:pgMar w:top="0" w:right="1420" w:bottom="0" w:left="1440" w:header="720" w:footer="720" w:gutter="0"/>
          <w:cols/>
          <w:docGrid w:linePitch="360"/>
        </w:sectPr>
      </w:pPr>
    </w:p>
    <w:p xmlns:wp14="http://schemas.microsoft.com/office/word/2010/wordml" w14:paraId="106703F9"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6C0FFA78"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hallway was a symphony of chattering students, lockers </w:t>
      </w:r>
      <w:r>
        <w:rPr>
          <w:rFonts w:ascii="LiberationSerif" w:hAnsi="LiberationSerif" w:eastAsia="LiberationSerif"/>
          <w:b w:val="0"/>
          <w:i w:val="0"/>
          <w:color w:val="000000"/>
          <w:sz w:val="30"/>
        </w:rPr>
        <w:t xml:space="preserve">slamming shut, and the faint scent of stale popcorn wafting </w:t>
      </w:r>
      <w:r>
        <w:rPr>
          <w:rFonts w:ascii="LiberationSerif" w:hAnsi="LiberationSerif" w:eastAsia="LiberationSerif"/>
          <w:b w:val="0"/>
          <w:i w:val="0"/>
          <w:color w:val="000000"/>
          <w:sz w:val="30"/>
        </w:rPr>
        <w:t xml:space="preserve">from the nearby concession stand. It was a typical day at </w:t>
      </w:r>
      <w:r>
        <w:rPr>
          <w:rFonts w:ascii="LiberationSerif" w:hAnsi="LiberationSerif" w:eastAsia="LiberationSerif"/>
          <w:b w:val="0"/>
          <w:i w:val="0"/>
          <w:color w:val="000000"/>
          <w:sz w:val="30"/>
        </w:rPr>
        <w:t xml:space="preserve">Northside High, except for Maya. She was huddled in the </w:t>
      </w:r>
      <w:r>
        <w:rPr>
          <w:rFonts w:ascii="LiberationSerif" w:hAnsi="LiberationSerif" w:eastAsia="LiberationSerif"/>
          <w:b w:val="0"/>
          <w:i w:val="0"/>
          <w:color w:val="000000"/>
          <w:sz w:val="30"/>
        </w:rPr>
        <w:t xml:space="preserve">corner of her locker, tears streaming down her face. Her </w:t>
      </w:r>
      <w:r>
        <w:rPr>
          <w:rFonts w:ascii="LiberationSerif" w:hAnsi="LiberationSerif" w:eastAsia="LiberationSerif"/>
          <w:b w:val="0"/>
          <w:i w:val="0"/>
          <w:color w:val="000000"/>
          <w:sz w:val="30"/>
        </w:rPr>
        <w:t>phone vibrated, a text message from her best friend, Sarah.</w:t>
      </w:r>
    </w:p>
    <w:p xmlns:wp14="http://schemas.microsoft.com/office/word/2010/wordml" w14:paraId="6C2B7F38"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"Hey, what's up? You okay?"</w:t>
      </w:r>
    </w:p>
    <w:p xmlns:wp14="http://schemas.microsoft.com/office/word/2010/wordml" w14:paraId="3BBCAA59"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Maya choked back a sob, typing a single word: "No."</w:t>
      </w:r>
    </w:p>
    <w:p xmlns:wp14="http://schemas.microsoft.com/office/word/2010/wordml" w14:paraId="7EFC7D8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 always the perceptive one, knew Maya's silence </w:t>
      </w:r>
      <w:r>
        <w:rPr>
          <w:rFonts w:ascii="LiberationSerif" w:hAnsi="LiberationSerif" w:eastAsia="LiberationSerif"/>
          <w:b w:val="0"/>
          <w:i w:val="0"/>
          <w:color w:val="000000"/>
          <w:sz w:val="30"/>
        </w:rPr>
        <w:t xml:space="preserve">meant trouble. She abandoned her own locker and rushed to </w:t>
      </w:r>
      <w:r>
        <w:rPr>
          <w:rFonts w:ascii="LiberationSerif" w:hAnsi="LiberationSerif" w:eastAsia="LiberationSerif"/>
          <w:b w:val="0"/>
          <w:i w:val="0"/>
          <w:color w:val="000000"/>
          <w:sz w:val="30"/>
        </w:rPr>
        <w:t>Maya's side.</w:t>
      </w:r>
    </w:p>
    <w:p xmlns:wp14="http://schemas.microsoft.com/office/word/2010/wordml" w14:paraId="3EE37720"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"What's wrong? Spill it, girl."</w:t>
      </w:r>
    </w:p>
    <w:p xmlns:wp14="http://schemas.microsoft.com/office/word/2010/wordml" w14:paraId="7220F2C2" wp14:textId="77777777">
      <w:pPr>
        <w:autoSpaceDN w:val="0"/>
        <w:autoSpaceDE w:val="0"/>
        <w:widowControl/>
        <w:spacing w:before="360" w:after="0" w:line="360" w:lineRule="exact"/>
        <w:ind w:left="1000" w:right="1728" w:firstLine="0"/>
        <w:jc w:val="left"/>
      </w:pPr>
      <w:r>
        <w:rPr>
          <w:rFonts w:ascii="LiberationSerif" w:hAnsi="LiberationSerif" w:eastAsia="LiberationSerif"/>
          <w:b w:val="0"/>
          <w:i w:val="0"/>
          <w:color w:val="000000"/>
          <w:sz w:val="30"/>
        </w:rPr>
        <w:t xml:space="preserve">Maya hesitated, wiping her cheeks with the back of her </w:t>
      </w:r>
      <w:r>
        <w:rPr>
          <w:rFonts w:ascii="LiberationSerif" w:hAnsi="LiberationSerif" w:eastAsia="LiberationSerif"/>
          <w:b w:val="0"/>
          <w:i w:val="0"/>
          <w:color w:val="000000"/>
          <w:sz w:val="30"/>
        </w:rPr>
        <w:t>hand. "It's my mom. She's...she's sick."</w:t>
      </w:r>
    </w:p>
    <w:p xmlns:wp14="http://schemas.microsoft.com/office/word/2010/wordml" w14:paraId="40E6D51D"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Sarah's eyes widened. She had never seen Maya this </w:t>
      </w:r>
      <w:r>
        <w:br/>
      </w:r>
      <w:r>
        <w:rPr>
          <w:rFonts w:ascii="LiberationSerif" w:hAnsi="LiberationSerif" w:eastAsia="LiberationSerif"/>
          <w:b w:val="0"/>
          <w:i w:val="0"/>
          <w:color w:val="000000"/>
          <w:sz w:val="30"/>
        </w:rPr>
        <w:t xml:space="preserve">vulnerable. They had been friends since elementary school, </w:t>
      </w:r>
      <w:r>
        <w:rPr>
          <w:rFonts w:ascii="LiberationSerif" w:hAnsi="LiberationSerif" w:eastAsia="LiberationSerif"/>
          <w:b w:val="0"/>
          <w:i w:val="0"/>
          <w:color w:val="000000"/>
          <w:sz w:val="30"/>
        </w:rPr>
        <w:t xml:space="preserve">sharing secrets, laughter, and dreams. But Maya had always </w:t>
      </w:r>
      <w:r>
        <w:rPr>
          <w:rFonts w:ascii="LiberationSerif" w:hAnsi="LiberationSerif" w:eastAsia="LiberationSerif"/>
          <w:b w:val="0"/>
          <w:i w:val="0"/>
          <w:color w:val="000000"/>
          <w:sz w:val="30"/>
        </w:rPr>
        <w:t xml:space="preserve">been strong, the one who offered solace, not the one who </w:t>
      </w:r>
      <w:r>
        <w:rPr>
          <w:rFonts w:ascii="LiberationSerif" w:hAnsi="LiberationSerif" w:eastAsia="LiberationSerif"/>
          <w:b w:val="0"/>
          <w:i w:val="0"/>
          <w:color w:val="000000"/>
          <w:sz w:val="30"/>
        </w:rPr>
        <w:t>needed it.</w:t>
      </w:r>
    </w:p>
    <w:p xmlns:wp14="http://schemas.microsoft.com/office/word/2010/wordml" w14:paraId="23993331"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"What's going on? What's wrong with your mom?"</w:t>
      </w:r>
    </w:p>
    <w:p xmlns:wp14="http://schemas.microsoft.com/office/word/2010/wordml" w14:paraId="15EB1547" wp14:textId="77777777">
      <w:pPr>
        <w:autoSpaceDN w:val="0"/>
        <w:autoSpaceDE w:val="0"/>
        <w:widowControl/>
        <w:spacing w:before="360" w:after="0" w:line="360" w:lineRule="exact"/>
        <w:ind w:left="864" w:right="1296" w:firstLine="0"/>
        <w:jc w:val="center"/>
      </w:pPr>
      <w:r>
        <w:rPr>
          <w:rFonts w:ascii="LiberationSerif" w:hAnsi="LiberationSerif" w:eastAsia="LiberationSerif"/>
          <w:b w:val="0"/>
          <w:i w:val="0"/>
          <w:color w:val="000000"/>
          <w:sz w:val="30"/>
        </w:rPr>
        <w:t xml:space="preserve">Maya's voice trembled as she explained. "It's a lump in her </w:t>
      </w:r>
      <w:r>
        <w:rPr>
          <w:rFonts w:ascii="LiberationSerif" w:hAnsi="LiberationSerif" w:eastAsia="LiberationSerif"/>
          <w:b w:val="0"/>
          <w:i w:val="0"/>
          <w:color w:val="000000"/>
          <w:sz w:val="30"/>
        </w:rPr>
        <w:t>breast. She's going to get more tests, but the doctor said..."</w:t>
      </w:r>
    </w:p>
    <w:p xmlns:wp14="http://schemas.microsoft.com/office/word/2010/wordml" w14:paraId="3FE9F23F" wp14:textId="77777777">
      <w:pPr>
        <w:sectPr>
          <w:pgSz w:w="12240" w:h="15840" w:orient="portrait"/>
          <w:pgMar w:top="0" w:right="1420" w:bottom="0" w:left="1440" w:header="720" w:footer="720" w:gutter="0"/>
          <w:cols/>
          <w:docGrid w:linePitch="360"/>
        </w:sectPr>
      </w:pPr>
    </w:p>
    <w:p xmlns:wp14="http://schemas.microsoft.com/office/word/2010/wordml" w14:paraId="1649E898" wp14:textId="77777777">
      <w:pPr>
        <w:autoSpaceDN w:val="0"/>
        <w:autoSpaceDE w:val="0"/>
        <w:widowControl/>
        <w:spacing w:before="1430" w:after="0" w:line="360" w:lineRule="exact"/>
        <w:ind w:left="1000" w:right="1440" w:firstLine="0"/>
        <w:jc w:val="left"/>
      </w:pPr>
      <w:r>
        <w:rPr>
          <w:rFonts w:ascii="LiberationSerif" w:hAnsi="LiberationSerif" w:eastAsia="LiberationSerif"/>
          <w:b w:val="0"/>
          <w:i w:val="0"/>
          <w:color w:val="000000"/>
          <w:sz w:val="30"/>
        </w:rPr>
        <w:t xml:space="preserve">Sarah's heart sank. She squeezed Maya's hand, offering a </w:t>
      </w:r>
      <w:r>
        <w:rPr>
          <w:rFonts w:ascii="LiberationSerif" w:hAnsi="LiberationSerif" w:eastAsia="LiberationSerif"/>
          <w:b w:val="0"/>
          <w:i w:val="0"/>
          <w:color w:val="000000"/>
          <w:sz w:val="30"/>
        </w:rPr>
        <w:t xml:space="preserve">comforting squeeze. "I'm so sorry, Maya. I can't even </w:t>
      </w:r>
      <w:r>
        <w:rPr>
          <w:rFonts w:ascii="LiberationSerif" w:hAnsi="LiberationSerif" w:eastAsia="LiberationSerif"/>
          <w:b w:val="0"/>
          <w:i w:val="0"/>
          <w:color w:val="000000"/>
          <w:sz w:val="30"/>
        </w:rPr>
        <w:t>imagine what you're going through."</w:t>
      </w:r>
    </w:p>
    <w:p xmlns:wp14="http://schemas.microsoft.com/office/word/2010/wordml" w14:paraId="0244EDA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Maya leaned her head against Sarah's shoulder, allowing the </w:t>
      </w:r>
      <w:r>
        <w:rPr>
          <w:rFonts w:ascii="LiberationSerif" w:hAnsi="LiberationSerif" w:eastAsia="LiberationSerif"/>
          <w:b w:val="0"/>
          <w:i w:val="0"/>
          <w:color w:val="000000"/>
          <w:sz w:val="30"/>
        </w:rPr>
        <w:t xml:space="preserve">tears to flow freely. "I'm scared, Sarah. I don't know what to </w:t>
      </w:r>
      <w:r>
        <w:rPr>
          <w:rFonts w:ascii="LiberationSerif" w:hAnsi="LiberationSerif" w:eastAsia="LiberationSerif"/>
          <w:b w:val="0"/>
          <w:i w:val="0"/>
          <w:color w:val="000000"/>
          <w:sz w:val="30"/>
        </w:rPr>
        <w:t>do."</w:t>
      </w:r>
    </w:p>
    <w:p xmlns:wp14="http://schemas.microsoft.com/office/word/2010/wordml" w14:paraId="1E90379C"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 pulled Maya into a hug. "We'll figure it out together. I </w:t>
      </w:r>
      <w:r>
        <w:rPr>
          <w:rFonts w:ascii="LiberationSerif" w:hAnsi="LiberationSerif" w:eastAsia="LiberationSerif"/>
          <w:b w:val="0"/>
          <w:i w:val="0"/>
          <w:color w:val="000000"/>
          <w:sz w:val="30"/>
        </w:rPr>
        <w:t>promise. We'll be there for you every step of the way."</w:t>
      </w:r>
    </w:p>
    <w:p xmlns:wp14="http://schemas.microsoft.com/office/word/2010/wordml" w14:paraId="1FB5D462"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news hit Maya like a ton of bricks. Her world, once </w:t>
      </w:r>
      <w:r>
        <w:rPr>
          <w:rFonts w:ascii="LiberationSerif" w:hAnsi="LiberationSerif" w:eastAsia="LiberationSerif"/>
          <w:b w:val="0"/>
          <w:i w:val="0"/>
          <w:color w:val="000000"/>
          <w:sz w:val="30"/>
        </w:rPr>
        <w:t xml:space="preserve">filled with the ordinary anxieties of teenage life, now felt </w:t>
      </w:r>
      <w:r>
        <w:rPr>
          <w:rFonts w:ascii="LiberationSerif" w:hAnsi="LiberationSerif" w:eastAsia="LiberationSerif"/>
          <w:b w:val="0"/>
          <w:i w:val="0"/>
          <w:color w:val="000000"/>
          <w:sz w:val="30"/>
        </w:rPr>
        <w:t xml:space="preserve">shattered. School seemed insignificant, the gossip and drama </w:t>
      </w:r>
      <w:r>
        <w:rPr>
          <w:rFonts w:ascii="LiberationSerif" w:hAnsi="LiberationSerif" w:eastAsia="LiberationSerif"/>
          <w:b w:val="0"/>
          <w:i w:val="0"/>
          <w:color w:val="000000"/>
          <w:sz w:val="30"/>
        </w:rPr>
        <w:t xml:space="preserve">suddenly irrelevant. All she could think about was her mom, </w:t>
      </w:r>
      <w:r>
        <w:rPr>
          <w:rFonts w:ascii="LiberationSerif" w:hAnsi="LiberationSerif" w:eastAsia="LiberationSerif"/>
          <w:b w:val="0"/>
          <w:i w:val="0"/>
          <w:color w:val="000000"/>
          <w:sz w:val="30"/>
        </w:rPr>
        <w:t xml:space="preserve">her strong, vibrant mother who was now facing a battle she </w:t>
      </w:r>
      <w:r>
        <w:rPr>
          <w:rFonts w:ascii="LiberationSerif" w:hAnsi="LiberationSerif" w:eastAsia="LiberationSerif"/>
          <w:b w:val="0"/>
          <w:i w:val="0"/>
          <w:color w:val="000000"/>
          <w:sz w:val="30"/>
        </w:rPr>
        <w:t>didn't know how to fight.</w:t>
      </w:r>
    </w:p>
    <w:p xmlns:wp14="http://schemas.microsoft.com/office/word/2010/wordml" w14:paraId="420F791B"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following days were a blur of doctor appointments, </w:t>
      </w:r>
      <w:r>
        <w:rPr>
          <w:rFonts w:ascii="LiberationSerif" w:hAnsi="LiberationSerif" w:eastAsia="LiberationSerif"/>
          <w:b w:val="0"/>
          <w:i w:val="0"/>
          <w:color w:val="000000"/>
          <w:sz w:val="30"/>
        </w:rPr>
        <w:t xml:space="preserve">hushed conversations, and the overwhelming sense of </w:t>
      </w:r>
      <w:r>
        <w:br/>
      </w:r>
      <w:r>
        <w:rPr>
          <w:rFonts w:ascii="LiberationSerif" w:hAnsi="LiberationSerif" w:eastAsia="LiberationSerif"/>
          <w:b w:val="0"/>
          <w:i w:val="0"/>
          <w:color w:val="000000"/>
          <w:sz w:val="30"/>
        </w:rPr>
        <w:t xml:space="preserve">helplessness. Maya retreated into herself, avoiding her usual </w:t>
      </w:r>
      <w:r>
        <w:rPr>
          <w:rFonts w:ascii="LiberationSerif" w:hAnsi="LiberationSerif" w:eastAsia="LiberationSerif"/>
          <w:b w:val="0"/>
          <w:i w:val="0"/>
          <w:color w:val="000000"/>
          <w:sz w:val="30"/>
        </w:rPr>
        <w:t xml:space="preserve">social circles, the bright lights of the school hallways feeling </w:t>
      </w:r>
      <w:r>
        <w:rPr>
          <w:rFonts w:ascii="LiberationSerif" w:hAnsi="LiberationSerif" w:eastAsia="LiberationSerif"/>
          <w:b w:val="0"/>
          <w:i w:val="0"/>
          <w:color w:val="000000"/>
          <w:sz w:val="30"/>
        </w:rPr>
        <w:t>too much like a stage for her private pain.</w:t>
      </w:r>
    </w:p>
    <w:p xmlns:wp14="http://schemas.microsoft.com/office/word/2010/wordml" w14:paraId="0FDBAA36"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But Maya wasn't alone. Sarah, ever the loyal friend, was a </w:t>
      </w:r>
      <w:r>
        <w:rPr>
          <w:rFonts w:ascii="LiberationSerif" w:hAnsi="LiberationSerif" w:eastAsia="LiberationSerif"/>
          <w:b w:val="0"/>
          <w:i w:val="0"/>
          <w:color w:val="000000"/>
          <w:sz w:val="30"/>
        </w:rPr>
        <w:t xml:space="preserve">constant presence. She stayed by Maya's side, offering a </w:t>
      </w:r>
      <w:r>
        <w:rPr>
          <w:rFonts w:ascii="LiberationSerif" w:hAnsi="LiberationSerif" w:eastAsia="LiberationSerif"/>
          <w:b w:val="0"/>
          <w:i w:val="0"/>
          <w:color w:val="000000"/>
          <w:sz w:val="30"/>
        </w:rPr>
        <w:t xml:space="preserve">listening ear, a shoulder to cry on, and a steady stream of </w:t>
      </w:r>
      <w:r>
        <w:rPr>
          <w:rFonts w:ascii="LiberationSerif" w:hAnsi="LiberationSerif" w:eastAsia="LiberationSerif"/>
          <w:b w:val="0"/>
          <w:i w:val="0"/>
          <w:color w:val="000000"/>
          <w:sz w:val="30"/>
        </w:rPr>
        <w:t>comforting words.</w:t>
      </w:r>
    </w:p>
    <w:p xmlns:wp14="http://schemas.microsoft.com/office/word/2010/wordml" w14:paraId="334DF4A5"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"I know this is tough, Maya," Sarah said one afternoon, </w:t>
      </w:r>
      <w:r>
        <w:rPr>
          <w:rFonts w:ascii="LiberationSerif" w:hAnsi="LiberationSerif" w:eastAsia="LiberationSerif"/>
          <w:b w:val="0"/>
          <w:i w:val="0"/>
          <w:color w:val="000000"/>
          <w:sz w:val="30"/>
        </w:rPr>
        <w:t xml:space="preserve">while they sat in Maya's room, surrounded by the chaos of </w:t>
      </w:r>
      <w:r>
        <w:rPr>
          <w:rFonts w:ascii="LiberationSerif" w:hAnsi="LiberationSerif" w:eastAsia="LiberationSerif"/>
          <w:b w:val="0"/>
          <w:i w:val="0"/>
          <w:color w:val="000000"/>
          <w:sz w:val="30"/>
        </w:rPr>
        <w:t xml:space="preserve">her mom's medical supplies. "But your mom is strong. She's </w:t>
      </w:r>
      <w:r>
        <w:rPr>
          <w:rFonts w:ascii="LiberationSerif" w:hAnsi="LiberationSerif" w:eastAsia="LiberationSerif"/>
          <w:b w:val="0"/>
          <w:i w:val="0"/>
          <w:color w:val="000000"/>
          <w:sz w:val="30"/>
        </w:rPr>
        <w:t>a fighter."</w:t>
      </w:r>
    </w:p>
    <w:p xmlns:wp14="http://schemas.microsoft.com/office/word/2010/wordml" w14:paraId="24271D87"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Maya looked up, a flicker of hope in her eyes. "You think </w:t>
      </w:r>
      <w:r>
        <w:rPr>
          <w:rFonts w:ascii="LiberationSerif" w:hAnsi="LiberationSerif" w:eastAsia="LiberationSerif"/>
          <w:b w:val="0"/>
          <w:i w:val="0"/>
          <w:color w:val="000000"/>
          <w:sz w:val="30"/>
        </w:rPr>
        <w:t>so?"</w:t>
      </w:r>
    </w:p>
    <w:p xmlns:wp14="http://schemas.microsoft.com/office/word/2010/wordml" w14:paraId="1F72F646" wp14:textId="77777777">
      <w:pPr>
        <w:sectPr>
          <w:pgSz w:w="12240" w:h="15840" w:orient="portrait"/>
          <w:pgMar w:top="0" w:right="1420" w:bottom="0" w:left="1440" w:header="720" w:footer="720" w:gutter="0"/>
          <w:cols/>
          <w:docGrid w:linePitch="360"/>
        </w:sectPr>
      </w:pPr>
    </w:p>
    <w:p xmlns:wp14="http://schemas.microsoft.com/office/word/2010/wordml" w14:paraId="4175B643" wp14:textId="77777777">
      <w:pPr>
        <w:autoSpaceDN w:val="0"/>
        <w:autoSpaceDE w:val="0"/>
        <w:widowControl/>
        <w:spacing w:before="1790" w:after="0" w:line="360" w:lineRule="exact"/>
        <w:ind w:left="1000" w:right="1152" w:firstLine="0"/>
        <w:jc w:val="left"/>
      </w:pPr>
      <w:r>
        <w:rPr>
          <w:rFonts w:ascii="LiberationSerif" w:hAnsi="LiberationSerif" w:eastAsia="LiberationSerif"/>
          <w:b w:val="0"/>
          <w:i w:val="0"/>
          <w:color w:val="000000"/>
          <w:sz w:val="30"/>
        </w:rPr>
        <w:t xml:space="preserve">"I know so," Sarah insisted, placing her hand over Maya's. </w:t>
      </w:r>
      <w:r>
        <w:rPr>
          <w:rFonts w:ascii="LiberationSerif" w:hAnsi="LiberationSerif" w:eastAsia="LiberationSerif"/>
          <w:b w:val="0"/>
          <w:i w:val="0"/>
          <w:color w:val="000000"/>
          <w:sz w:val="30"/>
        </w:rPr>
        <w:t xml:space="preserve">"She's got you, and she's got all of us. We'll get through this </w:t>
      </w:r>
      <w:r>
        <w:rPr>
          <w:rFonts w:ascii="LiberationSerif" w:hAnsi="LiberationSerif" w:eastAsia="LiberationSerif"/>
          <w:b w:val="0"/>
          <w:i w:val="0"/>
          <w:color w:val="000000"/>
          <w:sz w:val="30"/>
        </w:rPr>
        <w:t>together."</w:t>
      </w:r>
    </w:p>
    <w:p xmlns:wp14="http://schemas.microsoft.com/office/word/2010/wordml" w14:paraId="60A5751E"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Sarah's words, though simple, were a lifeline for Maya. Her </w:t>
      </w:r>
      <w:r>
        <w:rPr>
          <w:rFonts w:ascii="LiberationSerif" w:hAnsi="LiberationSerif" w:eastAsia="LiberationSerif"/>
          <w:b w:val="0"/>
          <w:i w:val="0"/>
          <w:color w:val="000000"/>
          <w:sz w:val="30"/>
        </w:rPr>
        <w:t xml:space="preserve">friend's unwavering belief in her mom's strength and her </w:t>
      </w:r>
      <w:r>
        <w:rPr>
          <w:rFonts w:ascii="LiberationSerif" w:hAnsi="LiberationSerif" w:eastAsia="LiberationSerif"/>
          <w:b w:val="0"/>
          <w:i w:val="0"/>
          <w:color w:val="000000"/>
          <w:sz w:val="30"/>
        </w:rPr>
        <w:t xml:space="preserve">own resilience gave Maya the courage to face each day, each </w:t>
      </w:r>
      <w:r>
        <w:rPr>
          <w:rFonts w:ascii="LiberationSerif" w:hAnsi="LiberationSerif" w:eastAsia="LiberationSerif"/>
          <w:b w:val="0"/>
          <w:i w:val="0"/>
          <w:color w:val="000000"/>
          <w:sz w:val="30"/>
        </w:rPr>
        <w:t>test, each doctor's visit with a glimmer of hope.</w:t>
      </w:r>
    </w:p>
    <w:p xmlns:wp14="http://schemas.microsoft.com/office/word/2010/wordml" w14:paraId="71C7E6F4"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The other members of their group, the diverse and unlikely </w:t>
      </w:r>
      <w:r>
        <w:rPr>
          <w:rFonts w:ascii="LiberationSerif" w:hAnsi="LiberationSerif" w:eastAsia="LiberationSerif"/>
          <w:b w:val="0"/>
          <w:i w:val="0"/>
          <w:color w:val="000000"/>
          <w:sz w:val="30"/>
        </w:rPr>
        <w:t xml:space="preserve">crew who had found solace in each other's company, also </w:t>
      </w:r>
      <w:r>
        <w:rPr>
          <w:rFonts w:ascii="LiberationSerif" w:hAnsi="LiberationSerif" w:eastAsia="LiberationSerif"/>
          <w:b w:val="0"/>
          <w:i w:val="0"/>
          <w:color w:val="000000"/>
          <w:sz w:val="30"/>
        </w:rPr>
        <w:t>sensed Maya's distress.</w:t>
      </w:r>
    </w:p>
    <w:p xmlns:wp14="http://schemas.microsoft.com/office/word/2010/wordml" w14:paraId="68EFECAC"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Lucas, the quiet and introspective artist, surprised Maya by </w:t>
      </w:r>
      <w:r>
        <w:rPr>
          <w:rFonts w:ascii="LiberationSerif" w:hAnsi="LiberationSerif" w:eastAsia="LiberationSerif"/>
          <w:b w:val="0"/>
          <w:i w:val="0"/>
          <w:color w:val="000000"/>
          <w:sz w:val="30"/>
        </w:rPr>
        <w:t xml:space="preserve">bringing over a beautifully painted canvas, depicting a </w:t>
      </w:r>
      <w:r>
        <w:rPr>
          <w:rFonts w:ascii="LiberationSerif" w:hAnsi="LiberationSerif" w:eastAsia="LiberationSerif"/>
          <w:b w:val="0"/>
          <w:i w:val="0"/>
          <w:color w:val="000000"/>
          <w:sz w:val="30"/>
        </w:rPr>
        <w:t>swirling galaxy of stars, a symbol of hope and resilience.</w:t>
      </w:r>
    </w:p>
    <w:p xmlns:wp14="http://schemas.microsoft.com/office/word/2010/wordml" w14:paraId="75E0B6C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"I know you're going through a lot, Maya," Lucas said, his </w:t>
      </w:r>
      <w:r>
        <w:rPr>
          <w:rFonts w:ascii="LiberationSerif" w:hAnsi="LiberationSerif" w:eastAsia="LiberationSerif"/>
          <w:b w:val="0"/>
          <w:i w:val="0"/>
          <w:color w:val="000000"/>
          <w:sz w:val="30"/>
        </w:rPr>
        <w:t xml:space="preserve">voice soft but sincere. "This is for you. Think of it as a </w:t>
      </w:r>
      <w:r>
        <w:rPr>
          <w:rFonts w:ascii="LiberationSerif" w:hAnsi="LiberationSerif" w:eastAsia="LiberationSerif"/>
          <w:b w:val="0"/>
          <w:i w:val="0"/>
          <w:color w:val="000000"/>
          <w:sz w:val="30"/>
        </w:rPr>
        <w:t xml:space="preserve">reminder that even in the darkest nights, there are still stars </w:t>
      </w:r>
      <w:r>
        <w:rPr>
          <w:rFonts w:ascii="LiberationSerif" w:hAnsi="LiberationSerif" w:eastAsia="LiberationSerif"/>
          <w:b w:val="0"/>
          <w:i w:val="0"/>
          <w:color w:val="000000"/>
          <w:sz w:val="30"/>
        </w:rPr>
        <w:t>shining above."</w:t>
      </w:r>
    </w:p>
    <w:p xmlns:wp14="http://schemas.microsoft.com/office/word/2010/wordml" w14:paraId="460FFF34"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The canvas brought tears to Maya's eyes. Lucas, with his </w:t>
      </w:r>
      <w:r>
        <w:rPr>
          <w:rFonts w:ascii="LiberationSerif" w:hAnsi="LiberationSerif" w:eastAsia="LiberationSerif"/>
          <w:b w:val="0"/>
          <w:i w:val="0"/>
          <w:color w:val="000000"/>
          <w:sz w:val="30"/>
        </w:rPr>
        <w:t xml:space="preserve">quiet strength, had touched her heart in a way she hadn't </w:t>
      </w:r>
      <w:r>
        <w:rPr>
          <w:rFonts w:ascii="LiberationSerif" w:hAnsi="LiberationSerif" w:eastAsia="LiberationSerif"/>
          <w:b w:val="0"/>
          <w:i w:val="0"/>
          <w:color w:val="000000"/>
          <w:sz w:val="30"/>
        </w:rPr>
        <w:t>expected.</w:t>
      </w:r>
    </w:p>
    <w:p xmlns:wp14="http://schemas.microsoft.com/office/word/2010/wordml" w14:paraId="6DA528E0"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Then there was Liam, the charismatic and outgoing leader of </w:t>
      </w:r>
      <w:r>
        <w:rPr>
          <w:rFonts w:ascii="LiberationSerif" w:hAnsi="LiberationSerif" w:eastAsia="LiberationSerif"/>
          <w:b w:val="0"/>
          <w:i w:val="0"/>
          <w:color w:val="000000"/>
          <w:sz w:val="30"/>
        </w:rPr>
        <w:t xml:space="preserve">their group. He organized a "Team Maya" fundraiser, </w:t>
      </w:r>
      <w:r>
        <w:br/>
      </w:r>
      <w:r>
        <w:rPr>
          <w:rFonts w:ascii="LiberationSerif" w:hAnsi="LiberationSerif" w:eastAsia="LiberationSerif"/>
          <w:b w:val="0"/>
          <w:i w:val="0"/>
          <w:color w:val="000000"/>
          <w:sz w:val="30"/>
        </w:rPr>
        <w:t xml:space="preserve">rallying their classmates to donate to a cancer research </w:t>
      </w:r>
      <w:r>
        <w:br/>
      </w:r>
      <w:r>
        <w:rPr>
          <w:rFonts w:ascii="LiberationSerif" w:hAnsi="LiberationSerif" w:eastAsia="LiberationSerif"/>
          <w:b w:val="0"/>
          <w:i w:val="0"/>
          <w:color w:val="000000"/>
          <w:sz w:val="30"/>
        </w:rPr>
        <w:t>foundation in honor of Maya's mom.</w:t>
      </w:r>
    </w:p>
    <w:p xmlns:wp14="http://schemas.microsoft.com/office/word/2010/wordml" w14:paraId="11C3CB0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"We're in this together, Maya," Liam proclaimed, his </w:t>
      </w:r>
      <w:r>
        <w:br/>
      </w:r>
      <w:r>
        <w:rPr>
          <w:rFonts w:ascii="LiberationSerif" w:hAnsi="LiberationSerif" w:eastAsia="LiberationSerif"/>
          <w:b w:val="0"/>
          <w:i w:val="0"/>
          <w:color w:val="000000"/>
          <w:sz w:val="30"/>
        </w:rPr>
        <w:t xml:space="preserve">infectious enthusiasm filling the school cafeteria during their </w:t>
      </w:r>
      <w:r>
        <w:rPr>
          <w:rFonts w:ascii="LiberationSerif" w:hAnsi="LiberationSerif" w:eastAsia="LiberationSerif"/>
          <w:b w:val="0"/>
          <w:i w:val="0"/>
          <w:color w:val="000000"/>
          <w:sz w:val="30"/>
        </w:rPr>
        <w:t xml:space="preserve">fundraiser. "We're going to fight this with you, every step of </w:t>
      </w:r>
      <w:r>
        <w:rPr>
          <w:rFonts w:ascii="LiberationSerif" w:hAnsi="LiberationSerif" w:eastAsia="LiberationSerif"/>
          <w:b w:val="0"/>
          <w:i w:val="0"/>
          <w:color w:val="000000"/>
          <w:sz w:val="30"/>
        </w:rPr>
        <w:t>the way."</w:t>
      </w:r>
    </w:p>
    <w:p xmlns:wp14="http://schemas.microsoft.com/office/word/2010/wordml" w14:paraId="08CE6F91" wp14:textId="77777777">
      <w:pPr>
        <w:sectPr>
          <w:pgSz w:w="12240" w:h="15840" w:orient="portrait"/>
          <w:pgMar w:top="0" w:right="1420" w:bottom="0" w:left="1440" w:header="720" w:footer="720" w:gutter="0"/>
          <w:cols/>
          <w:docGrid w:linePitch="360"/>
        </w:sectPr>
      </w:pPr>
    </w:p>
    <w:p xmlns:wp14="http://schemas.microsoft.com/office/word/2010/wordml" w14:paraId="113841F2" wp14:textId="77777777">
      <w:pPr>
        <w:autoSpaceDN w:val="0"/>
        <w:autoSpaceDE w:val="0"/>
        <w:widowControl/>
        <w:spacing w:before="1790" w:after="0" w:line="360" w:lineRule="exact"/>
        <w:ind w:left="1000" w:right="1152" w:firstLine="0"/>
        <w:jc w:val="left"/>
      </w:pPr>
      <w:r>
        <w:rPr>
          <w:rFonts w:ascii="LiberationSerif" w:hAnsi="LiberationSerif" w:eastAsia="LiberationSerif"/>
          <w:b w:val="0"/>
          <w:i w:val="0"/>
          <w:color w:val="000000"/>
          <w:sz w:val="30"/>
        </w:rPr>
        <w:t xml:space="preserve">Liam's initiative, born from a deep sense of empathy, </w:t>
      </w:r>
      <w:r>
        <w:br/>
      </w:r>
      <w:r>
        <w:rPr>
          <w:rFonts w:ascii="LiberationSerif" w:hAnsi="LiberationSerif" w:eastAsia="LiberationSerif"/>
          <w:b w:val="0"/>
          <w:i w:val="0"/>
          <w:color w:val="000000"/>
          <w:sz w:val="30"/>
        </w:rPr>
        <w:t xml:space="preserve">reminded Maya that she wasn't alone in this fight. She had a </w:t>
      </w:r>
      <w:r>
        <w:rPr>
          <w:rFonts w:ascii="LiberationSerif" w:hAnsi="LiberationSerif" w:eastAsia="LiberationSerif"/>
          <w:b w:val="0"/>
          <w:i w:val="0"/>
          <w:color w:val="000000"/>
          <w:sz w:val="30"/>
        </w:rPr>
        <w:t xml:space="preserve">whole team of friends, each with their unique talents and </w:t>
      </w:r>
      <w:r>
        <w:rPr>
          <w:rFonts w:ascii="LiberationSerif" w:hAnsi="LiberationSerif" w:eastAsia="LiberationSerif"/>
          <w:b w:val="0"/>
          <w:i w:val="0"/>
          <w:color w:val="000000"/>
          <w:sz w:val="30"/>
        </w:rPr>
        <w:t>unwavering support, ready to stand by her side.</w:t>
      </w:r>
    </w:p>
    <w:p xmlns:wp14="http://schemas.microsoft.com/office/word/2010/wordml" w14:paraId="7B30B5EE"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One evening, Maya's mom, her face pale but her spirit </w:t>
      </w:r>
      <w:r>
        <w:rPr>
          <w:rFonts w:ascii="LiberationSerif" w:hAnsi="LiberationSerif" w:eastAsia="LiberationSerif"/>
          <w:b w:val="0"/>
          <w:i w:val="0"/>
          <w:color w:val="000000"/>
          <w:sz w:val="30"/>
        </w:rPr>
        <w:t xml:space="preserve">unwavering, looked at her daughter, her eyes filled with </w:t>
      </w:r>
      <w:r>
        <w:rPr>
          <w:rFonts w:ascii="LiberationSerif" w:hAnsi="LiberationSerif" w:eastAsia="LiberationSerif"/>
          <w:b w:val="0"/>
          <w:i w:val="0"/>
          <w:color w:val="000000"/>
          <w:sz w:val="30"/>
        </w:rPr>
        <w:t xml:space="preserve">gratitude. "Maya, sweetheart, I don't know what I would do </w:t>
      </w:r>
      <w:r>
        <w:rPr>
          <w:rFonts w:ascii="LiberationSerif" w:hAnsi="LiberationSerif" w:eastAsia="LiberationSerif"/>
          <w:b w:val="0"/>
          <w:i w:val="0"/>
          <w:color w:val="000000"/>
          <w:sz w:val="30"/>
        </w:rPr>
        <w:t>without you and your friends."</w:t>
      </w:r>
    </w:p>
    <w:p xmlns:wp14="http://schemas.microsoft.com/office/word/2010/wordml" w14:paraId="01BC8867"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Maya squeezed her mom's hand. "Mom, you're not alone. </w:t>
      </w:r>
      <w:r>
        <w:rPr>
          <w:rFonts w:ascii="LiberationSerif" w:hAnsi="LiberationSerif" w:eastAsia="LiberationSerif"/>
          <w:b w:val="0"/>
          <w:i w:val="0"/>
          <w:color w:val="000000"/>
          <w:sz w:val="30"/>
        </w:rPr>
        <w:t xml:space="preserve">We're here with you, every step of the way. We'll get through </w:t>
      </w:r>
      <w:r>
        <w:rPr>
          <w:rFonts w:ascii="LiberationSerif" w:hAnsi="LiberationSerif" w:eastAsia="LiberationSerif"/>
          <w:b w:val="0"/>
          <w:i w:val="0"/>
          <w:color w:val="000000"/>
          <w:sz w:val="30"/>
        </w:rPr>
        <w:t>this, together."</w:t>
      </w:r>
    </w:p>
    <w:p xmlns:wp14="http://schemas.microsoft.com/office/word/2010/wordml" w14:paraId="264C89D3"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In that moment, Maya understood the true meaning of </w:t>
      </w:r>
      <w:r>
        <w:rPr>
          <w:rFonts w:ascii="LiberationSerif" w:hAnsi="LiberationSerif" w:eastAsia="LiberationSerif"/>
          <w:b w:val="0"/>
          <w:i w:val="0"/>
          <w:color w:val="000000"/>
          <w:sz w:val="30"/>
        </w:rPr>
        <w:t xml:space="preserve">"unbreakable bond." It wasn't just a phrase; it was a living, </w:t>
      </w:r>
      <w:r>
        <w:rPr>
          <w:rFonts w:ascii="LiberationSerif" w:hAnsi="LiberationSerif" w:eastAsia="LiberationSerif"/>
          <w:b w:val="0"/>
          <w:i w:val="0"/>
          <w:color w:val="000000"/>
          <w:sz w:val="30"/>
        </w:rPr>
        <w:t xml:space="preserve">breathing reality. It was the unwavering support of friends, </w:t>
      </w:r>
      <w:r>
        <w:rPr>
          <w:rFonts w:ascii="LiberationSerif" w:hAnsi="LiberationSerif" w:eastAsia="LiberationSerif"/>
          <w:b w:val="0"/>
          <w:i w:val="0"/>
          <w:color w:val="000000"/>
          <w:sz w:val="30"/>
        </w:rPr>
        <w:t xml:space="preserve">the strength that came from shared experiences, and the </w:t>
      </w:r>
      <w:r>
        <w:rPr>
          <w:rFonts w:ascii="LiberationSerif" w:hAnsi="LiberationSerif" w:eastAsia="LiberationSerif"/>
          <w:b w:val="0"/>
          <w:i w:val="0"/>
          <w:color w:val="000000"/>
          <w:sz w:val="30"/>
        </w:rPr>
        <w:t xml:space="preserve">resilience that bloomed in the face of adversity. It was a </w:t>
      </w:r>
      <w:r>
        <w:rPr>
          <w:rFonts w:ascii="LiberationSerif" w:hAnsi="LiberationSerif" w:eastAsia="LiberationSerif"/>
          <w:b w:val="0"/>
          <w:i w:val="0"/>
          <w:color w:val="000000"/>
          <w:sz w:val="30"/>
        </w:rPr>
        <w:t xml:space="preserve">testament to the human spirit, a force that could overcome </w:t>
      </w:r>
      <w:r>
        <w:rPr>
          <w:rFonts w:ascii="LiberationSerif" w:hAnsi="LiberationSerif" w:eastAsia="LiberationSerif"/>
          <w:b w:val="0"/>
          <w:i w:val="0"/>
          <w:color w:val="000000"/>
          <w:sz w:val="30"/>
        </w:rPr>
        <w:t xml:space="preserve">even the most daunting challenges, as long as you had </w:t>
      </w:r>
      <w:r>
        <w:rPr>
          <w:rFonts w:ascii="LiberationSerif" w:hAnsi="LiberationSerif" w:eastAsia="LiberationSerif"/>
          <w:b w:val="0"/>
          <w:i w:val="0"/>
          <w:color w:val="000000"/>
          <w:sz w:val="30"/>
        </w:rPr>
        <w:t>someone to fight alongside you.</w:t>
      </w:r>
    </w:p>
    <w:p xmlns:wp14="http://schemas.microsoft.com/office/word/2010/wordml" w14:paraId="0662C563"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journey was far from over. Maya's mom's treatment </w:t>
      </w:r>
      <w:r>
        <w:rPr>
          <w:rFonts w:ascii="LiberationSerif" w:hAnsi="LiberationSerif" w:eastAsia="LiberationSerif"/>
          <w:b w:val="0"/>
          <w:i w:val="0"/>
          <w:color w:val="000000"/>
          <w:sz w:val="30"/>
        </w:rPr>
        <w:t xml:space="preserve">would be long and arduous, filled with uncertainties and </w:t>
      </w:r>
      <w:r>
        <w:rPr>
          <w:rFonts w:ascii="LiberationSerif" w:hAnsi="LiberationSerif" w:eastAsia="LiberationSerif"/>
          <w:b w:val="0"/>
          <w:i w:val="0"/>
          <w:color w:val="000000"/>
          <w:sz w:val="30"/>
        </w:rPr>
        <w:t xml:space="preserve">moments of fear. But Maya knew, with a newfound certainty, </w:t>
      </w:r>
      <w:r>
        <w:rPr>
          <w:rFonts w:ascii="LiberationSerif" w:hAnsi="LiberationSerif" w:eastAsia="LiberationSerif"/>
          <w:b w:val="0"/>
          <w:i w:val="0"/>
          <w:color w:val="000000"/>
          <w:sz w:val="30"/>
        </w:rPr>
        <w:t xml:space="preserve">that she wasn't alone. She had her friends, her family, and a </w:t>
      </w:r>
      <w:r>
        <w:rPr>
          <w:rFonts w:ascii="LiberationSerif" w:hAnsi="LiberationSerif" w:eastAsia="LiberationSerif"/>
          <w:b w:val="0"/>
          <w:i w:val="0"/>
          <w:color w:val="000000"/>
          <w:sz w:val="30"/>
        </w:rPr>
        <w:t xml:space="preserve">community that loved and supported her. And in the face of </w:t>
      </w:r>
      <w:r>
        <w:rPr>
          <w:rFonts w:ascii="LiberationSerif" w:hAnsi="LiberationSerif" w:eastAsia="LiberationSerif"/>
          <w:b w:val="0"/>
          <w:i w:val="0"/>
          <w:color w:val="000000"/>
          <w:sz w:val="30"/>
        </w:rPr>
        <w:t>adversity, that was all that mattered.</w:t>
      </w:r>
    </w:p>
    <w:p xmlns:wp14="http://schemas.microsoft.com/office/word/2010/wordml" w14:paraId="61CDCEAD" wp14:textId="77777777">
      <w:pPr>
        <w:sectPr>
          <w:pgSz w:w="12240" w:h="15840" w:orient="portrait"/>
          <w:pgMar w:top="0" w:right="1420" w:bottom="0" w:left="1440" w:header="720" w:footer="720" w:gutter="0"/>
          <w:cols/>
          <w:docGrid w:linePitch="360"/>
        </w:sectPr>
      </w:pPr>
    </w:p>
    <w:p xmlns:wp14="http://schemas.microsoft.com/office/word/2010/wordml" w14:paraId="2F34168F"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079A5AED"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air hummed with a mix of anticipation and nervous </w:t>
      </w:r>
      <w:r>
        <w:rPr>
          <w:rFonts w:ascii="LiberationSerif" w:hAnsi="LiberationSerif" w:eastAsia="LiberationSerif"/>
          <w:b w:val="0"/>
          <w:i w:val="0"/>
          <w:color w:val="000000"/>
          <w:sz w:val="30"/>
        </w:rPr>
        <w:t xml:space="preserve">energy as the bell rang, signaling the start of another day. </w:t>
      </w:r>
      <w:r>
        <w:rPr>
          <w:rFonts w:ascii="LiberationSerif" w:hAnsi="LiberationSerif" w:eastAsia="LiberationSerif"/>
          <w:b w:val="0"/>
          <w:i w:val="0"/>
          <w:color w:val="000000"/>
          <w:sz w:val="30"/>
        </w:rPr>
        <w:t xml:space="preserve">The cafeteria buzzed with chatter, the scent of pizza and fries </w:t>
      </w:r>
      <w:r>
        <w:rPr>
          <w:rFonts w:ascii="LiberationSerif" w:hAnsi="LiberationSerif" w:eastAsia="LiberationSerif"/>
          <w:b w:val="0"/>
          <w:i w:val="0"/>
          <w:color w:val="000000"/>
          <w:sz w:val="30"/>
        </w:rPr>
        <w:t xml:space="preserve">swirling around the room. Sarah, a wisp of a girl with fiery </w:t>
      </w:r>
      <w:r>
        <w:rPr>
          <w:rFonts w:ascii="LiberationSerif" w:hAnsi="LiberationSerif" w:eastAsia="LiberationSerif"/>
          <w:b w:val="0"/>
          <w:i w:val="0"/>
          <w:color w:val="000000"/>
          <w:sz w:val="30"/>
        </w:rPr>
        <w:t xml:space="preserve">red hair, navigated the crowd with a practiced ease, her eyes </w:t>
      </w:r>
      <w:r>
        <w:rPr>
          <w:rFonts w:ascii="LiberationSerif" w:hAnsi="LiberationSerif" w:eastAsia="LiberationSerif"/>
          <w:b w:val="0"/>
          <w:i w:val="0"/>
          <w:color w:val="000000"/>
          <w:sz w:val="30"/>
        </w:rPr>
        <w:t xml:space="preserve">scanning for her usual table. There, huddled around a table </w:t>
      </w:r>
      <w:r>
        <w:rPr>
          <w:rFonts w:ascii="LiberationSerif" w:hAnsi="LiberationSerif" w:eastAsia="LiberationSerif"/>
          <w:b w:val="0"/>
          <w:i w:val="0"/>
          <w:color w:val="000000"/>
          <w:sz w:val="30"/>
        </w:rPr>
        <w:t xml:space="preserve">in the corner, sat her friends: Alex, the quiet artist with a </w:t>
      </w:r>
      <w:r>
        <w:rPr>
          <w:rFonts w:ascii="LiberationSerif" w:hAnsi="LiberationSerif" w:eastAsia="LiberationSerif"/>
          <w:b w:val="0"/>
          <w:i w:val="0"/>
          <w:color w:val="000000"/>
          <w:sz w:val="30"/>
        </w:rPr>
        <w:t xml:space="preserve">mischievous glint in his eyes; Emily, the cheerful optimist </w:t>
      </w:r>
      <w:r>
        <w:rPr>
          <w:rFonts w:ascii="LiberationSerif" w:hAnsi="LiberationSerif" w:eastAsia="LiberationSerif"/>
          <w:b w:val="0"/>
          <w:i w:val="0"/>
          <w:color w:val="000000"/>
          <w:sz w:val="30"/>
        </w:rPr>
        <w:t xml:space="preserve">with a contagious laugh; and Ben, the shy athlete with a </w:t>
      </w:r>
      <w:r>
        <w:rPr>
          <w:rFonts w:ascii="LiberationSerif" w:hAnsi="LiberationSerif" w:eastAsia="LiberationSerif"/>
          <w:b w:val="0"/>
          <w:i w:val="0"/>
          <w:color w:val="000000"/>
          <w:sz w:val="30"/>
        </w:rPr>
        <w:t>heart of gold.</w:t>
      </w:r>
    </w:p>
    <w:p xmlns:wp14="http://schemas.microsoft.com/office/word/2010/wordml" w14:paraId="2DF032B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They were an unlikely group, brought together by the shared </w:t>
      </w:r>
      <w:r>
        <w:rPr>
          <w:rFonts w:ascii="LiberationSerif" w:hAnsi="LiberationSerif" w:eastAsia="LiberationSerif"/>
          <w:b w:val="0"/>
          <w:i w:val="0"/>
          <w:color w:val="000000"/>
          <w:sz w:val="30"/>
        </w:rPr>
        <w:t xml:space="preserve">experience of navigating the choppy waters of high school. </w:t>
      </w:r>
      <w:r>
        <w:rPr>
          <w:rFonts w:ascii="LiberationSerif" w:hAnsi="LiberationSerif" w:eastAsia="LiberationSerif"/>
          <w:b w:val="0"/>
          <w:i w:val="0"/>
          <w:color w:val="000000"/>
          <w:sz w:val="30"/>
        </w:rPr>
        <w:t xml:space="preserve">They understood each other's silent anxieties and whispered </w:t>
      </w:r>
      <w:r>
        <w:rPr>
          <w:rFonts w:ascii="LiberationSerif" w:hAnsi="LiberationSerif" w:eastAsia="LiberationSerif"/>
          <w:b w:val="0"/>
          <w:i w:val="0"/>
          <w:color w:val="000000"/>
          <w:sz w:val="30"/>
        </w:rPr>
        <w:t xml:space="preserve">dreams, their differences becoming the very glue that bound </w:t>
      </w:r>
      <w:r>
        <w:rPr>
          <w:rFonts w:ascii="LiberationSerif" w:hAnsi="LiberationSerif" w:eastAsia="LiberationSerif"/>
          <w:b w:val="0"/>
          <w:i w:val="0"/>
          <w:color w:val="000000"/>
          <w:sz w:val="30"/>
        </w:rPr>
        <w:t xml:space="preserve">them. They were more than friends; they were a family, a </w:t>
      </w:r>
      <w:r>
        <w:rPr>
          <w:rFonts w:ascii="LiberationSerif" w:hAnsi="LiberationSerif" w:eastAsia="LiberationSerif"/>
          <w:b w:val="0"/>
          <w:i w:val="0"/>
          <w:color w:val="000000"/>
          <w:sz w:val="30"/>
        </w:rPr>
        <w:t>haven in the chaotic whirlwind of adolescence.</w:t>
      </w:r>
    </w:p>
    <w:p xmlns:wp14="http://schemas.microsoft.com/office/word/2010/wordml" w14:paraId="5E8B136E"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Sarah settled into her seat, a surge of excitement coursed </w:t>
      </w:r>
      <w:r>
        <w:rPr>
          <w:rFonts w:ascii="LiberationSerif" w:hAnsi="LiberationSerif" w:eastAsia="LiberationSerif"/>
          <w:b w:val="0"/>
          <w:i w:val="0"/>
          <w:color w:val="000000"/>
          <w:sz w:val="30"/>
        </w:rPr>
        <w:t xml:space="preserve">through her. It wasn't just the anticipation of another day </w:t>
      </w:r>
      <w:r>
        <w:rPr>
          <w:rFonts w:ascii="LiberationSerif" w:hAnsi="LiberationSerif" w:eastAsia="LiberationSerif"/>
          <w:b w:val="0"/>
          <w:i w:val="0"/>
          <w:color w:val="000000"/>
          <w:sz w:val="30"/>
        </w:rPr>
        <w:t xml:space="preserve">with her friends. It was something more, a flutter in her chest </w:t>
      </w:r>
      <w:r>
        <w:rPr>
          <w:rFonts w:ascii="LiberationSerif" w:hAnsi="LiberationSerif" w:eastAsia="LiberationSerif"/>
          <w:b w:val="0"/>
          <w:i w:val="0"/>
          <w:color w:val="000000"/>
          <w:sz w:val="30"/>
        </w:rPr>
        <w:t>that had begun to stir a few weeks prior. Liam.</w:t>
      </w:r>
    </w:p>
    <w:p xmlns:wp14="http://schemas.microsoft.com/office/word/2010/wordml" w14:paraId="39EFDBD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Liam, with his easy smile and kind eyes, had been a constant </w:t>
      </w:r>
      <w:r>
        <w:rPr>
          <w:rFonts w:ascii="LiberationSerif" w:hAnsi="LiberationSerif" w:eastAsia="LiberationSerif"/>
          <w:b w:val="0"/>
          <w:i w:val="0"/>
          <w:color w:val="000000"/>
          <w:sz w:val="30"/>
        </w:rPr>
        <w:t xml:space="preserve">presence in their group study sessions. He was the newest </w:t>
      </w:r>
      <w:r>
        <w:rPr>
          <w:rFonts w:ascii="LiberationSerif" w:hAnsi="LiberationSerif" w:eastAsia="LiberationSerif"/>
          <w:b w:val="0"/>
          <w:i w:val="0"/>
          <w:color w:val="000000"/>
          <w:sz w:val="30"/>
        </w:rPr>
        <w:t xml:space="preserve">member, the quiet boy who had slowly, subtly, woven </w:t>
      </w:r>
      <w:r>
        <w:br/>
      </w:r>
      <w:r>
        <w:rPr>
          <w:rFonts w:ascii="LiberationSerif" w:hAnsi="LiberationSerif" w:eastAsia="LiberationSerif"/>
          <w:b w:val="0"/>
          <w:i w:val="0"/>
          <w:color w:val="000000"/>
          <w:sz w:val="30"/>
        </w:rPr>
        <w:t xml:space="preserve">himself into their tight-knit circle. He possessed a </w:t>
      </w:r>
      <w:r>
        <w:br/>
      </w:r>
      <w:r>
        <w:rPr>
          <w:rFonts w:ascii="LiberationSerif" w:hAnsi="LiberationSerif" w:eastAsia="LiberationSerif"/>
          <w:b w:val="0"/>
          <w:i w:val="0"/>
          <w:color w:val="000000"/>
          <w:sz w:val="30"/>
        </w:rPr>
        <w:t>captivating charisma that made Sarah's heart skip a beat.</w:t>
      </w:r>
    </w:p>
    <w:p xmlns:wp14="http://schemas.microsoft.com/office/word/2010/wordml" w14:paraId="4A57DE77"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It had started with stolen glances across the library table, his </w:t>
      </w:r>
      <w:r>
        <w:rPr>
          <w:rFonts w:ascii="LiberationSerif" w:hAnsi="LiberationSerif" w:eastAsia="LiberationSerif"/>
          <w:b w:val="0"/>
          <w:i w:val="0"/>
          <w:color w:val="000000"/>
          <w:sz w:val="30"/>
        </w:rPr>
        <w:t xml:space="preserve">gaze lingering a beat too long, a shy smile tugging at the </w:t>
      </w:r>
      <w:r>
        <w:rPr>
          <w:rFonts w:ascii="LiberationSerif" w:hAnsi="LiberationSerif" w:eastAsia="LiberationSerif"/>
          <w:b w:val="0"/>
          <w:i w:val="0"/>
          <w:color w:val="000000"/>
          <w:sz w:val="30"/>
        </w:rPr>
        <w:t>corners of his lips. It had progressed to lingering</w:t>
      </w:r>
    </w:p>
    <w:p xmlns:wp14="http://schemas.microsoft.com/office/word/2010/wordml" w14:paraId="6BB9E253" wp14:textId="77777777">
      <w:pPr>
        <w:sectPr>
          <w:pgSz w:w="12240" w:h="15840" w:orient="portrait"/>
          <w:pgMar w:top="0" w:right="1420" w:bottom="0" w:left="1440" w:header="720" w:footer="720" w:gutter="0"/>
          <w:cols/>
          <w:docGrid w:linePitch="360"/>
        </w:sectPr>
      </w:pPr>
    </w:p>
    <w:p xmlns:wp14="http://schemas.microsoft.com/office/word/2010/wordml" w14:paraId="71687E22" wp14:textId="77777777">
      <w:pPr>
        <w:autoSpaceDN w:val="0"/>
        <w:autoSpaceDE w:val="0"/>
        <w:widowControl/>
        <w:spacing w:before="1430" w:after="0" w:line="360" w:lineRule="exact"/>
        <w:ind w:left="1000" w:right="1296" w:firstLine="0"/>
        <w:jc w:val="left"/>
      </w:pPr>
      <w:r>
        <w:rPr>
          <w:rFonts w:ascii="LiberationSerif" w:hAnsi="LiberationSerif" w:eastAsia="LiberationSerif"/>
          <w:b w:val="0"/>
          <w:i w:val="0"/>
          <w:color w:val="000000"/>
          <w:sz w:val="30"/>
        </w:rPr>
        <w:t xml:space="preserve">conversations after study sessions, their laughter echoing </w:t>
      </w:r>
      <w:r>
        <w:rPr>
          <w:rFonts w:ascii="LiberationSerif" w:hAnsi="LiberationSerif" w:eastAsia="LiberationSerif"/>
          <w:b w:val="0"/>
          <w:i w:val="0"/>
          <w:color w:val="000000"/>
          <w:sz w:val="30"/>
        </w:rPr>
        <w:t xml:space="preserve">through the hushed hallways, a shared secret whispered in </w:t>
      </w:r>
      <w:r>
        <w:rPr>
          <w:rFonts w:ascii="LiberationSerif" w:hAnsi="LiberationSerif" w:eastAsia="LiberationSerif"/>
          <w:b w:val="0"/>
          <w:i w:val="0"/>
          <w:color w:val="000000"/>
          <w:sz w:val="30"/>
        </w:rPr>
        <w:t>the twilight.</w:t>
      </w:r>
    </w:p>
    <w:p xmlns:wp14="http://schemas.microsoft.com/office/word/2010/wordml" w14:paraId="55729A36"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But with Liam, there was an unspoken tension, a </w:t>
      </w:r>
      <w:r>
        <w:br/>
      </w:r>
      <w:r>
        <w:rPr>
          <w:rFonts w:ascii="LiberationSerif" w:hAnsi="LiberationSerif" w:eastAsia="LiberationSerif"/>
          <w:b w:val="0"/>
          <w:i w:val="0"/>
          <w:color w:val="000000"/>
          <w:sz w:val="30"/>
        </w:rPr>
        <w:t xml:space="preserve">vulnerability that mirrored Sarah's own. He was a boy </w:t>
      </w:r>
      <w:r>
        <w:br/>
      </w:r>
      <w:r>
        <w:rPr>
          <w:rFonts w:ascii="LiberationSerif" w:hAnsi="LiberationSerif" w:eastAsia="LiberationSerif"/>
          <w:b w:val="0"/>
          <w:i w:val="0"/>
          <w:color w:val="000000"/>
          <w:sz w:val="30"/>
        </w:rPr>
        <w:t xml:space="preserve">battling his own inner demons, a quiet storm brewing </w:t>
      </w:r>
      <w:r>
        <w:br/>
      </w:r>
      <w:r>
        <w:rPr>
          <w:rFonts w:ascii="LiberationSerif" w:hAnsi="LiberationSerif" w:eastAsia="LiberationSerif"/>
          <w:b w:val="0"/>
          <w:i w:val="0"/>
          <w:color w:val="000000"/>
          <w:sz w:val="30"/>
        </w:rPr>
        <w:t xml:space="preserve">beneath his calm exterior. She sensed his pain, his </w:t>
      </w:r>
      <w:r>
        <w:br/>
      </w:r>
      <w:r>
        <w:rPr>
          <w:rFonts w:ascii="LiberationSerif" w:hAnsi="LiberationSerif" w:eastAsia="LiberationSerif"/>
          <w:b w:val="0"/>
          <w:i w:val="0"/>
          <w:color w:val="000000"/>
          <w:sz w:val="30"/>
        </w:rPr>
        <w:t xml:space="preserve">insecurities, and her desire to help him navigate the turbulent </w:t>
      </w:r>
      <w:r>
        <w:rPr>
          <w:rFonts w:ascii="LiberationSerif" w:hAnsi="LiberationSerif" w:eastAsia="LiberationSerif"/>
          <w:b w:val="0"/>
          <w:i w:val="0"/>
          <w:color w:val="000000"/>
          <w:sz w:val="30"/>
        </w:rPr>
        <w:t>waters of his own heart became a relentless pull.</w:t>
      </w:r>
    </w:p>
    <w:p xmlns:wp14="http://schemas.microsoft.com/office/word/2010/wordml" w14:paraId="340DD5C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One afternoon, after a particularly intense study session, </w:t>
      </w:r>
      <w:r>
        <w:rPr>
          <w:rFonts w:ascii="LiberationSerif" w:hAnsi="LiberationSerif" w:eastAsia="LiberationSerif"/>
          <w:b w:val="0"/>
          <w:i w:val="0"/>
          <w:color w:val="000000"/>
          <w:sz w:val="30"/>
        </w:rPr>
        <w:t xml:space="preserve">Liam lingered by the door, his eyes searching hers. "I...I </w:t>
      </w:r>
      <w:r>
        <w:rPr>
          <w:rFonts w:ascii="LiberationSerif" w:hAnsi="LiberationSerif" w:eastAsia="LiberationSerif"/>
          <w:b w:val="0"/>
          <w:i w:val="0"/>
          <w:color w:val="000000"/>
          <w:sz w:val="30"/>
        </w:rPr>
        <w:t>need to talk to you," he stammered, his voice barely audible.</w:t>
      </w:r>
    </w:p>
    <w:p xmlns:wp14="http://schemas.microsoft.com/office/word/2010/wordml" w14:paraId="08F0F868" wp14:textId="77777777">
      <w:pPr>
        <w:autoSpaceDN w:val="0"/>
        <w:autoSpaceDE w:val="0"/>
        <w:widowControl/>
        <w:spacing w:before="0" w:after="0" w:line="360" w:lineRule="exact"/>
        <w:ind w:left="1000" w:right="1584" w:firstLine="0"/>
        <w:jc w:val="left"/>
      </w:pPr>
      <w:r>
        <w:rPr>
          <w:rFonts w:ascii="LiberationSerif" w:hAnsi="LiberationSerif" w:eastAsia="LiberationSerif"/>
          <w:b w:val="0"/>
          <w:i w:val="0"/>
          <w:color w:val="000000"/>
          <w:sz w:val="30"/>
        </w:rPr>
        <w:t xml:space="preserve">Sarah's breath hitched. This was it. The moment she had </w:t>
      </w:r>
      <w:r>
        <w:rPr>
          <w:rFonts w:ascii="LiberationSerif" w:hAnsi="LiberationSerif" w:eastAsia="LiberationSerif"/>
          <w:b w:val="0"/>
          <w:i w:val="0"/>
          <w:color w:val="000000"/>
          <w:sz w:val="30"/>
        </w:rPr>
        <w:t>been both longing for and dreading.</w:t>
      </w:r>
    </w:p>
    <w:p xmlns:wp14="http://schemas.microsoft.com/office/word/2010/wordml" w14:paraId="2207E7A1"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They found a quiet corner in the school courtyard, the </w:t>
      </w:r>
      <w:r>
        <w:rPr>
          <w:rFonts w:ascii="LiberationSerif" w:hAnsi="LiberationSerif" w:eastAsia="LiberationSerif"/>
          <w:b w:val="0"/>
          <w:i w:val="0"/>
          <w:color w:val="000000"/>
          <w:sz w:val="30"/>
        </w:rPr>
        <w:t>afternoon sun casting long shadows on the paved ground.</w:t>
      </w:r>
    </w:p>
    <w:p xmlns:wp14="http://schemas.microsoft.com/office/word/2010/wordml" w14:paraId="25BC4743" wp14:textId="77777777">
      <w:pPr>
        <w:autoSpaceDN w:val="0"/>
        <w:autoSpaceDE w:val="0"/>
        <w:widowControl/>
        <w:spacing w:before="0" w:after="0" w:line="360" w:lineRule="exact"/>
        <w:ind w:left="1000" w:right="1008" w:firstLine="0"/>
        <w:jc w:val="left"/>
      </w:pPr>
      <w:r>
        <w:rPr>
          <w:rFonts w:ascii="LiberationSerif" w:hAnsi="LiberationSerif" w:eastAsia="LiberationSerif"/>
          <w:b w:val="0"/>
          <w:i w:val="0"/>
          <w:color w:val="000000"/>
          <w:sz w:val="30"/>
        </w:rPr>
        <w:t xml:space="preserve">Liam's voice, usually so quiet, held a raw honesty as he </w:t>
      </w:r>
      <w:r>
        <w:rPr>
          <w:rFonts w:ascii="LiberationSerif" w:hAnsi="LiberationSerif" w:eastAsia="LiberationSerif"/>
          <w:b w:val="0"/>
          <w:i w:val="0"/>
          <w:color w:val="000000"/>
          <w:sz w:val="30"/>
        </w:rPr>
        <w:t xml:space="preserve">poured out his heart. He spoke of his struggles, the weight of </w:t>
      </w:r>
      <w:r>
        <w:rPr>
          <w:rFonts w:ascii="LiberationSerif" w:hAnsi="LiberationSerif" w:eastAsia="LiberationSerif"/>
          <w:b w:val="0"/>
          <w:i w:val="0"/>
          <w:color w:val="000000"/>
          <w:sz w:val="30"/>
        </w:rPr>
        <w:t xml:space="preserve">expectations, the fear of failure. He spoke of his insecurities, </w:t>
      </w:r>
      <w:r>
        <w:rPr>
          <w:rFonts w:ascii="LiberationSerif" w:hAnsi="LiberationSerif" w:eastAsia="LiberationSerif"/>
          <w:b w:val="0"/>
          <w:i w:val="0"/>
          <w:color w:val="000000"/>
          <w:sz w:val="30"/>
        </w:rPr>
        <w:t xml:space="preserve">the doubts that gnawed at him, the crippling fear of not being </w:t>
      </w:r>
      <w:r>
        <w:rPr>
          <w:rFonts w:ascii="LiberationSerif" w:hAnsi="LiberationSerif" w:eastAsia="LiberationSerif"/>
          <w:b w:val="0"/>
          <w:i w:val="0"/>
          <w:color w:val="000000"/>
          <w:sz w:val="30"/>
        </w:rPr>
        <w:t>good enough.</w:t>
      </w:r>
    </w:p>
    <w:p xmlns:wp14="http://schemas.microsoft.com/office/word/2010/wordml" w14:paraId="4BFE0F6F"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 listened, her heart aching for him. She understood his </w:t>
      </w:r>
      <w:r>
        <w:rPr>
          <w:rFonts w:ascii="LiberationSerif" w:hAnsi="LiberationSerif" w:eastAsia="LiberationSerif"/>
          <w:b w:val="0"/>
          <w:i w:val="0"/>
          <w:color w:val="000000"/>
          <w:sz w:val="30"/>
        </w:rPr>
        <w:t xml:space="preserve">pain, the suffocating weight of self-doubt, the fear of not </w:t>
      </w:r>
      <w:r>
        <w:rPr>
          <w:rFonts w:ascii="LiberationSerif" w:hAnsi="LiberationSerif" w:eastAsia="LiberationSerif"/>
          <w:b w:val="0"/>
          <w:i w:val="0"/>
          <w:color w:val="000000"/>
          <w:sz w:val="30"/>
        </w:rPr>
        <w:t xml:space="preserve">being worthy of love. It was a familiar ache, a shadow she </w:t>
      </w:r>
      <w:r>
        <w:rPr>
          <w:rFonts w:ascii="LiberationSerif" w:hAnsi="LiberationSerif" w:eastAsia="LiberationSerif"/>
          <w:b w:val="0"/>
          <w:i w:val="0"/>
          <w:color w:val="000000"/>
          <w:sz w:val="30"/>
        </w:rPr>
        <w:t>had wrestled with for years.</w:t>
      </w:r>
    </w:p>
    <w:p xmlns:wp14="http://schemas.microsoft.com/office/word/2010/wordml" w14:paraId="4D7B1949"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As Liam spoke, a strange sense of understanding washed </w:t>
      </w:r>
      <w:r>
        <w:rPr>
          <w:rFonts w:ascii="LiberationSerif" w:hAnsi="LiberationSerif" w:eastAsia="LiberationSerif"/>
          <w:b w:val="0"/>
          <w:i w:val="0"/>
          <w:color w:val="000000"/>
          <w:sz w:val="30"/>
        </w:rPr>
        <w:t xml:space="preserve">over Sarah. It wasn't just his pain that mirrored hers; it was </w:t>
      </w:r>
      <w:r>
        <w:rPr>
          <w:rFonts w:ascii="LiberationSerif" w:hAnsi="LiberationSerif" w:eastAsia="LiberationSerif"/>
          <w:b w:val="0"/>
          <w:i w:val="0"/>
          <w:color w:val="000000"/>
          <w:sz w:val="30"/>
        </w:rPr>
        <w:t xml:space="preserve">his courage, his vulnerability, his unwavering hope. It was </w:t>
      </w:r>
      <w:r>
        <w:rPr>
          <w:rFonts w:ascii="LiberationSerif" w:hAnsi="LiberationSerif" w:eastAsia="LiberationSerif"/>
          <w:b w:val="0"/>
          <w:i w:val="0"/>
          <w:color w:val="000000"/>
          <w:sz w:val="30"/>
        </w:rPr>
        <w:t xml:space="preserve">his quiet strength that resonated with her own, a shared </w:t>
      </w:r>
      <w:r>
        <w:rPr>
          <w:rFonts w:ascii="LiberationSerif" w:hAnsi="LiberationSerif" w:eastAsia="LiberationSerif"/>
          <w:b w:val="0"/>
          <w:i w:val="0"/>
          <w:color w:val="000000"/>
          <w:sz w:val="30"/>
        </w:rPr>
        <w:t>whisper in the silent language of the heart.</w:t>
      </w:r>
    </w:p>
    <w:p xmlns:wp14="http://schemas.microsoft.com/office/word/2010/wordml" w14:paraId="23DE523C" wp14:textId="77777777">
      <w:pPr>
        <w:sectPr>
          <w:pgSz w:w="12240" w:h="15840" w:orient="portrait"/>
          <w:pgMar w:top="0" w:right="1420" w:bottom="0" w:left="1440" w:header="720" w:footer="720" w:gutter="0"/>
          <w:cols/>
          <w:docGrid w:linePitch="360"/>
        </w:sectPr>
      </w:pPr>
    </w:p>
    <w:p xmlns:wp14="http://schemas.microsoft.com/office/word/2010/wordml" w14:paraId="079710D5"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And in that shared vulnerability, in the soft glow of the </w:t>
      </w:r>
      <w:r>
        <w:rPr>
          <w:rFonts w:ascii="LiberationSerif" w:hAnsi="LiberationSerif" w:eastAsia="LiberationSerif"/>
          <w:b w:val="0"/>
          <w:i w:val="0"/>
          <w:color w:val="000000"/>
          <w:sz w:val="30"/>
        </w:rPr>
        <w:t>setting sun, a new kind of connection sparked between them.</w:t>
      </w:r>
    </w:p>
    <w:p xmlns:wp14="http://schemas.microsoft.com/office/word/2010/wordml" w14:paraId="22CB6623" wp14:textId="77777777">
      <w:pPr>
        <w:autoSpaceDN w:val="0"/>
        <w:autoSpaceDE w:val="0"/>
        <w:widowControl/>
        <w:spacing w:before="0" w:after="0" w:line="360" w:lineRule="exact"/>
        <w:ind w:left="1000" w:right="1584" w:firstLine="0"/>
        <w:jc w:val="left"/>
      </w:pPr>
      <w:r>
        <w:rPr>
          <w:rFonts w:ascii="LiberationSerif" w:hAnsi="LiberationSerif" w:eastAsia="LiberationSerif"/>
          <w:b w:val="0"/>
          <w:i w:val="0"/>
          <w:color w:val="000000"/>
          <w:sz w:val="30"/>
        </w:rPr>
        <w:t xml:space="preserve">It wasn't just attraction, but a shared understanding, a </w:t>
      </w:r>
      <w:r>
        <w:rPr>
          <w:rFonts w:ascii="LiberationSerif" w:hAnsi="LiberationSerif" w:eastAsia="LiberationSerif"/>
          <w:b w:val="0"/>
          <w:i w:val="0"/>
          <w:color w:val="000000"/>
          <w:sz w:val="30"/>
        </w:rPr>
        <w:t>connection forged in the fires of their own inner battles.</w:t>
      </w:r>
    </w:p>
    <w:p xmlns:wp14="http://schemas.microsoft.com/office/word/2010/wordml" w14:paraId="74F63287"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But as quickly as it ignited, their connection faced a new set </w:t>
      </w:r>
      <w:r>
        <w:rPr>
          <w:rFonts w:ascii="LiberationSerif" w:hAnsi="LiberationSerif" w:eastAsia="LiberationSerif"/>
          <w:b w:val="0"/>
          <w:i w:val="0"/>
          <w:color w:val="000000"/>
          <w:sz w:val="30"/>
        </w:rPr>
        <w:t xml:space="preserve">of challenges. Ben, Sarah's best friend since childhood, had </w:t>
      </w:r>
      <w:r>
        <w:rPr>
          <w:rFonts w:ascii="LiberationSerif" w:hAnsi="LiberationSerif" w:eastAsia="LiberationSerif"/>
          <w:b w:val="0"/>
          <w:i w:val="0"/>
          <w:color w:val="000000"/>
          <w:sz w:val="30"/>
        </w:rPr>
        <w:t xml:space="preserve">always been a silent observer, his quiet demeanor masking a </w:t>
      </w:r>
      <w:r>
        <w:rPr>
          <w:rFonts w:ascii="LiberationSerif" w:hAnsi="LiberationSerif" w:eastAsia="LiberationSerif"/>
          <w:b w:val="0"/>
          <w:i w:val="0"/>
          <w:color w:val="000000"/>
          <w:sz w:val="30"/>
        </w:rPr>
        <w:t xml:space="preserve">deep affection for Sarah. He had watched their friendship </w:t>
      </w:r>
      <w:r>
        <w:rPr>
          <w:rFonts w:ascii="LiberationSerif" w:hAnsi="LiberationSerif" w:eastAsia="LiberationSerif"/>
          <w:b w:val="0"/>
          <w:i w:val="0"/>
          <w:color w:val="000000"/>
          <w:sz w:val="30"/>
        </w:rPr>
        <w:t>grow into something more, a bond that he secretly cherished.</w:t>
      </w:r>
    </w:p>
    <w:p xmlns:wp14="http://schemas.microsoft.com/office/word/2010/wordml" w14:paraId="676567BB"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emergence of Liam's feelings sent ripples through their </w:t>
      </w:r>
      <w:r>
        <w:rPr>
          <w:rFonts w:ascii="LiberationSerif" w:hAnsi="LiberationSerif" w:eastAsia="LiberationSerif"/>
          <w:b w:val="0"/>
          <w:i w:val="0"/>
          <w:color w:val="000000"/>
          <w:sz w:val="30"/>
        </w:rPr>
        <w:t xml:space="preserve">group, stirring emotions that they were all struggling to </w:t>
      </w:r>
      <w:r>
        <w:rPr>
          <w:rFonts w:ascii="LiberationSerif" w:hAnsi="LiberationSerif" w:eastAsia="LiberationSerif"/>
          <w:b w:val="0"/>
          <w:i w:val="0"/>
          <w:color w:val="000000"/>
          <w:sz w:val="30"/>
        </w:rPr>
        <w:t xml:space="preserve">understand. Ben, ever the loyal friend, tried to suppress his </w:t>
      </w:r>
      <w:r>
        <w:rPr>
          <w:rFonts w:ascii="LiberationSerif" w:hAnsi="LiberationSerif" w:eastAsia="LiberationSerif"/>
          <w:b w:val="0"/>
          <w:i w:val="0"/>
          <w:color w:val="000000"/>
          <w:sz w:val="30"/>
        </w:rPr>
        <w:t xml:space="preserve">own feelings, his heart heavy with unspoken desires. He </w:t>
      </w:r>
      <w:r>
        <w:rPr>
          <w:rFonts w:ascii="LiberationSerif" w:hAnsi="LiberationSerif" w:eastAsia="LiberationSerif"/>
          <w:b w:val="0"/>
          <w:i w:val="0"/>
          <w:color w:val="000000"/>
          <w:sz w:val="30"/>
        </w:rPr>
        <w:t xml:space="preserve">watched Sarah and Liam, their laughter, their shared glances, </w:t>
      </w:r>
      <w:r>
        <w:rPr>
          <w:rFonts w:ascii="LiberationSerif" w:hAnsi="LiberationSerif" w:eastAsia="LiberationSerif"/>
          <w:b w:val="0"/>
          <w:i w:val="0"/>
          <w:color w:val="000000"/>
          <w:sz w:val="30"/>
        </w:rPr>
        <w:t>a silent ache growing within him.</w:t>
      </w:r>
    </w:p>
    <w:p xmlns:wp14="http://schemas.microsoft.com/office/word/2010/wordml" w14:paraId="154B55B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Emily, ever the perceptive friend, noticed the shift in </w:t>
      </w:r>
      <w:r>
        <w:br/>
      </w:r>
      <w:r>
        <w:rPr>
          <w:rFonts w:ascii="LiberationSerif" w:hAnsi="LiberationSerif" w:eastAsia="LiberationSerif"/>
          <w:b w:val="0"/>
          <w:i w:val="0"/>
          <w:color w:val="000000"/>
          <w:sz w:val="30"/>
        </w:rPr>
        <w:t xml:space="preserve">dynamics, the unspoken tension that now permeated their </w:t>
      </w:r>
      <w:r>
        <w:rPr>
          <w:rFonts w:ascii="LiberationSerif" w:hAnsi="LiberationSerif" w:eastAsia="LiberationSerif"/>
          <w:b w:val="0"/>
          <w:i w:val="0"/>
          <w:color w:val="000000"/>
          <w:sz w:val="30"/>
        </w:rPr>
        <w:t xml:space="preserve">interactions. She worried about the fragile balance of their </w:t>
      </w:r>
      <w:r>
        <w:rPr>
          <w:rFonts w:ascii="LiberationSerif" w:hAnsi="LiberationSerif" w:eastAsia="LiberationSerif"/>
          <w:b w:val="0"/>
          <w:i w:val="0"/>
          <w:color w:val="000000"/>
          <w:sz w:val="30"/>
        </w:rPr>
        <w:t xml:space="preserve">group, the potential for jealousy and hurt feelings. She knew </w:t>
      </w:r>
      <w:r>
        <w:rPr>
          <w:rFonts w:ascii="LiberationSerif" w:hAnsi="LiberationSerif" w:eastAsia="LiberationSerif"/>
          <w:b w:val="0"/>
          <w:i w:val="0"/>
          <w:color w:val="000000"/>
          <w:sz w:val="30"/>
        </w:rPr>
        <w:t xml:space="preserve">that love, in its purest form, could be both a blessing and a </w:t>
      </w:r>
      <w:r>
        <w:rPr>
          <w:rFonts w:ascii="LiberationSerif" w:hAnsi="LiberationSerif" w:eastAsia="LiberationSerif"/>
          <w:b w:val="0"/>
          <w:i w:val="0"/>
          <w:color w:val="000000"/>
          <w:sz w:val="30"/>
        </w:rPr>
        <w:t>curse, capable of both uniting and dividing.</w:t>
      </w:r>
    </w:p>
    <w:p xmlns:wp14="http://schemas.microsoft.com/office/word/2010/wordml" w14:paraId="4FEE02A1"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As the weeks turned into months, the complexities of their </w:t>
      </w:r>
      <w:r>
        <w:rPr>
          <w:rFonts w:ascii="LiberationSerif" w:hAnsi="LiberationSerif" w:eastAsia="LiberationSerif"/>
          <w:b w:val="0"/>
          <w:i w:val="0"/>
          <w:color w:val="000000"/>
          <w:sz w:val="30"/>
        </w:rPr>
        <w:t xml:space="preserve">relationships became a delicate dance of unspoken feelings </w:t>
      </w:r>
      <w:r>
        <w:rPr>
          <w:rFonts w:ascii="LiberationSerif" w:hAnsi="LiberationSerif" w:eastAsia="LiberationSerif"/>
          <w:b w:val="0"/>
          <w:i w:val="0"/>
          <w:color w:val="000000"/>
          <w:sz w:val="30"/>
        </w:rPr>
        <w:t xml:space="preserve">and careful maneuvers. They navigated the treacherous </w:t>
      </w:r>
      <w:r>
        <w:rPr>
          <w:rFonts w:ascii="LiberationSerif" w:hAnsi="LiberationSerif" w:eastAsia="LiberationSerif"/>
          <w:b w:val="0"/>
          <w:i w:val="0"/>
          <w:color w:val="000000"/>
          <w:sz w:val="30"/>
        </w:rPr>
        <w:t xml:space="preserve">waters of young love, their hearts caught in a tide of </w:t>
      </w:r>
      <w:r>
        <w:br/>
      </w:r>
      <w:r>
        <w:rPr>
          <w:rFonts w:ascii="LiberationSerif" w:hAnsi="LiberationSerif" w:eastAsia="LiberationSerif"/>
          <w:b w:val="0"/>
          <w:i w:val="0"/>
          <w:color w:val="000000"/>
          <w:sz w:val="30"/>
        </w:rPr>
        <w:t>emotions that they were only beginning to understand.</w:t>
      </w:r>
    </w:p>
    <w:p xmlns:wp14="http://schemas.microsoft.com/office/word/2010/wordml" w14:paraId="2EA84B81"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 torn between her growing feelings for Liam and her </w:t>
      </w:r>
      <w:r>
        <w:rPr>
          <w:rFonts w:ascii="LiberationSerif" w:hAnsi="LiberationSerif" w:eastAsia="LiberationSerif"/>
          <w:b w:val="0"/>
          <w:i w:val="0"/>
          <w:color w:val="000000"/>
          <w:sz w:val="30"/>
        </w:rPr>
        <w:t xml:space="preserve">unwavering loyalty to Ben, found herself lost in a labyrinth </w:t>
      </w:r>
      <w:r>
        <w:rPr>
          <w:rFonts w:ascii="LiberationSerif" w:hAnsi="LiberationSerif" w:eastAsia="LiberationSerif"/>
          <w:b w:val="0"/>
          <w:i w:val="0"/>
          <w:color w:val="000000"/>
          <w:sz w:val="30"/>
        </w:rPr>
        <w:t xml:space="preserve">of indecision. The love she felt for Ben was a deep, familiar </w:t>
      </w:r>
      <w:r>
        <w:rPr>
          <w:rFonts w:ascii="LiberationSerif" w:hAnsi="LiberationSerif" w:eastAsia="LiberationSerif"/>
          <w:b w:val="0"/>
          <w:i w:val="0"/>
          <w:color w:val="000000"/>
          <w:sz w:val="30"/>
        </w:rPr>
        <w:t>comfort, a bond that had weathered countless storms. But</w:t>
      </w:r>
    </w:p>
    <w:p xmlns:wp14="http://schemas.microsoft.com/office/word/2010/wordml" w14:paraId="52E56223" wp14:textId="77777777">
      <w:pPr>
        <w:sectPr>
          <w:pgSz w:w="12240" w:h="15840" w:orient="portrait"/>
          <w:pgMar w:top="0" w:right="1420" w:bottom="0" w:left="1440" w:header="720" w:footer="720" w:gutter="0"/>
          <w:cols/>
          <w:docGrid w:linePitch="360"/>
        </w:sectPr>
      </w:pPr>
    </w:p>
    <w:p xmlns:wp14="http://schemas.microsoft.com/office/word/2010/wordml" w14:paraId="02A63EF8"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with Liam, she felt something different, a spark that ignited a </w:t>
      </w:r>
      <w:r>
        <w:rPr>
          <w:rFonts w:ascii="LiberationSerif" w:hAnsi="LiberationSerif" w:eastAsia="LiberationSerif"/>
          <w:b w:val="0"/>
          <w:i w:val="0"/>
          <w:color w:val="000000"/>
          <w:sz w:val="30"/>
        </w:rPr>
        <w:t>fire in her heart.</w:t>
      </w:r>
    </w:p>
    <w:p xmlns:wp14="http://schemas.microsoft.com/office/word/2010/wordml" w14:paraId="59193A83"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One crisp autumn evening, as they sat in the familiar corner </w:t>
      </w:r>
      <w:r>
        <w:rPr>
          <w:rFonts w:ascii="LiberationSerif" w:hAnsi="LiberationSerif" w:eastAsia="LiberationSerif"/>
          <w:b w:val="0"/>
          <w:i w:val="0"/>
          <w:color w:val="000000"/>
          <w:sz w:val="30"/>
        </w:rPr>
        <w:t xml:space="preserve">of the cafeteria, Sarah found herself confiding in Emily. "I </w:t>
      </w:r>
      <w:r>
        <w:rPr>
          <w:rFonts w:ascii="LiberationSerif" w:hAnsi="LiberationSerif" w:eastAsia="LiberationSerif"/>
          <w:b w:val="0"/>
          <w:i w:val="0"/>
          <w:color w:val="000000"/>
          <w:sz w:val="30"/>
        </w:rPr>
        <w:t xml:space="preserve">don't know what to do," she whispered, her voice laced with </w:t>
      </w:r>
      <w:r>
        <w:rPr>
          <w:rFonts w:ascii="LiberationSerif" w:hAnsi="LiberationSerif" w:eastAsia="LiberationSerif"/>
          <w:b w:val="0"/>
          <w:i w:val="0"/>
          <w:color w:val="000000"/>
          <w:sz w:val="30"/>
        </w:rPr>
        <w:t xml:space="preserve">frustration. "I love Ben. I always have. But Liam...he makes </w:t>
      </w:r>
      <w:r>
        <w:rPr>
          <w:rFonts w:ascii="LiberationSerif" w:hAnsi="LiberationSerif" w:eastAsia="LiberationSerif"/>
          <w:b w:val="0"/>
          <w:i w:val="0"/>
          <w:color w:val="000000"/>
          <w:sz w:val="30"/>
        </w:rPr>
        <w:t>me feel alive in a way I never have before."</w:t>
      </w:r>
    </w:p>
    <w:p xmlns:wp14="http://schemas.microsoft.com/office/word/2010/wordml" w14:paraId="458D410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Emily listened with a patient understanding, her gentle gaze </w:t>
      </w:r>
      <w:r>
        <w:rPr>
          <w:rFonts w:ascii="LiberationSerif" w:hAnsi="LiberationSerif" w:eastAsia="LiberationSerif"/>
          <w:b w:val="0"/>
          <w:i w:val="0"/>
          <w:color w:val="000000"/>
          <w:sz w:val="30"/>
        </w:rPr>
        <w:t xml:space="preserve">offering solace. "You're not alone, Sarah," she said softly. </w:t>
      </w:r>
      <w:r>
        <w:rPr>
          <w:rFonts w:ascii="LiberationSerif" w:hAnsi="LiberationSerif" w:eastAsia="LiberationSerif"/>
          <w:b w:val="0"/>
          <w:i w:val="0"/>
          <w:color w:val="000000"/>
          <w:sz w:val="30"/>
        </w:rPr>
        <w:t xml:space="preserve">"This is something all of us have to navigate, the confusing </w:t>
      </w:r>
      <w:r>
        <w:rPr>
          <w:rFonts w:ascii="LiberationSerif" w:hAnsi="LiberationSerif" w:eastAsia="LiberationSerif"/>
          <w:b w:val="0"/>
          <w:i w:val="0"/>
          <w:color w:val="000000"/>
          <w:sz w:val="30"/>
        </w:rPr>
        <w:t xml:space="preserve">mess of growing up, of figuring out who we are and who we </w:t>
      </w:r>
      <w:r>
        <w:rPr>
          <w:rFonts w:ascii="LiberationSerif" w:hAnsi="LiberationSerif" w:eastAsia="LiberationSerif"/>
          <w:b w:val="0"/>
          <w:i w:val="0"/>
          <w:color w:val="000000"/>
          <w:sz w:val="30"/>
        </w:rPr>
        <w:t>want to be."</w:t>
      </w:r>
    </w:p>
    <w:p xmlns:wp14="http://schemas.microsoft.com/office/word/2010/wordml" w14:paraId="0C3E5E6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She leaned closer, her voice a reassuring whisper. "You have </w:t>
      </w:r>
      <w:r>
        <w:rPr>
          <w:rFonts w:ascii="LiberationSerif" w:hAnsi="LiberationSerif" w:eastAsia="LiberationSerif"/>
          <w:b w:val="0"/>
          <w:i w:val="0"/>
          <w:color w:val="000000"/>
          <w:sz w:val="30"/>
        </w:rPr>
        <w:t xml:space="preserve">to follow your heart, Sarah. Trust yourself, trust your </w:t>
      </w:r>
      <w:r>
        <w:br/>
      </w:r>
      <w:r>
        <w:rPr>
          <w:rFonts w:ascii="LiberationSerif" w:hAnsi="LiberationSerif" w:eastAsia="LiberationSerif"/>
          <w:b w:val="0"/>
          <w:i w:val="0"/>
          <w:color w:val="000000"/>
          <w:sz w:val="30"/>
        </w:rPr>
        <w:t xml:space="preserve">instincts. And remember, no matter what happens, we're here </w:t>
      </w:r>
      <w:r>
        <w:rPr>
          <w:rFonts w:ascii="LiberationSerif" w:hAnsi="LiberationSerif" w:eastAsia="LiberationSerif"/>
          <w:b w:val="0"/>
          <w:i w:val="0"/>
          <w:color w:val="000000"/>
          <w:sz w:val="30"/>
        </w:rPr>
        <w:t>for you. Always."</w:t>
      </w:r>
    </w:p>
    <w:p xmlns:wp14="http://schemas.microsoft.com/office/word/2010/wordml" w14:paraId="34DF2F94"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Sarah's heart ached with the weight of her decision. The </w:t>
      </w:r>
      <w:r>
        <w:rPr>
          <w:rFonts w:ascii="LiberationSerif" w:hAnsi="LiberationSerif" w:eastAsia="LiberationSerif"/>
          <w:b w:val="0"/>
          <w:i w:val="0"/>
          <w:color w:val="000000"/>
          <w:sz w:val="30"/>
        </w:rPr>
        <w:t xml:space="preserve">complexities of young love were a daunting tangle, a maze </w:t>
      </w:r>
      <w:r>
        <w:rPr>
          <w:rFonts w:ascii="LiberationSerif" w:hAnsi="LiberationSerif" w:eastAsia="LiberationSerif"/>
          <w:b w:val="0"/>
          <w:i w:val="0"/>
          <w:color w:val="000000"/>
          <w:sz w:val="30"/>
        </w:rPr>
        <w:t xml:space="preserve">of conflicting emotions and unspoken desires. The love she </w:t>
      </w:r>
      <w:r>
        <w:rPr>
          <w:rFonts w:ascii="LiberationSerif" w:hAnsi="LiberationSerif" w:eastAsia="LiberationSerif"/>
          <w:b w:val="0"/>
          <w:i w:val="0"/>
          <w:color w:val="000000"/>
          <w:sz w:val="30"/>
        </w:rPr>
        <w:t xml:space="preserve">felt for Ben, a constant in her life, felt like a safe haven, a </w:t>
      </w:r>
      <w:r>
        <w:rPr>
          <w:rFonts w:ascii="LiberationSerif" w:hAnsi="LiberationSerif" w:eastAsia="LiberationSerif"/>
          <w:b w:val="0"/>
          <w:i w:val="0"/>
          <w:color w:val="000000"/>
          <w:sz w:val="30"/>
        </w:rPr>
        <w:t xml:space="preserve">rock she could always cling to. But Liam, with his </w:t>
      </w:r>
      <w:r>
        <w:br/>
      </w:r>
      <w:r>
        <w:rPr>
          <w:rFonts w:ascii="LiberationSerif" w:hAnsi="LiberationSerif" w:eastAsia="LiberationSerif"/>
          <w:b w:val="0"/>
          <w:i w:val="0"/>
          <w:color w:val="000000"/>
          <w:sz w:val="30"/>
        </w:rPr>
        <w:t xml:space="preserve">passionate intensity, was a whirlwind of emotions, a storm </w:t>
      </w:r>
      <w:r>
        <w:rPr>
          <w:rFonts w:ascii="LiberationSerif" w:hAnsi="LiberationSerif" w:eastAsia="LiberationSerif"/>
          <w:b w:val="0"/>
          <w:i w:val="0"/>
          <w:color w:val="000000"/>
          <w:sz w:val="30"/>
        </w:rPr>
        <w:t>that both terrified and captivated her.</w:t>
      </w:r>
    </w:p>
    <w:p xmlns:wp14="http://schemas.microsoft.com/office/word/2010/wordml" w14:paraId="7E507E20"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The realization that she couldn't deny her feelings, that she </w:t>
      </w:r>
      <w:r>
        <w:rPr>
          <w:rFonts w:ascii="LiberationSerif" w:hAnsi="LiberationSerif" w:eastAsia="LiberationSerif"/>
          <w:b w:val="0"/>
          <w:i w:val="0"/>
          <w:color w:val="000000"/>
          <w:sz w:val="30"/>
        </w:rPr>
        <w:t xml:space="preserve">couldn't force her heart to love someone it didn't, was both </w:t>
      </w:r>
      <w:r>
        <w:rPr>
          <w:rFonts w:ascii="LiberationSerif" w:hAnsi="LiberationSerif" w:eastAsia="LiberationSerif"/>
          <w:b w:val="0"/>
          <w:i w:val="0"/>
          <w:color w:val="000000"/>
          <w:sz w:val="30"/>
        </w:rPr>
        <w:t xml:space="preserve">terrifying and exhilarating. It was a leap of faith, a trust in </w:t>
      </w:r>
      <w:r>
        <w:rPr>
          <w:rFonts w:ascii="LiberationSerif" w:hAnsi="LiberationSerif" w:eastAsia="LiberationSerif"/>
          <w:b w:val="0"/>
          <w:i w:val="0"/>
          <w:color w:val="000000"/>
          <w:sz w:val="30"/>
        </w:rPr>
        <w:t>the unpredictable path of her heart.</w:t>
      </w:r>
    </w:p>
    <w:p xmlns:wp14="http://schemas.microsoft.com/office/word/2010/wordml" w14:paraId="11244A3F"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And so, with a heavy heart, Sarah sought out Liam. They </w:t>
      </w:r>
      <w:r>
        <w:rPr>
          <w:rFonts w:ascii="LiberationSerif" w:hAnsi="LiberationSerif" w:eastAsia="LiberationSerif"/>
          <w:b w:val="0"/>
          <w:i w:val="0"/>
          <w:color w:val="000000"/>
          <w:sz w:val="30"/>
        </w:rPr>
        <w:t>met under the old oak tree in the schoolyard, its branches</w:t>
      </w:r>
    </w:p>
    <w:p xmlns:wp14="http://schemas.microsoft.com/office/word/2010/wordml" w14:paraId="07547A01" wp14:textId="77777777">
      <w:pPr>
        <w:sectPr>
          <w:pgSz w:w="12240" w:h="15840" w:orient="portrait"/>
          <w:pgMar w:top="0" w:right="1420" w:bottom="0" w:left="1440" w:header="720" w:footer="720" w:gutter="0"/>
          <w:cols/>
          <w:docGrid w:linePitch="360"/>
        </w:sectPr>
      </w:pPr>
    </w:p>
    <w:p xmlns:wp14="http://schemas.microsoft.com/office/word/2010/wordml" w14:paraId="322A36BA"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reaching out like protective arms, offering them a sanctuary </w:t>
      </w:r>
      <w:r>
        <w:rPr>
          <w:rFonts w:ascii="LiberationSerif" w:hAnsi="LiberationSerif" w:eastAsia="LiberationSerif"/>
          <w:b w:val="0"/>
          <w:i w:val="0"/>
          <w:color w:val="000000"/>
          <w:sz w:val="30"/>
        </w:rPr>
        <w:t>of privacy.</w:t>
      </w:r>
    </w:p>
    <w:p xmlns:wp14="http://schemas.microsoft.com/office/word/2010/wordml" w14:paraId="6376EA63"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"Liam," Sarah started, her voice trembling slightly. "I need </w:t>
      </w:r>
      <w:r>
        <w:rPr>
          <w:rFonts w:ascii="LiberationSerif" w:hAnsi="LiberationSerif" w:eastAsia="LiberationSerif"/>
          <w:b w:val="0"/>
          <w:i w:val="0"/>
          <w:color w:val="000000"/>
          <w:sz w:val="30"/>
        </w:rPr>
        <w:t xml:space="preserve">to tell you something. I...I can't deny it anymore. I have </w:t>
      </w:r>
      <w:r>
        <w:rPr>
          <w:rFonts w:ascii="LiberationSerif" w:hAnsi="LiberationSerif" w:eastAsia="LiberationSerif"/>
          <w:b w:val="0"/>
          <w:i w:val="0"/>
          <w:color w:val="000000"/>
          <w:sz w:val="30"/>
        </w:rPr>
        <w:t>feelings for you."</w:t>
      </w:r>
    </w:p>
    <w:p xmlns:wp14="http://schemas.microsoft.com/office/word/2010/wordml" w14:paraId="10FC572E"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Liam's eyes widened, a flicker of hope and fear battling </w:t>
      </w:r>
      <w:r>
        <w:rPr>
          <w:rFonts w:ascii="LiberationSerif" w:hAnsi="LiberationSerif" w:eastAsia="LiberationSerif"/>
          <w:b w:val="0"/>
          <w:i w:val="0"/>
          <w:color w:val="000000"/>
          <w:sz w:val="30"/>
        </w:rPr>
        <w:t xml:space="preserve">within them. He had been waiting for this moment, dreading </w:t>
      </w:r>
      <w:r>
        <w:rPr>
          <w:rFonts w:ascii="LiberationSerif" w:hAnsi="LiberationSerif" w:eastAsia="LiberationSerif"/>
          <w:b w:val="0"/>
          <w:i w:val="0"/>
          <w:color w:val="000000"/>
          <w:sz w:val="30"/>
        </w:rPr>
        <w:t xml:space="preserve">it at the same time. "I knew it," he whispered, his voice </w:t>
      </w:r>
      <w:r>
        <w:rPr>
          <w:rFonts w:ascii="LiberationSerif" w:hAnsi="LiberationSerif" w:eastAsia="LiberationSerif"/>
          <w:b w:val="0"/>
          <w:i w:val="0"/>
          <w:color w:val="000000"/>
          <w:sz w:val="30"/>
        </w:rPr>
        <w:t>barely a breath. "But...but what about Ben?"</w:t>
      </w:r>
    </w:p>
    <w:p xmlns:wp14="http://schemas.microsoft.com/office/word/2010/wordml" w14:paraId="203F53A5"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Sarah's heart ached at the question, the weight of his concern </w:t>
      </w:r>
      <w:r>
        <w:rPr>
          <w:rFonts w:ascii="LiberationSerif" w:hAnsi="LiberationSerif" w:eastAsia="LiberationSerif"/>
          <w:b w:val="0"/>
          <w:i w:val="0"/>
          <w:color w:val="000000"/>
          <w:sz w:val="30"/>
        </w:rPr>
        <w:t xml:space="preserve">pressing down on her. "Ben is my best friend, Liam. He </w:t>
      </w:r>
      <w:r>
        <w:rPr>
          <w:rFonts w:ascii="LiberationSerif" w:hAnsi="LiberationSerif" w:eastAsia="LiberationSerif"/>
          <w:b w:val="0"/>
          <w:i w:val="0"/>
          <w:color w:val="000000"/>
          <w:sz w:val="30"/>
        </w:rPr>
        <w:t xml:space="preserve">always will be. But my feelings for you are different, </w:t>
      </w:r>
      <w:r>
        <w:br/>
      </w:r>
      <w:r>
        <w:rPr>
          <w:rFonts w:ascii="LiberationSerif" w:hAnsi="LiberationSerif" w:eastAsia="LiberationSerif"/>
          <w:b w:val="0"/>
          <w:i w:val="0"/>
          <w:color w:val="000000"/>
          <w:sz w:val="30"/>
        </w:rPr>
        <w:t>more...intense. They're real. I can't ignore them anymore."</w:t>
      </w:r>
    </w:p>
    <w:p xmlns:wp14="http://schemas.microsoft.com/office/word/2010/wordml" w14:paraId="29A2C227"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Liam's gaze softened, his eyes searching hers with an </w:t>
      </w:r>
      <w:r>
        <w:rPr>
          <w:rFonts w:ascii="LiberationSerif" w:hAnsi="LiberationSerif" w:eastAsia="LiberationSerif"/>
          <w:b w:val="0"/>
          <w:i w:val="0"/>
          <w:color w:val="000000"/>
          <w:sz w:val="30"/>
        </w:rPr>
        <w:t xml:space="preserve">intensity that mirrored her own. "I'm scared," he admitted, </w:t>
      </w:r>
      <w:r>
        <w:rPr>
          <w:rFonts w:ascii="LiberationSerif" w:hAnsi="LiberationSerif" w:eastAsia="LiberationSerif"/>
          <w:b w:val="0"/>
          <w:i w:val="0"/>
          <w:color w:val="000000"/>
          <w:sz w:val="30"/>
        </w:rPr>
        <w:t xml:space="preserve">his voice raw with vulnerability. "I've never felt this way </w:t>
      </w:r>
      <w:r>
        <w:rPr>
          <w:rFonts w:ascii="LiberationSerif" w:hAnsi="LiberationSerif" w:eastAsia="LiberationSerif"/>
          <w:b w:val="0"/>
          <w:i w:val="0"/>
          <w:color w:val="000000"/>
          <w:sz w:val="30"/>
        </w:rPr>
        <w:t>about anyone. And I'm scared of hurting Ben."</w:t>
      </w:r>
    </w:p>
    <w:p xmlns:wp14="http://schemas.microsoft.com/office/word/2010/wordml" w14:paraId="5E514A51" wp14:textId="77777777">
      <w:pPr>
        <w:autoSpaceDN w:val="0"/>
        <w:autoSpaceDE w:val="0"/>
        <w:widowControl/>
        <w:spacing w:before="360" w:after="0" w:line="360" w:lineRule="exact"/>
        <w:ind w:left="864" w:right="1296" w:firstLine="0"/>
        <w:jc w:val="center"/>
      </w:pPr>
      <w:r>
        <w:rPr>
          <w:rFonts w:ascii="LiberationSerif" w:hAnsi="LiberationSerif" w:eastAsia="LiberationSerif"/>
          <w:b w:val="0"/>
          <w:i w:val="0"/>
          <w:color w:val="000000"/>
          <w:sz w:val="30"/>
        </w:rPr>
        <w:t xml:space="preserve">"I understand," Sarah replied, reaching out to gently touch </w:t>
      </w:r>
      <w:r>
        <w:rPr>
          <w:rFonts w:ascii="LiberationSerif" w:hAnsi="LiberationSerif" w:eastAsia="LiberationSerif"/>
          <w:b w:val="0"/>
          <w:i w:val="0"/>
          <w:color w:val="000000"/>
          <w:sz w:val="30"/>
        </w:rPr>
        <w:t>his hand. "But we can't live our lives based on fear, Liam.</w:t>
      </w:r>
    </w:p>
    <w:p xmlns:wp14="http://schemas.microsoft.com/office/word/2010/wordml" w14:paraId="358F5965" wp14:textId="77777777">
      <w:pPr>
        <w:autoSpaceDN w:val="0"/>
        <w:autoSpaceDE w:val="0"/>
        <w:widowControl/>
        <w:spacing w:before="0" w:after="0" w:line="360" w:lineRule="exact"/>
        <w:ind w:left="1000" w:right="1728" w:firstLine="0"/>
        <w:jc w:val="left"/>
      </w:pPr>
      <w:r>
        <w:rPr>
          <w:rFonts w:ascii="LiberationSerif" w:hAnsi="LiberationSerif" w:eastAsia="LiberationSerif"/>
          <w:b w:val="0"/>
          <w:i w:val="0"/>
          <w:color w:val="000000"/>
          <w:sz w:val="30"/>
        </w:rPr>
        <w:t xml:space="preserve">We have to listen to our hearts, even if it means facing </w:t>
      </w:r>
      <w:r>
        <w:rPr>
          <w:rFonts w:ascii="LiberationSerif" w:hAnsi="LiberationSerif" w:eastAsia="LiberationSerif"/>
          <w:b w:val="0"/>
          <w:i w:val="0"/>
          <w:color w:val="000000"/>
          <w:sz w:val="30"/>
        </w:rPr>
        <w:t>difficult choices. And I believe in us."</w:t>
      </w:r>
    </w:p>
    <w:p xmlns:wp14="http://schemas.microsoft.com/office/word/2010/wordml" w14:paraId="5B36E540"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They stood there for a long moment, their hands intertwined, </w:t>
      </w:r>
      <w:r>
        <w:rPr>
          <w:rFonts w:ascii="LiberationSerif" w:hAnsi="LiberationSerif" w:eastAsia="LiberationSerif"/>
          <w:b w:val="0"/>
          <w:i w:val="0"/>
          <w:color w:val="000000"/>
          <w:sz w:val="30"/>
        </w:rPr>
        <w:t xml:space="preserve">a silent promise exchanged between their hearts. They knew </w:t>
      </w:r>
      <w:r>
        <w:rPr>
          <w:rFonts w:ascii="LiberationSerif" w:hAnsi="LiberationSerif" w:eastAsia="LiberationSerif"/>
          <w:b w:val="0"/>
          <w:i w:val="0"/>
          <w:color w:val="000000"/>
          <w:sz w:val="30"/>
        </w:rPr>
        <w:t xml:space="preserve">it wouldn't be easy, that their journey would be filled with </w:t>
      </w:r>
      <w:r>
        <w:rPr>
          <w:rFonts w:ascii="LiberationSerif" w:hAnsi="LiberationSerif" w:eastAsia="LiberationSerif"/>
          <w:b w:val="0"/>
          <w:i w:val="0"/>
          <w:color w:val="000000"/>
          <w:sz w:val="30"/>
        </w:rPr>
        <w:t xml:space="preserve">challenges and uncertainties. But they also knew that their </w:t>
      </w:r>
      <w:r>
        <w:rPr>
          <w:rFonts w:ascii="LiberationSerif" w:hAnsi="LiberationSerif" w:eastAsia="LiberationSerif"/>
          <w:b w:val="0"/>
          <w:i w:val="0"/>
          <w:color w:val="000000"/>
          <w:sz w:val="30"/>
        </w:rPr>
        <w:t xml:space="preserve">love, born in the crucible of shared vulnerability, was a force </w:t>
      </w:r>
      <w:r>
        <w:rPr>
          <w:rFonts w:ascii="LiberationSerif" w:hAnsi="LiberationSerif" w:eastAsia="LiberationSerif"/>
          <w:b w:val="0"/>
          <w:i w:val="0"/>
          <w:color w:val="000000"/>
          <w:sz w:val="30"/>
        </w:rPr>
        <w:t xml:space="preserve">to be reckoned with, a fire that would burn bright, </w:t>
      </w:r>
      <w:r>
        <w:br/>
      </w:r>
      <w:r>
        <w:rPr>
          <w:rFonts w:ascii="LiberationSerif" w:hAnsi="LiberationSerif" w:eastAsia="LiberationSerif"/>
          <w:b w:val="0"/>
          <w:i w:val="0"/>
          <w:color w:val="000000"/>
          <w:sz w:val="30"/>
        </w:rPr>
        <w:t>illuminating their paths even through the darkest of nights.</w:t>
      </w:r>
    </w:p>
    <w:p xmlns:wp14="http://schemas.microsoft.com/office/word/2010/wordml" w14:paraId="5043CB0F" wp14:textId="77777777">
      <w:pPr>
        <w:sectPr>
          <w:pgSz w:w="12240" w:h="15840" w:orient="portrait"/>
          <w:pgMar w:top="0" w:right="1420" w:bottom="0" w:left="1440" w:header="720" w:footer="720" w:gutter="0"/>
          <w:cols/>
          <w:docGrid w:linePitch="360"/>
        </w:sectPr>
      </w:pPr>
    </w:p>
    <w:p xmlns:wp14="http://schemas.microsoft.com/office/word/2010/wordml" w14:paraId="52C61817"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4FD1772D"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air crackled with nervous energy in the small, dimly lit </w:t>
      </w:r>
      <w:r>
        <w:rPr>
          <w:rFonts w:ascii="LiberationSerif" w:hAnsi="LiberationSerif" w:eastAsia="LiberationSerif"/>
          <w:b w:val="0"/>
          <w:i w:val="0"/>
          <w:color w:val="000000"/>
          <w:sz w:val="30"/>
        </w:rPr>
        <w:t xml:space="preserve">room. The remnants of pizza boxes and empty soda cans </w:t>
      </w:r>
      <w:r>
        <w:rPr>
          <w:rFonts w:ascii="LiberationSerif" w:hAnsi="LiberationSerif" w:eastAsia="LiberationSerif"/>
          <w:b w:val="0"/>
          <w:i w:val="0"/>
          <w:color w:val="000000"/>
          <w:sz w:val="30"/>
        </w:rPr>
        <w:t xml:space="preserve">littered the floor, testaments to their marathon brainstorming </w:t>
      </w:r>
      <w:r>
        <w:rPr>
          <w:rFonts w:ascii="LiberationSerif" w:hAnsi="LiberationSerif" w:eastAsia="LiberationSerif"/>
          <w:b w:val="0"/>
          <w:i w:val="0"/>
          <w:color w:val="000000"/>
          <w:sz w:val="30"/>
        </w:rPr>
        <w:t xml:space="preserve">session. It had been a long night, fuelled by equal parts </w:t>
      </w:r>
      <w:r>
        <w:rPr>
          <w:rFonts w:ascii="LiberationSerif" w:hAnsi="LiberationSerif" w:eastAsia="LiberationSerif"/>
          <w:b w:val="0"/>
          <w:i w:val="0"/>
          <w:color w:val="000000"/>
          <w:sz w:val="30"/>
        </w:rPr>
        <w:t xml:space="preserve">coffee and determination, and the group was finally nearing </w:t>
      </w:r>
      <w:r>
        <w:rPr>
          <w:rFonts w:ascii="LiberationSerif" w:hAnsi="LiberationSerif" w:eastAsia="LiberationSerif"/>
          <w:b w:val="0"/>
          <w:i w:val="0"/>
          <w:color w:val="000000"/>
          <w:sz w:val="30"/>
        </w:rPr>
        <w:t xml:space="preserve">a consensus. The whispers and hushed voices that had been </w:t>
      </w:r>
      <w:r>
        <w:rPr>
          <w:rFonts w:ascii="LiberationSerif" w:hAnsi="LiberationSerif" w:eastAsia="LiberationSerif"/>
          <w:b w:val="0"/>
          <w:i w:val="0"/>
          <w:color w:val="000000"/>
          <w:sz w:val="30"/>
        </w:rPr>
        <w:t xml:space="preserve">filling the room moments earlier were now replaced by an </w:t>
      </w:r>
      <w:r>
        <w:rPr>
          <w:rFonts w:ascii="LiberationSerif" w:hAnsi="LiberationSerif" w:eastAsia="LiberationSerif"/>
          <w:b w:val="0"/>
          <w:i w:val="0"/>
          <w:color w:val="000000"/>
          <w:sz w:val="30"/>
        </w:rPr>
        <w:t>almost reverent silence.</w:t>
      </w:r>
    </w:p>
    <w:p xmlns:wp14="http://schemas.microsoft.com/office/word/2010/wordml" w14:paraId="7B9134EB"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"Okay, I think we have it," said Sarah, her eyes shining with </w:t>
      </w:r>
      <w:r>
        <w:rPr>
          <w:rFonts w:ascii="LiberationSerif" w:hAnsi="LiberationSerif" w:eastAsia="LiberationSerif"/>
          <w:b w:val="0"/>
          <w:i w:val="0"/>
          <w:color w:val="000000"/>
          <w:sz w:val="30"/>
        </w:rPr>
        <w:t xml:space="preserve">a newfound confidence. "It’s not perfect, but it’s a start." She </w:t>
      </w:r>
      <w:r>
        <w:rPr>
          <w:rFonts w:ascii="LiberationSerif" w:hAnsi="LiberationSerif" w:eastAsia="LiberationSerif"/>
          <w:b w:val="0"/>
          <w:i w:val="0"/>
          <w:color w:val="000000"/>
          <w:sz w:val="30"/>
        </w:rPr>
        <w:t xml:space="preserve">cleared her throat, her voice slightly trembling as she read </w:t>
      </w:r>
      <w:r>
        <w:rPr>
          <w:rFonts w:ascii="LiberationSerif" w:hAnsi="LiberationSerif" w:eastAsia="LiberationSerif"/>
          <w:b w:val="0"/>
          <w:i w:val="0"/>
          <w:color w:val="000000"/>
          <w:sz w:val="30"/>
        </w:rPr>
        <w:t xml:space="preserve">aloud: "We promise to be true to ourselves and each other. </w:t>
      </w:r>
      <w:r>
        <w:rPr>
          <w:rFonts w:ascii="LiberationSerif" w:hAnsi="LiberationSerif" w:eastAsia="LiberationSerif"/>
          <w:b w:val="0"/>
          <w:i w:val="0"/>
          <w:color w:val="000000"/>
          <w:sz w:val="30"/>
        </w:rPr>
        <w:t xml:space="preserve">We will stand up for what we believe in, even when it’s hard. </w:t>
      </w:r>
      <w:r>
        <w:rPr>
          <w:rFonts w:ascii="LiberationSerif" w:hAnsi="LiberationSerif" w:eastAsia="LiberationSerif"/>
          <w:b w:val="0"/>
          <w:i w:val="0"/>
          <w:color w:val="000000"/>
          <w:sz w:val="30"/>
        </w:rPr>
        <w:t xml:space="preserve">We will never let fear silence our voices, and we will always </w:t>
      </w:r>
      <w:r>
        <w:rPr>
          <w:rFonts w:ascii="LiberationSerif" w:hAnsi="LiberationSerif" w:eastAsia="LiberationSerif"/>
          <w:b w:val="0"/>
          <w:i w:val="0"/>
          <w:color w:val="000000"/>
          <w:sz w:val="30"/>
        </w:rPr>
        <w:t>strive to be better versions of ourselves."</w:t>
      </w:r>
    </w:p>
    <w:p xmlns:wp14="http://schemas.microsoft.com/office/word/2010/wordml" w14:paraId="65FC7B1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room held its breath as Sarah finished. A slow wave of </w:t>
      </w:r>
      <w:r>
        <w:rPr>
          <w:rFonts w:ascii="LiberationSerif" w:hAnsi="LiberationSerif" w:eastAsia="LiberationSerif"/>
          <w:b w:val="0"/>
          <w:i w:val="0"/>
          <w:color w:val="000000"/>
          <w:sz w:val="30"/>
        </w:rPr>
        <w:t xml:space="preserve">murmurs rippled through the group, each member nodding in </w:t>
      </w:r>
      <w:r>
        <w:rPr>
          <w:rFonts w:ascii="LiberationSerif" w:hAnsi="LiberationSerif" w:eastAsia="LiberationSerif"/>
          <w:b w:val="0"/>
          <w:i w:val="0"/>
          <w:color w:val="000000"/>
          <w:sz w:val="30"/>
        </w:rPr>
        <w:t xml:space="preserve">agreement. This wasn't just a simple promise, it was a pact, a </w:t>
      </w:r>
      <w:r>
        <w:rPr>
          <w:rFonts w:ascii="LiberationSerif" w:hAnsi="LiberationSerif" w:eastAsia="LiberationSerif"/>
          <w:b w:val="0"/>
          <w:i w:val="0"/>
          <w:color w:val="000000"/>
          <w:sz w:val="30"/>
        </w:rPr>
        <w:t xml:space="preserve">binding oath that embodied their journey thus far. They had </w:t>
      </w:r>
      <w:r>
        <w:rPr>
          <w:rFonts w:ascii="LiberationSerif" w:hAnsi="LiberationSerif" w:eastAsia="LiberationSerif"/>
          <w:b w:val="0"/>
          <w:i w:val="0"/>
          <w:color w:val="000000"/>
          <w:sz w:val="30"/>
        </w:rPr>
        <w:t xml:space="preserve">faced challenges, both individually and as a group, that had </w:t>
      </w:r>
      <w:r>
        <w:rPr>
          <w:rFonts w:ascii="LiberationSerif" w:hAnsi="LiberationSerif" w:eastAsia="LiberationSerif"/>
          <w:b w:val="0"/>
          <w:i w:val="0"/>
          <w:color w:val="000000"/>
          <w:sz w:val="30"/>
        </w:rPr>
        <w:t xml:space="preserve">tested their strength and pushed them to their limits. But </w:t>
      </w:r>
      <w:r>
        <w:rPr>
          <w:rFonts w:ascii="LiberationSerif" w:hAnsi="LiberationSerif" w:eastAsia="LiberationSerif"/>
          <w:b w:val="0"/>
          <w:i w:val="0"/>
          <w:color w:val="000000"/>
          <w:sz w:val="30"/>
        </w:rPr>
        <w:t xml:space="preserve">through it all, they had learned the importance of </w:t>
      </w:r>
      <w:r>
        <w:br/>
      </w:r>
      <w:r>
        <w:rPr>
          <w:rFonts w:ascii="LiberationSerif" w:hAnsi="LiberationSerif" w:eastAsia="LiberationSerif"/>
          <w:b w:val="0"/>
          <w:i w:val="0"/>
          <w:color w:val="000000"/>
          <w:sz w:val="30"/>
        </w:rPr>
        <w:t xml:space="preserve">unwavering support, genuine compassion, and unwavering </w:t>
      </w:r>
      <w:r>
        <w:rPr>
          <w:rFonts w:ascii="LiberationSerif" w:hAnsi="LiberationSerif" w:eastAsia="LiberationSerif"/>
          <w:b w:val="0"/>
          <w:i w:val="0"/>
          <w:color w:val="000000"/>
          <w:sz w:val="30"/>
        </w:rPr>
        <w:t>integrity.</w:t>
      </w:r>
    </w:p>
    <w:p xmlns:wp14="http://schemas.microsoft.com/office/word/2010/wordml" w14:paraId="762FF53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“It’s about staying true to ourselves, no matter what,” said </w:t>
      </w:r>
      <w:r>
        <w:rPr>
          <w:rFonts w:ascii="LiberationSerif" w:hAnsi="LiberationSerif" w:eastAsia="LiberationSerif"/>
          <w:b w:val="0"/>
          <w:i w:val="0"/>
          <w:color w:val="000000"/>
          <w:sz w:val="30"/>
        </w:rPr>
        <w:t xml:space="preserve">Liam, his voice low and thoughtful. "It’s about being the best </w:t>
      </w:r>
      <w:r>
        <w:rPr>
          <w:rFonts w:ascii="LiberationSerif" w:hAnsi="LiberationSerif" w:eastAsia="LiberationSerif"/>
          <w:b w:val="0"/>
          <w:i w:val="0"/>
          <w:color w:val="000000"/>
          <w:sz w:val="30"/>
        </w:rPr>
        <w:t xml:space="preserve">version of ourselves, not for someone else, but for </w:t>
      </w:r>
      <w:r>
        <w:br/>
      </w:r>
      <w:r>
        <w:rPr>
          <w:rFonts w:ascii="LiberationSerif" w:hAnsi="LiberationSerif" w:eastAsia="LiberationSerif"/>
          <w:b w:val="0"/>
          <w:i w:val="0"/>
          <w:color w:val="000000"/>
          <w:sz w:val="30"/>
        </w:rPr>
        <w:t xml:space="preserve">ourselves.” His words resonated with the group. They knew </w:t>
      </w:r>
      <w:r>
        <w:rPr>
          <w:rFonts w:ascii="LiberationSerif" w:hAnsi="LiberationSerif" w:eastAsia="LiberationSerif"/>
          <w:b w:val="0"/>
          <w:i w:val="0"/>
          <w:color w:val="000000"/>
          <w:sz w:val="30"/>
        </w:rPr>
        <w:t>he was right. In a world filled with pressures to conform, to</w:t>
      </w:r>
    </w:p>
    <w:p xmlns:wp14="http://schemas.microsoft.com/office/word/2010/wordml" w14:paraId="07459315" wp14:textId="77777777">
      <w:pPr>
        <w:sectPr>
          <w:pgSz w:w="12240" w:h="15840" w:orient="portrait"/>
          <w:pgMar w:top="0" w:right="1420" w:bottom="0" w:left="1440" w:header="720" w:footer="720" w:gutter="0"/>
          <w:cols/>
          <w:docGrid w:linePitch="360"/>
        </w:sectPr>
      </w:pPr>
    </w:p>
    <w:p xmlns:wp14="http://schemas.microsoft.com/office/word/2010/wordml" w14:paraId="5B313D35"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fit in, to chase a certain image, it was crucial to remember </w:t>
      </w:r>
      <w:r>
        <w:rPr>
          <w:rFonts w:ascii="LiberationSerif" w:hAnsi="LiberationSerif" w:eastAsia="LiberationSerif"/>
          <w:b w:val="0"/>
          <w:i w:val="0"/>
          <w:color w:val="000000"/>
          <w:sz w:val="30"/>
        </w:rPr>
        <w:t xml:space="preserve">who they truly were. They needed this oath, this reminder, to </w:t>
      </w:r>
      <w:r>
        <w:rPr>
          <w:rFonts w:ascii="LiberationSerif" w:hAnsi="LiberationSerif" w:eastAsia="LiberationSerif"/>
          <w:b w:val="0"/>
          <w:i w:val="0"/>
          <w:color w:val="000000"/>
          <w:sz w:val="30"/>
        </w:rPr>
        <w:t xml:space="preserve">help them navigate the complexities of adolescence, to stay </w:t>
      </w:r>
      <w:r>
        <w:rPr>
          <w:rFonts w:ascii="LiberationSerif" w:hAnsi="LiberationSerif" w:eastAsia="LiberationSerif"/>
          <w:b w:val="0"/>
          <w:i w:val="0"/>
          <w:color w:val="000000"/>
          <w:sz w:val="30"/>
        </w:rPr>
        <w:t xml:space="preserve">grounded in their values, and to never lose sight of their </w:t>
      </w:r>
      <w:r>
        <w:rPr>
          <w:rFonts w:ascii="LiberationSerif" w:hAnsi="LiberationSerif" w:eastAsia="LiberationSerif"/>
          <w:b w:val="0"/>
          <w:i w:val="0"/>
          <w:color w:val="000000"/>
          <w:sz w:val="30"/>
        </w:rPr>
        <w:t>individual journeys.</w:t>
      </w:r>
    </w:p>
    <w:p xmlns:wp14="http://schemas.microsoft.com/office/word/2010/wordml" w14:paraId="62B5109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"This is about more than just words," said Maya, her voice </w:t>
      </w:r>
      <w:r>
        <w:rPr>
          <w:rFonts w:ascii="LiberationSerif" w:hAnsi="LiberationSerif" w:eastAsia="LiberationSerif"/>
          <w:b w:val="0"/>
          <w:i w:val="0"/>
          <w:color w:val="000000"/>
          <w:sz w:val="30"/>
        </w:rPr>
        <w:t xml:space="preserve">filled with emotion. "It's about living these words, about </w:t>
      </w:r>
      <w:r>
        <w:rPr>
          <w:rFonts w:ascii="LiberationSerif" w:hAnsi="LiberationSerif" w:eastAsia="LiberationSerif"/>
          <w:b w:val="0"/>
          <w:i w:val="0"/>
          <w:color w:val="000000"/>
          <w:sz w:val="30"/>
        </w:rPr>
        <w:t xml:space="preserve">making them a part of who we are." She looked around the </w:t>
      </w:r>
      <w:r>
        <w:rPr>
          <w:rFonts w:ascii="LiberationSerif" w:hAnsi="LiberationSerif" w:eastAsia="LiberationSerif"/>
          <w:b w:val="0"/>
          <w:i w:val="0"/>
          <w:color w:val="000000"/>
          <w:sz w:val="30"/>
        </w:rPr>
        <w:t xml:space="preserve">room, her gaze meeting the eyes of each member. “It’s about </w:t>
      </w:r>
      <w:r>
        <w:rPr>
          <w:rFonts w:ascii="LiberationSerif" w:hAnsi="LiberationSerif" w:eastAsia="LiberationSerif"/>
          <w:b w:val="0"/>
          <w:i w:val="0"/>
          <w:color w:val="000000"/>
          <w:sz w:val="30"/>
        </w:rPr>
        <w:t xml:space="preserve">being a force for good in the world, about leaving a positive </w:t>
      </w:r>
      <w:r>
        <w:rPr>
          <w:rFonts w:ascii="LiberationSerif" w:hAnsi="LiberationSerif" w:eastAsia="LiberationSerif"/>
          <w:b w:val="0"/>
          <w:i w:val="0"/>
          <w:color w:val="000000"/>
          <w:sz w:val="30"/>
        </w:rPr>
        <w:t xml:space="preserve">impact, even if it’s just a small one.” Maya’s words were </w:t>
      </w:r>
      <w:r>
        <w:rPr>
          <w:rFonts w:ascii="LiberationSerif" w:hAnsi="LiberationSerif" w:eastAsia="LiberationSerif"/>
          <w:b w:val="0"/>
          <w:i w:val="0"/>
          <w:color w:val="000000"/>
          <w:sz w:val="30"/>
        </w:rPr>
        <w:t xml:space="preserve">powerful, echoing the shared purpose they had discovered as </w:t>
      </w:r>
      <w:r>
        <w:rPr>
          <w:rFonts w:ascii="LiberationSerif" w:hAnsi="LiberationSerif" w:eastAsia="LiberationSerif"/>
          <w:b w:val="0"/>
          <w:i w:val="0"/>
          <w:color w:val="000000"/>
          <w:sz w:val="30"/>
        </w:rPr>
        <w:t xml:space="preserve">a group. They weren't just a collection of individuals, they </w:t>
      </w:r>
      <w:r>
        <w:rPr>
          <w:rFonts w:ascii="LiberationSerif" w:hAnsi="LiberationSerif" w:eastAsia="LiberationSerif"/>
          <w:b w:val="0"/>
          <w:i w:val="0"/>
          <w:color w:val="000000"/>
          <w:sz w:val="30"/>
        </w:rPr>
        <w:t xml:space="preserve">were a united force, bound by their shared experiences and </w:t>
      </w:r>
      <w:r>
        <w:rPr>
          <w:rFonts w:ascii="LiberationSerif" w:hAnsi="LiberationSerif" w:eastAsia="LiberationSerif"/>
          <w:b w:val="0"/>
          <w:i w:val="0"/>
          <w:color w:val="000000"/>
          <w:sz w:val="30"/>
        </w:rPr>
        <w:t>their unwavering commitment to each other.</w:t>
      </w:r>
    </w:p>
    <w:p xmlns:wp14="http://schemas.microsoft.com/office/word/2010/wordml" w14:paraId="539BCFD0"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oath wasn't just about them, they knew that. It was a </w:t>
      </w:r>
      <w:r>
        <w:rPr>
          <w:rFonts w:ascii="LiberationSerif" w:hAnsi="LiberationSerif" w:eastAsia="LiberationSerif"/>
          <w:b w:val="0"/>
          <w:i w:val="0"/>
          <w:color w:val="000000"/>
          <w:sz w:val="30"/>
        </w:rPr>
        <w:t xml:space="preserve">message they wanted to share with the world, a beacon of </w:t>
      </w:r>
      <w:r>
        <w:rPr>
          <w:rFonts w:ascii="LiberationSerif" w:hAnsi="LiberationSerif" w:eastAsia="LiberationSerif"/>
          <w:b w:val="0"/>
          <w:i w:val="0"/>
          <w:color w:val="000000"/>
          <w:sz w:val="30"/>
        </w:rPr>
        <w:t xml:space="preserve">hope and inspiration for those who were struggling to find </w:t>
      </w:r>
      <w:r>
        <w:rPr>
          <w:rFonts w:ascii="LiberationSerif" w:hAnsi="LiberationSerif" w:eastAsia="LiberationSerif"/>
          <w:b w:val="0"/>
          <w:i w:val="0"/>
          <w:color w:val="000000"/>
          <w:sz w:val="30"/>
        </w:rPr>
        <w:t xml:space="preserve">their voice, their purpose, their true selves. It was a testament </w:t>
      </w:r>
      <w:r>
        <w:rPr>
          <w:rFonts w:ascii="LiberationSerif" w:hAnsi="LiberationSerif" w:eastAsia="LiberationSerif"/>
          <w:b w:val="0"/>
          <w:i w:val="0"/>
          <w:color w:val="000000"/>
          <w:sz w:val="30"/>
        </w:rPr>
        <w:t xml:space="preserve">to the power of friendship, the importance of authenticity, </w:t>
      </w:r>
      <w:r>
        <w:rPr>
          <w:rFonts w:ascii="LiberationSerif" w:hAnsi="LiberationSerif" w:eastAsia="LiberationSerif"/>
          <w:b w:val="0"/>
          <w:i w:val="0"/>
          <w:color w:val="000000"/>
          <w:sz w:val="30"/>
        </w:rPr>
        <w:t>and the enduring strength of the human spirit.</w:t>
      </w:r>
    </w:p>
    <w:p xmlns:wp14="http://schemas.microsoft.com/office/word/2010/wordml" w14:paraId="277BDCA8"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room erupted in applause, the sound echoing through </w:t>
      </w:r>
      <w:r>
        <w:rPr>
          <w:rFonts w:ascii="LiberationSerif" w:hAnsi="LiberationSerif" w:eastAsia="LiberationSerif"/>
          <w:b w:val="0"/>
          <w:i w:val="0"/>
          <w:color w:val="000000"/>
          <w:sz w:val="30"/>
        </w:rPr>
        <w:t xml:space="preserve">the hallways as they finally felt a sense of completion, a </w:t>
      </w:r>
      <w:r>
        <w:rPr>
          <w:rFonts w:ascii="LiberationSerif" w:hAnsi="LiberationSerif" w:eastAsia="LiberationSerif"/>
          <w:b w:val="0"/>
          <w:i w:val="0"/>
          <w:color w:val="000000"/>
          <w:sz w:val="30"/>
        </w:rPr>
        <w:t xml:space="preserve">shared understanding that they had created something truly </w:t>
      </w:r>
      <w:r>
        <w:rPr>
          <w:rFonts w:ascii="LiberationSerif" w:hAnsi="LiberationSerif" w:eastAsia="LiberationSerif"/>
          <w:b w:val="0"/>
          <w:i w:val="0"/>
          <w:color w:val="000000"/>
          <w:sz w:val="30"/>
        </w:rPr>
        <w:t xml:space="preserve">special. They had faced their trials, embraced their triumphs, </w:t>
      </w:r>
      <w:r>
        <w:rPr>
          <w:rFonts w:ascii="LiberationSerif" w:hAnsi="LiberationSerif" w:eastAsia="LiberationSerif"/>
          <w:b w:val="0"/>
          <w:i w:val="0"/>
          <w:color w:val="000000"/>
          <w:sz w:val="30"/>
        </w:rPr>
        <w:t xml:space="preserve">and emerged stronger, more resilient, and more connected </w:t>
      </w:r>
      <w:r>
        <w:rPr>
          <w:rFonts w:ascii="LiberationSerif" w:hAnsi="LiberationSerif" w:eastAsia="LiberationSerif"/>
          <w:b w:val="0"/>
          <w:i w:val="0"/>
          <w:color w:val="000000"/>
          <w:sz w:val="30"/>
        </w:rPr>
        <w:t xml:space="preserve">than ever before. This oath was not just a reminder, it was a </w:t>
      </w:r>
      <w:r>
        <w:rPr>
          <w:rFonts w:ascii="LiberationSerif" w:hAnsi="LiberationSerif" w:eastAsia="LiberationSerif"/>
          <w:b w:val="0"/>
          <w:i w:val="0"/>
          <w:color w:val="000000"/>
          <w:sz w:val="30"/>
        </w:rPr>
        <w:t xml:space="preserve">promise. It was a promise to themselves, to each other, and </w:t>
      </w:r>
      <w:r>
        <w:rPr>
          <w:rFonts w:ascii="LiberationSerif" w:hAnsi="LiberationSerif" w:eastAsia="LiberationSerif"/>
          <w:b w:val="0"/>
          <w:i w:val="0"/>
          <w:color w:val="000000"/>
          <w:sz w:val="30"/>
        </w:rPr>
        <w:t xml:space="preserve">to the world that they would always strive to be their best </w:t>
      </w:r>
      <w:r>
        <w:rPr>
          <w:rFonts w:ascii="LiberationSerif" w:hAnsi="LiberationSerif" w:eastAsia="LiberationSerif"/>
          <w:b w:val="0"/>
          <w:i w:val="0"/>
          <w:color w:val="000000"/>
          <w:sz w:val="30"/>
        </w:rPr>
        <w:t xml:space="preserve">selves, to live with integrity, and to spread kindness and </w:t>
      </w:r>
      <w:r>
        <w:rPr>
          <w:rFonts w:ascii="LiberationSerif" w:hAnsi="LiberationSerif" w:eastAsia="LiberationSerif"/>
          <w:b w:val="0"/>
          <w:i w:val="0"/>
          <w:color w:val="000000"/>
          <w:sz w:val="30"/>
        </w:rPr>
        <w:t>compassion wherever they went.</w:t>
      </w:r>
    </w:p>
    <w:p xmlns:wp14="http://schemas.microsoft.com/office/word/2010/wordml" w14:paraId="6537F28F" wp14:textId="77777777">
      <w:pPr>
        <w:sectPr>
          <w:pgSz w:w="12240" w:h="15840" w:orient="portrait"/>
          <w:pgMar w:top="0" w:right="1420" w:bottom="0" w:left="1440" w:header="720" w:footer="720" w:gutter="0"/>
          <w:cols/>
          <w:docGrid w:linePitch="360"/>
        </w:sectPr>
      </w:pPr>
    </w:p>
    <w:p xmlns:wp14="http://schemas.microsoft.com/office/word/2010/wordml" w14:paraId="5EA2EFA1"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As the sun began to rise, painting the sky with hues of </w:t>
      </w:r>
      <w:r>
        <w:br/>
      </w:r>
      <w:r>
        <w:rPr>
          <w:rFonts w:ascii="LiberationSerif" w:hAnsi="LiberationSerif" w:eastAsia="LiberationSerif"/>
          <w:b w:val="0"/>
          <w:i w:val="0"/>
          <w:color w:val="000000"/>
          <w:sz w:val="30"/>
        </w:rPr>
        <w:t xml:space="preserve">orange and pink, the group emerged from their makeshift </w:t>
      </w:r>
      <w:r>
        <w:rPr>
          <w:rFonts w:ascii="LiberationSerif" w:hAnsi="LiberationSerif" w:eastAsia="LiberationSerif"/>
          <w:b w:val="0"/>
          <w:i w:val="0"/>
          <w:color w:val="000000"/>
          <w:sz w:val="30"/>
        </w:rPr>
        <w:t xml:space="preserve">meeting room, their hearts filled with a newfound sense of </w:t>
      </w:r>
      <w:r>
        <w:rPr>
          <w:rFonts w:ascii="LiberationSerif" w:hAnsi="LiberationSerif" w:eastAsia="LiberationSerif"/>
          <w:b w:val="0"/>
          <w:i w:val="0"/>
          <w:color w:val="000000"/>
          <w:sz w:val="30"/>
        </w:rPr>
        <w:t xml:space="preserve">purpose. They knew the journey ahead would not be easy, </w:t>
      </w:r>
      <w:r>
        <w:rPr>
          <w:rFonts w:ascii="LiberationSerif" w:hAnsi="LiberationSerif" w:eastAsia="LiberationSerif"/>
          <w:b w:val="0"/>
          <w:i w:val="0"/>
          <w:color w:val="000000"/>
          <w:sz w:val="30"/>
        </w:rPr>
        <w:t xml:space="preserve">but they were no longer alone. They had each other, they had </w:t>
      </w:r>
      <w:r>
        <w:rPr>
          <w:rFonts w:ascii="LiberationSerif" w:hAnsi="LiberationSerif" w:eastAsia="LiberationSerif"/>
          <w:b w:val="0"/>
          <w:i w:val="0"/>
          <w:color w:val="000000"/>
          <w:sz w:val="30"/>
        </w:rPr>
        <w:t xml:space="preserve">their oath, and they had the unwavering belief that together, </w:t>
      </w:r>
      <w:r>
        <w:rPr>
          <w:rFonts w:ascii="LiberationSerif" w:hAnsi="LiberationSerif" w:eastAsia="LiberationSerif"/>
          <w:b w:val="0"/>
          <w:i w:val="0"/>
          <w:color w:val="000000"/>
          <w:sz w:val="30"/>
        </w:rPr>
        <w:t>they could achieve anything they set their minds to.</w:t>
      </w:r>
    </w:p>
    <w:p xmlns:wp14="http://schemas.microsoft.com/office/word/2010/wordml" w14:paraId="6FD7BAA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oath, in its simplicity and sincerity, had become a </w:t>
      </w:r>
      <w:r>
        <w:br/>
      </w:r>
      <w:r>
        <w:rPr>
          <w:rFonts w:ascii="LiberationSerif" w:hAnsi="LiberationSerif" w:eastAsia="LiberationSerif"/>
          <w:b w:val="0"/>
          <w:i w:val="0"/>
          <w:color w:val="000000"/>
          <w:sz w:val="30"/>
        </w:rPr>
        <w:t xml:space="preserve">touchstone, a symbol of their journey, their strength, and </w:t>
      </w:r>
      <w:r>
        <w:rPr>
          <w:rFonts w:ascii="LiberationSerif" w:hAnsi="LiberationSerif" w:eastAsia="LiberationSerif"/>
          <w:b w:val="0"/>
          <w:i w:val="0"/>
          <w:color w:val="000000"/>
          <w:sz w:val="30"/>
        </w:rPr>
        <w:t xml:space="preserve">their unwavering commitment to each other. As they walked </w:t>
      </w:r>
      <w:r>
        <w:rPr>
          <w:rFonts w:ascii="LiberationSerif" w:hAnsi="LiberationSerif" w:eastAsia="LiberationSerif"/>
          <w:b w:val="0"/>
          <w:i w:val="0"/>
          <w:color w:val="000000"/>
          <w:sz w:val="30"/>
        </w:rPr>
        <w:t xml:space="preserve">into the new day, they carried it with them, a silent promise </w:t>
      </w:r>
      <w:r>
        <w:rPr>
          <w:rFonts w:ascii="LiberationSerif" w:hAnsi="LiberationSerif" w:eastAsia="LiberationSerif"/>
          <w:b w:val="0"/>
          <w:i w:val="0"/>
          <w:color w:val="000000"/>
          <w:sz w:val="30"/>
        </w:rPr>
        <w:t xml:space="preserve">to themselves and to the world that they would always strive </w:t>
      </w:r>
      <w:r>
        <w:rPr>
          <w:rFonts w:ascii="LiberationSerif" w:hAnsi="LiberationSerif" w:eastAsia="LiberationSerif"/>
          <w:b w:val="0"/>
          <w:i w:val="0"/>
          <w:color w:val="000000"/>
          <w:sz w:val="30"/>
        </w:rPr>
        <w:t xml:space="preserve">to be true to themselves and to each other, to stand up for </w:t>
      </w:r>
      <w:r>
        <w:rPr>
          <w:rFonts w:ascii="LiberationSerif" w:hAnsi="LiberationSerif" w:eastAsia="LiberationSerif"/>
          <w:b w:val="0"/>
          <w:i w:val="0"/>
          <w:color w:val="000000"/>
          <w:sz w:val="30"/>
        </w:rPr>
        <w:t xml:space="preserve">what they believed in, to never let fear silence their voices, </w:t>
      </w:r>
      <w:r>
        <w:rPr>
          <w:rFonts w:ascii="LiberationSerif" w:hAnsi="LiberationSerif" w:eastAsia="LiberationSerif"/>
          <w:b w:val="0"/>
          <w:i w:val="0"/>
          <w:color w:val="000000"/>
          <w:sz w:val="30"/>
        </w:rPr>
        <w:t xml:space="preserve">and to always strive to be better versions of themselves. </w:t>
      </w:r>
      <w:r>
        <w:rPr>
          <w:rFonts w:ascii="LiberationSerif" w:hAnsi="LiberationSerif" w:eastAsia="LiberationSerif"/>
          <w:b w:val="0"/>
          <w:i w:val="0"/>
          <w:color w:val="000000"/>
          <w:sz w:val="30"/>
        </w:rPr>
        <w:t xml:space="preserve">They were The Unbreakable Bond, and they were ready to </w:t>
      </w:r>
      <w:r>
        <w:rPr>
          <w:rFonts w:ascii="LiberationSerif" w:hAnsi="LiberationSerif" w:eastAsia="LiberationSerif"/>
          <w:b w:val="0"/>
          <w:i w:val="0"/>
          <w:color w:val="000000"/>
          <w:sz w:val="30"/>
        </w:rPr>
        <w:t>face the world together.</w:t>
      </w:r>
    </w:p>
    <w:p xmlns:wp14="http://schemas.microsoft.com/office/word/2010/wordml" w14:paraId="3C73E15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weeks that followed were a whirlwind of activity. The </w:t>
      </w:r>
      <w:r>
        <w:rPr>
          <w:rFonts w:ascii="LiberationSerif" w:hAnsi="LiberationSerif" w:eastAsia="LiberationSerif"/>
          <w:b w:val="0"/>
          <w:i w:val="0"/>
          <w:color w:val="000000"/>
          <w:sz w:val="30"/>
        </w:rPr>
        <w:t xml:space="preserve">group, fueled by their shared purpose, threw themselves into </w:t>
      </w:r>
      <w:r>
        <w:rPr>
          <w:rFonts w:ascii="LiberationSerif" w:hAnsi="LiberationSerif" w:eastAsia="LiberationSerif"/>
          <w:b w:val="0"/>
          <w:i w:val="0"/>
          <w:color w:val="000000"/>
          <w:sz w:val="30"/>
        </w:rPr>
        <w:t xml:space="preserve">their studies, their extra-curricular activities, and their </w:t>
      </w:r>
      <w:r>
        <w:br/>
      </w:r>
      <w:r>
        <w:rPr>
          <w:rFonts w:ascii="LiberationSerif" w:hAnsi="LiberationSerif" w:eastAsia="LiberationSerif"/>
          <w:b w:val="0"/>
          <w:i w:val="0"/>
          <w:color w:val="000000"/>
          <w:sz w:val="30"/>
        </w:rPr>
        <w:t xml:space="preserve">commitment to making a difference in their school </w:t>
      </w:r>
      <w:r>
        <w:br/>
      </w:r>
      <w:r>
        <w:rPr>
          <w:rFonts w:ascii="LiberationSerif" w:hAnsi="LiberationSerif" w:eastAsia="LiberationSerif"/>
          <w:b w:val="0"/>
          <w:i w:val="0"/>
          <w:color w:val="000000"/>
          <w:sz w:val="30"/>
        </w:rPr>
        <w:t xml:space="preserve">community. They organized fundraisers for local charities, </w:t>
      </w:r>
      <w:r>
        <w:rPr>
          <w:rFonts w:ascii="LiberationSerif" w:hAnsi="LiberationSerif" w:eastAsia="LiberationSerif"/>
          <w:b w:val="0"/>
          <w:i w:val="0"/>
          <w:color w:val="000000"/>
          <w:sz w:val="30"/>
        </w:rPr>
        <w:t xml:space="preserve">volunteered at homeless shelters, and spoke at school </w:t>
      </w:r>
      <w:r>
        <w:br/>
      </w:r>
      <w:r>
        <w:rPr>
          <w:rFonts w:ascii="LiberationSerif" w:hAnsi="LiberationSerif" w:eastAsia="LiberationSerif"/>
          <w:b w:val="0"/>
          <w:i w:val="0"/>
          <w:color w:val="000000"/>
          <w:sz w:val="30"/>
        </w:rPr>
        <w:t xml:space="preserve">assemblies about the importance of kindness, inclusion, and </w:t>
      </w:r>
      <w:r>
        <w:rPr>
          <w:rFonts w:ascii="LiberationSerif" w:hAnsi="LiberationSerif" w:eastAsia="LiberationSerif"/>
          <w:b w:val="0"/>
          <w:i w:val="0"/>
          <w:color w:val="000000"/>
          <w:sz w:val="30"/>
        </w:rPr>
        <w:t xml:space="preserve">self-acceptance. The oath, written in elegant calligraphy on a </w:t>
      </w:r>
      <w:r>
        <w:rPr>
          <w:rFonts w:ascii="LiberationSerif" w:hAnsi="LiberationSerif" w:eastAsia="LiberationSerif"/>
          <w:b w:val="0"/>
          <w:i w:val="0"/>
          <w:color w:val="000000"/>
          <w:sz w:val="30"/>
        </w:rPr>
        <w:t xml:space="preserve">framed piece of parchment, took pride of place on the wall </w:t>
      </w:r>
      <w:r>
        <w:rPr>
          <w:rFonts w:ascii="LiberationSerif" w:hAnsi="LiberationSerif" w:eastAsia="LiberationSerif"/>
          <w:b w:val="0"/>
          <w:i w:val="0"/>
          <w:color w:val="000000"/>
          <w:sz w:val="30"/>
        </w:rPr>
        <w:t xml:space="preserve">of their makeshift meeting room, a constant reminder of the </w:t>
      </w:r>
      <w:r>
        <w:rPr>
          <w:rFonts w:ascii="LiberationSerif" w:hAnsi="LiberationSerif" w:eastAsia="LiberationSerif"/>
          <w:b w:val="0"/>
          <w:i w:val="0"/>
          <w:color w:val="000000"/>
          <w:sz w:val="30"/>
        </w:rPr>
        <w:t>values that they were striving to live by.</w:t>
      </w:r>
    </w:p>
    <w:p xmlns:wp14="http://schemas.microsoft.com/office/word/2010/wordml" w14:paraId="6A26556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Their commitment to authenticity didn’t stop with their </w:t>
      </w:r>
      <w:r>
        <w:rPr>
          <w:rFonts w:ascii="LiberationSerif" w:hAnsi="LiberationSerif" w:eastAsia="LiberationSerif"/>
          <w:b w:val="0"/>
          <w:i w:val="0"/>
          <w:color w:val="000000"/>
          <w:sz w:val="30"/>
        </w:rPr>
        <w:t xml:space="preserve">community service, however. They also applied it to their </w:t>
      </w:r>
      <w:r>
        <w:rPr>
          <w:rFonts w:ascii="LiberationSerif" w:hAnsi="LiberationSerif" w:eastAsia="LiberationSerif"/>
          <w:b w:val="0"/>
          <w:i w:val="0"/>
          <w:color w:val="000000"/>
          <w:sz w:val="30"/>
        </w:rPr>
        <w:t xml:space="preserve">personal relationships. Liam, who had previously struggled </w:t>
      </w:r>
      <w:r>
        <w:rPr>
          <w:rFonts w:ascii="LiberationSerif" w:hAnsi="LiberationSerif" w:eastAsia="LiberationSerif"/>
          <w:b w:val="0"/>
          <w:i w:val="0"/>
          <w:color w:val="000000"/>
          <w:sz w:val="30"/>
        </w:rPr>
        <w:t xml:space="preserve">with self-doubt and insecurity, finally mustered the courage </w:t>
      </w:r>
      <w:r>
        <w:rPr>
          <w:rFonts w:ascii="LiberationSerif" w:hAnsi="LiberationSerif" w:eastAsia="LiberationSerif"/>
          <w:b w:val="0"/>
          <w:i w:val="0"/>
          <w:color w:val="000000"/>
          <w:sz w:val="30"/>
        </w:rPr>
        <w:t>to ask his crush, Emma, to the school dance. To his surprise,</w:t>
      </w:r>
    </w:p>
    <w:p xmlns:wp14="http://schemas.microsoft.com/office/word/2010/wordml" w14:paraId="6DFB9E20" wp14:textId="77777777">
      <w:pPr>
        <w:sectPr>
          <w:pgSz w:w="12240" w:h="15840" w:orient="portrait"/>
          <w:pgMar w:top="0" w:right="1420" w:bottom="0" w:left="1440" w:header="720" w:footer="720" w:gutter="0"/>
          <w:cols/>
          <w:docGrid w:linePitch="360"/>
        </w:sectPr>
      </w:pPr>
    </w:p>
    <w:p xmlns:wp14="http://schemas.microsoft.com/office/word/2010/wordml" w14:paraId="13F5C3BA"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she said yes, and their relationship blossomed into something </w:t>
      </w:r>
      <w:r>
        <w:rPr>
          <w:rFonts w:ascii="LiberationSerif" w:hAnsi="LiberationSerif" w:eastAsia="LiberationSerif"/>
          <w:b w:val="0"/>
          <w:i w:val="0"/>
          <w:color w:val="000000"/>
          <w:sz w:val="30"/>
        </w:rPr>
        <w:t xml:space="preserve">beautiful and genuine. Sarah, who had always been afraid to </w:t>
      </w:r>
      <w:r>
        <w:rPr>
          <w:rFonts w:ascii="LiberationSerif" w:hAnsi="LiberationSerif" w:eastAsia="LiberationSerif"/>
          <w:b w:val="0"/>
          <w:i w:val="0"/>
          <w:color w:val="000000"/>
          <w:sz w:val="30"/>
        </w:rPr>
        <w:t xml:space="preserve">express her passion for writing, started a school blog where </w:t>
      </w:r>
      <w:r>
        <w:rPr>
          <w:rFonts w:ascii="LiberationSerif" w:hAnsi="LiberationSerif" w:eastAsia="LiberationSerif"/>
          <w:b w:val="0"/>
          <w:i w:val="0"/>
          <w:color w:val="000000"/>
          <w:sz w:val="30"/>
        </w:rPr>
        <w:t xml:space="preserve">she shared her thoughts and feelings. To her delight, her </w:t>
      </w:r>
      <w:r>
        <w:rPr>
          <w:rFonts w:ascii="LiberationSerif" w:hAnsi="LiberationSerif" w:eastAsia="LiberationSerif"/>
          <w:b w:val="0"/>
          <w:i w:val="0"/>
          <w:color w:val="000000"/>
          <w:sz w:val="30"/>
        </w:rPr>
        <w:t xml:space="preserve">writing resonated with many students, who reached out to </w:t>
      </w:r>
      <w:r>
        <w:rPr>
          <w:rFonts w:ascii="LiberationSerif" w:hAnsi="LiberationSerif" w:eastAsia="LiberationSerif"/>
          <w:b w:val="0"/>
          <w:i w:val="0"/>
          <w:color w:val="000000"/>
          <w:sz w:val="30"/>
        </w:rPr>
        <w:t>express their appreciation and support.</w:t>
      </w:r>
    </w:p>
    <w:p xmlns:wp14="http://schemas.microsoft.com/office/word/2010/wordml" w14:paraId="3493C7A7"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 school year progressed, the group noticed a shift in </w:t>
      </w:r>
      <w:r>
        <w:rPr>
          <w:rFonts w:ascii="LiberationSerif" w:hAnsi="LiberationSerif" w:eastAsia="LiberationSerif"/>
          <w:b w:val="0"/>
          <w:i w:val="0"/>
          <w:color w:val="000000"/>
          <w:sz w:val="30"/>
        </w:rPr>
        <w:t xml:space="preserve">the atmosphere. The once-hostile environment began to feel </w:t>
      </w:r>
      <w:r>
        <w:rPr>
          <w:rFonts w:ascii="LiberationSerif" w:hAnsi="LiberationSerif" w:eastAsia="LiberationSerif"/>
          <w:b w:val="0"/>
          <w:i w:val="0"/>
          <w:color w:val="000000"/>
          <w:sz w:val="30"/>
        </w:rPr>
        <w:t xml:space="preserve">more welcoming, more accepting. The whispers of gossip </w:t>
      </w:r>
      <w:r>
        <w:rPr>
          <w:rFonts w:ascii="LiberationSerif" w:hAnsi="LiberationSerif" w:eastAsia="LiberationSerif"/>
          <w:b w:val="0"/>
          <w:i w:val="0"/>
          <w:color w:val="000000"/>
          <w:sz w:val="30"/>
        </w:rPr>
        <w:t xml:space="preserve">and negativity were slowly replaced by the murmur of </w:t>
      </w:r>
      <w:r>
        <w:br/>
      </w:r>
      <w:r>
        <w:rPr>
          <w:rFonts w:ascii="LiberationSerif" w:hAnsi="LiberationSerif" w:eastAsia="LiberationSerif"/>
          <w:b w:val="0"/>
          <w:i w:val="0"/>
          <w:color w:val="000000"/>
          <w:sz w:val="30"/>
        </w:rPr>
        <w:t xml:space="preserve">kindness and empathy. People began to see the impact of </w:t>
      </w:r>
      <w:r>
        <w:rPr>
          <w:rFonts w:ascii="LiberationSerif" w:hAnsi="LiberationSerif" w:eastAsia="LiberationSerif"/>
          <w:b w:val="0"/>
          <w:i w:val="0"/>
          <w:color w:val="000000"/>
          <w:sz w:val="30"/>
        </w:rPr>
        <w:t xml:space="preserve">their actions, to understand the importance of choosing to be </w:t>
      </w:r>
      <w:r>
        <w:rPr>
          <w:rFonts w:ascii="LiberationSerif" w:hAnsi="LiberationSerif" w:eastAsia="LiberationSerif"/>
          <w:b w:val="0"/>
          <w:i w:val="0"/>
          <w:color w:val="000000"/>
          <w:sz w:val="30"/>
        </w:rPr>
        <w:t xml:space="preserve">kind, to be supportive, to be authentically themselves. They </w:t>
      </w:r>
      <w:r>
        <w:rPr>
          <w:rFonts w:ascii="LiberationSerif" w:hAnsi="LiberationSerif" w:eastAsia="LiberationSerif"/>
          <w:b w:val="0"/>
          <w:i w:val="0"/>
          <w:color w:val="000000"/>
          <w:sz w:val="30"/>
        </w:rPr>
        <w:t xml:space="preserve">realised that change started with them, with the small </w:t>
      </w:r>
      <w:r>
        <w:br/>
      </w:r>
      <w:r>
        <w:rPr>
          <w:rFonts w:ascii="LiberationSerif" w:hAnsi="LiberationSerif" w:eastAsia="LiberationSerif"/>
          <w:b w:val="0"/>
          <w:i w:val="0"/>
          <w:color w:val="000000"/>
          <w:sz w:val="30"/>
        </w:rPr>
        <w:t>choices they made every day.</w:t>
      </w:r>
    </w:p>
    <w:p xmlns:wp14="http://schemas.microsoft.com/office/word/2010/wordml" w14:paraId="547FF860"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One evening, as the sun began its descent, casting long </w:t>
      </w:r>
      <w:r>
        <w:rPr>
          <w:rFonts w:ascii="LiberationSerif" w:hAnsi="LiberationSerif" w:eastAsia="LiberationSerif"/>
          <w:b w:val="0"/>
          <w:i w:val="0"/>
          <w:color w:val="000000"/>
          <w:sz w:val="30"/>
        </w:rPr>
        <w:t xml:space="preserve">shadows across the school grounds, the group gathered in </w:t>
      </w:r>
      <w:r>
        <w:rPr>
          <w:rFonts w:ascii="LiberationSerif" w:hAnsi="LiberationSerif" w:eastAsia="LiberationSerif"/>
          <w:b w:val="0"/>
          <w:i w:val="0"/>
          <w:color w:val="000000"/>
          <w:sz w:val="30"/>
        </w:rPr>
        <w:t>their usual spot, their oath hanging on the wall behind them.</w:t>
      </w:r>
    </w:p>
    <w:p xmlns:wp14="http://schemas.microsoft.com/office/word/2010/wordml" w14:paraId="0D8C5E58" wp14:textId="77777777">
      <w:pPr>
        <w:autoSpaceDN w:val="0"/>
        <w:autoSpaceDE w:val="0"/>
        <w:widowControl/>
        <w:spacing w:before="0" w:after="0" w:line="360" w:lineRule="exact"/>
        <w:ind w:left="1000" w:right="1008" w:firstLine="0"/>
        <w:jc w:val="left"/>
      </w:pPr>
      <w:r>
        <w:rPr>
          <w:rFonts w:ascii="LiberationSerif" w:hAnsi="LiberationSerif" w:eastAsia="LiberationSerif"/>
          <w:b w:val="0"/>
          <w:i w:val="0"/>
          <w:color w:val="000000"/>
          <w:sz w:val="30"/>
        </w:rPr>
        <w:t xml:space="preserve">They were preparing for their final school assembly, a </w:t>
      </w:r>
      <w:r>
        <w:br/>
      </w:r>
      <w:r>
        <w:rPr>
          <w:rFonts w:ascii="LiberationSerif" w:hAnsi="LiberationSerif" w:eastAsia="LiberationSerif"/>
          <w:b w:val="0"/>
          <w:i w:val="0"/>
          <w:color w:val="000000"/>
          <w:sz w:val="30"/>
        </w:rPr>
        <w:t xml:space="preserve">celebration of the year’s accomplishments, a testament to </w:t>
      </w:r>
      <w:r>
        <w:rPr>
          <w:rFonts w:ascii="LiberationSerif" w:hAnsi="LiberationSerif" w:eastAsia="LiberationSerif"/>
          <w:b w:val="0"/>
          <w:i w:val="0"/>
          <w:color w:val="000000"/>
          <w:sz w:val="30"/>
        </w:rPr>
        <w:t xml:space="preserve">their growth and their shared journey. They felt a sense of </w:t>
      </w:r>
      <w:r>
        <w:rPr>
          <w:rFonts w:ascii="LiberationSerif" w:hAnsi="LiberationSerif" w:eastAsia="LiberationSerif"/>
          <w:b w:val="0"/>
          <w:i w:val="0"/>
          <w:color w:val="000000"/>
          <w:sz w:val="30"/>
        </w:rPr>
        <w:t xml:space="preserve">pride, a sense of fulfillment, knowing that they had made a </w:t>
      </w:r>
      <w:r>
        <w:rPr>
          <w:rFonts w:ascii="LiberationSerif" w:hAnsi="LiberationSerif" w:eastAsia="LiberationSerif"/>
          <w:b w:val="0"/>
          <w:i w:val="0"/>
          <w:color w:val="000000"/>
          <w:sz w:val="30"/>
        </w:rPr>
        <w:t xml:space="preserve">difference, not just in their own lives, but in the lives of their </w:t>
      </w:r>
      <w:r>
        <w:rPr>
          <w:rFonts w:ascii="LiberationSerif" w:hAnsi="LiberationSerif" w:eastAsia="LiberationSerif"/>
          <w:b w:val="0"/>
          <w:i w:val="0"/>
          <w:color w:val="000000"/>
          <w:sz w:val="30"/>
        </w:rPr>
        <w:t>classmates.</w:t>
      </w:r>
    </w:p>
    <w:p xmlns:wp14="http://schemas.microsoft.com/office/word/2010/wordml" w14:paraId="1DA5C99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"It’s amazing how much can change in a year," said Maya, </w:t>
      </w:r>
      <w:r>
        <w:rPr>
          <w:rFonts w:ascii="LiberationSerif" w:hAnsi="LiberationSerif" w:eastAsia="LiberationSerif"/>
          <w:b w:val="0"/>
          <w:i w:val="0"/>
          <w:color w:val="000000"/>
          <w:sz w:val="30"/>
        </w:rPr>
        <w:t xml:space="preserve">gazing at the oath with a newfound sense of awe. “We didn’t </w:t>
      </w:r>
      <w:r>
        <w:rPr>
          <w:rFonts w:ascii="LiberationSerif" w:hAnsi="LiberationSerif" w:eastAsia="LiberationSerif"/>
          <w:b w:val="0"/>
          <w:i w:val="0"/>
          <w:color w:val="000000"/>
          <w:sz w:val="30"/>
        </w:rPr>
        <w:t>just make an oath, we lived it. We became it."</w:t>
      </w:r>
    </w:p>
    <w:p xmlns:wp14="http://schemas.microsoft.com/office/word/2010/wordml" w14:paraId="625C54C1"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group nodded in agreement. They had weathered the </w:t>
      </w:r>
      <w:r>
        <w:rPr>
          <w:rFonts w:ascii="LiberationSerif" w:hAnsi="LiberationSerif" w:eastAsia="LiberationSerif"/>
          <w:b w:val="0"/>
          <w:i w:val="0"/>
          <w:color w:val="000000"/>
          <w:sz w:val="30"/>
        </w:rPr>
        <w:t xml:space="preserve">trials, embraced the triumphs, and emerged stronger, more </w:t>
      </w:r>
      <w:r>
        <w:rPr>
          <w:rFonts w:ascii="LiberationSerif" w:hAnsi="LiberationSerif" w:eastAsia="LiberationSerif"/>
          <w:b w:val="0"/>
          <w:i w:val="0"/>
          <w:color w:val="000000"/>
          <w:sz w:val="30"/>
        </w:rPr>
        <w:t xml:space="preserve">resilient, and more united than ever before. They knew that </w:t>
      </w:r>
      <w:r>
        <w:rPr>
          <w:rFonts w:ascii="LiberationSerif" w:hAnsi="LiberationSerif" w:eastAsia="LiberationSerif"/>
          <w:b w:val="0"/>
          <w:i w:val="0"/>
          <w:color w:val="000000"/>
          <w:sz w:val="30"/>
        </w:rPr>
        <w:t xml:space="preserve">their journey wouldn't end with graduation. This oath, this </w:t>
      </w:r>
      <w:r>
        <w:rPr>
          <w:rFonts w:ascii="LiberationSerif" w:hAnsi="LiberationSerif" w:eastAsia="LiberationSerif"/>
          <w:b w:val="0"/>
          <w:i w:val="0"/>
          <w:color w:val="000000"/>
          <w:sz w:val="30"/>
        </w:rPr>
        <w:t>promise, was a commitment they would carry with them</w:t>
      </w:r>
    </w:p>
    <w:p xmlns:wp14="http://schemas.microsoft.com/office/word/2010/wordml" w14:paraId="70DF9E56" wp14:textId="77777777">
      <w:pPr>
        <w:sectPr>
          <w:pgSz w:w="12240" w:h="15840" w:orient="portrait"/>
          <w:pgMar w:top="0" w:right="1420" w:bottom="0" w:left="1440" w:header="720" w:footer="720" w:gutter="0"/>
          <w:cols/>
          <w:docGrid w:linePitch="360"/>
        </w:sectPr>
      </w:pPr>
    </w:p>
    <w:p xmlns:wp14="http://schemas.microsoft.com/office/word/2010/wordml" w14:paraId="32880D4F"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throughout their lives, a guiding light to help them navigate </w:t>
      </w:r>
      <w:r>
        <w:rPr>
          <w:rFonts w:ascii="LiberationSerif" w:hAnsi="LiberationSerif" w:eastAsia="LiberationSerif"/>
          <w:b w:val="0"/>
          <w:i w:val="0"/>
          <w:color w:val="000000"/>
          <w:sz w:val="30"/>
        </w:rPr>
        <w:t xml:space="preserve">the complexities of the world, to always strive for </w:t>
      </w:r>
      <w:r>
        <w:br/>
      </w:r>
      <w:r>
        <w:rPr>
          <w:rFonts w:ascii="LiberationSerif" w:hAnsi="LiberationSerif" w:eastAsia="LiberationSerif"/>
          <w:b w:val="0"/>
          <w:i w:val="0"/>
          <w:color w:val="000000"/>
          <w:sz w:val="30"/>
        </w:rPr>
        <w:t xml:space="preserve">authenticity, to stand up for what they believed in, and to </w:t>
      </w:r>
      <w:r>
        <w:rPr>
          <w:rFonts w:ascii="LiberationSerif" w:hAnsi="LiberationSerif" w:eastAsia="LiberationSerif"/>
          <w:b w:val="0"/>
          <w:i w:val="0"/>
          <w:color w:val="000000"/>
          <w:sz w:val="30"/>
        </w:rPr>
        <w:t xml:space="preserve">leave a positive impact on everyone they met. Their bond, </w:t>
      </w:r>
      <w:r>
        <w:rPr>
          <w:rFonts w:ascii="LiberationSerif" w:hAnsi="LiberationSerif" w:eastAsia="LiberationSerif"/>
          <w:b w:val="0"/>
          <w:i w:val="0"/>
          <w:color w:val="000000"/>
          <w:sz w:val="30"/>
        </w:rPr>
        <w:t xml:space="preserve">once forged in the crucible of shared challenges and </w:t>
      </w:r>
      <w:r>
        <w:br/>
      </w:r>
      <w:r>
        <w:rPr>
          <w:rFonts w:ascii="LiberationSerif" w:hAnsi="LiberationSerif" w:eastAsia="LiberationSerif"/>
          <w:b w:val="0"/>
          <w:i w:val="0"/>
          <w:color w:val="000000"/>
          <w:sz w:val="30"/>
        </w:rPr>
        <w:t xml:space="preserve">triumphs, was unbreakable. They were the Unbreakable </w:t>
      </w:r>
      <w:r>
        <w:rPr>
          <w:rFonts w:ascii="LiberationSerif" w:hAnsi="LiberationSerif" w:eastAsia="LiberationSerif"/>
          <w:b w:val="0"/>
          <w:i w:val="0"/>
          <w:color w:val="000000"/>
          <w:sz w:val="30"/>
        </w:rPr>
        <w:t>Bond, and they were ready to face the world.</w:t>
      </w:r>
    </w:p>
    <w:p xmlns:wp14="http://schemas.microsoft.com/office/word/2010/wordml" w14:paraId="44E871BC" wp14:textId="77777777">
      <w:pPr>
        <w:sectPr>
          <w:pgSz w:w="12240" w:h="15840" w:orient="portrait"/>
          <w:pgMar w:top="0" w:right="1420" w:bottom="0" w:left="1440" w:header="720" w:footer="720" w:gutter="0"/>
          <w:cols/>
          <w:docGrid w:linePitch="360"/>
        </w:sectPr>
      </w:pPr>
    </w:p>
    <w:p xmlns:wp14="http://schemas.microsoft.com/office/word/2010/wordml" w14:paraId="146CE1D2"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178E6303"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air hung heavy with anticipation, the familiar scent of </w:t>
      </w:r>
      <w:r>
        <w:rPr>
          <w:rFonts w:ascii="LiberationSerif" w:hAnsi="LiberationSerif" w:eastAsia="LiberationSerif"/>
          <w:b w:val="0"/>
          <w:i w:val="0"/>
          <w:color w:val="000000"/>
          <w:sz w:val="30"/>
        </w:rPr>
        <w:t xml:space="preserve">rain and damp earth mingling with the nervous energy </w:t>
      </w:r>
      <w:r>
        <w:br/>
      </w:r>
      <w:r>
        <w:rPr>
          <w:rFonts w:ascii="LiberationSerif" w:hAnsi="LiberationSerif" w:eastAsia="LiberationSerif"/>
          <w:b w:val="0"/>
          <w:i w:val="0"/>
          <w:color w:val="000000"/>
          <w:sz w:val="30"/>
        </w:rPr>
        <w:t xml:space="preserve">pulsing through the crowded auditorium. It was the school's </w:t>
      </w:r>
      <w:r>
        <w:rPr>
          <w:rFonts w:ascii="LiberationSerif" w:hAnsi="LiberationSerif" w:eastAsia="LiberationSerif"/>
          <w:b w:val="0"/>
          <w:i w:val="0"/>
          <w:color w:val="000000"/>
          <w:sz w:val="30"/>
        </w:rPr>
        <w:t xml:space="preserve">annual talent show, a night where dreams took flight and </w:t>
      </w:r>
      <w:r>
        <w:rPr>
          <w:rFonts w:ascii="LiberationSerif" w:hAnsi="LiberationSerif" w:eastAsia="LiberationSerif"/>
          <w:b w:val="0"/>
          <w:i w:val="0"/>
          <w:color w:val="000000"/>
          <w:sz w:val="30"/>
        </w:rPr>
        <w:t xml:space="preserve">anxieties danced on a tightrope. The group of friends, bound </w:t>
      </w:r>
      <w:r>
        <w:rPr>
          <w:rFonts w:ascii="LiberationSerif" w:hAnsi="LiberationSerif" w:eastAsia="LiberationSerif"/>
          <w:b w:val="0"/>
          <w:i w:val="0"/>
          <w:color w:val="000000"/>
          <w:sz w:val="30"/>
        </w:rPr>
        <w:t xml:space="preserve">together by their shared experiences and unspoken </w:t>
      </w:r>
      <w:r>
        <w:br/>
      </w:r>
      <w:r>
        <w:rPr>
          <w:rFonts w:ascii="LiberationSerif" w:hAnsi="LiberationSerif" w:eastAsia="LiberationSerif"/>
          <w:b w:val="0"/>
          <w:i w:val="0"/>
          <w:color w:val="000000"/>
          <w:sz w:val="30"/>
        </w:rPr>
        <w:t xml:space="preserve">understanding, sat huddled in the back row, their faces </w:t>
      </w:r>
      <w:r>
        <w:br/>
      </w:r>
      <w:r>
        <w:rPr>
          <w:rFonts w:ascii="LiberationSerif" w:hAnsi="LiberationSerif" w:eastAsia="LiberationSerif"/>
          <w:b w:val="0"/>
          <w:i w:val="0"/>
          <w:color w:val="000000"/>
          <w:sz w:val="30"/>
        </w:rPr>
        <w:t xml:space="preserve">illuminated by the flickering stage lights. Each member of </w:t>
      </w:r>
      <w:r>
        <w:rPr>
          <w:rFonts w:ascii="LiberationSerif" w:hAnsi="LiberationSerif" w:eastAsia="LiberationSerif"/>
          <w:b w:val="0"/>
          <w:i w:val="0"/>
          <w:color w:val="000000"/>
          <w:sz w:val="30"/>
        </w:rPr>
        <w:t xml:space="preserve">the group carried a weight of their own, a silent burden that </w:t>
      </w:r>
      <w:r>
        <w:rPr>
          <w:rFonts w:ascii="LiberationSerif" w:hAnsi="LiberationSerif" w:eastAsia="LiberationSerif"/>
          <w:b w:val="0"/>
          <w:i w:val="0"/>
          <w:color w:val="000000"/>
          <w:sz w:val="30"/>
        </w:rPr>
        <w:t xml:space="preserve">fueled their unwavering support for one another. Sarah, the </w:t>
      </w:r>
      <w:r>
        <w:rPr>
          <w:rFonts w:ascii="LiberationSerif" w:hAnsi="LiberationSerif" w:eastAsia="LiberationSerif"/>
          <w:b w:val="0"/>
          <w:i w:val="0"/>
          <w:color w:val="000000"/>
          <w:sz w:val="30"/>
        </w:rPr>
        <w:t xml:space="preserve">quiet observer with a soul brimming with stories, worried </w:t>
      </w:r>
      <w:r>
        <w:rPr>
          <w:rFonts w:ascii="LiberationSerif" w:hAnsi="LiberationSerif" w:eastAsia="LiberationSerif"/>
          <w:b w:val="0"/>
          <w:i w:val="0"/>
          <w:color w:val="000000"/>
          <w:sz w:val="30"/>
        </w:rPr>
        <w:t xml:space="preserve">about her upcoming poetry recital. She had poured her heart </w:t>
      </w:r>
      <w:r>
        <w:rPr>
          <w:rFonts w:ascii="LiberationSerif" w:hAnsi="LiberationSerif" w:eastAsia="LiberationSerif"/>
          <w:b w:val="0"/>
          <w:i w:val="0"/>
          <w:color w:val="000000"/>
          <w:sz w:val="30"/>
        </w:rPr>
        <w:t xml:space="preserve">and soul into her words, but the fear of judgment gnawed at </w:t>
      </w:r>
      <w:r>
        <w:rPr>
          <w:rFonts w:ascii="LiberationSerif" w:hAnsi="LiberationSerif" w:eastAsia="LiberationSerif"/>
          <w:b w:val="0"/>
          <w:i w:val="0"/>
          <w:color w:val="000000"/>
          <w:sz w:val="30"/>
        </w:rPr>
        <w:t>her insides.</w:t>
      </w:r>
    </w:p>
    <w:p xmlns:wp14="http://schemas.microsoft.com/office/word/2010/wordml" w14:paraId="7DAFAC2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Across from her sat Liam, the charismatic leader with a </w:t>
      </w:r>
      <w:r>
        <w:rPr>
          <w:rFonts w:ascii="LiberationSerif" w:hAnsi="LiberationSerif" w:eastAsia="LiberationSerif"/>
          <w:b w:val="0"/>
          <w:i w:val="0"/>
          <w:color w:val="000000"/>
          <w:sz w:val="30"/>
        </w:rPr>
        <w:t xml:space="preserve">mischievous glint in his eyes. He had spent weeks practicing </w:t>
      </w:r>
      <w:r>
        <w:rPr>
          <w:rFonts w:ascii="LiberationSerif" w:hAnsi="LiberationSerif" w:eastAsia="LiberationSerif"/>
          <w:b w:val="0"/>
          <w:i w:val="0"/>
          <w:color w:val="000000"/>
          <w:sz w:val="30"/>
        </w:rPr>
        <w:t xml:space="preserve">his guitar solo, hoping to impress the crowd with his raw </w:t>
      </w:r>
      <w:r>
        <w:rPr>
          <w:rFonts w:ascii="LiberationSerif" w:hAnsi="LiberationSerif" w:eastAsia="LiberationSerif"/>
          <w:b w:val="0"/>
          <w:i w:val="0"/>
          <w:color w:val="000000"/>
          <w:sz w:val="30"/>
        </w:rPr>
        <w:t xml:space="preserve">talent. Yet, beneath his confident facade, a deep insecurity </w:t>
      </w:r>
      <w:r>
        <w:rPr>
          <w:rFonts w:ascii="LiberationSerif" w:hAnsi="LiberationSerif" w:eastAsia="LiberationSerif"/>
          <w:b w:val="0"/>
          <w:i w:val="0"/>
          <w:color w:val="000000"/>
          <w:sz w:val="30"/>
        </w:rPr>
        <w:t xml:space="preserve">simmered. He had been bullied relentlessly for his passion, </w:t>
      </w:r>
      <w:r>
        <w:rPr>
          <w:rFonts w:ascii="LiberationSerif" w:hAnsi="LiberationSerif" w:eastAsia="LiberationSerif"/>
          <w:b w:val="0"/>
          <w:i w:val="0"/>
          <w:color w:val="000000"/>
          <w:sz w:val="30"/>
        </w:rPr>
        <w:t>and the fear of ridicule lingered like a phantom.</w:t>
      </w:r>
    </w:p>
    <w:p xmlns:wp14="http://schemas.microsoft.com/office/word/2010/wordml" w14:paraId="4AA823C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Then there was Maya, the artist with a kaleidoscope of </w:t>
      </w:r>
      <w:r>
        <w:rPr>
          <w:rFonts w:ascii="LiberationSerif" w:hAnsi="LiberationSerif" w:eastAsia="LiberationSerif"/>
          <w:b w:val="0"/>
          <w:i w:val="0"/>
          <w:color w:val="000000"/>
          <w:sz w:val="30"/>
        </w:rPr>
        <w:t xml:space="preserve">emotions swirling within her. She had chosen to showcase </w:t>
      </w:r>
      <w:r>
        <w:rPr>
          <w:rFonts w:ascii="LiberationSerif" w:hAnsi="LiberationSerif" w:eastAsia="LiberationSerif"/>
          <w:b w:val="0"/>
          <w:i w:val="0"/>
          <w:color w:val="000000"/>
          <w:sz w:val="30"/>
        </w:rPr>
        <w:t xml:space="preserve">her intricate charcoal drawings, a visual manifestation of her </w:t>
      </w:r>
      <w:r>
        <w:rPr>
          <w:rFonts w:ascii="LiberationSerif" w:hAnsi="LiberationSerif" w:eastAsia="LiberationSerif"/>
          <w:b w:val="0"/>
          <w:i w:val="0"/>
          <w:color w:val="000000"/>
          <w:sz w:val="30"/>
        </w:rPr>
        <w:t xml:space="preserve">inner turmoil. The pressure of being judged on her artistic </w:t>
      </w:r>
      <w:r>
        <w:rPr>
          <w:rFonts w:ascii="LiberationSerif" w:hAnsi="LiberationSerif" w:eastAsia="LiberationSerif"/>
          <w:b w:val="0"/>
          <w:i w:val="0"/>
          <w:color w:val="000000"/>
          <w:sz w:val="30"/>
        </w:rPr>
        <w:t xml:space="preserve">vision weighed heavily upon her, but the support of her </w:t>
      </w:r>
      <w:r>
        <w:rPr>
          <w:rFonts w:ascii="LiberationSerif" w:hAnsi="LiberationSerif" w:eastAsia="LiberationSerif"/>
          <w:b w:val="0"/>
          <w:i w:val="0"/>
          <w:color w:val="000000"/>
          <w:sz w:val="30"/>
        </w:rPr>
        <w:t>friends gave her the courage to step onto the stage.</w:t>
      </w:r>
    </w:p>
    <w:p xmlns:wp14="http://schemas.microsoft.com/office/word/2010/wordml" w14:paraId="7271F48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night unfolded like a kaleidoscope of hopes and dreams. </w:t>
      </w:r>
      <w:r>
        <w:rPr>
          <w:rFonts w:ascii="LiberationSerif" w:hAnsi="LiberationSerif" w:eastAsia="LiberationSerif"/>
          <w:b w:val="0"/>
          <w:i w:val="0"/>
          <w:color w:val="000000"/>
          <w:sz w:val="30"/>
        </w:rPr>
        <w:t xml:space="preserve">Each performance brought a mix of nervous laughter and </w:t>
      </w:r>
      <w:r>
        <w:rPr>
          <w:rFonts w:ascii="LiberationSerif" w:hAnsi="LiberationSerif" w:eastAsia="LiberationSerif"/>
          <w:b w:val="0"/>
          <w:i w:val="0"/>
          <w:color w:val="000000"/>
          <w:sz w:val="30"/>
        </w:rPr>
        <w:t>genuine applause, a testament to the shared spirit of</w:t>
      </w:r>
    </w:p>
    <w:p xmlns:wp14="http://schemas.microsoft.com/office/word/2010/wordml" w14:paraId="144A5D23" wp14:textId="77777777">
      <w:pPr>
        <w:sectPr>
          <w:pgSz w:w="12240" w:h="15840" w:orient="portrait"/>
          <w:pgMar w:top="0" w:right="1420" w:bottom="0" w:left="1440" w:header="720" w:footer="720" w:gutter="0"/>
          <w:cols/>
          <w:docGrid w:linePitch="360"/>
        </w:sectPr>
      </w:pPr>
    </w:p>
    <w:p xmlns:wp14="http://schemas.microsoft.com/office/word/2010/wordml" w14:paraId="7E9EE7A7"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vulnerability and encouragement that permeated the air. As </w:t>
      </w:r>
      <w:r>
        <w:rPr>
          <w:rFonts w:ascii="LiberationSerif" w:hAnsi="LiberationSerif" w:eastAsia="LiberationSerif"/>
          <w:b w:val="0"/>
          <w:i w:val="0"/>
          <w:color w:val="000000"/>
          <w:sz w:val="30"/>
        </w:rPr>
        <w:t xml:space="preserve">the talent show progressed, the tension mounted, weaving its </w:t>
      </w:r>
      <w:r>
        <w:rPr>
          <w:rFonts w:ascii="LiberationSerif" w:hAnsi="LiberationSerif" w:eastAsia="LiberationSerif"/>
          <w:b w:val="0"/>
          <w:i w:val="0"/>
          <w:color w:val="000000"/>
          <w:sz w:val="30"/>
        </w:rPr>
        <w:t>way through the hearts of the friends.</w:t>
      </w:r>
    </w:p>
    <w:p xmlns:wp14="http://schemas.microsoft.com/office/word/2010/wordml" w14:paraId="6E63A556"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Sarah's turn arrived, and she rose to the stage, her voice </w:t>
      </w:r>
      <w:r>
        <w:rPr>
          <w:rFonts w:ascii="LiberationSerif" w:hAnsi="LiberationSerif" w:eastAsia="LiberationSerif"/>
          <w:b w:val="0"/>
          <w:i w:val="0"/>
          <w:color w:val="000000"/>
          <w:sz w:val="30"/>
        </w:rPr>
        <w:t xml:space="preserve">trembling slightly as she began to recite her poem. The </w:t>
      </w:r>
      <w:r>
        <w:br/>
      </w:r>
      <w:r>
        <w:rPr>
          <w:rFonts w:ascii="LiberationSerif" w:hAnsi="LiberationSerif" w:eastAsia="LiberationSerif"/>
          <w:b w:val="0"/>
          <w:i w:val="0"/>
          <w:color w:val="000000"/>
          <w:sz w:val="30"/>
        </w:rPr>
        <w:t xml:space="preserve">words tumbled out, raw and honest, painting vivid pictures </w:t>
      </w:r>
      <w:r>
        <w:rPr>
          <w:rFonts w:ascii="LiberationSerif" w:hAnsi="LiberationSerif" w:eastAsia="LiberationSerif"/>
          <w:b w:val="0"/>
          <w:i w:val="0"/>
          <w:color w:val="000000"/>
          <w:sz w:val="30"/>
        </w:rPr>
        <w:t xml:space="preserve">of her inner world. The auditorium fell silent, mesmerized by </w:t>
      </w:r>
      <w:r>
        <w:rPr>
          <w:rFonts w:ascii="LiberationSerif" w:hAnsi="LiberationSerif" w:eastAsia="LiberationSerif"/>
          <w:b w:val="0"/>
          <w:i w:val="0"/>
          <w:color w:val="000000"/>
          <w:sz w:val="30"/>
        </w:rPr>
        <w:t>her vulnerability and the power of her words.</w:t>
      </w:r>
    </w:p>
    <w:p xmlns:wp14="http://schemas.microsoft.com/office/word/2010/wordml" w14:paraId="6503EE0B"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Liam followed, his fingers dancing effortlessly across the </w:t>
      </w:r>
      <w:r>
        <w:rPr>
          <w:rFonts w:ascii="LiberationSerif" w:hAnsi="LiberationSerif" w:eastAsia="LiberationSerif"/>
          <w:b w:val="0"/>
          <w:i w:val="0"/>
          <w:color w:val="000000"/>
          <w:sz w:val="30"/>
        </w:rPr>
        <w:t xml:space="preserve">guitar strings as he poured his emotions into each note. His </w:t>
      </w:r>
      <w:r>
        <w:rPr>
          <w:rFonts w:ascii="LiberationSerif" w:hAnsi="LiberationSerif" w:eastAsia="LiberationSerif"/>
          <w:b w:val="0"/>
          <w:i w:val="0"/>
          <w:color w:val="000000"/>
          <w:sz w:val="30"/>
        </w:rPr>
        <w:t xml:space="preserve">music resonated with the audience, a symphony of hope and </w:t>
      </w:r>
      <w:r>
        <w:rPr>
          <w:rFonts w:ascii="LiberationSerif" w:hAnsi="LiberationSerif" w:eastAsia="LiberationSerif"/>
          <w:b w:val="0"/>
          <w:i w:val="0"/>
          <w:color w:val="000000"/>
          <w:sz w:val="30"/>
        </w:rPr>
        <w:t>resilience, a testament to his courage in the face of adversity.</w:t>
      </w:r>
    </w:p>
    <w:p xmlns:wp14="http://schemas.microsoft.com/office/word/2010/wordml" w14:paraId="722E498E"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Maya's drawings, displayed on a projector screen, filled the </w:t>
      </w:r>
      <w:r>
        <w:rPr>
          <w:rFonts w:ascii="LiberationSerif" w:hAnsi="LiberationSerif" w:eastAsia="LiberationSerif"/>
          <w:b w:val="0"/>
          <w:i w:val="0"/>
          <w:color w:val="000000"/>
          <w:sz w:val="30"/>
        </w:rPr>
        <w:t xml:space="preserve">auditorium with a quiet sense of wonder. The audience, </w:t>
      </w:r>
      <w:r>
        <w:rPr>
          <w:rFonts w:ascii="LiberationSerif" w:hAnsi="LiberationSerif" w:eastAsia="LiberationSerif"/>
          <w:b w:val="0"/>
          <w:i w:val="0"/>
          <w:color w:val="000000"/>
          <w:sz w:val="30"/>
        </w:rPr>
        <w:t xml:space="preserve">captivated by the depth of emotion she conveyed through her </w:t>
      </w:r>
      <w:r>
        <w:rPr>
          <w:rFonts w:ascii="LiberationSerif" w:hAnsi="LiberationSerif" w:eastAsia="LiberationSerif"/>
          <w:b w:val="0"/>
          <w:i w:val="0"/>
          <w:color w:val="000000"/>
          <w:sz w:val="30"/>
        </w:rPr>
        <w:t xml:space="preserve">art, felt the weight of her inner journey. As the last </w:t>
      </w:r>
      <w:r>
        <w:br/>
      </w:r>
      <w:r>
        <w:rPr>
          <w:rFonts w:ascii="LiberationSerif" w:hAnsi="LiberationSerif" w:eastAsia="LiberationSerif"/>
          <w:b w:val="0"/>
          <w:i w:val="0"/>
          <w:color w:val="000000"/>
          <w:sz w:val="30"/>
        </w:rPr>
        <w:t xml:space="preserve">performance ended, a wave of relief washed over the friends. </w:t>
      </w:r>
      <w:r>
        <w:rPr>
          <w:rFonts w:ascii="LiberationSerif" w:hAnsi="LiberationSerif" w:eastAsia="LiberationSerif"/>
          <w:b w:val="0"/>
          <w:i w:val="0"/>
          <w:color w:val="000000"/>
          <w:sz w:val="30"/>
        </w:rPr>
        <w:t xml:space="preserve">They had faced their fears, shared their vulnerabilities, and </w:t>
      </w:r>
      <w:r>
        <w:rPr>
          <w:rFonts w:ascii="LiberationSerif" w:hAnsi="LiberationSerif" w:eastAsia="LiberationSerif"/>
          <w:b w:val="0"/>
          <w:i w:val="0"/>
          <w:color w:val="000000"/>
          <w:sz w:val="30"/>
        </w:rPr>
        <w:t>emerged stronger than ever before.</w:t>
      </w:r>
    </w:p>
    <w:p xmlns:wp14="http://schemas.microsoft.com/office/word/2010/wordml" w14:paraId="55812612"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This night, however, held a twist of fate, an unexpected </w:t>
      </w:r>
      <w:r>
        <w:rPr>
          <w:rFonts w:ascii="LiberationSerif" w:hAnsi="LiberationSerif" w:eastAsia="LiberationSerif"/>
          <w:b w:val="0"/>
          <w:i w:val="0"/>
          <w:color w:val="000000"/>
          <w:sz w:val="30"/>
        </w:rPr>
        <w:t xml:space="preserve">storm that would test the strength of their bond. As the </w:t>
      </w:r>
      <w:r>
        <w:rPr>
          <w:rFonts w:ascii="LiberationSerif" w:hAnsi="LiberationSerif" w:eastAsia="LiberationSerif"/>
          <w:b w:val="0"/>
          <w:i w:val="0"/>
          <w:color w:val="000000"/>
          <w:sz w:val="30"/>
        </w:rPr>
        <w:t xml:space="preserve">friends gathered outside the auditorium, their laughter </w:t>
      </w:r>
      <w:r>
        <w:br/>
      </w:r>
      <w:r>
        <w:rPr>
          <w:rFonts w:ascii="LiberationSerif" w:hAnsi="LiberationSerif" w:eastAsia="LiberationSerif"/>
          <w:b w:val="0"/>
          <w:i w:val="0"/>
          <w:color w:val="000000"/>
          <w:sz w:val="30"/>
        </w:rPr>
        <w:t xml:space="preserve">echoing through the night, a group of older students </w:t>
      </w:r>
      <w:r>
        <w:br/>
      </w:r>
      <w:r>
        <w:rPr>
          <w:rFonts w:ascii="LiberationSerif" w:hAnsi="LiberationSerif" w:eastAsia="LiberationSerif"/>
          <w:b w:val="0"/>
          <w:i w:val="0"/>
          <w:color w:val="000000"/>
          <w:sz w:val="30"/>
        </w:rPr>
        <w:t xml:space="preserve">approached. The leader, a menacing figure with a sneer </w:t>
      </w:r>
      <w:r>
        <w:rPr>
          <w:rFonts w:ascii="LiberationSerif" w:hAnsi="LiberationSerif" w:eastAsia="LiberationSerif"/>
          <w:b w:val="0"/>
          <w:i w:val="0"/>
          <w:color w:val="000000"/>
          <w:sz w:val="30"/>
        </w:rPr>
        <w:t xml:space="preserve">etched on his face, sneered, "Look at these little losers. They </w:t>
      </w:r>
      <w:r>
        <w:rPr>
          <w:rFonts w:ascii="LiberationSerif" w:hAnsi="LiberationSerif" w:eastAsia="LiberationSerif"/>
          <w:b w:val="0"/>
          <w:i w:val="0"/>
          <w:color w:val="000000"/>
          <w:sz w:val="30"/>
        </w:rPr>
        <w:t>think they can actually be talented?"</w:t>
      </w:r>
    </w:p>
    <w:p xmlns:wp14="http://schemas.microsoft.com/office/word/2010/wordml" w14:paraId="198168D5"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 her voice trembling, tried to speak up. "We're not </w:t>
      </w:r>
      <w:r>
        <w:rPr>
          <w:rFonts w:ascii="LiberationSerif" w:hAnsi="LiberationSerif" w:eastAsia="LiberationSerif"/>
          <w:b w:val="0"/>
          <w:i w:val="0"/>
          <w:color w:val="000000"/>
          <w:sz w:val="30"/>
        </w:rPr>
        <w:t xml:space="preserve">losers. We're just trying our best." But her words were </w:t>
      </w:r>
      <w:r>
        <w:rPr>
          <w:rFonts w:ascii="LiberationSerif" w:hAnsi="LiberationSerif" w:eastAsia="LiberationSerif"/>
          <w:b w:val="0"/>
          <w:i w:val="0"/>
          <w:color w:val="000000"/>
          <w:sz w:val="30"/>
        </w:rPr>
        <w:t xml:space="preserve">drowned out by the jeers and insults that rained down upon </w:t>
      </w:r>
      <w:r>
        <w:rPr>
          <w:rFonts w:ascii="LiberationSerif" w:hAnsi="LiberationSerif" w:eastAsia="LiberationSerif"/>
          <w:b w:val="0"/>
          <w:i w:val="0"/>
          <w:color w:val="000000"/>
          <w:sz w:val="30"/>
        </w:rPr>
        <w:t xml:space="preserve">them. Liam, his fists clenched tight, stepped forward, his </w:t>
      </w:r>
      <w:r>
        <w:rPr>
          <w:rFonts w:ascii="LiberationSerif" w:hAnsi="LiberationSerif" w:eastAsia="LiberationSerif"/>
          <w:b w:val="0"/>
          <w:i w:val="0"/>
          <w:color w:val="000000"/>
          <w:sz w:val="30"/>
        </w:rPr>
        <w:t>eyes flashing with anger. "Leave us alone," he growled. The</w:t>
      </w:r>
    </w:p>
    <w:p xmlns:wp14="http://schemas.microsoft.com/office/word/2010/wordml" w14:paraId="738610EB" wp14:textId="77777777">
      <w:pPr>
        <w:sectPr>
          <w:pgSz w:w="12240" w:h="15840" w:orient="portrait"/>
          <w:pgMar w:top="0" w:right="1420" w:bottom="0" w:left="1440" w:header="720" w:footer="720" w:gutter="0"/>
          <w:cols/>
          <w:docGrid w:linePitch="360"/>
        </w:sectPr>
      </w:pPr>
    </w:p>
    <w:p xmlns:wp14="http://schemas.microsoft.com/office/word/2010/wordml" w14:paraId="35BFCE82"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leader's smirk widened, and he grabbed Liam's arm, his </w:t>
      </w:r>
      <w:r>
        <w:rPr>
          <w:rFonts w:ascii="LiberationSerif" w:hAnsi="LiberationSerif" w:eastAsia="LiberationSerif"/>
          <w:b w:val="0"/>
          <w:i w:val="0"/>
          <w:color w:val="000000"/>
          <w:sz w:val="30"/>
        </w:rPr>
        <w:t xml:space="preserve">voice dripping with menace. "You're nothing but a wannabe </w:t>
      </w:r>
      <w:r>
        <w:rPr>
          <w:rFonts w:ascii="LiberationSerif" w:hAnsi="LiberationSerif" w:eastAsia="LiberationSerif"/>
          <w:b w:val="0"/>
          <w:i w:val="0"/>
          <w:color w:val="000000"/>
          <w:sz w:val="30"/>
        </w:rPr>
        <w:t>musician. You'll never amount to anything."</w:t>
      </w:r>
    </w:p>
    <w:p xmlns:wp14="http://schemas.microsoft.com/office/word/2010/wordml" w14:paraId="0FA5D723"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In that moment, Maya's artistic instinct took over. She had </w:t>
      </w:r>
      <w:r>
        <w:rPr>
          <w:rFonts w:ascii="LiberationSerif" w:hAnsi="LiberationSerif" w:eastAsia="LiberationSerif"/>
          <w:b w:val="0"/>
          <w:i w:val="0"/>
          <w:color w:val="000000"/>
          <w:sz w:val="30"/>
        </w:rPr>
        <w:t xml:space="preserve">always been a silent observer, a careful student of the human </w:t>
      </w:r>
      <w:r>
        <w:rPr>
          <w:rFonts w:ascii="LiberationSerif" w:hAnsi="LiberationSerif" w:eastAsia="LiberationSerif"/>
          <w:b w:val="0"/>
          <w:i w:val="0"/>
          <w:color w:val="000000"/>
          <w:sz w:val="30"/>
        </w:rPr>
        <w:t xml:space="preserve">experience. She had witnessed countless acts of cruelty, but </w:t>
      </w:r>
      <w:r>
        <w:rPr>
          <w:rFonts w:ascii="LiberationSerif" w:hAnsi="LiberationSerif" w:eastAsia="LiberationSerif"/>
          <w:b w:val="0"/>
          <w:i w:val="0"/>
          <w:color w:val="000000"/>
          <w:sz w:val="30"/>
        </w:rPr>
        <w:t xml:space="preserve">this time, she couldn't stand by and watch. She reached into </w:t>
      </w:r>
      <w:r>
        <w:rPr>
          <w:rFonts w:ascii="LiberationSerif" w:hAnsi="LiberationSerif" w:eastAsia="LiberationSerif"/>
          <w:b w:val="0"/>
          <w:i w:val="0"/>
          <w:color w:val="000000"/>
          <w:sz w:val="30"/>
        </w:rPr>
        <w:t xml:space="preserve">her bag, pulling out a can of spray paint she always carried </w:t>
      </w:r>
      <w:r>
        <w:rPr>
          <w:rFonts w:ascii="LiberationSerif" w:hAnsi="LiberationSerif" w:eastAsia="LiberationSerif"/>
          <w:b w:val="0"/>
          <w:i w:val="0"/>
          <w:color w:val="000000"/>
          <w:sz w:val="30"/>
        </w:rPr>
        <w:t xml:space="preserve">for impromptu art projects. With a swift movement, she </w:t>
      </w:r>
      <w:r>
        <w:rPr>
          <w:rFonts w:ascii="LiberationSerif" w:hAnsi="LiberationSerif" w:eastAsia="LiberationSerif"/>
          <w:b w:val="0"/>
          <w:i w:val="0"/>
          <w:color w:val="000000"/>
          <w:sz w:val="30"/>
        </w:rPr>
        <w:t xml:space="preserve">unleashed a burst of vibrant colors onto the leader's shirt, a </w:t>
      </w:r>
      <w:r>
        <w:rPr>
          <w:rFonts w:ascii="LiberationSerif" w:hAnsi="LiberationSerif" w:eastAsia="LiberationSerif"/>
          <w:b w:val="0"/>
          <w:i w:val="0"/>
          <w:color w:val="000000"/>
          <w:sz w:val="30"/>
        </w:rPr>
        <w:t>splash of defiance in the face of his aggression.</w:t>
      </w:r>
    </w:p>
    <w:p xmlns:wp14="http://schemas.microsoft.com/office/word/2010/wordml" w14:paraId="3CF1D6E6"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leader, taken aback by her audacity, stumbled back, his </w:t>
      </w:r>
      <w:r>
        <w:rPr>
          <w:rFonts w:ascii="LiberationSerif" w:hAnsi="LiberationSerif" w:eastAsia="LiberationSerif"/>
          <w:b w:val="0"/>
          <w:i w:val="0"/>
          <w:color w:val="000000"/>
          <w:sz w:val="30"/>
        </w:rPr>
        <w:t xml:space="preserve">eyes wide with surprise. His friends, equally shocked, </w:t>
      </w:r>
      <w:r>
        <w:rPr>
          <w:rFonts w:ascii="LiberationSerif" w:hAnsi="LiberationSerif" w:eastAsia="LiberationSerif"/>
          <w:b w:val="0"/>
          <w:i w:val="0"/>
          <w:color w:val="000000"/>
          <w:sz w:val="30"/>
        </w:rPr>
        <w:t xml:space="preserve">hesitated, their bravado crumbling in the face of her </w:t>
      </w:r>
      <w:r>
        <w:br/>
      </w:r>
      <w:r>
        <w:rPr>
          <w:rFonts w:ascii="LiberationSerif" w:hAnsi="LiberationSerif" w:eastAsia="LiberationSerif"/>
          <w:b w:val="0"/>
          <w:i w:val="0"/>
          <w:color w:val="000000"/>
          <w:sz w:val="30"/>
        </w:rPr>
        <w:t xml:space="preserve">unexpected action. Maya, her eyes blazing with </w:t>
      </w:r>
      <w:r>
        <w:br/>
      </w:r>
      <w:r>
        <w:rPr>
          <w:rFonts w:ascii="LiberationSerif" w:hAnsi="LiberationSerif" w:eastAsia="LiberationSerif"/>
          <w:b w:val="0"/>
          <w:i w:val="0"/>
          <w:color w:val="000000"/>
          <w:sz w:val="30"/>
        </w:rPr>
        <w:t xml:space="preserve">determination, stood tall, her voice ringing with newfound </w:t>
      </w:r>
      <w:r>
        <w:rPr>
          <w:rFonts w:ascii="LiberationSerif" w:hAnsi="LiberationSerif" w:eastAsia="LiberationSerif"/>
          <w:b w:val="0"/>
          <w:i w:val="0"/>
          <w:color w:val="000000"/>
          <w:sz w:val="30"/>
        </w:rPr>
        <w:t xml:space="preserve">confidence. "We are talented," she declared, her voice </w:t>
      </w:r>
      <w:r>
        <w:rPr>
          <w:rFonts w:ascii="LiberationSerif" w:hAnsi="LiberationSerif" w:eastAsia="LiberationSerif"/>
          <w:b w:val="0"/>
          <w:i w:val="0"/>
          <w:color w:val="000000"/>
          <w:sz w:val="30"/>
        </w:rPr>
        <w:t>echoing through the night. "And we will not be silenced."</w:t>
      </w:r>
    </w:p>
    <w:p xmlns:wp14="http://schemas.microsoft.com/office/word/2010/wordml" w14:paraId="5E068F0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Liam, spurred on by her bravery, joined her, his guitar slung </w:t>
      </w:r>
      <w:r>
        <w:rPr>
          <w:rFonts w:ascii="LiberationSerif" w:hAnsi="LiberationSerif" w:eastAsia="LiberationSerif"/>
          <w:b w:val="0"/>
          <w:i w:val="0"/>
          <w:color w:val="000000"/>
          <w:sz w:val="30"/>
        </w:rPr>
        <w:t xml:space="preserve">over his shoulder like a shield. "Yeah," he added, his voice a </w:t>
      </w:r>
      <w:r>
        <w:rPr>
          <w:rFonts w:ascii="LiberationSerif" w:hAnsi="LiberationSerif" w:eastAsia="LiberationSerif"/>
          <w:b w:val="0"/>
          <w:i w:val="0"/>
          <w:color w:val="000000"/>
          <w:sz w:val="30"/>
        </w:rPr>
        <w:t xml:space="preserve">powerful bassline. "We're not going anywhere. You can try </w:t>
      </w:r>
      <w:r>
        <w:rPr>
          <w:rFonts w:ascii="LiberationSerif" w:hAnsi="LiberationSerif" w:eastAsia="LiberationSerif"/>
          <w:b w:val="0"/>
          <w:i w:val="0"/>
          <w:color w:val="000000"/>
          <w:sz w:val="30"/>
        </w:rPr>
        <w:t>to intimidate us, but we'll always stand together."</w:t>
      </w:r>
    </w:p>
    <w:p xmlns:wp14="http://schemas.microsoft.com/office/word/2010/wordml" w14:paraId="4F7BC100"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leader, his anger replaced by a flicker of fear, mumbled </w:t>
      </w:r>
      <w:r>
        <w:rPr>
          <w:rFonts w:ascii="LiberationSerif" w:hAnsi="LiberationSerif" w:eastAsia="LiberationSerif"/>
          <w:b w:val="0"/>
          <w:i w:val="0"/>
          <w:color w:val="000000"/>
          <w:sz w:val="30"/>
        </w:rPr>
        <w:t xml:space="preserve">something incoherent and retreated, his friends trailing </w:t>
      </w:r>
      <w:r>
        <w:rPr>
          <w:rFonts w:ascii="LiberationSerif" w:hAnsi="LiberationSerif" w:eastAsia="LiberationSerif"/>
          <w:b w:val="0"/>
          <w:i w:val="0"/>
          <w:color w:val="000000"/>
          <w:sz w:val="30"/>
        </w:rPr>
        <w:t xml:space="preserve">behind him, their swagger gone. The friends, their hearts </w:t>
      </w:r>
      <w:r>
        <w:rPr>
          <w:rFonts w:ascii="LiberationSerif" w:hAnsi="LiberationSerif" w:eastAsia="LiberationSerif"/>
          <w:b w:val="0"/>
          <w:i w:val="0"/>
          <w:color w:val="000000"/>
          <w:sz w:val="30"/>
        </w:rPr>
        <w:t xml:space="preserve">pounding with adrenaline, watched them disappear into the </w:t>
      </w:r>
      <w:r>
        <w:rPr>
          <w:rFonts w:ascii="LiberationSerif" w:hAnsi="LiberationSerif" w:eastAsia="LiberationSerif"/>
          <w:b w:val="0"/>
          <w:i w:val="0"/>
          <w:color w:val="000000"/>
          <w:sz w:val="30"/>
        </w:rPr>
        <w:t>darkness, a sense of victory washing over them.</w:t>
      </w:r>
    </w:p>
    <w:p xmlns:wp14="http://schemas.microsoft.com/office/word/2010/wordml" w14:paraId="1936169C"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This night, they discovered a new level of resilience, a </w:t>
      </w:r>
      <w:r>
        <w:rPr>
          <w:rFonts w:ascii="LiberationSerif" w:hAnsi="LiberationSerif" w:eastAsia="LiberationSerif"/>
          <w:b w:val="0"/>
          <w:i w:val="0"/>
          <w:color w:val="000000"/>
          <w:sz w:val="30"/>
        </w:rPr>
        <w:t xml:space="preserve">profound understanding of the power of unity. They had </w:t>
      </w:r>
      <w:r>
        <w:rPr>
          <w:rFonts w:ascii="LiberationSerif" w:hAnsi="LiberationSerif" w:eastAsia="LiberationSerif"/>
          <w:b w:val="0"/>
          <w:i w:val="0"/>
          <w:color w:val="000000"/>
          <w:sz w:val="30"/>
        </w:rPr>
        <w:t xml:space="preserve">faced adversity together, their individual strengths merging </w:t>
      </w:r>
      <w:r>
        <w:rPr>
          <w:rFonts w:ascii="LiberationSerif" w:hAnsi="LiberationSerif" w:eastAsia="LiberationSerif"/>
          <w:b w:val="0"/>
          <w:i w:val="0"/>
          <w:color w:val="000000"/>
          <w:sz w:val="30"/>
        </w:rPr>
        <w:t>into an unbreakable bond. They had learned that courage</w:t>
      </w:r>
    </w:p>
    <w:p xmlns:wp14="http://schemas.microsoft.com/office/word/2010/wordml" w14:paraId="637805D2" wp14:textId="77777777">
      <w:pPr>
        <w:sectPr>
          <w:pgSz w:w="12240" w:h="15840" w:orient="portrait"/>
          <w:pgMar w:top="0" w:right="1420" w:bottom="0" w:left="1440" w:header="720" w:footer="720" w:gutter="0"/>
          <w:cols/>
          <w:docGrid w:linePitch="360"/>
        </w:sectPr>
      </w:pPr>
    </w:p>
    <w:p xmlns:wp14="http://schemas.microsoft.com/office/word/2010/wordml" w14:paraId="7576E381"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wasn't about being fearless, but about overcoming fear with </w:t>
      </w:r>
      <w:r>
        <w:rPr>
          <w:rFonts w:ascii="LiberationSerif" w:hAnsi="LiberationSerif" w:eastAsia="LiberationSerif"/>
          <w:b w:val="0"/>
          <w:i w:val="0"/>
          <w:color w:val="000000"/>
          <w:sz w:val="30"/>
        </w:rPr>
        <w:t xml:space="preserve">unwavering support. They had learned that talent wasn't just </w:t>
      </w:r>
      <w:r>
        <w:rPr>
          <w:rFonts w:ascii="LiberationSerif" w:hAnsi="LiberationSerif" w:eastAsia="LiberationSerif"/>
          <w:b w:val="0"/>
          <w:i w:val="0"/>
          <w:color w:val="000000"/>
          <w:sz w:val="30"/>
        </w:rPr>
        <w:t xml:space="preserve">about individual skill, but about the collective energy that </w:t>
      </w:r>
      <w:r>
        <w:rPr>
          <w:rFonts w:ascii="LiberationSerif" w:hAnsi="LiberationSerif" w:eastAsia="LiberationSerif"/>
          <w:b w:val="0"/>
          <w:i w:val="0"/>
          <w:color w:val="000000"/>
          <w:sz w:val="30"/>
        </w:rPr>
        <w:t xml:space="preserve">amplified their voices and empowered them to stand up for </w:t>
      </w:r>
      <w:r>
        <w:rPr>
          <w:rFonts w:ascii="LiberationSerif" w:hAnsi="LiberationSerif" w:eastAsia="LiberationSerif"/>
          <w:b w:val="0"/>
          <w:i w:val="0"/>
          <w:color w:val="000000"/>
          <w:sz w:val="30"/>
        </w:rPr>
        <w:t>what they believed in.</w:t>
      </w:r>
    </w:p>
    <w:p xmlns:wp14="http://schemas.microsoft.com/office/word/2010/wordml" w14:paraId="032630D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 first rays of dawn painted the sky with a soft, ethereal </w:t>
      </w:r>
      <w:r>
        <w:rPr>
          <w:rFonts w:ascii="LiberationSerif" w:hAnsi="LiberationSerif" w:eastAsia="LiberationSerif"/>
          <w:b w:val="0"/>
          <w:i w:val="0"/>
          <w:color w:val="000000"/>
          <w:sz w:val="30"/>
        </w:rPr>
        <w:t xml:space="preserve">light, they walked home, their steps lighter, their spirits </w:t>
      </w:r>
      <w:r>
        <w:rPr>
          <w:rFonts w:ascii="LiberationSerif" w:hAnsi="LiberationSerif" w:eastAsia="LiberationSerif"/>
          <w:b w:val="0"/>
          <w:i w:val="0"/>
          <w:color w:val="000000"/>
          <w:sz w:val="30"/>
        </w:rPr>
        <w:t xml:space="preserve">soaring. This was more than just a talent show; it was a </w:t>
      </w:r>
      <w:r>
        <w:rPr>
          <w:rFonts w:ascii="LiberationSerif" w:hAnsi="LiberationSerif" w:eastAsia="LiberationSerif"/>
          <w:b w:val="0"/>
          <w:i w:val="0"/>
          <w:color w:val="000000"/>
          <w:sz w:val="30"/>
        </w:rPr>
        <w:t xml:space="preserve">turning point, a moment where they embraced their </w:t>
      </w:r>
      <w:r>
        <w:br/>
      </w:r>
      <w:r>
        <w:rPr>
          <w:rFonts w:ascii="LiberationSerif" w:hAnsi="LiberationSerif" w:eastAsia="LiberationSerif"/>
          <w:b w:val="0"/>
          <w:i w:val="0"/>
          <w:color w:val="000000"/>
          <w:sz w:val="30"/>
        </w:rPr>
        <w:t xml:space="preserve">individuality, their shared vulnerability, and their collective </w:t>
      </w:r>
      <w:r>
        <w:rPr>
          <w:rFonts w:ascii="LiberationSerif" w:hAnsi="LiberationSerif" w:eastAsia="LiberationSerif"/>
          <w:b w:val="0"/>
          <w:i w:val="0"/>
          <w:color w:val="000000"/>
          <w:sz w:val="30"/>
        </w:rPr>
        <w:t xml:space="preserve">strength. This was the foundation of their unbreakable bond, </w:t>
      </w:r>
      <w:r>
        <w:rPr>
          <w:rFonts w:ascii="LiberationSerif" w:hAnsi="LiberationSerif" w:eastAsia="LiberationSerif"/>
          <w:b w:val="0"/>
          <w:i w:val="0"/>
          <w:color w:val="000000"/>
          <w:sz w:val="30"/>
        </w:rPr>
        <w:t xml:space="preserve">a testament to the transformative power of friendship in the </w:t>
      </w:r>
      <w:r>
        <w:rPr>
          <w:rFonts w:ascii="LiberationSerif" w:hAnsi="LiberationSerif" w:eastAsia="LiberationSerif"/>
          <w:b w:val="0"/>
          <w:i w:val="0"/>
          <w:color w:val="000000"/>
          <w:sz w:val="30"/>
        </w:rPr>
        <w:t>face of adversity.</w:t>
      </w:r>
    </w:p>
    <w:p xmlns:wp14="http://schemas.microsoft.com/office/word/2010/wordml" w14:paraId="463F29E8" wp14:textId="77777777">
      <w:pPr>
        <w:sectPr>
          <w:pgSz w:w="12240" w:h="15840" w:orient="portrait"/>
          <w:pgMar w:top="0" w:right="1420" w:bottom="0" w:left="1440" w:header="720" w:footer="720" w:gutter="0"/>
          <w:cols/>
          <w:docGrid w:linePitch="360"/>
        </w:sectPr>
      </w:pPr>
    </w:p>
    <w:p xmlns:wp14="http://schemas.microsoft.com/office/word/2010/wordml" w14:paraId="1536E1D8"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4C33859E"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hallways buzzed with the usual pre-game jitters, but for </w:t>
      </w:r>
      <w:r>
        <w:rPr>
          <w:rFonts w:ascii="LiberationSerif" w:hAnsi="LiberationSerif" w:eastAsia="LiberationSerif"/>
          <w:b w:val="0"/>
          <w:i w:val="0"/>
          <w:color w:val="000000"/>
          <w:sz w:val="30"/>
        </w:rPr>
        <w:t xml:space="preserve">Maya, the air felt thick with a different kind of tension. The </w:t>
      </w:r>
      <w:r>
        <w:rPr>
          <w:rFonts w:ascii="LiberationSerif" w:hAnsi="LiberationSerif" w:eastAsia="LiberationSerif"/>
          <w:b w:val="0"/>
          <w:i w:val="0"/>
          <w:color w:val="000000"/>
          <w:sz w:val="30"/>
        </w:rPr>
        <w:t xml:space="preserve">school talent show was tonight, and she was about to take </w:t>
      </w:r>
      <w:r>
        <w:rPr>
          <w:rFonts w:ascii="LiberationSerif" w:hAnsi="LiberationSerif" w:eastAsia="LiberationSerif"/>
          <w:b w:val="0"/>
          <w:i w:val="0"/>
          <w:color w:val="000000"/>
          <w:sz w:val="30"/>
        </w:rPr>
        <w:t xml:space="preserve">the stage for the first time, her guitar slung over her </w:t>
      </w:r>
      <w:r>
        <w:br/>
      </w:r>
      <w:r>
        <w:rPr>
          <w:rFonts w:ascii="LiberationSerif" w:hAnsi="LiberationSerif" w:eastAsia="LiberationSerif"/>
          <w:b w:val="0"/>
          <w:i w:val="0"/>
          <w:color w:val="000000"/>
          <w:sz w:val="30"/>
        </w:rPr>
        <w:t xml:space="preserve">shoulder, her heart drumming a frantic rhythm against her </w:t>
      </w:r>
      <w:r>
        <w:rPr>
          <w:rFonts w:ascii="LiberationSerif" w:hAnsi="LiberationSerif" w:eastAsia="LiberationSerif"/>
          <w:b w:val="0"/>
          <w:i w:val="0"/>
          <w:color w:val="000000"/>
          <w:sz w:val="30"/>
        </w:rPr>
        <w:t xml:space="preserve">ribs. The fear wasn't about failing; it was about exposing a </w:t>
      </w:r>
      <w:r>
        <w:rPr>
          <w:rFonts w:ascii="LiberationSerif" w:hAnsi="LiberationSerif" w:eastAsia="LiberationSerif"/>
          <w:b w:val="0"/>
          <w:i w:val="0"/>
          <w:color w:val="000000"/>
          <w:sz w:val="30"/>
        </w:rPr>
        <w:t xml:space="preserve">part of herself she’d kept hidden for so long – her passion for </w:t>
      </w:r>
      <w:r>
        <w:rPr>
          <w:rFonts w:ascii="LiberationSerif" w:hAnsi="LiberationSerif" w:eastAsia="LiberationSerif"/>
          <w:b w:val="0"/>
          <w:i w:val="0"/>
          <w:color w:val="000000"/>
          <w:sz w:val="30"/>
        </w:rPr>
        <w:t xml:space="preserve">music, a passion she’d buried under layers of self-doubt and </w:t>
      </w:r>
      <w:r>
        <w:rPr>
          <w:rFonts w:ascii="LiberationSerif" w:hAnsi="LiberationSerif" w:eastAsia="LiberationSerif"/>
          <w:b w:val="0"/>
          <w:i w:val="0"/>
          <w:color w:val="000000"/>
          <w:sz w:val="30"/>
        </w:rPr>
        <w:t>fear of judgment.</w:t>
      </w:r>
    </w:p>
    <w:p xmlns:wp14="http://schemas.microsoft.com/office/word/2010/wordml" w14:paraId="797F08E2"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She’d confided in her friends about her anxieties, and their </w:t>
      </w:r>
      <w:r>
        <w:rPr>
          <w:rFonts w:ascii="LiberationSerif" w:hAnsi="LiberationSerif" w:eastAsia="LiberationSerif"/>
          <w:b w:val="0"/>
          <w:i w:val="0"/>
          <w:color w:val="000000"/>
          <w:sz w:val="30"/>
        </w:rPr>
        <w:t xml:space="preserve">unwavering support had been a lifeline. But now, as she </w:t>
      </w:r>
      <w:r>
        <w:rPr>
          <w:rFonts w:ascii="LiberationSerif" w:hAnsi="LiberationSerif" w:eastAsia="LiberationSerif"/>
          <w:b w:val="0"/>
          <w:i w:val="0"/>
          <w:color w:val="000000"/>
          <w:sz w:val="30"/>
        </w:rPr>
        <w:t xml:space="preserve">waited backstage, the familiar anxieties threatened to </w:t>
      </w:r>
      <w:r>
        <w:br/>
      </w:r>
      <w:r>
        <w:rPr>
          <w:rFonts w:ascii="LiberationSerif" w:hAnsi="LiberationSerif" w:eastAsia="LiberationSerif"/>
          <w:b w:val="0"/>
          <w:i w:val="0"/>
          <w:color w:val="000000"/>
          <w:sz w:val="30"/>
        </w:rPr>
        <w:t xml:space="preserve">consume her. Her fingers traced the familiar grooves of her </w:t>
      </w:r>
      <w:r>
        <w:rPr>
          <w:rFonts w:ascii="LiberationSerif" w:hAnsi="LiberationSerif" w:eastAsia="LiberationSerif"/>
          <w:b w:val="0"/>
          <w:i w:val="0"/>
          <w:color w:val="000000"/>
          <w:sz w:val="30"/>
        </w:rPr>
        <w:t xml:space="preserve">guitar, the wood smooth and cool against her skin. She </w:t>
      </w:r>
      <w:r>
        <w:br/>
      </w:r>
      <w:r>
        <w:rPr>
          <w:rFonts w:ascii="LiberationSerif" w:hAnsi="LiberationSerif" w:eastAsia="LiberationSerif"/>
          <w:b w:val="0"/>
          <w:i w:val="0"/>
          <w:color w:val="000000"/>
          <w:sz w:val="30"/>
        </w:rPr>
        <w:t xml:space="preserve">closed her eyes, taking a deep breath, imagining the warmth </w:t>
      </w:r>
      <w:r>
        <w:rPr>
          <w:rFonts w:ascii="LiberationSerif" w:hAnsi="LiberationSerif" w:eastAsia="LiberationSerif"/>
          <w:b w:val="0"/>
          <w:i w:val="0"/>
          <w:color w:val="000000"/>
          <w:sz w:val="30"/>
        </w:rPr>
        <w:t xml:space="preserve">of the spotlight, the cheers of the crowd, the sweet melody of </w:t>
      </w:r>
      <w:r>
        <w:rPr>
          <w:rFonts w:ascii="LiberationSerif" w:hAnsi="LiberationSerif" w:eastAsia="LiberationSerif"/>
          <w:b w:val="0"/>
          <w:i w:val="0"/>
          <w:color w:val="000000"/>
          <w:sz w:val="30"/>
        </w:rPr>
        <w:t xml:space="preserve">her guitar. It was a song she’d written, a song about </w:t>
      </w:r>
      <w:r>
        <w:br/>
      </w:r>
      <w:r>
        <w:rPr>
          <w:rFonts w:ascii="LiberationSerif" w:hAnsi="LiberationSerif" w:eastAsia="LiberationSerif"/>
          <w:b w:val="0"/>
          <w:i w:val="0"/>
          <w:color w:val="000000"/>
          <w:sz w:val="30"/>
        </w:rPr>
        <w:t xml:space="preserve">vulnerability and finding your voice, a song she’d poured her </w:t>
      </w:r>
      <w:r>
        <w:rPr>
          <w:rFonts w:ascii="LiberationSerif" w:hAnsi="LiberationSerif" w:eastAsia="LiberationSerif"/>
          <w:b w:val="0"/>
          <w:i w:val="0"/>
          <w:color w:val="000000"/>
          <w:sz w:val="30"/>
        </w:rPr>
        <w:t>soul into.</w:t>
      </w:r>
    </w:p>
    <w:p xmlns:wp14="http://schemas.microsoft.com/office/word/2010/wordml" w14:paraId="730D52B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“You got this, Maya,” whispered Alex, her best friend since </w:t>
      </w:r>
      <w:r>
        <w:rPr>
          <w:rFonts w:ascii="LiberationSerif" w:hAnsi="LiberationSerif" w:eastAsia="LiberationSerif"/>
          <w:b w:val="0"/>
          <w:i w:val="0"/>
          <w:color w:val="000000"/>
          <w:sz w:val="30"/>
        </w:rPr>
        <w:t xml:space="preserve">kindergarten, squeezing her hand. His words, simple yet </w:t>
      </w:r>
      <w:r>
        <w:rPr>
          <w:rFonts w:ascii="LiberationSerif" w:hAnsi="LiberationSerif" w:eastAsia="LiberationSerif"/>
          <w:b w:val="0"/>
          <w:i w:val="0"/>
          <w:color w:val="000000"/>
          <w:sz w:val="30"/>
        </w:rPr>
        <w:t xml:space="preserve">powerful, were a balm on her frayed nerves. Alex, with his </w:t>
      </w:r>
      <w:r>
        <w:rPr>
          <w:rFonts w:ascii="LiberationSerif" w:hAnsi="LiberationSerif" w:eastAsia="LiberationSerif"/>
          <w:b w:val="0"/>
          <w:i w:val="0"/>
          <w:color w:val="000000"/>
          <w:sz w:val="30"/>
        </w:rPr>
        <w:t xml:space="preserve">infectious optimism and unwavering belief in her, had </w:t>
      </w:r>
      <w:r>
        <w:br/>
      </w:r>
      <w:r>
        <w:rPr>
          <w:rFonts w:ascii="LiberationSerif" w:hAnsi="LiberationSerif" w:eastAsia="LiberationSerif"/>
          <w:b w:val="0"/>
          <w:i w:val="0"/>
          <w:color w:val="000000"/>
          <w:sz w:val="30"/>
        </w:rPr>
        <w:t xml:space="preserve">always been her rock. He was the one who’d encouraged her </w:t>
      </w:r>
      <w:r>
        <w:rPr>
          <w:rFonts w:ascii="LiberationSerif" w:hAnsi="LiberationSerif" w:eastAsia="LiberationSerif"/>
          <w:b w:val="0"/>
          <w:i w:val="0"/>
          <w:color w:val="000000"/>
          <w:sz w:val="30"/>
        </w:rPr>
        <w:t xml:space="preserve">to join the school band, the one who’d stayed up late with </w:t>
      </w:r>
      <w:r>
        <w:rPr>
          <w:rFonts w:ascii="LiberationSerif" w:hAnsi="LiberationSerif" w:eastAsia="LiberationSerif"/>
          <w:b w:val="0"/>
          <w:i w:val="0"/>
          <w:color w:val="000000"/>
          <w:sz w:val="30"/>
        </w:rPr>
        <w:t xml:space="preserve">her, patiently listening as she strummed her first chords. He </w:t>
      </w:r>
      <w:r>
        <w:rPr>
          <w:rFonts w:ascii="LiberationSerif" w:hAnsi="LiberationSerif" w:eastAsia="LiberationSerif"/>
          <w:b w:val="0"/>
          <w:i w:val="0"/>
          <w:color w:val="000000"/>
          <w:sz w:val="30"/>
        </w:rPr>
        <w:t xml:space="preserve">knew her fears, her dreams, and he never wavered in his </w:t>
      </w:r>
      <w:r>
        <w:rPr>
          <w:rFonts w:ascii="LiberationSerif" w:hAnsi="LiberationSerif" w:eastAsia="LiberationSerif"/>
          <w:b w:val="0"/>
          <w:i w:val="0"/>
          <w:color w:val="000000"/>
          <w:sz w:val="30"/>
        </w:rPr>
        <w:t>support.</w:t>
      </w:r>
    </w:p>
    <w:p xmlns:wp14="http://schemas.microsoft.com/office/word/2010/wordml" w14:paraId="3B7B4B86" wp14:textId="77777777">
      <w:pPr>
        <w:sectPr>
          <w:pgSz w:w="12240" w:h="15840" w:orient="portrait"/>
          <w:pgMar w:top="0" w:right="1420" w:bottom="0" w:left="1440" w:header="720" w:footer="720" w:gutter="0"/>
          <w:cols/>
          <w:docGrid w:linePitch="360"/>
        </w:sectPr>
      </w:pPr>
    </w:p>
    <w:p xmlns:wp14="http://schemas.microsoft.com/office/word/2010/wordml" w14:paraId="479CB06B" wp14:textId="77777777">
      <w:pPr>
        <w:autoSpaceDN w:val="0"/>
        <w:autoSpaceDE w:val="0"/>
        <w:widowControl/>
        <w:spacing w:before="1430" w:after="0" w:line="360" w:lineRule="exact"/>
        <w:ind w:left="1000" w:right="1296" w:firstLine="0"/>
        <w:jc w:val="left"/>
      </w:pPr>
      <w:r>
        <w:rPr>
          <w:rFonts w:ascii="LiberationSerif" w:hAnsi="LiberationSerif" w:eastAsia="LiberationSerif"/>
          <w:b w:val="0"/>
          <w:i w:val="0"/>
          <w:color w:val="000000"/>
          <w:sz w:val="30"/>
        </w:rPr>
        <w:t xml:space="preserve">A wave of warmth washed over Maya. She wasn't alone in </w:t>
      </w:r>
      <w:r>
        <w:rPr>
          <w:rFonts w:ascii="LiberationSerif" w:hAnsi="LiberationSerif" w:eastAsia="LiberationSerif"/>
          <w:b w:val="0"/>
          <w:i w:val="0"/>
          <w:color w:val="000000"/>
          <w:sz w:val="30"/>
        </w:rPr>
        <w:t xml:space="preserve">this. She had her friends, a family of choice, who were her </w:t>
      </w:r>
      <w:r>
        <w:rPr>
          <w:rFonts w:ascii="LiberationSerif" w:hAnsi="LiberationSerif" w:eastAsia="LiberationSerif"/>
          <w:b w:val="0"/>
          <w:i w:val="0"/>
          <w:color w:val="000000"/>
          <w:sz w:val="30"/>
        </w:rPr>
        <w:t xml:space="preserve">anchor, her cheerleaders, her safe haven. They were a </w:t>
      </w:r>
      <w:r>
        <w:rPr>
          <w:rFonts w:ascii="LiberationSerif" w:hAnsi="LiberationSerif" w:eastAsia="LiberationSerif"/>
          <w:b w:val="0"/>
          <w:i w:val="0"/>
          <w:color w:val="000000"/>
          <w:sz w:val="30"/>
        </w:rPr>
        <w:t xml:space="preserve">diverse group, a mix of personalities and talents, each with </w:t>
      </w:r>
      <w:r>
        <w:rPr>
          <w:rFonts w:ascii="LiberationSerif" w:hAnsi="LiberationSerif" w:eastAsia="LiberationSerif"/>
          <w:b w:val="0"/>
          <w:i w:val="0"/>
          <w:color w:val="000000"/>
          <w:sz w:val="30"/>
        </w:rPr>
        <w:t>their own unique struggles and dreams.</w:t>
      </w:r>
    </w:p>
    <w:p xmlns:wp14="http://schemas.microsoft.com/office/word/2010/wordml" w14:paraId="417EAFE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There was Daniel, the quiet and thoughtful artist whose </w:t>
      </w:r>
      <w:r>
        <w:rPr>
          <w:rFonts w:ascii="LiberationSerif" w:hAnsi="LiberationSerif" w:eastAsia="LiberationSerif"/>
          <w:b w:val="0"/>
          <w:i w:val="0"/>
          <w:color w:val="000000"/>
          <w:sz w:val="30"/>
        </w:rPr>
        <w:t xml:space="preserve">talent for capturing the world on canvas spoke volumes </w:t>
      </w:r>
      <w:r>
        <w:rPr>
          <w:rFonts w:ascii="LiberationSerif" w:hAnsi="LiberationSerif" w:eastAsia="LiberationSerif"/>
          <w:b w:val="0"/>
          <w:i w:val="0"/>
          <w:color w:val="000000"/>
          <w:sz w:val="30"/>
        </w:rPr>
        <w:t xml:space="preserve">about his inner world. He was battling social anxiety, finding </w:t>
      </w:r>
      <w:r>
        <w:rPr>
          <w:rFonts w:ascii="LiberationSerif" w:hAnsi="LiberationSerif" w:eastAsia="LiberationSerif"/>
          <w:b w:val="0"/>
          <w:i w:val="0"/>
          <w:color w:val="000000"/>
          <w:sz w:val="30"/>
        </w:rPr>
        <w:t xml:space="preserve">it hard to connect with people. He was a master of </w:t>
      </w:r>
      <w:r>
        <w:br/>
      </w:r>
      <w:r>
        <w:rPr>
          <w:rFonts w:ascii="LiberationSerif" w:hAnsi="LiberationSerif" w:eastAsia="LiberationSerif"/>
          <w:b w:val="0"/>
          <w:i w:val="0"/>
          <w:color w:val="000000"/>
          <w:sz w:val="30"/>
        </w:rPr>
        <w:t xml:space="preserve">observation, often sketching the world around him in his </w:t>
      </w:r>
      <w:r>
        <w:rPr>
          <w:rFonts w:ascii="LiberationSerif" w:hAnsi="LiberationSerif" w:eastAsia="LiberationSerif"/>
          <w:b w:val="0"/>
          <w:i w:val="0"/>
          <w:color w:val="000000"/>
          <w:sz w:val="30"/>
        </w:rPr>
        <w:t xml:space="preserve">notebook, his quiet demeanor masking a depth of thought </w:t>
      </w:r>
      <w:r>
        <w:rPr>
          <w:rFonts w:ascii="LiberationSerif" w:hAnsi="LiberationSerif" w:eastAsia="LiberationSerif"/>
          <w:b w:val="0"/>
          <w:i w:val="0"/>
          <w:color w:val="000000"/>
          <w:sz w:val="30"/>
        </w:rPr>
        <w:t xml:space="preserve">and emotion. He’d found solace in Maya’s music, the way it </w:t>
      </w:r>
      <w:r>
        <w:rPr>
          <w:rFonts w:ascii="LiberationSerif" w:hAnsi="LiberationSerif" w:eastAsia="LiberationSerif"/>
          <w:b w:val="0"/>
          <w:i w:val="0"/>
          <w:color w:val="000000"/>
          <w:sz w:val="30"/>
        </w:rPr>
        <w:t>spoke to the unspoken emotions within him.</w:t>
      </w:r>
    </w:p>
    <w:p xmlns:wp14="http://schemas.microsoft.com/office/word/2010/wordml" w14:paraId="3FD69B22"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Then there was Sarah, the fiery and passionate advocate for </w:t>
      </w:r>
      <w:r>
        <w:rPr>
          <w:rFonts w:ascii="LiberationSerif" w:hAnsi="LiberationSerif" w:eastAsia="LiberationSerif"/>
          <w:b w:val="0"/>
          <w:i w:val="0"/>
          <w:color w:val="000000"/>
          <w:sz w:val="30"/>
        </w:rPr>
        <w:t xml:space="preserve">social justice, whose outspoken nature sometimes got her </w:t>
      </w:r>
      <w:r>
        <w:rPr>
          <w:rFonts w:ascii="LiberationSerif" w:hAnsi="LiberationSerif" w:eastAsia="LiberationSerif"/>
          <w:b w:val="0"/>
          <w:i w:val="0"/>
          <w:color w:val="000000"/>
          <w:sz w:val="30"/>
        </w:rPr>
        <w:t xml:space="preserve">into trouble. She was battling with a difficult home situation, </w:t>
      </w:r>
      <w:r>
        <w:rPr>
          <w:rFonts w:ascii="LiberationSerif" w:hAnsi="LiberationSerif" w:eastAsia="LiberationSerif"/>
          <w:b w:val="0"/>
          <w:i w:val="0"/>
          <w:color w:val="000000"/>
          <w:sz w:val="30"/>
        </w:rPr>
        <w:t xml:space="preserve">feeling the pressure of responsibility at a young age. Her </w:t>
      </w:r>
      <w:r>
        <w:rPr>
          <w:rFonts w:ascii="LiberationSerif" w:hAnsi="LiberationSerif" w:eastAsia="LiberationSerif"/>
          <w:b w:val="0"/>
          <w:i w:val="0"/>
          <w:color w:val="000000"/>
          <w:sz w:val="30"/>
        </w:rPr>
        <w:t xml:space="preserve">strength and unwavering belief in standing up for what was </w:t>
      </w:r>
      <w:r>
        <w:rPr>
          <w:rFonts w:ascii="LiberationSerif" w:hAnsi="LiberationSerif" w:eastAsia="LiberationSerif"/>
          <w:b w:val="0"/>
          <w:i w:val="0"/>
          <w:color w:val="000000"/>
          <w:sz w:val="30"/>
        </w:rPr>
        <w:t xml:space="preserve">right were infectious, inspiring those around her. She’d </w:t>
      </w:r>
      <w:r>
        <w:rPr>
          <w:rFonts w:ascii="LiberationSerif" w:hAnsi="LiberationSerif" w:eastAsia="LiberationSerif"/>
          <w:b w:val="0"/>
          <w:i w:val="0"/>
          <w:color w:val="000000"/>
          <w:sz w:val="30"/>
        </w:rPr>
        <w:t xml:space="preserve">admired Maya’s courage to express herself through music, a </w:t>
      </w:r>
      <w:r>
        <w:rPr>
          <w:rFonts w:ascii="LiberationSerif" w:hAnsi="LiberationSerif" w:eastAsia="LiberationSerif"/>
          <w:b w:val="0"/>
          <w:i w:val="0"/>
          <w:color w:val="000000"/>
          <w:sz w:val="30"/>
        </w:rPr>
        <w:t>form of rebellion against the constraints of conformity.</w:t>
      </w:r>
    </w:p>
    <w:p xmlns:wp14="http://schemas.microsoft.com/office/word/2010/wordml" w14:paraId="37D2DD5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And lastly, there was Liam, the goofy and energetic athlete, </w:t>
      </w:r>
      <w:r>
        <w:rPr>
          <w:rFonts w:ascii="LiberationSerif" w:hAnsi="LiberationSerif" w:eastAsia="LiberationSerif"/>
          <w:b w:val="0"/>
          <w:i w:val="0"/>
          <w:color w:val="000000"/>
          <w:sz w:val="30"/>
        </w:rPr>
        <w:t xml:space="preserve">who was grappling with his own struggles, facing the </w:t>
      </w:r>
      <w:r>
        <w:br/>
      </w:r>
      <w:r>
        <w:rPr>
          <w:rFonts w:ascii="LiberationSerif" w:hAnsi="LiberationSerif" w:eastAsia="LiberationSerif"/>
          <w:b w:val="0"/>
          <w:i w:val="0"/>
          <w:color w:val="000000"/>
          <w:sz w:val="30"/>
        </w:rPr>
        <w:t xml:space="preserve">pressure of living up to his father's expectations. He was a </w:t>
      </w:r>
      <w:r>
        <w:rPr>
          <w:rFonts w:ascii="LiberationSerif" w:hAnsi="LiberationSerif" w:eastAsia="LiberationSerif"/>
          <w:b w:val="0"/>
          <w:i w:val="0"/>
          <w:color w:val="000000"/>
          <w:sz w:val="30"/>
        </w:rPr>
        <w:t xml:space="preserve">natural leader, his infectious humor and boundless energy </w:t>
      </w:r>
      <w:r>
        <w:rPr>
          <w:rFonts w:ascii="LiberationSerif" w:hAnsi="LiberationSerif" w:eastAsia="LiberationSerif"/>
          <w:b w:val="0"/>
          <w:i w:val="0"/>
          <w:color w:val="000000"/>
          <w:sz w:val="30"/>
        </w:rPr>
        <w:t xml:space="preserve">bringing laughter and joy to their group. He’d found solace </w:t>
      </w:r>
      <w:r>
        <w:rPr>
          <w:rFonts w:ascii="LiberationSerif" w:hAnsi="LiberationSerif" w:eastAsia="LiberationSerif"/>
          <w:b w:val="0"/>
          <w:i w:val="0"/>
          <w:color w:val="000000"/>
          <w:sz w:val="30"/>
        </w:rPr>
        <w:t xml:space="preserve">in the camaraderie they shared, the unspoken understanding </w:t>
      </w:r>
      <w:r>
        <w:rPr>
          <w:rFonts w:ascii="LiberationSerif" w:hAnsi="LiberationSerif" w:eastAsia="LiberationSerif"/>
          <w:b w:val="0"/>
          <w:i w:val="0"/>
          <w:color w:val="000000"/>
          <w:sz w:val="30"/>
        </w:rPr>
        <w:t xml:space="preserve">that they were all in this together, facing life's challenges as a </w:t>
      </w:r>
      <w:r>
        <w:rPr>
          <w:rFonts w:ascii="LiberationSerif" w:hAnsi="LiberationSerif" w:eastAsia="LiberationSerif"/>
          <w:b w:val="0"/>
          <w:i w:val="0"/>
          <w:color w:val="000000"/>
          <w:sz w:val="30"/>
        </w:rPr>
        <w:t>united front.</w:t>
      </w:r>
    </w:p>
    <w:p xmlns:wp14="http://schemas.microsoft.com/office/word/2010/wordml" w14:paraId="330C2215"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music cue for her performance sounded, a gentle </w:t>
      </w:r>
      <w:r>
        <w:br/>
      </w:r>
      <w:r>
        <w:rPr>
          <w:rFonts w:ascii="LiberationSerif" w:hAnsi="LiberationSerif" w:eastAsia="LiberationSerif"/>
          <w:b w:val="0"/>
          <w:i w:val="0"/>
          <w:color w:val="000000"/>
          <w:sz w:val="30"/>
        </w:rPr>
        <w:t xml:space="preserve">reminder that it was time. Maya took a deep breath, the </w:t>
      </w:r>
      <w:r>
        <w:rPr>
          <w:rFonts w:ascii="LiberationSerif" w:hAnsi="LiberationSerif" w:eastAsia="LiberationSerif"/>
          <w:b w:val="0"/>
          <w:i w:val="0"/>
          <w:color w:val="000000"/>
          <w:sz w:val="30"/>
        </w:rPr>
        <w:t>support of her friends a comforting presence. Stepping onto</w:t>
      </w:r>
    </w:p>
    <w:p xmlns:wp14="http://schemas.microsoft.com/office/word/2010/wordml" w14:paraId="3A0FF5F2" wp14:textId="77777777">
      <w:pPr>
        <w:sectPr>
          <w:pgSz w:w="12240" w:h="15840" w:orient="portrait"/>
          <w:pgMar w:top="0" w:right="1420" w:bottom="0" w:left="1440" w:header="720" w:footer="720" w:gutter="0"/>
          <w:cols/>
          <w:docGrid w:linePitch="360"/>
        </w:sectPr>
      </w:pPr>
    </w:p>
    <w:p xmlns:wp14="http://schemas.microsoft.com/office/word/2010/wordml" w14:paraId="0769C4DC"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the stage, the spotlight hit her, the warm glow familiar yet </w:t>
      </w:r>
      <w:r>
        <w:rPr>
          <w:rFonts w:ascii="LiberationSerif" w:hAnsi="LiberationSerif" w:eastAsia="LiberationSerif"/>
          <w:b w:val="0"/>
          <w:i w:val="0"/>
          <w:color w:val="000000"/>
          <w:sz w:val="30"/>
        </w:rPr>
        <w:t xml:space="preserve">exhilarating. She closed her eyes, remembering the countless </w:t>
      </w:r>
      <w:r>
        <w:rPr>
          <w:rFonts w:ascii="LiberationSerif" w:hAnsi="LiberationSerif" w:eastAsia="LiberationSerif"/>
          <w:b w:val="0"/>
          <w:i w:val="0"/>
          <w:color w:val="000000"/>
          <w:sz w:val="30"/>
        </w:rPr>
        <w:t xml:space="preserve">hours spent practicing, the anxieties that had threatened to </w:t>
      </w:r>
      <w:r>
        <w:rPr>
          <w:rFonts w:ascii="LiberationSerif" w:hAnsi="LiberationSerif" w:eastAsia="LiberationSerif"/>
          <w:b w:val="0"/>
          <w:i w:val="0"/>
          <w:color w:val="000000"/>
          <w:sz w:val="30"/>
        </w:rPr>
        <w:t xml:space="preserve">derail her, and the strength she'd found in the unwavering </w:t>
      </w:r>
      <w:r>
        <w:rPr>
          <w:rFonts w:ascii="LiberationSerif" w:hAnsi="LiberationSerif" w:eastAsia="LiberationSerif"/>
          <w:b w:val="0"/>
          <w:i w:val="0"/>
          <w:color w:val="000000"/>
          <w:sz w:val="30"/>
        </w:rPr>
        <w:t xml:space="preserve">support of her friends. This was for them, for herself, for </w:t>
      </w:r>
      <w:r>
        <w:rPr>
          <w:rFonts w:ascii="LiberationSerif" w:hAnsi="LiberationSerif" w:eastAsia="LiberationSerif"/>
          <w:b w:val="0"/>
          <w:i w:val="0"/>
          <w:color w:val="000000"/>
          <w:sz w:val="30"/>
        </w:rPr>
        <w:t>everyone who had ever doubted their own voice.</w:t>
      </w:r>
    </w:p>
    <w:p xmlns:wp14="http://schemas.microsoft.com/office/word/2010/wordml" w14:paraId="3C09B82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She began to play, the melody flowing from her fingertips, </w:t>
      </w:r>
      <w:r>
        <w:rPr>
          <w:rFonts w:ascii="LiberationSerif" w:hAnsi="LiberationSerif" w:eastAsia="LiberationSerif"/>
          <w:b w:val="0"/>
          <w:i w:val="0"/>
          <w:color w:val="000000"/>
          <w:sz w:val="30"/>
        </w:rPr>
        <w:t xml:space="preserve">the song a reflection of her journey, a testament to the power </w:t>
      </w:r>
      <w:r>
        <w:rPr>
          <w:rFonts w:ascii="LiberationSerif" w:hAnsi="LiberationSerif" w:eastAsia="LiberationSerif"/>
          <w:b w:val="0"/>
          <w:i w:val="0"/>
          <w:color w:val="000000"/>
          <w:sz w:val="30"/>
        </w:rPr>
        <w:t xml:space="preserve">of resilience and the unbreakable bond of friendship. The </w:t>
      </w:r>
      <w:r>
        <w:rPr>
          <w:rFonts w:ascii="LiberationSerif" w:hAnsi="LiberationSerif" w:eastAsia="LiberationSerif"/>
          <w:b w:val="0"/>
          <w:i w:val="0"/>
          <w:color w:val="000000"/>
          <w:sz w:val="30"/>
        </w:rPr>
        <w:t xml:space="preserve">music filled the room, resonating with the audience, reaching </w:t>
      </w:r>
      <w:r>
        <w:rPr>
          <w:rFonts w:ascii="LiberationSerif" w:hAnsi="LiberationSerif" w:eastAsia="LiberationSerif"/>
          <w:b w:val="0"/>
          <w:i w:val="0"/>
          <w:color w:val="000000"/>
          <w:sz w:val="30"/>
        </w:rPr>
        <w:t xml:space="preserve">into their hearts, and for a moment, the world outside faded </w:t>
      </w:r>
      <w:r>
        <w:rPr>
          <w:rFonts w:ascii="LiberationSerif" w:hAnsi="LiberationSerif" w:eastAsia="LiberationSerif"/>
          <w:b w:val="0"/>
          <w:i w:val="0"/>
          <w:color w:val="000000"/>
          <w:sz w:val="30"/>
        </w:rPr>
        <w:t xml:space="preserve">away. The stage was hers, the music was hers, and the fear </w:t>
      </w:r>
      <w:r>
        <w:rPr>
          <w:rFonts w:ascii="LiberationSerif" w:hAnsi="LiberationSerif" w:eastAsia="LiberationSerif"/>
          <w:b w:val="0"/>
          <w:i w:val="0"/>
          <w:color w:val="000000"/>
          <w:sz w:val="30"/>
        </w:rPr>
        <w:t xml:space="preserve">that had once consumed her was now replaced by a </w:t>
      </w:r>
      <w:r>
        <w:br/>
      </w:r>
      <w:r>
        <w:rPr>
          <w:rFonts w:ascii="LiberationSerif" w:hAnsi="LiberationSerif" w:eastAsia="LiberationSerif"/>
          <w:b w:val="0"/>
          <w:i w:val="0"/>
          <w:color w:val="000000"/>
          <w:sz w:val="30"/>
        </w:rPr>
        <w:t xml:space="preserve">newfound confidence, a sense of purpose, a voice finally </w:t>
      </w:r>
      <w:r>
        <w:rPr>
          <w:rFonts w:ascii="LiberationSerif" w:hAnsi="LiberationSerif" w:eastAsia="LiberationSerif"/>
          <w:b w:val="0"/>
          <w:i w:val="0"/>
          <w:color w:val="000000"/>
          <w:sz w:val="30"/>
        </w:rPr>
        <w:t>unleashed.</w:t>
      </w:r>
    </w:p>
    <w:p xmlns:wp14="http://schemas.microsoft.com/office/word/2010/wordml" w14:paraId="3671A8E7"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 last note faded, the audience erupted in a thunderous </w:t>
      </w:r>
      <w:r>
        <w:rPr>
          <w:rFonts w:ascii="LiberationSerif" w:hAnsi="LiberationSerif" w:eastAsia="LiberationSerif"/>
          <w:b w:val="0"/>
          <w:i w:val="0"/>
          <w:color w:val="000000"/>
          <w:sz w:val="30"/>
        </w:rPr>
        <w:t xml:space="preserve">applause. Maya’s heart overflowed with gratitude, a feeling </w:t>
      </w:r>
      <w:r>
        <w:rPr>
          <w:rFonts w:ascii="LiberationSerif" w:hAnsi="LiberationSerif" w:eastAsia="LiberationSerif"/>
          <w:b w:val="0"/>
          <w:i w:val="0"/>
          <w:color w:val="000000"/>
          <w:sz w:val="30"/>
        </w:rPr>
        <w:t xml:space="preserve">so profound, so deeply satisfying. She had not only found </w:t>
      </w:r>
      <w:r>
        <w:rPr>
          <w:rFonts w:ascii="LiberationSerif" w:hAnsi="LiberationSerif" w:eastAsia="LiberationSerif"/>
          <w:b w:val="0"/>
          <w:i w:val="0"/>
          <w:color w:val="000000"/>
          <w:sz w:val="30"/>
        </w:rPr>
        <w:t xml:space="preserve">her voice, but she had also found a family, a group of </w:t>
      </w:r>
      <w:r>
        <w:br/>
      </w:r>
      <w:r>
        <w:rPr>
          <w:rFonts w:ascii="LiberationSerif" w:hAnsi="LiberationSerif" w:eastAsia="LiberationSerif"/>
          <w:b w:val="0"/>
          <w:i w:val="0"/>
          <w:color w:val="000000"/>
          <w:sz w:val="30"/>
        </w:rPr>
        <w:t xml:space="preserve">individuals who had become her anchor, her cheerleaders, </w:t>
      </w:r>
      <w:r>
        <w:rPr>
          <w:rFonts w:ascii="LiberationSerif" w:hAnsi="LiberationSerif" w:eastAsia="LiberationSerif"/>
          <w:b w:val="0"/>
          <w:i w:val="0"/>
          <w:color w:val="000000"/>
          <w:sz w:val="30"/>
        </w:rPr>
        <w:t xml:space="preserve">her inspiration. Their journey, a tapestry of challenges and </w:t>
      </w:r>
      <w:r>
        <w:rPr>
          <w:rFonts w:ascii="LiberationSerif" w:hAnsi="LiberationSerif" w:eastAsia="LiberationSerif"/>
          <w:b w:val="0"/>
          <w:i w:val="0"/>
          <w:color w:val="000000"/>
          <w:sz w:val="30"/>
        </w:rPr>
        <w:t xml:space="preserve">triumphs, had forged an unbreakable bond, a testament to the </w:t>
      </w:r>
      <w:r>
        <w:rPr>
          <w:rFonts w:ascii="LiberationSerif" w:hAnsi="LiberationSerif" w:eastAsia="LiberationSerif"/>
          <w:b w:val="0"/>
          <w:i w:val="0"/>
          <w:color w:val="000000"/>
          <w:sz w:val="30"/>
        </w:rPr>
        <w:t xml:space="preserve">power of shared experiences, mutual support, and the </w:t>
      </w:r>
      <w:r>
        <w:br/>
      </w:r>
      <w:r>
        <w:rPr>
          <w:rFonts w:ascii="LiberationSerif" w:hAnsi="LiberationSerif" w:eastAsia="LiberationSerif"/>
          <w:b w:val="0"/>
          <w:i w:val="0"/>
          <w:color w:val="000000"/>
          <w:sz w:val="30"/>
        </w:rPr>
        <w:t>unwavering belief in each other’s potential.</w:t>
      </w:r>
    </w:p>
    <w:p xmlns:wp14="http://schemas.microsoft.com/office/word/2010/wordml" w14:paraId="4BAC77F5"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journey had been a rollercoaster, filled with </w:t>
      </w:r>
      <w:r>
        <w:br/>
      </w:r>
      <w:r>
        <w:rPr>
          <w:rFonts w:ascii="LiberationSerif" w:hAnsi="LiberationSerif" w:eastAsia="LiberationSerif"/>
          <w:b w:val="0"/>
          <w:i w:val="0"/>
          <w:color w:val="000000"/>
          <w:sz w:val="30"/>
        </w:rPr>
        <w:t xml:space="preserve">uncertainties and fears. But through it all, their shared </w:t>
      </w:r>
      <w:r>
        <w:br/>
      </w:r>
      <w:r>
        <w:rPr>
          <w:rFonts w:ascii="LiberationSerif" w:hAnsi="LiberationSerif" w:eastAsia="LiberationSerif"/>
          <w:b w:val="0"/>
          <w:i w:val="0"/>
          <w:color w:val="000000"/>
          <w:sz w:val="30"/>
        </w:rPr>
        <w:t xml:space="preserve">experiences had taught them invaluable lessons, lessons that </w:t>
      </w:r>
      <w:r>
        <w:rPr>
          <w:rFonts w:ascii="LiberationSerif" w:hAnsi="LiberationSerif" w:eastAsia="LiberationSerif"/>
          <w:b w:val="0"/>
          <w:i w:val="0"/>
          <w:color w:val="000000"/>
          <w:sz w:val="30"/>
        </w:rPr>
        <w:t xml:space="preserve">went beyond the confines of their high school walls. They </w:t>
      </w:r>
      <w:r>
        <w:rPr>
          <w:rFonts w:ascii="LiberationSerif" w:hAnsi="LiberationSerif" w:eastAsia="LiberationSerif"/>
          <w:b w:val="0"/>
          <w:i w:val="0"/>
          <w:color w:val="000000"/>
          <w:sz w:val="30"/>
        </w:rPr>
        <w:t xml:space="preserve">had learned the importance of resilience, the power of </w:t>
      </w:r>
      <w:r>
        <w:br/>
      </w:r>
      <w:r>
        <w:rPr>
          <w:rFonts w:ascii="LiberationSerif" w:hAnsi="LiberationSerif" w:eastAsia="LiberationSerif"/>
          <w:b w:val="0"/>
          <w:i w:val="0"/>
          <w:color w:val="000000"/>
          <w:sz w:val="30"/>
        </w:rPr>
        <w:t xml:space="preserve">empathy, the strength that comes from vulnerability, and the </w:t>
      </w:r>
      <w:r>
        <w:rPr>
          <w:rFonts w:ascii="LiberationSerif" w:hAnsi="LiberationSerif" w:eastAsia="LiberationSerif"/>
          <w:b w:val="0"/>
          <w:i w:val="0"/>
          <w:color w:val="000000"/>
          <w:sz w:val="30"/>
        </w:rPr>
        <w:t xml:space="preserve">magic of genuine friendship. They had discovered their </w:t>
      </w:r>
      <w:r>
        <w:rPr>
          <w:rFonts w:ascii="LiberationSerif" w:hAnsi="LiberationSerif" w:eastAsia="LiberationSerif"/>
          <w:b w:val="0"/>
          <w:i w:val="0"/>
          <w:color w:val="000000"/>
          <w:sz w:val="30"/>
        </w:rPr>
        <w:t xml:space="preserve">voices, their purpose, their place in the world, and they had </w:t>
      </w:r>
      <w:r>
        <w:rPr>
          <w:rFonts w:ascii="LiberationSerif" w:hAnsi="LiberationSerif" w:eastAsia="LiberationSerif"/>
          <w:b w:val="0"/>
          <w:i w:val="0"/>
          <w:color w:val="000000"/>
          <w:sz w:val="30"/>
        </w:rPr>
        <w:t>done it together.</w:t>
      </w:r>
    </w:p>
    <w:p xmlns:wp14="http://schemas.microsoft.com/office/word/2010/wordml" w14:paraId="5630AD66" wp14:textId="77777777">
      <w:pPr>
        <w:sectPr>
          <w:pgSz w:w="12240" w:h="15840" w:orient="portrait"/>
          <w:pgMar w:top="0" w:right="1420" w:bottom="0" w:left="1440" w:header="720" w:footer="720" w:gutter="0"/>
          <w:cols/>
          <w:docGrid w:linePitch="360"/>
        </w:sectPr>
      </w:pPr>
    </w:p>
    <w:p xmlns:wp14="http://schemas.microsoft.com/office/word/2010/wordml" w14:paraId="74F3EF38" wp14:textId="77777777">
      <w:pPr>
        <w:autoSpaceDN w:val="0"/>
        <w:autoSpaceDE w:val="0"/>
        <w:widowControl/>
        <w:spacing w:before="1790" w:after="0" w:line="360" w:lineRule="exact"/>
        <w:ind w:left="1000" w:right="1008" w:firstLine="0"/>
        <w:jc w:val="left"/>
      </w:pPr>
      <w:r>
        <w:rPr>
          <w:rFonts w:ascii="LiberationSerif" w:hAnsi="LiberationSerif" w:eastAsia="LiberationSerif"/>
          <w:b w:val="0"/>
          <w:i w:val="0"/>
          <w:color w:val="000000"/>
          <w:sz w:val="30"/>
        </w:rPr>
        <w:t xml:space="preserve">They walked out of the auditorium, arms around each other, </w:t>
      </w:r>
      <w:r>
        <w:rPr>
          <w:rFonts w:ascii="LiberationSerif" w:hAnsi="LiberationSerif" w:eastAsia="LiberationSerif"/>
          <w:b w:val="0"/>
          <w:i w:val="0"/>
          <w:color w:val="000000"/>
          <w:sz w:val="30"/>
        </w:rPr>
        <w:t xml:space="preserve">their hearts full of pride and a sense of shared </w:t>
      </w:r>
      <w:r>
        <w:br/>
      </w:r>
      <w:r>
        <w:rPr>
          <w:rFonts w:ascii="LiberationSerif" w:hAnsi="LiberationSerif" w:eastAsia="LiberationSerif"/>
          <w:b w:val="0"/>
          <w:i w:val="0"/>
          <w:color w:val="000000"/>
          <w:sz w:val="30"/>
        </w:rPr>
        <w:t xml:space="preserve">accomplishment. The talent show was over, but their journey </w:t>
      </w:r>
      <w:r>
        <w:rPr>
          <w:rFonts w:ascii="LiberationSerif" w:hAnsi="LiberationSerif" w:eastAsia="LiberationSerif"/>
          <w:b w:val="0"/>
          <w:i w:val="0"/>
          <w:color w:val="000000"/>
          <w:sz w:val="30"/>
        </w:rPr>
        <w:t xml:space="preserve">was far from finished. Life would throw them new </w:t>
      </w:r>
      <w:r>
        <w:br/>
      </w:r>
      <w:r>
        <w:rPr>
          <w:rFonts w:ascii="LiberationSerif" w:hAnsi="LiberationSerif" w:eastAsia="LiberationSerif"/>
          <w:b w:val="0"/>
          <w:i w:val="0"/>
          <w:color w:val="000000"/>
          <w:sz w:val="30"/>
        </w:rPr>
        <w:t xml:space="preserve">challenges, unexpected detours, and uncertain paths. But </w:t>
      </w:r>
      <w:r>
        <w:rPr>
          <w:rFonts w:ascii="LiberationSerif" w:hAnsi="LiberationSerif" w:eastAsia="LiberationSerif"/>
          <w:b w:val="0"/>
          <w:i w:val="0"/>
          <w:color w:val="000000"/>
          <w:sz w:val="30"/>
        </w:rPr>
        <w:t xml:space="preserve">they knew, with a certainty that resonated deep within their </w:t>
      </w:r>
      <w:r>
        <w:rPr>
          <w:rFonts w:ascii="LiberationSerif" w:hAnsi="LiberationSerif" w:eastAsia="LiberationSerif"/>
          <w:b w:val="0"/>
          <w:i w:val="0"/>
          <w:color w:val="000000"/>
          <w:sz w:val="30"/>
        </w:rPr>
        <w:t xml:space="preserve">souls, that they would face them together, their bond </w:t>
      </w:r>
      <w:r>
        <w:br/>
      </w:r>
      <w:r>
        <w:rPr>
          <w:rFonts w:ascii="LiberationSerif" w:hAnsi="LiberationSerif" w:eastAsia="LiberationSerif"/>
          <w:b w:val="0"/>
          <w:i w:val="0"/>
          <w:color w:val="000000"/>
          <w:sz w:val="30"/>
        </w:rPr>
        <w:t xml:space="preserve">stronger than ever, their journey fueled by the unwavering </w:t>
      </w:r>
      <w:r>
        <w:rPr>
          <w:rFonts w:ascii="LiberationSerif" w:hAnsi="LiberationSerif" w:eastAsia="LiberationSerif"/>
          <w:b w:val="0"/>
          <w:i w:val="0"/>
          <w:color w:val="000000"/>
          <w:sz w:val="30"/>
        </w:rPr>
        <w:t xml:space="preserve">belief in each other's potential. They had found their </w:t>
      </w:r>
      <w:r>
        <w:br/>
      </w:r>
      <w:r>
        <w:rPr>
          <w:rFonts w:ascii="LiberationSerif" w:hAnsi="LiberationSerif" w:eastAsia="LiberationSerif"/>
          <w:b w:val="0"/>
          <w:i w:val="0"/>
          <w:color w:val="000000"/>
          <w:sz w:val="30"/>
        </w:rPr>
        <w:t xml:space="preserve">unbreakable bond, a testament to the enduring power of </w:t>
      </w:r>
      <w:r>
        <w:rPr>
          <w:rFonts w:ascii="LiberationSerif" w:hAnsi="LiberationSerif" w:eastAsia="LiberationSerif"/>
          <w:b w:val="0"/>
          <w:i w:val="0"/>
          <w:color w:val="000000"/>
          <w:sz w:val="30"/>
        </w:rPr>
        <w:t xml:space="preserve">friendship, the magic of shared experiences, and the </w:t>
      </w:r>
      <w:r>
        <w:br/>
      </w:r>
      <w:r>
        <w:rPr>
          <w:rFonts w:ascii="LiberationSerif" w:hAnsi="LiberationSerif" w:eastAsia="LiberationSerif"/>
          <w:b w:val="0"/>
          <w:i w:val="0"/>
          <w:color w:val="000000"/>
          <w:sz w:val="30"/>
        </w:rPr>
        <w:t>resilience of the human spirit.</w:t>
      </w:r>
    </w:p>
    <w:p xmlns:wp14="http://schemas.microsoft.com/office/word/2010/wordml" w14:paraId="61829076" wp14:textId="77777777">
      <w:pPr>
        <w:sectPr>
          <w:pgSz w:w="12240" w:h="15840" w:orient="portrait"/>
          <w:pgMar w:top="0" w:right="1420" w:bottom="0" w:left="1440" w:header="720" w:footer="720" w:gutter="0"/>
          <w:cols/>
          <w:docGrid w:linePitch="360"/>
        </w:sectPr>
      </w:pPr>
    </w:p>
    <w:p xmlns:wp14="http://schemas.microsoft.com/office/word/2010/wordml" w14:paraId="42A27131"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31EE14E8" wp14:textId="77777777">
      <w:pPr>
        <w:autoSpaceDN w:val="0"/>
        <w:autoSpaceDE w:val="0"/>
        <w:widowControl/>
        <w:spacing w:before="456" w:after="0" w:line="360" w:lineRule="exact"/>
        <w:ind w:left="1000" w:right="1296" w:firstLine="0"/>
        <w:jc w:val="left"/>
      </w:pPr>
      <w:r>
        <w:rPr>
          <w:rFonts w:ascii="LiberationSerif" w:hAnsi="LiberationSerif" w:eastAsia="LiberationSerif"/>
          <w:b w:val="0"/>
          <w:i w:val="0"/>
          <w:color w:val="000000"/>
          <w:sz w:val="30"/>
        </w:rPr>
        <w:t xml:space="preserve">The news spread through the hallways like wildfire, </w:t>
      </w:r>
      <w:r>
        <w:br/>
      </w:r>
      <w:r>
        <w:rPr>
          <w:rFonts w:ascii="LiberationSerif" w:hAnsi="LiberationSerif" w:eastAsia="LiberationSerif"/>
          <w:b w:val="0"/>
          <w:i w:val="0"/>
          <w:color w:val="000000"/>
          <w:sz w:val="30"/>
        </w:rPr>
        <w:t xml:space="preserve">whispers turning into panicked shouts. It was Sarah, the </w:t>
      </w:r>
      <w:r>
        <w:rPr>
          <w:rFonts w:ascii="LiberationSerif" w:hAnsi="LiberationSerif" w:eastAsia="LiberationSerif"/>
          <w:b w:val="0"/>
          <w:i w:val="0"/>
          <w:color w:val="000000"/>
          <w:sz w:val="30"/>
        </w:rPr>
        <w:t xml:space="preserve">heart of their little group, the one who always had a smile, </w:t>
      </w:r>
      <w:r>
        <w:rPr>
          <w:rFonts w:ascii="LiberationSerif" w:hAnsi="LiberationSerif" w:eastAsia="LiberationSerif"/>
          <w:b w:val="0"/>
          <w:i w:val="0"/>
          <w:color w:val="000000"/>
          <w:sz w:val="30"/>
        </w:rPr>
        <w:t xml:space="preserve">the one who made everyone feel seen and heard. She was </w:t>
      </w:r>
      <w:r>
        <w:rPr>
          <w:rFonts w:ascii="LiberationSerif" w:hAnsi="LiberationSerif" w:eastAsia="LiberationSerif"/>
          <w:b w:val="0"/>
          <w:i w:val="0"/>
          <w:color w:val="000000"/>
          <w:sz w:val="30"/>
        </w:rPr>
        <w:t>gone. Vanished without a trace.</w:t>
      </w:r>
    </w:p>
    <w:p xmlns:wp14="http://schemas.microsoft.com/office/word/2010/wordml" w14:paraId="1444FB4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shock hit them in waves, leaving them breathless and </w:t>
      </w:r>
      <w:r>
        <w:rPr>
          <w:rFonts w:ascii="LiberationSerif" w:hAnsi="LiberationSerif" w:eastAsia="LiberationSerif"/>
          <w:b w:val="0"/>
          <w:i w:val="0"/>
          <w:color w:val="000000"/>
          <w:sz w:val="30"/>
        </w:rPr>
        <w:t xml:space="preserve">unsure. There was no explanation, no warning, just a sudden </w:t>
      </w:r>
      <w:r>
        <w:rPr>
          <w:rFonts w:ascii="LiberationSerif" w:hAnsi="LiberationSerif" w:eastAsia="LiberationSerif"/>
          <w:b w:val="0"/>
          <w:i w:val="0"/>
          <w:color w:val="000000"/>
          <w:sz w:val="30"/>
        </w:rPr>
        <w:t xml:space="preserve">void where Sarah had been. Their tightly knit group, forged </w:t>
      </w:r>
      <w:r>
        <w:rPr>
          <w:rFonts w:ascii="LiberationSerif" w:hAnsi="LiberationSerif" w:eastAsia="LiberationSerif"/>
          <w:b w:val="0"/>
          <w:i w:val="0"/>
          <w:color w:val="000000"/>
          <w:sz w:val="30"/>
        </w:rPr>
        <w:t xml:space="preserve">in the crucible of shared struggles and triumphs, felt like a </w:t>
      </w:r>
      <w:r>
        <w:rPr>
          <w:rFonts w:ascii="LiberationSerif" w:hAnsi="LiberationSerif" w:eastAsia="LiberationSerif"/>
          <w:b w:val="0"/>
          <w:i w:val="0"/>
          <w:color w:val="000000"/>
          <w:sz w:val="30"/>
        </w:rPr>
        <w:t>fragile web, threatened to unravel.</w:t>
      </w:r>
    </w:p>
    <w:p xmlns:wp14="http://schemas.microsoft.com/office/word/2010/wordml" w14:paraId="52488765"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Liam, the quiet observer, was the first to speak, his voice </w:t>
      </w:r>
      <w:r>
        <w:rPr>
          <w:rFonts w:ascii="LiberationSerif" w:hAnsi="LiberationSerif" w:eastAsia="LiberationSerif"/>
          <w:b w:val="0"/>
          <w:i w:val="0"/>
          <w:color w:val="000000"/>
          <w:sz w:val="30"/>
        </w:rPr>
        <w:t xml:space="preserve">trembling. "We have to find her," he said, his usually calm </w:t>
      </w:r>
      <w:r>
        <w:rPr>
          <w:rFonts w:ascii="LiberationSerif" w:hAnsi="LiberationSerif" w:eastAsia="LiberationSerif"/>
          <w:b w:val="0"/>
          <w:i w:val="0"/>
          <w:color w:val="000000"/>
          <w:sz w:val="30"/>
        </w:rPr>
        <w:t>demeanor replaced by a desperate urgency.</w:t>
      </w:r>
    </w:p>
    <w:p xmlns:wp14="http://schemas.microsoft.com/office/word/2010/wordml" w14:paraId="4E929993"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Their initial fear quickly morphed into action. They </w:t>
      </w:r>
      <w:r>
        <w:br/>
      </w:r>
      <w:r>
        <w:rPr>
          <w:rFonts w:ascii="LiberationSerif" w:hAnsi="LiberationSerif" w:eastAsia="LiberationSerif"/>
          <w:b w:val="0"/>
          <w:i w:val="0"/>
          <w:color w:val="000000"/>
          <w:sz w:val="30"/>
        </w:rPr>
        <w:t xml:space="preserve">scrambled to gather information, sifting through fragmented </w:t>
      </w:r>
      <w:r>
        <w:rPr>
          <w:rFonts w:ascii="LiberationSerif" w:hAnsi="LiberationSerif" w:eastAsia="LiberationSerif"/>
          <w:b w:val="0"/>
          <w:i w:val="0"/>
          <w:color w:val="000000"/>
          <w:sz w:val="30"/>
        </w:rPr>
        <w:t xml:space="preserve">clues, each piece adding to their growing anxiety. It wasn't </w:t>
      </w:r>
      <w:r>
        <w:rPr>
          <w:rFonts w:ascii="LiberationSerif" w:hAnsi="LiberationSerif" w:eastAsia="LiberationSerif"/>
          <w:b w:val="0"/>
          <w:i w:val="0"/>
          <w:color w:val="000000"/>
          <w:sz w:val="30"/>
        </w:rPr>
        <w:t xml:space="preserve">like Sarah to disappear without a word. She wouldn't leave </w:t>
      </w:r>
      <w:r>
        <w:rPr>
          <w:rFonts w:ascii="LiberationSerif" w:hAnsi="LiberationSerif" w:eastAsia="LiberationSerif"/>
          <w:b w:val="0"/>
          <w:i w:val="0"/>
          <w:color w:val="000000"/>
          <w:sz w:val="30"/>
        </w:rPr>
        <w:t>them hanging, not without a reason.</w:t>
      </w:r>
    </w:p>
    <w:p xmlns:wp14="http://schemas.microsoft.com/office/word/2010/wordml" w14:paraId="13FB2C0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police were involved, their methodical approach a stark </w:t>
      </w:r>
      <w:r>
        <w:rPr>
          <w:rFonts w:ascii="LiberationSerif" w:hAnsi="LiberationSerif" w:eastAsia="LiberationSerif"/>
          <w:b w:val="0"/>
          <w:i w:val="0"/>
          <w:color w:val="000000"/>
          <w:sz w:val="30"/>
        </w:rPr>
        <w:t xml:space="preserve">contrast to the frantic energy that pulsed through the group. </w:t>
      </w:r>
      <w:r>
        <w:rPr>
          <w:rFonts w:ascii="LiberationSerif" w:hAnsi="LiberationSerif" w:eastAsia="LiberationSerif"/>
          <w:b w:val="0"/>
          <w:i w:val="0"/>
          <w:color w:val="000000"/>
          <w:sz w:val="30"/>
        </w:rPr>
        <w:t xml:space="preserve">They searched Sarah's apartment, her belongings, anything </w:t>
      </w:r>
      <w:r>
        <w:rPr>
          <w:rFonts w:ascii="LiberationSerif" w:hAnsi="LiberationSerif" w:eastAsia="LiberationSerif"/>
          <w:b w:val="0"/>
          <w:i w:val="0"/>
          <w:color w:val="000000"/>
          <w:sz w:val="30"/>
        </w:rPr>
        <w:t xml:space="preserve">that might offer a clue. They questioned her friends, her </w:t>
      </w:r>
      <w:r>
        <w:rPr>
          <w:rFonts w:ascii="LiberationSerif" w:hAnsi="LiberationSerif" w:eastAsia="LiberationSerif"/>
          <w:b w:val="0"/>
          <w:i w:val="0"/>
          <w:color w:val="000000"/>
          <w:sz w:val="30"/>
        </w:rPr>
        <w:t xml:space="preserve">family, anyone who might have known something. Days </w:t>
      </w:r>
      <w:r>
        <w:rPr>
          <w:rFonts w:ascii="LiberationSerif" w:hAnsi="LiberationSerif" w:eastAsia="LiberationSerif"/>
          <w:b w:val="0"/>
          <w:i w:val="0"/>
          <w:color w:val="000000"/>
          <w:sz w:val="30"/>
        </w:rPr>
        <w:t>turned into weeks, and hope began to dwindle.</w:t>
      </w:r>
    </w:p>
    <w:p xmlns:wp14="http://schemas.microsoft.com/office/word/2010/wordml" w14:paraId="535D86C8"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The weight of uncertainty pressed down on them, </w:t>
      </w:r>
      <w:r>
        <w:br/>
      </w:r>
      <w:r>
        <w:rPr>
          <w:rFonts w:ascii="LiberationSerif" w:hAnsi="LiberationSerif" w:eastAsia="LiberationSerif"/>
          <w:b w:val="0"/>
          <w:i w:val="0"/>
          <w:color w:val="000000"/>
          <w:sz w:val="30"/>
        </w:rPr>
        <w:t xml:space="preserve">threatening to crush them. Their usual laughter and playful </w:t>
      </w:r>
      <w:r>
        <w:rPr>
          <w:rFonts w:ascii="LiberationSerif" w:hAnsi="LiberationSerif" w:eastAsia="LiberationSerif"/>
          <w:b w:val="0"/>
          <w:i w:val="0"/>
          <w:color w:val="000000"/>
          <w:sz w:val="30"/>
        </w:rPr>
        <w:t>banter were replaced by a heavy silence. Their shared</w:t>
      </w:r>
    </w:p>
    <w:p xmlns:wp14="http://schemas.microsoft.com/office/word/2010/wordml" w14:paraId="2BA226A1" wp14:textId="77777777">
      <w:pPr>
        <w:sectPr>
          <w:pgSz w:w="12240" w:h="15840" w:orient="portrait"/>
          <w:pgMar w:top="0" w:right="1420" w:bottom="0" w:left="1440" w:header="720" w:footer="720" w:gutter="0"/>
          <w:cols/>
          <w:docGrid w:linePitch="360"/>
        </w:sectPr>
      </w:pPr>
    </w:p>
    <w:p xmlns:wp14="http://schemas.microsoft.com/office/word/2010/wordml" w14:paraId="2B9A0690" wp14:textId="77777777">
      <w:pPr>
        <w:autoSpaceDN w:val="0"/>
        <w:autoSpaceDE w:val="0"/>
        <w:widowControl/>
        <w:spacing w:before="1430" w:after="0" w:line="360" w:lineRule="exact"/>
        <w:ind w:left="1000" w:right="1296" w:firstLine="0"/>
        <w:jc w:val="left"/>
      </w:pPr>
      <w:r>
        <w:rPr>
          <w:rFonts w:ascii="LiberationSerif" w:hAnsi="LiberationSerif" w:eastAsia="LiberationSerif"/>
          <w:b w:val="0"/>
          <w:i w:val="0"/>
          <w:color w:val="000000"/>
          <w:sz w:val="30"/>
        </w:rPr>
        <w:t xml:space="preserve">experiences, the foundation of their bond, felt distant, their </w:t>
      </w:r>
      <w:r>
        <w:rPr>
          <w:rFonts w:ascii="LiberationSerif" w:hAnsi="LiberationSerif" w:eastAsia="LiberationSerif"/>
          <w:b w:val="0"/>
          <w:i w:val="0"/>
          <w:color w:val="000000"/>
          <w:sz w:val="30"/>
        </w:rPr>
        <w:t>connection frayed by fear and doubt.</w:t>
      </w:r>
    </w:p>
    <w:p xmlns:wp14="http://schemas.microsoft.com/office/word/2010/wordml" w14:paraId="44C94132"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One afternoon, as they gathered at their usual spot, the </w:t>
      </w:r>
      <w:r>
        <w:rPr>
          <w:rFonts w:ascii="LiberationSerif" w:hAnsi="LiberationSerif" w:eastAsia="LiberationSerif"/>
          <w:b w:val="0"/>
          <w:i w:val="0"/>
          <w:color w:val="000000"/>
          <w:sz w:val="30"/>
        </w:rPr>
        <w:t xml:space="preserve">corner table in the school cafeteria, the silence was broken </w:t>
      </w:r>
      <w:r>
        <w:rPr>
          <w:rFonts w:ascii="LiberationSerif" w:hAnsi="LiberationSerif" w:eastAsia="LiberationSerif"/>
          <w:b w:val="0"/>
          <w:i w:val="0"/>
          <w:color w:val="000000"/>
          <w:sz w:val="30"/>
        </w:rPr>
        <w:t xml:space="preserve">by a small, hesitant voice. It was Maya, the quiet artist, her </w:t>
      </w:r>
      <w:r>
        <w:rPr>
          <w:rFonts w:ascii="LiberationSerif" w:hAnsi="LiberationSerif" w:eastAsia="LiberationSerif"/>
          <w:b w:val="0"/>
          <w:i w:val="0"/>
          <w:color w:val="000000"/>
          <w:sz w:val="30"/>
        </w:rPr>
        <w:t>eyes red-rimmed.</w:t>
      </w:r>
    </w:p>
    <w:p xmlns:wp14="http://schemas.microsoft.com/office/word/2010/wordml" w14:paraId="5E7877A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 remember something," she whispered, her voice catching. </w:t>
      </w:r>
      <w:r>
        <w:rPr>
          <w:rFonts w:ascii="LiberationSerif" w:hAnsi="LiberationSerif" w:eastAsia="LiberationSerif"/>
          <w:b w:val="0"/>
          <w:i w:val="0"/>
          <w:color w:val="000000"/>
          <w:sz w:val="30"/>
        </w:rPr>
        <w:t xml:space="preserve">"Sarah mentioned a place, a place where she often went to </w:t>
      </w:r>
      <w:r>
        <w:rPr>
          <w:rFonts w:ascii="LiberationSerif" w:hAnsi="LiberationSerif" w:eastAsia="LiberationSerif"/>
          <w:b w:val="0"/>
          <w:i w:val="0"/>
          <w:color w:val="000000"/>
          <w:sz w:val="30"/>
        </w:rPr>
        <w:t>think, a place that meant something to her."</w:t>
      </w:r>
    </w:p>
    <w:p xmlns:wp14="http://schemas.microsoft.com/office/word/2010/wordml" w14:paraId="7C34856E"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They listened intently, their hearts pounding with a flicker of </w:t>
      </w:r>
      <w:r>
        <w:rPr>
          <w:rFonts w:ascii="LiberationSerif" w:hAnsi="LiberationSerif" w:eastAsia="LiberationSerif"/>
          <w:b w:val="0"/>
          <w:i w:val="0"/>
          <w:color w:val="000000"/>
          <w:sz w:val="30"/>
        </w:rPr>
        <w:t xml:space="preserve">hope. Maya struggled to recall the details, her memory </w:t>
      </w:r>
      <w:r>
        <w:br/>
      </w:r>
      <w:r>
        <w:rPr>
          <w:rFonts w:ascii="LiberationSerif" w:hAnsi="LiberationSerif" w:eastAsia="LiberationSerif"/>
          <w:b w:val="0"/>
          <w:i w:val="0"/>
          <w:color w:val="000000"/>
          <w:sz w:val="30"/>
        </w:rPr>
        <w:t xml:space="preserve">clouded by their shared anxiety. But then, with a sudden </w:t>
      </w:r>
      <w:r>
        <w:rPr>
          <w:rFonts w:ascii="LiberationSerif" w:hAnsi="LiberationSerif" w:eastAsia="LiberationSerif"/>
          <w:b w:val="0"/>
          <w:i w:val="0"/>
          <w:color w:val="000000"/>
          <w:sz w:val="30"/>
        </w:rPr>
        <w:t>burst of clarity, she spoke.</w:t>
      </w:r>
    </w:p>
    <w:p xmlns:wp14="http://schemas.microsoft.com/office/word/2010/wordml" w14:paraId="7FF52D9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park," she said, her voice firming with conviction. "The </w:t>
      </w:r>
      <w:r>
        <w:rPr>
          <w:rFonts w:ascii="LiberationSerif" w:hAnsi="LiberationSerif" w:eastAsia="LiberationSerif"/>
          <w:b w:val="0"/>
          <w:i w:val="0"/>
          <w:color w:val="000000"/>
          <w:sz w:val="30"/>
        </w:rPr>
        <w:t>one near the old oak tree, by the river."</w:t>
      </w:r>
    </w:p>
    <w:p xmlns:wp14="http://schemas.microsoft.com/office/word/2010/wordml" w14:paraId="00A4B6E5"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park, a place of solace and reflection, a place where they </w:t>
      </w:r>
      <w:r>
        <w:rPr>
          <w:rFonts w:ascii="LiberationSerif" w:hAnsi="LiberationSerif" w:eastAsia="LiberationSerif"/>
          <w:b w:val="0"/>
          <w:i w:val="0"/>
          <w:color w:val="000000"/>
          <w:sz w:val="30"/>
        </w:rPr>
        <w:t xml:space="preserve">had spent countless hours, sharing dreams and anxieties, </w:t>
      </w:r>
      <w:r>
        <w:rPr>
          <w:rFonts w:ascii="LiberationSerif" w:hAnsi="LiberationSerif" w:eastAsia="LiberationSerif"/>
          <w:b w:val="0"/>
          <w:i w:val="0"/>
          <w:color w:val="000000"/>
          <w:sz w:val="30"/>
        </w:rPr>
        <w:t xml:space="preserve">forging their bond. It was a familiar haven, a sanctuary of </w:t>
      </w:r>
      <w:r>
        <w:rPr>
          <w:rFonts w:ascii="LiberationSerif" w:hAnsi="LiberationSerif" w:eastAsia="LiberationSerif"/>
          <w:b w:val="0"/>
          <w:i w:val="0"/>
          <w:color w:val="000000"/>
          <w:sz w:val="30"/>
        </w:rPr>
        <w:t>shared memories.</w:t>
      </w:r>
    </w:p>
    <w:p xmlns:wp14="http://schemas.microsoft.com/office/word/2010/wordml" w14:paraId="6E15CF9B"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They rushed to the park, their footsteps echoing their urgent </w:t>
      </w:r>
      <w:r>
        <w:rPr>
          <w:rFonts w:ascii="LiberationSerif" w:hAnsi="LiberationSerif" w:eastAsia="LiberationSerif"/>
          <w:b w:val="0"/>
          <w:i w:val="0"/>
          <w:color w:val="000000"/>
          <w:sz w:val="30"/>
        </w:rPr>
        <w:t xml:space="preserve">hope. The air was thick with the scent of pine and damp </w:t>
      </w:r>
      <w:r>
        <w:rPr>
          <w:rFonts w:ascii="LiberationSerif" w:hAnsi="LiberationSerif" w:eastAsia="LiberationSerif"/>
          <w:b w:val="0"/>
          <w:i w:val="0"/>
          <w:color w:val="000000"/>
          <w:sz w:val="30"/>
        </w:rPr>
        <w:t xml:space="preserve">earth, the familiar sounds of nature a balm against their </w:t>
      </w:r>
      <w:r>
        <w:rPr>
          <w:rFonts w:ascii="LiberationSerif" w:hAnsi="LiberationSerif" w:eastAsia="LiberationSerif"/>
          <w:b w:val="0"/>
          <w:i w:val="0"/>
          <w:color w:val="000000"/>
          <w:sz w:val="30"/>
        </w:rPr>
        <w:t xml:space="preserve">anxieties. They searched frantically, calling Sarah's name, </w:t>
      </w:r>
      <w:r>
        <w:rPr>
          <w:rFonts w:ascii="LiberationSerif" w:hAnsi="LiberationSerif" w:eastAsia="LiberationSerif"/>
          <w:b w:val="0"/>
          <w:i w:val="0"/>
          <w:color w:val="000000"/>
          <w:sz w:val="30"/>
        </w:rPr>
        <w:t>their voices lost in the rustling leaves and the gurgling river.</w:t>
      </w:r>
    </w:p>
    <w:p xmlns:wp14="http://schemas.microsoft.com/office/word/2010/wordml" w14:paraId="77B450D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 sun began its descent, painting the sky in hues of </w:t>
      </w:r>
      <w:r>
        <w:rPr>
          <w:rFonts w:ascii="LiberationSerif" w:hAnsi="LiberationSerif" w:eastAsia="LiberationSerif"/>
          <w:b w:val="0"/>
          <w:i w:val="0"/>
          <w:color w:val="000000"/>
          <w:sz w:val="30"/>
        </w:rPr>
        <w:t xml:space="preserve">orange and purple, a sense of despair settled over them. They </w:t>
      </w:r>
      <w:r>
        <w:rPr>
          <w:rFonts w:ascii="LiberationSerif" w:hAnsi="LiberationSerif" w:eastAsia="LiberationSerif"/>
          <w:b w:val="0"/>
          <w:i w:val="0"/>
          <w:color w:val="000000"/>
          <w:sz w:val="30"/>
        </w:rPr>
        <w:t xml:space="preserve">were about to give up when Liam, his eyes scanning the </w:t>
      </w:r>
      <w:r>
        <w:rPr>
          <w:rFonts w:ascii="LiberationSerif" w:hAnsi="LiberationSerif" w:eastAsia="LiberationSerif"/>
          <w:b w:val="0"/>
          <w:i w:val="0"/>
          <w:color w:val="000000"/>
          <w:sz w:val="30"/>
        </w:rPr>
        <w:t>park, spotted a small, familiar object lying hidden beneath a</w:t>
      </w:r>
    </w:p>
    <w:p xmlns:wp14="http://schemas.microsoft.com/office/word/2010/wordml" w14:paraId="17AD93B2" wp14:textId="77777777">
      <w:pPr>
        <w:sectPr>
          <w:pgSz w:w="12240" w:h="15840" w:orient="portrait"/>
          <w:pgMar w:top="0" w:right="1420" w:bottom="0" w:left="1440" w:header="720" w:footer="720" w:gutter="0"/>
          <w:cols/>
          <w:docGrid w:linePitch="360"/>
        </w:sectPr>
      </w:pPr>
    </w:p>
    <w:p xmlns:wp14="http://schemas.microsoft.com/office/word/2010/wordml" w14:paraId="6E6B19AE"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bush. It was Sarah's favorite scarf, the one she always wore </w:t>
      </w:r>
      <w:r>
        <w:rPr>
          <w:rFonts w:ascii="LiberationSerif" w:hAnsi="LiberationSerif" w:eastAsia="LiberationSerif"/>
          <w:b w:val="0"/>
          <w:i w:val="0"/>
          <w:color w:val="000000"/>
          <w:sz w:val="30"/>
        </w:rPr>
        <w:t>when she felt lost or anxious.</w:t>
      </w:r>
    </w:p>
    <w:p xmlns:wp14="http://schemas.microsoft.com/office/word/2010/wordml" w14:paraId="08C03933"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Their hearts pounded in their chests as they pushed through </w:t>
      </w:r>
      <w:r>
        <w:rPr>
          <w:rFonts w:ascii="LiberationSerif" w:hAnsi="LiberationSerif" w:eastAsia="LiberationSerif"/>
          <w:b w:val="0"/>
          <w:i w:val="0"/>
          <w:color w:val="000000"/>
          <w:sz w:val="30"/>
        </w:rPr>
        <w:t xml:space="preserve">the thick undergrowth. There, huddled beneath the old oak </w:t>
      </w:r>
      <w:r>
        <w:rPr>
          <w:rFonts w:ascii="LiberationSerif" w:hAnsi="LiberationSerif" w:eastAsia="LiberationSerif"/>
          <w:b w:val="0"/>
          <w:i w:val="0"/>
          <w:color w:val="000000"/>
          <w:sz w:val="30"/>
        </w:rPr>
        <w:t xml:space="preserve">tree, its branches reaching out like protective arms, was </w:t>
      </w:r>
      <w:r>
        <w:rPr>
          <w:rFonts w:ascii="LiberationSerif" w:hAnsi="LiberationSerif" w:eastAsia="LiberationSerif"/>
          <w:b w:val="0"/>
          <w:i w:val="0"/>
          <w:color w:val="000000"/>
          <w:sz w:val="30"/>
        </w:rPr>
        <w:t xml:space="preserve">Sarah. She was asleep, her face pale and drawn, but she was </w:t>
      </w:r>
      <w:r>
        <w:rPr>
          <w:rFonts w:ascii="LiberationSerif" w:hAnsi="LiberationSerif" w:eastAsia="LiberationSerif"/>
          <w:b w:val="0"/>
          <w:i w:val="0"/>
          <w:color w:val="000000"/>
          <w:sz w:val="30"/>
        </w:rPr>
        <w:t>safe.</w:t>
      </w:r>
    </w:p>
    <w:p xmlns:wp14="http://schemas.microsoft.com/office/word/2010/wordml" w14:paraId="1919D3D2"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Relief washed over them like a tidal wave, breaking the </w:t>
      </w:r>
      <w:r>
        <w:rPr>
          <w:rFonts w:ascii="LiberationSerif" w:hAnsi="LiberationSerif" w:eastAsia="LiberationSerif"/>
          <w:b w:val="0"/>
          <w:i w:val="0"/>
          <w:color w:val="000000"/>
          <w:sz w:val="30"/>
        </w:rPr>
        <w:t xml:space="preserve">tension that had gripped them for weeks. They rushed to her </w:t>
      </w:r>
      <w:r>
        <w:rPr>
          <w:rFonts w:ascii="LiberationSerif" w:hAnsi="LiberationSerif" w:eastAsia="LiberationSerif"/>
          <w:b w:val="0"/>
          <w:i w:val="0"/>
          <w:color w:val="000000"/>
          <w:sz w:val="30"/>
        </w:rPr>
        <w:t>side, their voices choked with emotion.</w:t>
      </w:r>
    </w:p>
    <w:p xmlns:wp14="http://schemas.microsoft.com/office/word/2010/wordml" w14:paraId="6AA16614"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"Sarah, thank goodness," Emily whispered, her voice </w:t>
      </w:r>
      <w:r>
        <w:br/>
      </w:r>
      <w:r>
        <w:rPr>
          <w:rFonts w:ascii="LiberationSerif" w:hAnsi="LiberationSerif" w:eastAsia="LiberationSerif"/>
          <w:b w:val="0"/>
          <w:i w:val="0"/>
          <w:color w:val="000000"/>
          <w:sz w:val="30"/>
        </w:rPr>
        <w:t xml:space="preserve">breaking. She wrapped her arms around Sarah, her embrace </w:t>
      </w:r>
      <w:r>
        <w:rPr>
          <w:rFonts w:ascii="LiberationSerif" w:hAnsi="LiberationSerif" w:eastAsia="LiberationSerif"/>
          <w:b w:val="0"/>
          <w:i w:val="0"/>
          <w:color w:val="000000"/>
          <w:sz w:val="30"/>
        </w:rPr>
        <w:t>a testament to their unbreakable bond.</w:t>
      </w:r>
    </w:p>
    <w:p xmlns:wp14="http://schemas.microsoft.com/office/word/2010/wordml" w14:paraId="3722CBC1"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As Sarah woke, blinking in the fading light, she was met </w:t>
      </w:r>
      <w:r>
        <w:rPr>
          <w:rFonts w:ascii="LiberationSerif" w:hAnsi="LiberationSerif" w:eastAsia="LiberationSerif"/>
          <w:b w:val="0"/>
          <w:i w:val="0"/>
          <w:color w:val="000000"/>
          <w:sz w:val="30"/>
        </w:rPr>
        <w:t>with a sea of faces, each one filled with relief and love.</w:t>
      </w:r>
    </w:p>
    <w:p xmlns:wp14="http://schemas.microsoft.com/office/word/2010/wordml" w14:paraId="67309207"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"What happened?" she asked, her voice weak.</w:t>
      </w:r>
    </w:p>
    <w:p xmlns:wp14="http://schemas.microsoft.com/office/word/2010/wordml" w14:paraId="3AB5A1A8"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They shared the details of their frantic search, their worry, </w:t>
      </w:r>
      <w:r>
        <w:rPr>
          <w:rFonts w:ascii="LiberationSerif" w:hAnsi="LiberationSerif" w:eastAsia="LiberationSerif"/>
          <w:b w:val="0"/>
          <w:i w:val="0"/>
          <w:color w:val="000000"/>
          <w:sz w:val="30"/>
        </w:rPr>
        <w:t xml:space="preserve">their relentless hope. Sarah listened, her eyes welling up with </w:t>
      </w:r>
      <w:r>
        <w:rPr>
          <w:rFonts w:ascii="LiberationSerif" w:hAnsi="LiberationSerif" w:eastAsia="LiberationSerif"/>
          <w:b w:val="0"/>
          <w:i w:val="0"/>
          <w:color w:val="000000"/>
          <w:sz w:val="30"/>
        </w:rPr>
        <w:t xml:space="preserve">tears, her heart overflowing with gratitude for their </w:t>
      </w:r>
      <w:r>
        <w:br/>
      </w:r>
      <w:r>
        <w:rPr>
          <w:rFonts w:ascii="LiberationSerif" w:hAnsi="LiberationSerif" w:eastAsia="LiberationSerif"/>
          <w:b w:val="0"/>
          <w:i w:val="0"/>
          <w:color w:val="000000"/>
          <w:sz w:val="30"/>
        </w:rPr>
        <w:t>unwavering support.</w:t>
      </w:r>
    </w:p>
    <w:p xmlns:wp14="http://schemas.microsoft.com/office/word/2010/wordml" w14:paraId="39AB3069"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"I just… I needed to get away," she said, her voice barely </w:t>
      </w:r>
      <w:r>
        <w:rPr>
          <w:rFonts w:ascii="LiberationSerif" w:hAnsi="LiberationSerif" w:eastAsia="LiberationSerif"/>
          <w:b w:val="0"/>
          <w:i w:val="0"/>
          <w:color w:val="000000"/>
          <w:sz w:val="30"/>
        </w:rPr>
        <w:t xml:space="preserve">above a whisper. "I felt lost, like I was drowning in </w:t>
      </w:r>
      <w:r>
        <w:br/>
      </w:r>
      <w:r>
        <w:rPr>
          <w:rFonts w:ascii="LiberationSerif" w:hAnsi="LiberationSerif" w:eastAsia="LiberationSerif"/>
          <w:b w:val="0"/>
          <w:i w:val="0"/>
          <w:color w:val="000000"/>
          <w:sz w:val="30"/>
        </w:rPr>
        <w:t>everything, and I needed a moment to breathe."</w:t>
      </w:r>
    </w:p>
    <w:p xmlns:wp14="http://schemas.microsoft.com/office/word/2010/wordml" w14:paraId="71570FFD"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They understood. They had all felt that way, lost and </w:t>
      </w:r>
      <w:r>
        <w:br/>
      </w:r>
      <w:r>
        <w:rPr>
          <w:rFonts w:ascii="LiberationSerif" w:hAnsi="LiberationSerif" w:eastAsia="LiberationSerif"/>
          <w:b w:val="0"/>
          <w:i w:val="0"/>
          <w:color w:val="000000"/>
          <w:sz w:val="30"/>
        </w:rPr>
        <w:t xml:space="preserve">overwhelmed at times, but they had each other, a source of </w:t>
      </w:r>
      <w:r>
        <w:rPr>
          <w:rFonts w:ascii="LiberationSerif" w:hAnsi="LiberationSerif" w:eastAsia="LiberationSerif"/>
          <w:b w:val="0"/>
          <w:i w:val="0"/>
          <w:color w:val="000000"/>
          <w:sz w:val="30"/>
        </w:rPr>
        <w:t xml:space="preserve">strength and support. They had navigated the treacherous </w:t>
      </w:r>
      <w:r>
        <w:rPr>
          <w:rFonts w:ascii="LiberationSerif" w:hAnsi="LiberationSerif" w:eastAsia="LiberationSerif"/>
          <w:b w:val="0"/>
          <w:i w:val="0"/>
          <w:color w:val="000000"/>
          <w:sz w:val="30"/>
        </w:rPr>
        <w:t>waters of adolescence together, and their bond had only</w:t>
      </w:r>
    </w:p>
    <w:p xmlns:wp14="http://schemas.microsoft.com/office/word/2010/wordml" w14:paraId="0DE4B5B7" wp14:textId="77777777">
      <w:pPr>
        <w:sectPr>
          <w:pgSz w:w="12240" w:h="15840" w:orient="portrait"/>
          <w:pgMar w:top="0" w:right="1420" w:bottom="0" w:left="1440" w:header="720" w:footer="720" w:gutter="0"/>
          <w:cols/>
          <w:docGrid w:linePitch="360"/>
        </w:sectPr>
      </w:pPr>
    </w:p>
    <w:p xmlns:wp14="http://schemas.microsoft.com/office/word/2010/wordml" w14:paraId="2F80D679" wp14:textId="77777777">
      <w:pPr>
        <w:autoSpaceDN w:val="0"/>
        <w:autoSpaceDE w:val="0"/>
        <w:widowControl/>
        <w:spacing w:before="1430" w:after="0" w:line="360" w:lineRule="exact"/>
        <w:ind w:left="1000" w:right="1440" w:firstLine="0"/>
        <w:jc w:val="left"/>
      </w:pPr>
      <w:r>
        <w:rPr>
          <w:rFonts w:ascii="LiberationSerif" w:hAnsi="LiberationSerif" w:eastAsia="LiberationSerif"/>
          <w:b w:val="0"/>
          <w:i w:val="0"/>
          <w:color w:val="000000"/>
          <w:sz w:val="30"/>
        </w:rPr>
        <w:t xml:space="preserve">grown stronger, their connection forged in the crucible of </w:t>
      </w:r>
      <w:r>
        <w:rPr>
          <w:rFonts w:ascii="LiberationSerif" w:hAnsi="LiberationSerif" w:eastAsia="LiberationSerif"/>
          <w:b w:val="0"/>
          <w:i w:val="0"/>
          <w:color w:val="000000"/>
          <w:sz w:val="30"/>
        </w:rPr>
        <w:t>shared experiences.</w:t>
      </w:r>
    </w:p>
    <w:p xmlns:wp14="http://schemas.microsoft.com/office/word/2010/wordml" w14:paraId="68C51E24"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As they walked back towards the school, their steps lighter, </w:t>
      </w:r>
      <w:r>
        <w:rPr>
          <w:rFonts w:ascii="LiberationSerif" w:hAnsi="LiberationSerif" w:eastAsia="LiberationSerif"/>
          <w:b w:val="0"/>
          <w:i w:val="0"/>
          <w:color w:val="000000"/>
          <w:sz w:val="30"/>
        </w:rPr>
        <w:t xml:space="preserve">their hearts full, they knew that nothing could break their </w:t>
      </w:r>
      <w:r>
        <w:rPr>
          <w:rFonts w:ascii="LiberationSerif" w:hAnsi="LiberationSerif" w:eastAsia="LiberationSerif"/>
          <w:b w:val="0"/>
          <w:i w:val="0"/>
          <w:color w:val="000000"/>
          <w:sz w:val="30"/>
        </w:rPr>
        <w:t xml:space="preserve">bond. They were a team, a family, a source of strength for </w:t>
      </w:r>
      <w:r>
        <w:rPr>
          <w:rFonts w:ascii="LiberationSerif" w:hAnsi="LiberationSerif" w:eastAsia="LiberationSerif"/>
          <w:b w:val="0"/>
          <w:i w:val="0"/>
          <w:color w:val="000000"/>
          <w:sz w:val="30"/>
        </w:rPr>
        <w:t xml:space="preserve">each other, no matter what life threw their way. They were </w:t>
      </w:r>
      <w:r>
        <w:rPr>
          <w:rFonts w:ascii="LiberationSerif" w:hAnsi="LiberationSerif" w:eastAsia="LiberationSerif"/>
          <w:b w:val="0"/>
          <w:i w:val="0"/>
          <w:color w:val="000000"/>
          <w:sz w:val="30"/>
        </w:rPr>
        <w:t>the Unbreakable Bond.</w:t>
      </w:r>
    </w:p>
    <w:p xmlns:wp14="http://schemas.microsoft.com/office/word/2010/wordml" w14:paraId="66204FF1" wp14:textId="77777777">
      <w:pPr>
        <w:sectPr>
          <w:pgSz w:w="12240" w:h="15840" w:orient="portrait"/>
          <w:pgMar w:top="0" w:right="1420" w:bottom="0" w:left="1440" w:header="720" w:footer="720" w:gutter="0"/>
          <w:cols/>
          <w:docGrid w:linePitch="360"/>
        </w:sectPr>
      </w:pPr>
    </w:p>
    <w:p xmlns:wp14="http://schemas.microsoft.com/office/word/2010/wordml" w14:paraId="52A13467"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6CE24EB1"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air hung thick with the weight of expectation, a tangible </w:t>
      </w:r>
      <w:r>
        <w:rPr>
          <w:rFonts w:ascii="LiberationSerif" w:hAnsi="LiberationSerif" w:eastAsia="LiberationSerif"/>
          <w:b w:val="0"/>
          <w:i w:val="0"/>
          <w:color w:val="000000"/>
          <w:sz w:val="30"/>
        </w:rPr>
        <w:t xml:space="preserve">force that pressed down on them all. In the heart of the </w:t>
      </w:r>
      <w:r>
        <w:br/>
      </w:r>
      <w:r>
        <w:rPr>
          <w:rFonts w:ascii="LiberationSerif" w:hAnsi="LiberationSerif" w:eastAsia="LiberationSerif"/>
          <w:b w:val="0"/>
          <w:i w:val="0"/>
          <w:color w:val="000000"/>
          <w:sz w:val="30"/>
        </w:rPr>
        <w:t xml:space="preserve">bustling high school cafeteria, amidst the clatter of trays and </w:t>
      </w:r>
      <w:r>
        <w:rPr>
          <w:rFonts w:ascii="LiberationSerif" w:hAnsi="LiberationSerif" w:eastAsia="LiberationSerif"/>
          <w:b w:val="0"/>
          <w:i w:val="0"/>
          <w:color w:val="000000"/>
          <w:sz w:val="30"/>
        </w:rPr>
        <w:t xml:space="preserve">the buzz of lunchtime chatter, a sense of unease settled over </w:t>
      </w:r>
      <w:r>
        <w:rPr>
          <w:rFonts w:ascii="LiberationSerif" w:hAnsi="LiberationSerif" w:eastAsia="LiberationSerif"/>
          <w:b w:val="0"/>
          <w:i w:val="0"/>
          <w:color w:val="000000"/>
          <w:sz w:val="30"/>
        </w:rPr>
        <w:t xml:space="preserve">the group. They were all navigating the turbulent waters of </w:t>
      </w:r>
      <w:r>
        <w:rPr>
          <w:rFonts w:ascii="LiberationSerif" w:hAnsi="LiberationSerif" w:eastAsia="LiberationSerif"/>
          <w:b w:val="0"/>
          <w:i w:val="0"/>
          <w:color w:val="000000"/>
          <w:sz w:val="30"/>
        </w:rPr>
        <w:t xml:space="preserve">adolescence, each grappling with their own unique trials, but </w:t>
      </w:r>
      <w:r>
        <w:rPr>
          <w:rFonts w:ascii="LiberationSerif" w:hAnsi="LiberationSerif" w:eastAsia="LiberationSerif"/>
          <w:b w:val="0"/>
          <w:i w:val="0"/>
          <w:color w:val="000000"/>
          <w:sz w:val="30"/>
        </w:rPr>
        <w:t>somehow, they had found solace in each other's company.</w:t>
      </w:r>
    </w:p>
    <w:p xmlns:wp14="http://schemas.microsoft.com/office/word/2010/wordml" w14:paraId="36398BF8"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Anya, the quiet observer, had always been a loner, content in </w:t>
      </w:r>
      <w:r>
        <w:rPr>
          <w:rFonts w:ascii="LiberationSerif" w:hAnsi="LiberationSerif" w:eastAsia="LiberationSerif"/>
          <w:b w:val="0"/>
          <w:i w:val="0"/>
          <w:color w:val="000000"/>
          <w:sz w:val="30"/>
        </w:rPr>
        <w:t xml:space="preserve">her own world of books and art. But a recent encounter with </w:t>
      </w:r>
      <w:r>
        <w:rPr>
          <w:rFonts w:ascii="LiberationSerif" w:hAnsi="LiberationSerif" w:eastAsia="LiberationSerif"/>
          <w:b w:val="0"/>
          <w:i w:val="0"/>
          <w:color w:val="000000"/>
          <w:sz w:val="30"/>
        </w:rPr>
        <w:t xml:space="preserve">a group of bullies had left her feeling vulnerable and </w:t>
      </w:r>
      <w:r>
        <w:br/>
      </w:r>
      <w:r>
        <w:rPr>
          <w:rFonts w:ascii="LiberationSerif" w:hAnsi="LiberationSerif" w:eastAsia="LiberationSerif"/>
          <w:b w:val="0"/>
          <w:i w:val="0"/>
          <w:color w:val="000000"/>
          <w:sz w:val="30"/>
        </w:rPr>
        <w:t xml:space="preserve">isolated. Liam, the athletic star, carried the burden of his </w:t>
      </w:r>
      <w:r>
        <w:rPr>
          <w:rFonts w:ascii="LiberationSerif" w:hAnsi="LiberationSerif" w:eastAsia="LiberationSerif"/>
          <w:b w:val="0"/>
          <w:i w:val="0"/>
          <w:color w:val="000000"/>
          <w:sz w:val="30"/>
        </w:rPr>
        <w:t xml:space="preserve">father's expectations, a pressure that weighed heavily on his </w:t>
      </w:r>
      <w:r>
        <w:rPr>
          <w:rFonts w:ascii="LiberationSerif" w:hAnsi="LiberationSerif" w:eastAsia="LiberationSerif"/>
          <w:b w:val="0"/>
          <w:i w:val="0"/>
          <w:color w:val="000000"/>
          <w:sz w:val="30"/>
        </w:rPr>
        <w:t xml:space="preserve">shoulders. Emily, the bubbly and outgoing one, masked a </w:t>
      </w:r>
      <w:r>
        <w:rPr>
          <w:rFonts w:ascii="LiberationSerif" w:hAnsi="LiberationSerif" w:eastAsia="LiberationSerif"/>
          <w:b w:val="0"/>
          <w:i w:val="0"/>
          <w:color w:val="000000"/>
          <w:sz w:val="30"/>
        </w:rPr>
        <w:t xml:space="preserve">deep-seated fear of failure, a constant reminder of her past </w:t>
      </w:r>
      <w:r>
        <w:rPr>
          <w:rFonts w:ascii="LiberationSerif" w:hAnsi="LiberationSerif" w:eastAsia="LiberationSerif"/>
          <w:b w:val="0"/>
          <w:i w:val="0"/>
          <w:color w:val="000000"/>
          <w:sz w:val="30"/>
        </w:rPr>
        <w:t xml:space="preserve">missteps. And then there was Ben, the shy musician, who </w:t>
      </w:r>
      <w:r>
        <w:rPr>
          <w:rFonts w:ascii="LiberationSerif" w:hAnsi="LiberationSerif" w:eastAsia="LiberationSerif"/>
          <w:b w:val="0"/>
          <w:i w:val="0"/>
          <w:color w:val="000000"/>
          <w:sz w:val="30"/>
        </w:rPr>
        <w:t xml:space="preserve">struggled to find his voice, his talent overshadowed by his </w:t>
      </w:r>
      <w:r>
        <w:rPr>
          <w:rFonts w:ascii="LiberationSerif" w:hAnsi="LiberationSerif" w:eastAsia="LiberationSerif"/>
          <w:b w:val="0"/>
          <w:i w:val="0"/>
          <w:color w:val="000000"/>
          <w:sz w:val="30"/>
        </w:rPr>
        <w:t>own self-doubt.</w:t>
      </w:r>
    </w:p>
    <w:p xmlns:wp14="http://schemas.microsoft.com/office/word/2010/wordml" w14:paraId="075CB7B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they gathered at their usual table, a sense of shared </w:t>
      </w:r>
      <w:r>
        <w:br/>
      </w:r>
      <w:r>
        <w:rPr>
          <w:rFonts w:ascii="LiberationSerif" w:hAnsi="LiberationSerif" w:eastAsia="LiberationSerif"/>
          <w:b w:val="0"/>
          <w:i w:val="0"/>
          <w:color w:val="000000"/>
          <w:sz w:val="30"/>
        </w:rPr>
        <w:t xml:space="preserve">understanding bloomed between them. They had all faced </w:t>
      </w:r>
      <w:r>
        <w:rPr>
          <w:rFonts w:ascii="LiberationSerif" w:hAnsi="LiberationSerif" w:eastAsia="LiberationSerif"/>
          <w:b w:val="0"/>
          <w:i w:val="0"/>
          <w:color w:val="000000"/>
          <w:sz w:val="30"/>
        </w:rPr>
        <w:t xml:space="preserve">moments of doubt and despair, moments that had tested their </w:t>
      </w:r>
      <w:r>
        <w:rPr>
          <w:rFonts w:ascii="LiberationSerif" w:hAnsi="LiberationSerif" w:eastAsia="LiberationSerif"/>
          <w:b w:val="0"/>
          <w:i w:val="0"/>
          <w:color w:val="000000"/>
          <w:sz w:val="30"/>
        </w:rPr>
        <w:t xml:space="preserve">resolve and left them questioning their own worth. Yet, they </w:t>
      </w:r>
      <w:r>
        <w:rPr>
          <w:rFonts w:ascii="LiberationSerif" w:hAnsi="LiberationSerif" w:eastAsia="LiberationSerif"/>
          <w:b w:val="0"/>
          <w:i w:val="0"/>
          <w:color w:val="000000"/>
          <w:sz w:val="30"/>
        </w:rPr>
        <w:t xml:space="preserve">had found solace in each other's company, a silent pact </w:t>
      </w:r>
      <w:r>
        <w:br/>
      </w:r>
      <w:r>
        <w:rPr>
          <w:rFonts w:ascii="LiberationSerif" w:hAnsi="LiberationSerif" w:eastAsia="LiberationSerif"/>
          <w:b w:val="0"/>
          <w:i w:val="0"/>
          <w:color w:val="000000"/>
          <w:sz w:val="30"/>
        </w:rPr>
        <w:t xml:space="preserve">forged through mutual understanding and shared </w:t>
      </w:r>
      <w:r>
        <w:br/>
      </w:r>
      <w:r>
        <w:rPr>
          <w:rFonts w:ascii="LiberationSerif" w:hAnsi="LiberationSerif" w:eastAsia="LiberationSerif"/>
          <w:b w:val="0"/>
          <w:i w:val="0"/>
          <w:color w:val="000000"/>
          <w:sz w:val="30"/>
        </w:rPr>
        <w:t>experiences.</w:t>
      </w:r>
    </w:p>
    <w:p xmlns:wp14="http://schemas.microsoft.com/office/word/2010/wordml" w14:paraId="22E730DF"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"I just don't understand," Anya whispered, her voice barely </w:t>
      </w:r>
      <w:r>
        <w:rPr>
          <w:rFonts w:ascii="LiberationSerif" w:hAnsi="LiberationSerif" w:eastAsia="LiberationSerif"/>
          <w:b w:val="0"/>
          <w:i w:val="0"/>
          <w:color w:val="000000"/>
          <w:sz w:val="30"/>
        </w:rPr>
        <w:t xml:space="preserve">audible above the din. "Why do they pick on me? I haven't </w:t>
      </w:r>
      <w:r>
        <w:rPr>
          <w:rFonts w:ascii="LiberationSerif" w:hAnsi="LiberationSerif" w:eastAsia="LiberationSerif"/>
          <w:b w:val="0"/>
          <w:i w:val="0"/>
          <w:color w:val="000000"/>
          <w:sz w:val="30"/>
        </w:rPr>
        <w:t>done anything to them."</w:t>
      </w:r>
    </w:p>
    <w:p xmlns:wp14="http://schemas.microsoft.com/office/word/2010/wordml" w14:paraId="2DBF0D7D" wp14:textId="77777777">
      <w:pPr>
        <w:sectPr>
          <w:pgSz w:w="12240" w:h="15840" w:orient="portrait"/>
          <w:pgMar w:top="0" w:right="1420" w:bottom="0" w:left="1440" w:header="720" w:footer="720" w:gutter="0"/>
          <w:cols/>
          <w:docGrid w:linePitch="360"/>
        </w:sectPr>
      </w:pPr>
    </w:p>
    <w:p xmlns:wp14="http://schemas.microsoft.com/office/word/2010/wordml" w14:paraId="55613F35"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Liam, with his trademark empathy, placed a comforting hand </w:t>
      </w:r>
      <w:r>
        <w:rPr>
          <w:rFonts w:ascii="LiberationSerif" w:hAnsi="LiberationSerif" w:eastAsia="LiberationSerif"/>
          <w:b w:val="0"/>
          <w:i w:val="0"/>
          <w:color w:val="000000"/>
          <w:sz w:val="30"/>
        </w:rPr>
        <w:t xml:space="preserve">on her shoulder. "It's not about you," he said softly. "It's </w:t>
      </w:r>
      <w:r>
        <w:rPr>
          <w:rFonts w:ascii="LiberationSerif" w:hAnsi="LiberationSerif" w:eastAsia="LiberationSerif"/>
          <w:b w:val="0"/>
          <w:i w:val="0"/>
          <w:color w:val="000000"/>
          <w:sz w:val="30"/>
        </w:rPr>
        <w:t xml:space="preserve">about them. They're insecure, and they try to make </w:t>
      </w:r>
      <w:r>
        <w:br/>
      </w:r>
      <w:r>
        <w:rPr>
          <w:rFonts w:ascii="LiberationSerif" w:hAnsi="LiberationSerif" w:eastAsia="LiberationSerif"/>
          <w:b w:val="0"/>
          <w:i w:val="0"/>
          <w:color w:val="000000"/>
          <w:sz w:val="30"/>
        </w:rPr>
        <w:t>themselves feel better by putting others down."</w:t>
      </w:r>
    </w:p>
    <w:p xmlns:wp14="http://schemas.microsoft.com/office/word/2010/wordml" w14:paraId="5CC4F92D" wp14:textId="77777777">
      <w:pPr>
        <w:autoSpaceDN w:val="0"/>
        <w:autoSpaceDE w:val="0"/>
        <w:widowControl/>
        <w:spacing w:before="388" w:after="0" w:line="332" w:lineRule="exact"/>
        <w:ind w:left="1000" w:right="0" w:firstLine="0"/>
        <w:jc w:val="left"/>
      </w:pPr>
      <w:r>
        <w:rPr>
          <w:rFonts w:ascii="LiberationSerif" w:hAnsi="LiberationSerif" w:eastAsia="LiberationSerif"/>
          <w:b w:val="0"/>
          <w:i w:val="0"/>
          <w:color w:val="000000"/>
          <w:sz w:val="30"/>
        </w:rPr>
        <w:t>"Yeah, but it hurts," Anya mumbled, her eyes welling up.</w:t>
      </w:r>
    </w:p>
    <w:p xmlns:wp14="http://schemas.microsoft.com/office/word/2010/wordml" w14:paraId="6C01AE59"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Emily, ever the optimist, chimed in, "We're here for you, </w:t>
      </w:r>
      <w:r>
        <w:rPr>
          <w:rFonts w:ascii="LiberationSerif" w:hAnsi="LiberationSerif" w:eastAsia="LiberationSerif"/>
          <w:b w:val="0"/>
          <w:i w:val="0"/>
          <w:color w:val="000000"/>
          <w:sz w:val="30"/>
        </w:rPr>
        <w:t>Anya. We've got your back."</w:t>
      </w:r>
    </w:p>
    <w:p xmlns:wp14="http://schemas.microsoft.com/office/word/2010/wordml" w14:paraId="1E18DE30" wp14:textId="77777777">
      <w:pPr>
        <w:autoSpaceDN w:val="0"/>
        <w:autoSpaceDE w:val="0"/>
        <w:widowControl/>
        <w:spacing w:before="360" w:after="0" w:line="360" w:lineRule="exact"/>
        <w:ind w:left="1000" w:right="1584" w:firstLine="0"/>
        <w:jc w:val="left"/>
      </w:pPr>
      <w:r>
        <w:rPr>
          <w:rFonts w:ascii="LiberationSerif" w:hAnsi="LiberationSerif" w:eastAsia="LiberationSerif"/>
          <w:b w:val="0"/>
          <w:i w:val="0"/>
          <w:color w:val="000000"/>
          <w:sz w:val="30"/>
        </w:rPr>
        <w:t xml:space="preserve">Ben, usually reserved, nodded in agreement. "You're not </w:t>
      </w:r>
      <w:r>
        <w:rPr>
          <w:rFonts w:ascii="LiberationSerif" w:hAnsi="LiberationSerif" w:eastAsia="LiberationSerif"/>
          <w:b w:val="0"/>
          <w:i w:val="0"/>
          <w:color w:val="000000"/>
          <w:sz w:val="30"/>
        </w:rPr>
        <w:t>alone in this."</w:t>
      </w:r>
    </w:p>
    <w:p xmlns:wp14="http://schemas.microsoft.com/office/word/2010/wordml" w14:paraId="74DECB1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words, simple as they were, carried the weight of a </w:t>
      </w:r>
      <w:r>
        <w:rPr>
          <w:rFonts w:ascii="LiberationSerif" w:hAnsi="LiberationSerif" w:eastAsia="LiberationSerif"/>
          <w:b w:val="0"/>
          <w:i w:val="0"/>
          <w:color w:val="000000"/>
          <w:sz w:val="30"/>
        </w:rPr>
        <w:t xml:space="preserve">promise, a silent vow to stand by each other, no matter what. </w:t>
      </w:r>
      <w:r>
        <w:rPr>
          <w:rFonts w:ascii="LiberationSerif" w:hAnsi="LiberationSerif" w:eastAsia="LiberationSerif"/>
          <w:b w:val="0"/>
          <w:i w:val="0"/>
          <w:color w:val="000000"/>
          <w:sz w:val="30"/>
        </w:rPr>
        <w:t xml:space="preserve">In that moment, a sense of unity washed over them, a shared </w:t>
      </w:r>
      <w:r>
        <w:rPr>
          <w:rFonts w:ascii="LiberationSerif" w:hAnsi="LiberationSerif" w:eastAsia="LiberationSerif"/>
          <w:b w:val="0"/>
          <w:i w:val="0"/>
          <w:color w:val="000000"/>
          <w:sz w:val="30"/>
        </w:rPr>
        <w:t xml:space="preserve">understanding that transcended words. They had found a safe </w:t>
      </w:r>
      <w:r>
        <w:rPr>
          <w:rFonts w:ascii="LiberationSerif" w:hAnsi="LiberationSerif" w:eastAsia="LiberationSerif"/>
          <w:b w:val="0"/>
          <w:i w:val="0"/>
          <w:color w:val="000000"/>
          <w:sz w:val="30"/>
        </w:rPr>
        <w:t xml:space="preserve">haven in each other's company, a refuge from the storms </w:t>
      </w:r>
      <w:r>
        <w:rPr>
          <w:rFonts w:ascii="LiberationSerif" w:hAnsi="LiberationSerif" w:eastAsia="LiberationSerif"/>
          <w:b w:val="0"/>
          <w:i w:val="0"/>
          <w:color w:val="000000"/>
          <w:sz w:val="30"/>
        </w:rPr>
        <w:t>raging within and without.</w:t>
      </w:r>
    </w:p>
    <w:p xmlns:wp14="http://schemas.microsoft.com/office/word/2010/wordml" w14:paraId="20DA5A8C"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following days were a blur of tests, deadlines, and social </w:t>
      </w:r>
      <w:r>
        <w:rPr>
          <w:rFonts w:ascii="LiberationSerif" w:hAnsi="LiberationSerif" w:eastAsia="LiberationSerif"/>
          <w:b w:val="0"/>
          <w:i w:val="0"/>
          <w:color w:val="000000"/>
          <w:sz w:val="30"/>
        </w:rPr>
        <w:t xml:space="preserve">pressures. Each of them faced their own battles, their </w:t>
      </w:r>
      <w:r>
        <w:br/>
      </w:r>
      <w:r>
        <w:rPr>
          <w:rFonts w:ascii="LiberationSerif" w:hAnsi="LiberationSerif" w:eastAsia="LiberationSerif"/>
          <w:b w:val="0"/>
          <w:i w:val="0"/>
          <w:color w:val="000000"/>
          <w:sz w:val="30"/>
        </w:rPr>
        <w:t xml:space="preserve">individual struggles playing out in the background of their </w:t>
      </w:r>
      <w:r>
        <w:rPr>
          <w:rFonts w:ascii="LiberationSerif" w:hAnsi="LiberationSerif" w:eastAsia="LiberationSerif"/>
          <w:b w:val="0"/>
          <w:i w:val="0"/>
          <w:color w:val="000000"/>
          <w:sz w:val="30"/>
        </w:rPr>
        <w:t xml:space="preserve">shared journey. Anya found solace in the rhythm of her </w:t>
      </w:r>
      <w:r>
        <w:rPr>
          <w:rFonts w:ascii="LiberationSerif" w:hAnsi="LiberationSerif" w:eastAsia="LiberationSerif"/>
          <w:b w:val="0"/>
          <w:i w:val="0"/>
          <w:color w:val="000000"/>
          <w:sz w:val="30"/>
        </w:rPr>
        <w:t xml:space="preserve">brushstrokes, the colors a vibrant reflection of her inner </w:t>
      </w:r>
      <w:r>
        <w:rPr>
          <w:rFonts w:ascii="LiberationSerif" w:hAnsi="LiberationSerif" w:eastAsia="LiberationSerif"/>
          <w:b w:val="0"/>
          <w:i w:val="0"/>
          <w:color w:val="000000"/>
          <w:sz w:val="30"/>
        </w:rPr>
        <w:t xml:space="preserve">turmoil. Liam channeled his anxieties into the discipline of </w:t>
      </w:r>
      <w:r>
        <w:rPr>
          <w:rFonts w:ascii="LiberationSerif" w:hAnsi="LiberationSerif" w:eastAsia="LiberationSerif"/>
          <w:b w:val="0"/>
          <w:i w:val="0"/>
          <w:color w:val="000000"/>
          <w:sz w:val="30"/>
        </w:rPr>
        <w:t xml:space="preserve">his training, pushing himself harder to prove his worth. </w:t>
      </w:r>
      <w:r>
        <w:rPr>
          <w:rFonts w:ascii="LiberationSerif" w:hAnsi="LiberationSerif" w:eastAsia="LiberationSerif"/>
          <w:b w:val="0"/>
          <w:i w:val="0"/>
          <w:color w:val="000000"/>
          <w:sz w:val="30"/>
        </w:rPr>
        <w:t xml:space="preserve">Emily sought comfort in the laughter and camaraderie of her </w:t>
      </w:r>
      <w:r>
        <w:rPr>
          <w:rFonts w:ascii="LiberationSerif" w:hAnsi="LiberationSerif" w:eastAsia="LiberationSerif"/>
          <w:b w:val="0"/>
          <w:i w:val="0"/>
          <w:color w:val="000000"/>
          <w:sz w:val="30"/>
        </w:rPr>
        <w:t xml:space="preserve">friends, her bubbly personality a shield against her </w:t>
      </w:r>
      <w:r>
        <w:br/>
      </w:r>
      <w:r>
        <w:rPr>
          <w:rFonts w:ascii="LiberationSerif" w:hAnsi="LiberationSerif" w:eastAsia="LiberationSerif"/>
          <w:b w:val="0"/>
          <w:i w:val="0"/>
          <w:color w:val="000000"/>
          <w:sz w:val="30"/>
        </w:rPr>
        <w:t xml:space="preserve">insecurities. And Ben poured his heart into his music, his </w:t>
      </w:r>
      <w:r>
        <w:rPr>
          <w:rFonts w:ascii="LiberationSerif" w:hAnsi="LiberationSerif" w:eastAsia="LiberationSerif"/>
          <w:b w:val="0"/>
          <w:i w:val="0"/>
          <w:color w:val="000000"/>
          <w:sz w:val="30"/>
        </w:rPr>
        <w:t>melodies a poignant expression of his unspoken desires.</w:t>
      </w:r>
    </w:p>
    <w:p xmlns:wp14="http://schemas.microsoft.com/office/word/2010/wordml" w14:paraId="2C2901A6"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Through it all, they remained connected, their bond </w:t>
      </w:r>
      <w:r>
        <w:br/>
      </w:r>
      <w:r>
        <w:rPr>
          <w:rFonts w:ascii="LiberationSerif" w:hAnsi="LiberationSerif" w:eastAsia="LiberationSerif"/>
          <w:b w:val="0"/>
          <w:i w:val="0"/>
          <w:color w:val="000000"/>
          <w:sz w:val="30"/>
        </w:rPr>
        <w:t xml:space="preserve">deepening with each passing moment. They shared their </w:t>
      </w:r>
      <w:r>
        <w:rPr>
          <w:rFonts w:ascii="LiberationSerif" w:hAnsi="LiberationSerif" w:eastAsia="LiberationSerif"/>
          <w:b w:val="0"/>
          <w:i w:val="0"/>
          <w:color w:val="000000"/>
          <w:sz w:val="30"/>
        </w:rPr>
        <w:t>triumphs and their failures, their joys and their sorrows, their</w:t>
      </w:r>
    </w:p>
    <w:p xmlns:wp14="http://schemas.microsoft.com/office/word/2010/wordml" w14:paraId="6B62F1B3" wp14:textId="77777777">
      <w:pPr>
        <w:sectPr>
          <w:pgSz w:w="12240" w:h="15840" w:orient="portrait"/>
          <w:pgMar w:top="0" w:right="1420" w:bottom="0" w:left="1440" w:header="720" w:footer="720" w:gutter="0"/>
          <w:cols/>
          <w:docGrid w:linePitch="360"/>
        </w:sectPr>
      </w:pPr>
    </w:p>
    <w:p xmlns:wp14="http://schemas.microsoft.com/office/word/2010/wordml" w14:paraId="76A56319"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hopes and their fears. They learned to rely on each other, to </w:t>
      </w:r>
      <w:r>
        <w:rPr>
          <w:rFonts w:ascii="LiberationSerif" w:hAnsi="LiberationSerif" w:eastAsia="LiberationSerif"/>
          <w:b w:val="0"/>
          <w:i w:val="0"/>
          <w:color w:val="000000"/>
          <w:sz w:val="30"/>
        </w:rPr>
        <w:t>find strength in each other's support.</w:t>
      </w:r>
    </w:p>
    <w:p xmlns:wp14="http://schemas.microsoft.com/office/word/2010/wordml" w14:paraId="37FBB1A5"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One afternoon, as they huddled together in the library, </w:t>
      </w:r>
      <w:r>
        <w:br/>
      </w:r>
      <w:r>
        <w:rPr>
          <w:rFonts w:ascii="LiberationSerif" w:hAnsi="LiberationSerif" w:eastAsia="LiberationSerif"/>
          <w:b w:val="0"/>
          <w:i w:val="0"/>
          <w:color w:val="000000"/>
          <w:sz w:val="30"/>
        </w:rPr>
        <w:t xml:space="preserve">struggling through a particularly challenging assignment, a </w:t>
      </w:r>
      <w:r>
        <w:rPr>
          <w:rFonts w:ascii="LiberationSerif" w:hAnsi="LiberationSerif" w:eastAsia="LiberationSerif"/>
          <w:b w:val="0"/>
          <w:i w:val="0"/>
          <w:color w:val="000000"/>
          <w:sz w:val="30"/>
        </w:rPr>
        <w:t xml:space="preserve">sense of disillusionment crept in. The weight of their </w:t>
      </w:r>
      <w:r>
        <w:br/>
      </w:r>
      <w:r>
        <w:rPr>
          <w:rFonts w:ascii="LiberationSerif" w:hAnsi="LiberationSerif" w:eastAsia="LiberationSerif"/>
          <w:b w:val="0"/>
          <w:i w:val="0"/>
          <w:color w:val="000000"/>
          <w:sz w:val="30"/>
        </w:rPr>
        <w:t xml:space="preserve">academic pressures seemed to be crushing them, their hopes </w:t>
      </w:r>
      <w:r>
        <w:rPr>
          <w:rFonts w:ascii="LiberationSerif" w:hAnsi="LiberationSerif" w:eastAsia="LiberationSerif"/>
          <w:b w:val="0"/>
          <w:i w:val="0"/>
          <w:color w:val="000000"/>
          <w:sz w:val="30"/>
        </w:rPr>
        <w:t>for the future dimming with every passing hour.</w:t>
      </w:r>
    </w:p>
    <w:p xmlns:wp14="http://schemas.microsoft.com/office/word/2010/wordml" w14:paraId="6958704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"I'm starting to think this is all just a big, pointless exercise," </w:t>
      </w:r>
      <w:r>
        <w:rPr>
          <w:rFonts w:ascii="LiberationSerif" w:hAnsi="LiberationSerif" w:eastAsia="LiberationSerif"/>
          <w:b w:val="0"/>
          <w:i w:val="0"/>
          <w:color w:val="000000"/>
          <w:sz w:val="30"/>
        </w:rPr>
        <w:t xml:space="preserve">Liam admitted, his voice laced with frustration. "What's the </w:t>
      </w:r>
      <w:r>
        <w:rPr>
          <w:rFonts w:ascii="LiberationSerif" w:hAnsi="LiberationSerif" w:eastAsia="LiberationSerif"/>
          <w:b w:val="0"/>
          <w:i w:val="0"/>
          <w:color w:val="000000"/>
          <w:sz w:val="30"/>
        </w:rPr>
        <w:t xml:space="preserve">point of all this stress and pressure if it doesn't even lead to </w:t>
      </w:r>
      <w:r>
        <w:rPr>
          <w:rFonts w:ascii="LiberationSerif" w:hAnsi="LiberationSerif" w:eastAsia="LiberationSerif"/>
          <w:b w:val="0"/>
          <w:i w:val="0"/>
          <w:color w:val="000000"/>
          <w:sz w:val="30"/>
        </w:rPr>
        <w:t>anything meaningful?"</w:t>
      </w:r>
    </w:p>
    <w:p xmlns:wp14="http://schemas.microsoft.com/office/word/2010/wordml" w14:paraId="46E0782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"Don't say that, Liam," Anya said, her voice firm but gentle. </w:t>
      </w:r>
      <w:r>
        <w:rPr>
          <w:rFonts w:ascii="LiberationSerif" w:hAnsi="LiberationSerif" w:eastAsia="LiberationSerif"/>
          <w:b w:val="0"/>
          <w:i w:val="0"/>
          <w:color w:val="000000"/>
          <w:sz w:val="30"/>
        </w:rPr>
        <w:t>"There has to be a reason for all this."</w:t>
      </w:r>
    </w:p>
    <w:p xmlns:wp14="http://schemas.microsoft.com/office/word/2010/wordml" w14:paraId="6B584A38" wp14:textId="77777777">
      <w:pPr>
        <w:autoSpaceDN w:val="0"/>
        <w:autoSpaceDE w:val="0"/>
        <w:widowControl/>
        <w:spacing w:before="360" w:after="0" w:line="360" w:lineRule="exact"/>
        <w:ind w:left="1000" w:right="1872" w:firstLine="0"/>
        <w:jc w:val="left"/>
      </w:pPr>
      <w:r>
        <w:rPr>
          <w:rFonts w:ascii="LiberationSerif" w:hAnsi="LiberationSerif" w:eastAsia="LiberationSerif"/>
          <w:b w:val="0"/>
          <w:i w:val="0"/>
          <w:color w:val="000000"/>
          <w:sz w:val="30"/>
        </w:rPr>
        <w:t xml:space="preserve">"Yeah, but what is it?" Liam countered, his frustration </w:t>
      </w:r>
      <w:r>
        <w:rPr>
          <w:rFonts w:ascii="LiberationSerif" w:hAnsi="LiberationSerif" w:eastAsia="LiberationSerif"/>
          <w:b w:val="0"/>
          <w:i w:val="0"/>
          <w:color w:val="000000"/>
          <w:sz w:val="30"/>
        </w:rPr>
        <w:t>growing.</w:t>
      </w:r>
    </w:p>
    <w:p xmlns:wp14="http://schemas.microsoft.com/office/word/2010/wordml" w14:paraId="4FC7E8EA"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Emily, ever the pragmatist, interjected, "Look, I know it's </w:t>
      </w:r>
      <w:r>
        <w:rPr>
          <w:rFonts w:ascii="LiberationSerif" w:hAnsi="LiberationSerif" w:eastAsia="LiberationSerif"/>
          <w:b w:val="0"/>
          <w:i w:val="0"/>
          <w:color w:val="000000"/>
          <w:sz w:val="30"/>
        </w:rPr>
        <w:t xml:space="preserve">tough right now, but we're all in this together. And if we </w:t>
      </w:r>
      <w:r>
        <w:rPr>
          <w:rFonts w:ascii="LiberationSerif" w:hAnsi="LiberationSerif" w:eastAsia="LiberationSerif"/>
          <w:b w:val="0"/>
          <w:i w:val="0"/>
          <w:color w:val="000000"/>
          <w:sz w:val="30"/>
        </w:rPr>
        <w:t>stick together, we can get through this."</w:t>
      </w:r>
    </w:p>
    <w:p xmlns:wp14="http://schemas.microsoft.com/office/word/2010/wordml" w14:paraId="65D29E3C"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Her words struck a chord with them, a reminder of the </w:t>
      </w:r>
      <w:r>
        <w:rPr>
          <w:rFonts w:ascii="LiberationSerif" w:hAnsi="LiberationSerif" w:eastAsia="LiberationSerif"/>
          <w:b w:val="0"/>
          <w:i w:val="0"/>
          <w:color w:val="000000"/>
          <w:sz w:val="30"/>
        </w:rPr>
        <w:t xml:space="preserve">shared purpose that had brought them together in the first </w:t>
      </w:r>
      <w:r>
        <w:rPr>
          <w:rFonts w:ascii="LiberationSerif" w:hAnsi="LiberationSerif" w:eastAsia="LiberationSerif"/>
          <w:b w:val="0"/>
          <w:i w:val="0"/>
          <w:color w:val="000000"/>
          <w:sz w:val="30"/>
        </w:rPr>
        <w:t xml:space="preserve">place. They were not just a group of students; they were a </w:t>
      </w:r>
      <w:r>
        <w:rPr>
          <w:rFonts w:ascii="LiberationSerif" w:hAnsi="LiberationSerif" w:eastAsia="LiberationSerif"/>
          <w:b w:val="0"/>
          <w:i w:val="0"/>
          <w:color w:val="000000"/>
          <w:sz w:val="30"/>
        </w:rPr>
        <w:t>team, a family, united by a common goal.</w:t>
      </w:r>
    </w:p>
    <w:p xmlns:wp14="http://schemas.microsoft.com/office/word/2010/wordml" w14:paraId="310F053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In that moment, a sense of purpose settled over them, a </w:t>
      </w:r>
      <w:r>
        <w:rPr>
          <w:rFonts w:ascii="LiberationSerif" w:hAnsi="LiberationSerif" w:eastAsia="LiberationSerif"/>
          <w:b w:val="0"/>
          <w:i w:val="0"/>
          <w:color w:val="000000"/>
          <w:sz w:val="30"/>
        </w:rPr>
        <w:t xml:space="preserve">renewed determination to overcome the challenges that lay </w:t>
      </w:r>
      <w:r>
        <w:rPr>
          <w:rFonts w:ascii="LiberationSerif" w:hAnsi="LiberationSerif" w:eastAsia="LiberationSerif"/>
          <w:b w:val="0"/>
          <w:i w:val="0"/>
          <w:color w:val="000000"/>
          <w:sz w:val="30"/>
        </w:rPr>
        <w:t xml:space="preserve">ahead. They were not just individuals facing the world; they </w:t>
      </w:r>
      <w:r>
        <w:rPr>
          <w:rFonts w:ascii="LiberationSerif" w:hAnsi="LiberationSerif" w:eastAsia="LiberationSerif"/>
          <w:b w:val="0"/>
          <w:i w:val="0"/>
          <w:color w:val="000000"/>
          <w:sz w:val="30"/>
        </w:rPr>
        <w:t>were a force, a collective entity that could conquer anything.</w:t>
      </w:r>
    </w:p>
    <w:p xmlns:wp14="http://schemas.microsoft.com/office/word/2010/wordml" w14:paraId="140FE1B5"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As the weeks turned into months, their bond grew stronger, </w:t>
      </w:r>
      <w:r>
        <w:rPr>
          <w:rFonts w:ascii="LiberationSerif" w:hAnsi="LiberationSerif" w:eastAsia="LiberationSerif"/>
          <w:b w:val="0"/>
          <w:i w:val="0"/>
          <w:color w:val="000000"/>
          <w:sz w:val="30"/>
        </w:rPr>
        <w:t>their connection deepening with every shared experience.</w:t>
      </w:r>
    </w:p>
    <w:p xmlns:wp14="http://schemas.microsoft.com/office/word/2010/wordml" w14:paraId="02F2C34E" wp14:textId="77777777">
      <w:pPr>
        <w:sectPr>
          <w:pgSz w:w="12240" w:h="15840" w:orient="portrait"/>
          <w:pgMar w:top="0" w:right="1420" w:bottom="0" w:left="1440" w:header="720" w:footer="720" w:gutter="0"/>
          <w:cols/>
          <w:docGrid w:linePitch="360"/>
        </w:sectPr>
      </w:pPr>
    </w:p>
    <w:p xmlns:wp14="http://schemas.microsoft.com/office/word/2010/wordml" w14:paraId="4CC350B0"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They celebrated each other's victories, offering solace in </w:t>
      </w:r>
      <w:r>
        <w:rPr>
          <w:rFonts w:ascii="LiberationSerif" w:hAnsi="LiberationSerif" w:eastAsia="LiberationSerif"/>
          <w:b w:val="0"/>
          <w:i w:val="0"/>
          <w:color w:val="000000"/>
          <w:sz w:val="30"/>
        </w:rPr>
        <w:t xml:space="preserve">each other's defeats. They learned to trust each other, to lean </w:t>
      </w:r>
      <w:r>
        <w:rPr>
          <w:rFonts w:ascii="LiberationSerif" w:hAnsi="LiberationSerif" w:eastAsia="LiberationSerif"/>
          <w:b w:val="0"/>
          <w:i w:val="0"/>
          <w:color w:val="000000"/>
          <w:sz w:val="30"/>
        </w:rPr>
        <w:t xml:space="preserve">on each other, to be a source of strength and support. They </w:t>
      </w:r>
      <w:r>
        <w:rPr>
          <w:rFonts w:ascii="LiberationSerif" w:hAnsi="LiberationSerif" w:eastAsia="LiberationSerif"/>
          <w:b w:val="0"/>
          <w:i w:val="0"/>
          <w:color w:val="000000"/>
          <w:sz w:val="30"/>
        </w:rPr>
        <w:t xml:space="preserve">were more than just friends; they were a family, bound </w:t>
      </w:r>
      <w:r>
        <w:rPr>
          <w:rFonts w:ascii="LiberationSerif" w:hAnsi="LiberationSerif" w:eastAsia="LiberationSerif"/>
          <w:b w:val="0"/>
          <w:i w:val="0"/>
          <w:color w:val="000000"/>
          <w:sz w:val="30"/>
        </w:rPr>
        <w:t>together by an unbreakable bond.</w:t>
      </w:r>
    </w:p>
    <w:p xmlns:wp14="http://schemas.microsoft.com/office/word/2010/wordml" w14:paraId="4EBAA0DB"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turning point came unexpectedly, a catalyst that shook </w:t>
      </w:r>
      <w:r>
        <w:rPr>
          <w:rFonts w:ascii="LiberationSerif" w:hAnsi="LiberationSerif" w:eastAsia="LiberationSerif"/>
          <w:b w:val="0"/>
          <w:i w:val="0"/>
          <w:color w:val="000000"/>
          <w:sz w:val="30"/>
        </w:rPr>
        <w:t xml:space="preserve">them to their core. It began with a whispered secret, a shared </w:t>
      </w:r>
      <w:r>
        <w:rPr>
          <w:rFonts w:ascii="LiberationSerif" w:hAnsi="LiberationSerif" w:eastAsia="LiberationSerif"/>
          <w:b w:val="0"/>
          <w:i w:val="0"/>
          <w:color w:val="000000"/>
          <w:sz w:val="30"/>
        </w:rPr>
        <w:t xml:space="preserve">vulnerability that exposed the fragile nature of their </w:t>
      </w:r>
      <w:r>
        <w:br/>
      </w:r>
      <w:r>
        <w:rPr>
          <w:rFonts w:ascii="LiberationSerif" w:hAnsi="LiberationSerif" w:eastAsia="LiberationSerif"/>
          <w:b w:val="0"/>
          <w:i w:val="0"/>
          <w:color w:val="000000"/>
          <w:sz w:val="30"/>
        </w:rPr>
        <w:t xml:space="preserve">connection. Anya, struggling with a personal crisis, confided </w:t>
      </w:r>
      <w:r>
        <w:rPr>
          <w:rFonts w:ascii="LiberationSerif" w:hAnsi="LiberationSerif" w:eastAsia="LiberationSerif"/>
          <w:b w:val="0"/>
          <w:i w:val="0"/>
          <w:color w:val="000000"/>
          <w:sz w:val="30"/>
        </w:rPr>
        <w:t xml:space="preserve">in her friends, her fear and doubt spilling out like a dam </w:t>
      </w:r>
      <w:r>
        <w:rPr>
          <w:rFonts w:ascii="LiberationSerif" w:hAnsi="LiberationSerif" w:eastAsia="LiberationSerif"/>
          <w:b w:val="0"/>
          <w:i w:val="0"/>
          <w:color w:val="000000"/>
          <w:sz w:val="30"/>
        </w:rPr>
        <w:t>breaking.</w:t>
      </w:r>
    </w:p>
    <w:p xmlns:wp14="http://schemas.microsoft.com/office/word/2010/wordml" w14:paraId="36AF299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others listened, their hearts heavy with concern. They </w:t>
      </w:r>
      <w:r>
        <w:rPr>
          <w:rFonts w:ascii="LiberationSerif" w:hAnsi="LiberationSerif" w:eastAsia="LiberationSerif"/>
          <w:b w:val="0"/>
          <w:i w:val="0"/>
          <w:color w:val="000000"/>
          <w:sz w:val="30"/>
        </w:rPr>
        <w:t xml:space="preserve">had never seen Anya so vulnerable, so raw. They had seen </w:t>
      </w:r>
      <w:r>
        <w:rPr>
          <w:rFonts w:ascii="LiberationSerif" w:hAnsi="LiberationSerif" w:eastAsia="LiberationSerif"/>
          <w:b w:val="0"/>
          <w:i w:val="0"/>
          <w:color w:val="000000"/>
          <w:sz w:val="30"/>
        </w:rPr>
        <w:t xml:space="preserve">her strength, her resilience, but in that moment, they saw her </w:t>
      </w:r>
      <w:r>
        <w:rPr>
          <w:rFonts w:ascii="LiberationSerif" w:hAnsi="LiberationSerif" w:eastAsia="LiberationSerif"/>
          <w:b w:val="0"/>
          <w:i w:val="0"/>
          <w:color w:val="000000"/>
          <w:sz w:val="30"/>
        </w:rPr>
        <w:t>fragility, her fear.</w:t>
      </w:r>
    </w:p>
    <w:p xmlns:wp14="http://schemas.microsoft.com/office/word/2010/wordml" w14:paraId="7BE47BD4"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"It's okay, Anya," Emily said, her voice filled with warmth </w:t>
      </w:r>
      <w:r>
        <w:rPr>
          <w:rFonts w:ascii="LiberationSerif" w:hAnsi="LiberationSerif" w:eastAsia="LiberationSerif"/>
          <w:b w:val="0"/>
          <w:i w:val="0"/>
          <w:color w:val="000000"/>
          <w:sz w:val="30"/>
        </w:rPr>
        <w:t>and compassion. "We're here for you. We've got your back."</w:t>
      </w:r>
    </w:p>
    <w:p xmlns:wp14="http://schemas.microsoft.com/office/word/2010/wordml" w14:paraId="5E3ABD1F"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Liam, ever the protector, nodded in agreement. "Whatever </w:t>
      </w:r>
      <w:r>
        <w:rPr>
          <w:rFonts w:ascii="LiberationSerif" w:hAnsi="LiberationSerif" w:eastAsia="LiberationSerif"/>
          <w:b w:val="0"/>
          <w:i w:val="0"/>
          <w:color w:val="000000"/>
          <w:sz w:val="30"/>
        </w:rPr>
        <w:t>you're going through, we're here for you."</w:t>
      </w:r>
    </w:p>
    <w:p xmlns:wp14="http://schemas.microsoft.com/office/word/2010/wordml" w14:paraId="61BEB732"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Ben, usually shy and reserved, reached out and squeezed </w:t>
      </w:r>
      <w:r>
        <w:rPr>
          <w:rFonts w:ascii="LiberationSerif" w:hAnsi="LiberationSerif" w:eastAsia="LiberationSerif"/>
          <w:b w:val="0"/>
          <w:i w:val="0"/>
          <w:color w:val="000000"/>
          <w:sz w:val="30"/>
        </w:rPr>
        <w:t>Anya's hand, a silent gesture of support. "You're not alone."</w:t>
      </w:r>
    </w:p>
    <w:p xmlns:wp14="http://schemas.microsoft.com/office/word/2010/wordml" w14:paraId="3651CB0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In that moment, their bond transcended words, a silent pact </w:t>
      </w:r>
      <w:r>
        <w:rPr>
          <w:rFonts w:ascii="LiberationSerif" w:hAnsi="LiberationSerif" w:eastAsia="LiberationSerif"/>
          <w:b w:val="0"/>
          <w:i w:val="0"/>
          <w:color w:val="000000"/>
          <w:sz w:val="30"/>
        </w:rPr>
        <w:t xml:space="preserve">forged in the crucible of shared vulnerability. They had faced </w:t>
      </w:r>
      <w:r>
        <w:rPr>
          <w:rFonts w:ascii="LiberationSerif" w:hAnsi="LiberationSerif" w:eastAsia="LiberationSerif"/>
          <w:b w:val="0"/>
          <w:i w:val="0"/>
          <w:color w:val="000000"/>
          <w:sz w:val="30"/>
        </w:rPr>
        <w:t xml:space="preserve">challenges before, but this was different. This was a test of </w:t>
      </w:r>
      <w:r>
        <w:rPr>
          <w:rFonts w:ascii="LiberationSerif" w:hAnsi="LiberationSerif" w:eastAsia="LiberationSerif"/>
          <w:b w:val="0"/>
          <w:i w:val="0"/>
          <w:color w:val="000000"/>
          <w:sz w:val="30"/>
        </w:rPr>
        <w:t xml:space="preserve">their resilience, a test of their loyalty, a test of their </w:t>
      </w:r>
      <w:r>
        <w:br/>
      </w:r>
      <w:r>
        <w:rPr>
          <w:rFonts w:ascii="LiberationSerif" w:hAnsi="LiberationSerif" w:eastAsia="LiberationSerif"/>
          <w:b w:val="0"/>
          <w:i w:val="0"/>
          <w:color w:val="000000"/>
          <w:sz w:val="30"/>
        </w:rPr>
        <w:t>unbreakable bond.</w:t>
      </w:r>
    </w:p>
    <w:p xmlns:wp14="http://schemas.microsoft.com/office/word/2010/wordml" w14:paraId="2A530250"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And they passed. They rallied around Anya, offering their </w:t>
      </w:r>
      <w:r>
        <w:rPr>
          <w:rFonts w:ascii="LiberationSerif" w:hAnsi="LiberationSerif" w:eastAsia="LiberationSerif"/>
          <w:b w:val="0"/>
          <w:i w:val="0"/>
          <w:color w:val="000000"/>
          <w:sz w:val="30"/>
        </w:rPr>
        <w:t xml:space="preserve">support, their comfort, their strength. They shared their </w:t>
      </w:r>
      <w:r>
        <w:rPr>
          <w:rFonts w:ascii="LiberationSerif" w:hAnsi="LiberationSerif" w:eastAsia="LiberationSerif"/>
          <w:b w:val="0"/>
          <w:i w:val="0"/>
          <w:color w:val="000000"/>
          <w:sz w:val="30"/>
        </w:rPr>
        <w:t>resources, their time, their energy, everything they had to</w:t>
      </w:r>
    </w:p>
    <w:p xmlns:wp14="http://schemas.microsoft.com/office/word/2010/wordml" w14:paraId="680A4E5D" wp14:textId="77777777">
      <w:pPr>
        <w:sectPr>
          <w:pgSz w:w="12240" w:h="15840" w:orient="portrait"/>
          <w:pgMar w:top="0" w:right="1420" w:bottom="0" w:left="1440" w:header="720" w:footer="720" w:gutter="0"/>
          <w:cols/>
          <w:docGrid w:linePitch="360"/>
        </w:sectPr>
      </w:pPr>
    </w:p>
    <w:p xmlns:wp14="http://schemas.microsoft.com/office/word/2010/wordml" w14:paraId="6343A9B8" wp14:textId="77777777">
      <w:pPr>
        <w:autoSpaceDN w:val="0"/>
        <w:autoSpaceDE w:val="0"/>
        <w:widowControl/>
        <w:spacing w:before="1430" w:after="0" w:line="360" w:lineRule="exact"/>
        <w:ind w:left="1000" w:right="1152" w:firstLine="0"/>
        <w:jc w:val="left"/>
      </w:pPr>
      <w:r>
        <w:rPr>
          <w:rFonts w:ascii="LiberationSerif" w:hAnsi="LiberationSerif" w:eastAsia="LiberationSerif"/>
          <w:b w:val="0"/>
          <w:i w:val="0"/>
          <w:color w:val="000000"/>
          <w:sz w:val="30"/>
        </w:rPr>
        <w:t xml:space="preserve">offer. They were a united force, a beacon of hope in Anya's </w:t>
      </w:r>
      <w:r>
        <w:rPr>
          <w:rFonts w:ascii="LiberationSerif" w:hAnsi="LiberationSerif" w:eastAsia="LiberationSerif"/>
          <w:b w:val="0"/>
          <w:i w:val="0"/>
          <w:color w:val="000000"/>
          <w:sz w:val="30"/>
        </w:rPr>
        <w:t>darkest hour.</w:t>
      </w:r>
    </w:p>
    <w:p xmlns:wp14="http://schemas.microsoft.com/office/word/2010/wordml" w14:paraId="3D0E644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Through it all, they learned a profound lesson. They learned </w:t>
      </w:r>
      <w:r>
        <w:rPr>
          <w:rFonts w:ascii="LiberationSerif" w:hAnsi="LiberationSerif" w:eastAsia="LiberationSerif"/>
          <w:b w:val="0"/>
          <w:i w:val="0"/>
          <w:color w:val="000000"/>
          <w:sz w:val="30"/>
        </w:rPr>
        <w:t xml:space="preserve">the power of empathy, the strength of compassion, the </w:t>
      </w:r>
      <w:r>
        <w:br/>
      </w:r>
      <w:r>
        <w:rPr>
          <w:rFonts w:ascii="LiberationSerif" w:hAnsi="LiberationSerif" w:eastAsia="LiberationSerif"/>
          <w:b w:val="0"/>
          <w:i w:val="0"/>
          <w:color w:val="000000"/>
          <w:sz w:val="30"/>
        </w:rPr>
        <w:t xml:space="preserve">importance of vulnerability. They learned that true friendship </w:t>
      </w:r>
      <w:r>
        <w:rPr>
          <w:rFonts w:ascii="LiberationSerif" w:hAnsi="LiberationSerif" w:eastAsia="LiberationSerif"/>
          <w:b w:val="0"/>
          <w:i w:val="0"/>
          <w:color w:val="000000"/>
          <w:sz w:val="30"/>
        </w:rPr>
        <w:t xml:space="preserve">is not about perfection; it's about acceptance, support, and </w:t>
      </w:r>
      <w:r>
        <w:rPr>
          <w:rFonts w:ascii="LiberationSerif" w:hAnsi="LiberationSerif" w:eastAsia="LiberationSerif"/>
          <w:b w:val="0"/>
          <w:i w:val="0"/>
          <w:color w:val="000000"/>
          <w:sz w:val="30"/>
        </w:rPr>
        <w:t>unwavering loyalty.</w:t>
      </w:r>
    </w:p>
    <w:p xmlns:wp14="http://schemas.microsoft.com/office/word/2010/wordml" w14:paraId="35D28830"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And as Anya emerged from her ordeal, stronger and more </w:t>
      </w:r>
      <w:r>
        <w:rPr>
          <w:rFonts w:ascii="LiberationSerif" w:hAnsi="LiberationSerif" w:eastAsia="LiberationSerif"/>
          <w:b w:val="0"/>
          <w:i w:val="0"/>
          <w:color w:val="000000"/>
          <w:sz w:val="30"/>
        </w:rPr>
        <w:t xml:space="preserve">resilient than ever before, she realized the depth of their </w:t>
      </w:r>
      <w:r>
        <w:rPr>
          <w:rFonts w:ascii="LiberationSerif" w:hAnsi="LiberationSerif" w:eastAsia="LiberationSerif"/>
          <w:b w:val="0"/>
          <w:i w:val="0"/>
          <w:color w:val="000000"/>
          <w:sz w:val="30"/>
        </w:rPr>
        <w:t xml:space="preserve">bond. She realized that she wasn't just a member of this </w:t>
      </w:r>
      <w:r>
        <w:rPr>
          <w:rFonts w:ascii="LiberationSerif" w:hAnsi="LiberationSerif" w:eastAsia="LiberationSerif"/>
          <w:b w:val="0"/>
          <w:i w:val="0"/>
          <w:color w:val="000000"/>
          <w:sz w:val="30"/>
        </w:rPr>
        <w:t xml:space="preserve">group; she was an integral part of it, her spirit interwoven </w:t>
      </w:r>
      <w:r>
        <w:rPr>
          <w:rFonts w:ascii="LiberationSerif" w:hAnsi="LiberationSerif" w:eastAsia="LiberationSerif"/>
          <w:b w:val="0"/>
          <w:i w:val="0"/>
          <w:color w:val="000000"/>
          <w:sz w:val="30"/>
        </w:rPr>
        <w:t>with theirs.</w:t>
      </w:r>
    </w:p>
    <w:p xmlns:wp14="http://schemas.microsoft.com/office/word/2010/wordml" w14:paraId="1A21237F"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The experience had transformed them all. They had faced </w:t>
      </w:r>
      <w:r>
        <w:rPr>
          <w:rFonts w:ascii="LiberationSerif" w:hAnsi="LiberationSerif" w:eastAsia="LiberationSerif"/>
          <w:b w:val="0"/>
          <w:i w:val="0"/>
          <w:color w:val="000000"/>
          <w:sz w:val="30"/>
        </w:rPr>
        <w:t xml:space="preserve">their fears, embraced their vulnerabilities, and emerged </w:t>
      </w:r>
      <w:r>
        <w:rPr>
          <w:rFonts w:ascii="LiberationSerif" w:hAnsi="LiberationSerif" w:eastAsia="LiberationSerif"/>
          <w:b w:val="0"/>
          <w:i w:val="0"/>
          <w:color w:val="000000"/>
          <w:sz w:val="30"/>
        </w:rPr>
        <w:t xml:space="preserve">stronger, more resilient, more connected than ever before. </w:t>
      </w:r>
      <w:r>
        <w:rPr>
          <w:rFonts w:ascii="LiberationSerif" w:hAnsi="LiberationSerif" w:eastAsia="LiberationSerif"/>
          <w:b w:val="0"/>
          <w:i w:val="0"/>
          <w:color w:val="000000"/>
          <w:sz w:val="30"/>
        </w:rPr>
        <w:t xml:space="preserve">They had discovered the true meaning of friendship, the </w:t>
      </w:r>
      <w:r>
        <w:rPr>
          <w:rFonts w:ascii="LiberationSerif" w:hAnsi="LiberationSerif" w:eastAsia="LiberationSerif"/>
          <w:b w:val="0"/>
          <w:i w:val="0"/>
          <w:color w:val="000000"/>
          <w:sz w:val="30"/>
        </w:rPr>
        <w:t>power of unity, the strength of an unbreakable bond.</w:t>
      </w:r>
    </w:p>
    <w:p xmlns:wp14="http://schemas.microsoft.com/office/word/2010/wordml" w14:paraId="4CF1D7AC"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It was in those moments of vulnerability, those times of </w:t>
      </w:r>
      <w:r>
        <w:rPr>
          <w:rFonts w:ascii="LiberationSerif" w:hAnsi="LiberationSerif" w:eastAsia="LiberationSerif"/>
          <w:b w:val="0"/>
          <w:i w:val="0"/>
          <w:color w:val="000000"/>
          <w:sz w:val="30"/>
        </w:rPr>
        <w:t xml:space="preserve">shared struggle and shared triumph, that they discovered the </w:t>
      </w:r>
      <w:r>
        <w:rPr>
          <w:rFonts w:ascii="LiberationSerif" w:hAnsi="LiberationSerif" w:eastAsia="LiberationSerif"/>
          <w:b w:val="0"/>
          <w:i w:val="0"/>
          <w:color w:val="000000"/>
          <w:sz w:val="30"/>
        </w:rPr>
        <w:t xml:space="preserve">true meaning of their connection. They discovered that they </w:t>
      </w:r>
      <w:r>
        <w:rPr>
          <w:rFonts w:ascii="LiberationSerif" w:hAnsi="LiberationSerif" w:eastAsia="LiberationSerif"/>
          <w:b w:val="0"/>
          <w:i w:val="0"/>
          <w:color w:val="000000"/>
          <w:sz w:val="30"/>
        </w:rPr>
        <w:t xml:space="preserve">were not just a group of individuals; they were a collective </w:t>
      </w:r>
      <w:r>
        <w:rPr>
          <w:rFonts w:ascii="LiberationSerif" w:hAnsi="LiberationSerif" w:eastAsia="LiberationSerif"/>
          <w:b w:val="0"/>
          <w:i w:val="0"/>
          <w:color w:val="000000"/>
          <w:sz w:val="30"/>
        </w:rPr>
        <w:t>force, a family bound by an unbreakable bond.</w:t>
      </w:r>
    </w:p>
    <w:p xmlns:wp14="http://schemas.microsoft.com/office/word/2010/wordml" w14:paraId="2EDC515E"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world outside their circle buzzed with its own </w:t>
      </w:r>
      <w:r>
        <w:br/>
      </w:r>
      <w:r>
        <w:rPr>
          <w:rFonts w:ascii="LiberationSerif" w:hAnsi="LiberationSerif" w:eastAsia="LiberationSerif"/>
          <w:b w:val="0"/>
          <w:i w:val="0"/>
          <w:color w:val="000000"/>
          <w:sz w:val="30"/>
        </w:rPr>
        <w:t xml:space="preserve">challenges, its own complexities, its own demands. But </w:t>
      </w:r>
      <w:r>
        <w:rPr>
          <w:rFonts w:ascii="LiberationSerif" w:hAnsi="LiberationSerif" w:eastAsia="LiberationSerif"/>
          <w:b w:val="0"/>
          <w:i w:val="0"/>
          <w:color w:val="000000"/>
          <w:sz w:val="30"/>
        </w:rPr>
        <w:t xml:space="preserve">within their little haven, they found solace, support, and a </w:t>
      </w:r>
      <w:r>
        <w:rPr>
          <w:rFonts w:ascii="LiberationSerif" w:hAnsi="LiberationSerif" w:eastAsia="LiberationSerif"/>
          <w:b w:val="0"/>
          <w:i w:val="0"/>
          <w:color w:val="000000"/>
          <w:sz w:val="30"/>
        </w:rPr>
        <w:t xml:space="preserve">sense of belonging that transcended the boundaries of their </w:t>
      </w:r>
      <w:r>
        <w:rPr>
          <w:rFonts w:ascii="LiberationSerif" w:hAnsi="LiberationSerif" w:eastAsia="LiberationSerif"/>
          <w:b w:val="0"/>
          <w:i w:val="0"/>
          <w:color w:val="000000"/>
          <w:sz w:val="30"/>
        </w:rPr>
        <w:t xml:space="preserve">individual lives. They found strength in each other, purpose </w:t>
      </w:r>
      <w:r>
        <w:rPr>
          <w:rFonts w:ascii="LiberationSerif" w:hAnsi="LiberationSerif" w:eastAsia="LiberationSerif"/>
          <w:b w:val="0"/>
          <w:i w:val="0"/>
          <w:color w:val="000000"/>
          <w:sz w:val="30"/>
        </w:rPr>
        <w:t xml:space="preserve">in their shared journey, and a sense of hope that illuminated </w:t>
      </w:r>
      <w:r>
        <w:rPr>
          <w:rFonts w:ascii="LiberationSerif" w:hAnsi="LiberationSerif" w:eastAsia="LiberationSerif"/>
          <w:b w:val="0"/>
          <w:i w:val="0"/>
          <w:color w:val="000000"/>
          <w:sz w:val="30"/>
        </w:rPr>
        <w:t>the path ahead.</w:t>
      </w:r>
    </w:p>
    <w:p xmlns:wp14="http://schemas.microsoft.com/office/word/2010/wordml" w14:paraId="19219836" wp14:textId="77777777">
      <w:pPr>
        <w:sectPr>
          <w:pgSz w:w="12240" w:h="15840" w:orient="portrait"/>
          <w:pgMar w:top="0" w:right="1420" w:bottom="0" w:left="1440" w:header="720" w:footer="720" w:gutter="0"/>
          <w:cols/>
          <w:docGrid w:linePitch="360"/>
        </w:sectPr>
      </w:pPr>
    </w:p>
    <w:p xmlns:wp14="http://schemas.microsoft.com/office/word/2010/wordml" w14:paraId="4800FC06"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In those moments of shared vulnerability, they discovered </w:t>
      </w:r>
      <w:r>
        <w:rPr>
          <w:rFonts w:ascii="LiberationSerif" w:hAnsi="LiberationSerif" w:eastAsia="LiberationSerif"/>
          <w:b w:val="0"/>
          <w:i w:val="0"/>
          <w:color w:val="000000"/>
          <w:sz w:val="30"/>
        </w:rPr>
        <w:t xml:space="preserve">the power of their connection. They discovered that they </w:t>
      </w:r>
      <w:r>
        <w:rPr>
          <w:rFonts w:ascii="LiberationSerif" w:hAnsi="LiberationSerif" w:eastAsia="LiberationSerif"/>
          <w:b w:val="0"/>
          <w:i w:val="0"/>
          <w:color w:val="000000"/>
          <w:sz w:val="30"/>
        </w:rPr>
        <w:t xml:space="preserve">were not just a group of individuals; they were a collective </w:t>
      </w:r>
      <w:r>
        <w:rPr>
          <w:rFonts w:ascii="LiberationSerif" w:hAnsi="LiberationSerif" w:eastAsia="LiberationSerif"/>
          <w:b w:val="0"/>
          <w:i w:val="0"/>
          <w:color w:val="000000"/>
          <w:sz w:val="30"/>
        </w:rPr>
        <w:t xml:space="preserve">force, a family bound by an unbreakable bond. The world </w:t>
      </w:r>
      <w:r>
        <w:rPr>
          <w:rFonts w:ascii="LiberationSerif" w:hAnsi="LiberationSerif" w:eastAsia="LiberationSerif"/>
          <w:b w:val="0"/>
          <w:i w:val="0"/>
          <w:color w:val="000000"/>
          <w:sz w:val="30"/>
        </w:rPr>
        <w:t xml:space="preserve">outside their circle buzzed with its own challenges, its own </w:t>
      </w:r>
      <w:r>
        <w:rPr>
          <w:rFonts w:ascii="LiberationSerif" w:hAnsi="LiberationSerif" w:eastAsia="LiberationSerif"/>
          <w:b w:val="0"/>
          <w:i w:val="0"/>
          <w:color w:val="000000"/>
          <w:sz w:val="30"/>
        </w:rPr>
        <w:t xml:space="preserve">complexities, its own demands. But within their little haven, </w:t>
      </w:r>
      <w:r>
        <w:rPr>
          <w:rFonts w:ascii="LiberationSerif" w:hAnsi="LiberationSerif" w:eastAsia="LiberationSerif"/>
          <w:b w:val="0"/>
          <w:i w:val="0"/>
          <w:color w:val="000000"/>
          <w:sz w:val="30"/>
        </w:rPr>
        <w:t xml:space="preserve">they found solace, support, and a sense of belonging that </w:t>
      </w:r>
      <w:r>
        <w:rPr>
          <w:rFonts w:ascii="LiberationSerif" w:hAnsi="LiberationSerif" w:eastAsia="LiberationSerif"/>
          <w:b w:val="0"/>
          <w:i w:val="0"/>
          <w:color w:val="000000"/>
          <w:sz w:val="30"/>
        </w:rPr>
        <w:t xml:space="preserve">transcended the boundaries of their individual lives. They </w:t>
      </w:r>
      <w:r>
        <w:rPr>
          <w:rFonts w:ascii="LiberationSerif" w:hAnsi="LiberationSerif" w:eastAsia="LiberationSerif"/>
          <w:b w:val="0"/>
          <w:i w:val="0"/>
          <w:color w:val="000000"/>
          <w:sz w:val="30"/>
        </w:rPr>
        <w:t xml:space="preserve">found strength in each other, purpose in their shared journey, </w:t>
      </w:r>
      <w:r>
        <w:rPr>
          <w:rFonts w:ascii="LiberationSerif" w:hAnsi="LiberationSerif" w:eastAsia="LiberationSerif"/>
          <w:b w:val="0"/>
          <w:i w:val="0"/>
          <w:color w:val="000000"/>
          <w:sz w:val="30"/>
        </w:rPr>
        <w:t>and a sense of hope that illuminated the path ahead.</w:t>
      </w:r>
    </w:p>
    <w:p xmlns:wp14="http://schemas.microsoft.com/office/word/2010/wordml" w14:paraId="6F62FD2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Their story, however, was not just about their personal </w:t>
      </w:r>
      <w:r>
        <w:br/>
      </w:r>
      <w:r>
        <w:rPr>
          <w:rFonts w:ascii="LiberationSerif" w:hAnsi="LiberationSerif" w:eastAsia="LiberationSerif"/>
          <w:b w:val="0"/>
          <w:i w:val="0"/>
          <w:color w:val="000000"/>
          <w:sz w:val="30"/>
        </w:rPr>
        <w:t xml:space="preserve">journey. It was a story for all those who had ever felt alone, </w:t>
      </w:r>
      <w:r>
        <w:rPr>
          <w:rFonts w:ascii="LiberationSerif" w:hAnsi="LiberationSerif" w:eastAsia="LiberationSerif"/>
          <w:b w:val="0"/>
          <w:i w:val="0"/>
          <w:color w:val="000000"/>
          <w:sz w:val="30"/>
        </w:rPr>
        <w:t xml:space="preserve">who had ever struggled to find their place in the world. It </w:t>
      </w:r>
      <w:r>
        <w:rPr>
          <w:rFonts w:ascii="LiberationSerif" w:hAnsi="LiberationSerif" w:eastAsia="LiberationSerif"/>
          <w:b w:val="0"/>
          <w:i w:val="0"/>
          <w:color w:val="000000"/>
          <w:sz w:val="30"/>
        </w:rPr>
        <w:t xml:space="preserve">was a story of resilience, of friendship, of the power of </w:t>
      </w:r>
      <w:r>
        <w:rPr>
          <w:rFonts w:ascii="LiberationSerif" w:hAnsi="LiberationSerif" w:eastAsia="LiberationSerif"/>
          <w:b w:val="0"/>
          <w:i w:val="0"/>
          <w:color w:val="000000"/>
          <w:sz w:val="30"/>
        </w:rPr>
        <w:t xml:space="preserve">human connection. It was a story that whispered a profound </w:t>
      </w:r>
      <w:r>
        <w:rPr>
          <w:rFonts w:ascii="LiberationSerif" w:hAnsi="LiberationSerif" w:eastAsia="LiberationSerif"/>
          <w:b w:val="0"/>
          <w:i w:val="0"/>
          <w:color w:val="000000"/>
          <w:sz w:val="30"/>
        </w:rPr>
        <w:t xml:space="preserve">truth: that we are never truly alone, that we are all connected </w:t>
      </w:r>
      <w:r>
        <w:rPr>
          <w:rFonts w:ascii="LiberationSerif" w:hAnsi="LiberationSerif" w:eastAsia="LiberationSerif"/>
          <w:b w:val="0"/>
          <w:i w:val="0"/>
          <w:color w:val="000000"/>
          <w:sz w:val="30"/>
        </w:rPr>
        <w:t xml:space="preserve">by an invisible thread, and that together, we can overcome </w:t>
      </w:r>
      <w:r>
        <w:rPr>
          <w:rFonts w:ascii="LiberationSerif" w:hAnsi="LiberationSerif" w:eastAsia="LiberationSerif"/>
          <w:b w:val="0"/>
          <w:i w:val="0"/>
          <w:color w:val="000000"/>
          <w:sz w:val="30"/>
        </w:rPr>
        <w:t xml:space="preserve">any obstacle, embrace any challenge, and find our way to a </w:t>
      </w:r>
      <w:r>
        <w:rPr>
          <w:rFonts w:ascii="LiberationSerif" w:hAnsi="LiberationSerif" w:eastAsia="LiberationSerif"/>
          <w:b w:val="0"/>
          <w:i w:val="0"/>
          <w:color w:val="000000"/>
          <w:sz w:val="30"/>
        </w:rPr>
        <w:t>brighter future.</w:t>
      </w:r>
    </w:p>
    <w:p xmlns:wp14="http://schemas.microsoft.com/office/word/2010/wordml" w14:paraId="7BF57B43" wp14:textId="77777777">
      <w:pPr>
        <w:autoSpaceDN w:val="0"/>
        <w:autoSpaceDE w:val="0"/>
        <w:widowControl/>
        <w:spacing w:before="360" w:after="0" w:line="360" w:lineRule="exact"/>
        <w:ind w:left="1000" w:right="1440" w:firstLine="0"/>
        <w:jc w:val="left"/>
      </w:pPr>
      <w:r>
        <w:rPr>
          <w:rFonts w:ascii="LiberationSerif" w:hAnsi="LiberationSerif" w:eastAsia="LiberationSerif"/>
          <w:b w:val="0"/>
          <w:i w:val="0"/>
          <w:color w:val="000000"/>
          <w:sz w:val="30"/>
        </w:rPr>
        <w:t xml:space="preserve">This was the story of their unbreakable bond, a story that </w:t>
      </w:r>
      <w:r>
        <w:rPr>
          <w:rFonts w:ascii="LiberationSerif" w:hAnsi="LiberationSerif" w:eastAsia="LiberationSerif"/>
          <w:b w:val="0"/>
          <w:i w:val="0"/>
          <w:color w:val="000000"/>
          <w:sz w:val="30"/>
        </w:rPr>
        <w:t xml:space="preserve">whispered a profound truth: that we are never truly alone, </w:t>
      </w:r>
      <w:r>
        <w:rPr>
          <w:rFonts w:ascii="LiberationSerif" w:hAnsi="LiberationSerif" w:eastAsia="LiberationSerif"/>
          <w:b w:val="0"/>
          <w:i w:val="0"/>
          <w:color w:val="000000"/>
          <w:sz w:val="30"/>
        </w:rPr>
        <w:t xml:space="preserve">that we are all connected by an invisible thread, and that </w:t>
      </w:r>
      <w:r>
        <w:rPr>
          <w:rFonts w:ascii="LiberationSerif" w:hAnsi="LiberationSerif" w:eastAsia="LiberationSerif"/>
          <w:b w:val="0"/>
          <w:i w:val="0"/>
          <w:color w:val="000000"/>
          <w:sz w:val="30"/>
        </w:rPr>
        <w:t xml:space="preserve">together, we can overcome any obstacle, embrace any </w:t>
      </w:r>
      <w:r>
        <w:rPr>
          <w:rFonts w:ascii="LiberationSerif" w:hAnsi="LiberationSerif" w:eastAsia="LiberationSerif"/>
          <w:b w:val="0"/>
          <w:i w:val="0"/>
          <w:color w:val="000000"/>
          <w:sz w:val="30"/>
        </w:rPr>
        <w:t>challenge, and find our way to a brighter future.</w:t>
      </w:r>
    </w:p>
    <w:p xmlns:wp14="http://schemas.microsoft.com/office/word/2010/wordml" w14:paraId="296FEF7D" wp14:textId="77777777">
      <w:pPr>
        <w:sectPr>
          <w:pgSz w:w="12240" w:h="15840" w:orient="portrait"/>
          <w:pgMar w:top="0" w:right="1420" w:bottom="0" w:left="1440" w:header="720" w:footer="720" w:gutter="0"/>
          <w:cols/>
          <w:docGrid w:linePitch="360"/>
        </w:sectPr>
      </w:pPr>
    </w:p>
    <w:p xmlns:wp14="http://schemas.microsoft.com/office/word/2010/wordml" w14:paraId="1FEED2A3"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Title of Subsection</w:t>
      </w:r>
    </w:p>
    <w:p xmlns:wp14="http://schemas.microsoft.com/office/word/2010/wordml" w14:paraId="37F35533"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The graduation ceremony was a blur of confetti and cheers, a </w:t>
      </w:r>
      <w:r>
        <w:rPr>
          <w:rFonts w:ascii="LiberationSerif" w:hAnsi="LiberationSerif" w:eastAsia="LiberationSerif"/>
          <w:b w:val="0"/>
          <w:i w:val="0"/>
          <w:color w:val="000000"/>
          <w:sz w:val="30"/>
        </w:rPr>
        <w:t xml:space="preserve">joyous symphony of accomplishment echoing through the </w:t>
      </w:r>
      <w:r>
        <w:rPr>
          <w:rFonts w:ascii="LiberationSerif" w:hAnsi="LiberationSerif" w:eastAsia="LiberationSerif"/>
          <w:b w:val="0"/>
          <w:i w:val="0"/>
          <w:color w:val="000000"/>
          <w:sz w:val="30"/>
        </w:rPr>
        <w:t xml:space="preserve">air. As the sun dipped below the horizon, casting long </w:t>
      </w:r>
      <w:r>
        <w:br/>
      </w:r>
      <w:r>
        <w:rPr>
          <w:rFonts w:ascii="LiberationSerif" w:hAnsi="LiberationSerif" w:eastAsia="LiberationSerif"/>
          <w:b w:val="0"/>
          <w:i w:val="0"/>
          <w:color w:val="000000"/>
          <w:sz w:val="30"/>
        </w:rPr>
        <w:t xml:space="preserve">shadows across the sprawling campus, the group huddled </w:t>
      </w:r>
      <w:r>
        <w:rPr>
          <w:rFonts w:ascii="LiberationSerif" w:hAnsi="LiberationSerif" w:eastAsia="LiberationSerif"/>
          <w:b w:val="0"/>
          <w:i w:val="0"/>
          <w:color w:val="000000"/>
          <w:sz w:val="30"/>
        </w:rPr>
        <w:t xml:space="preserve">together, their faces illuminated by the fading light. They had </w:t>
      </w:r>
      <w:r>
        <w:rPr>
          <w:rFonts w:ascii="LiberationSerif" w:hAnsi="LiberationSerif" w:eastAsia="LiberationSerif"/>
          <w:b w:val="0"/>
          <w:i w:val="0"/>
          <w:color w:val="000000"/>
          <w:sz w:val="30"/>
        </w:rPr>
        <w:t xml:space="preserve">come a long way, these unlikely friends, from nervous </w:t>
      </w:r>
      <w:r>
        <w:br/>
      </w:r>
      <w:r>
        <w:rPr>
          <w:rFonts w:ascii="LiberationSerif" w:hAnsi="LiberationSerif" w:eastAsia="LiberationSerif"/>
          <w:b w:val="0"/>
          <w:i w:val="0"/>
          <w:color w:val="000000"/>
          <w:sz w:val="30"/>
        </w:rPr>
        <w:t xml:space="preserve">freshmen navigating the hallways of their new school to </w:t>
      </w:r>
      <w:r>
        <w:rPr>
          <w:rFonts w:ascii="LiberationSerif" w:hAnsi="LiberationSerif" w:eastAsia="LiberationSerif"/>
          <w:b w:val="0"/>
          <w:i w:val="0"/>
          <w:color w:val="000000"/>
          <w:sz w:val="30"/>
        </w:rPr>
        <w:t xml:space="preserve">graduating seniors, ready to embark on the next chapter of </w:t>
      </w:r>
      <w:r>
        <w:rPr>
          <w:rFonts w:ascii="LiberationSerif" w:hAnsi="LiberationSerif" w:eastAsia="LiberationSerif"/>
          <w:b w:val="0"/>
          <w:i w:val="0"/>
          <w:color w:val="000000"/>
          <w:sz w:val="30"/>
        </w:rPr>
        <w:t xml:space="preserve">their lives. Their journey had been a rollercoaster of </w:t>
      </w:r>
      <w:r>
        <w:br/>
      </w:r>
      <w:r>
        <w:rPr>
          <w:rFonts w:ascii="LiberationSerif" w:hAnsi="LiberationSerif" w:eastAsia="LiberationSerif"/>
          <w:b w:val="0"/>
          <w:i w:val="0"/>
          <w:color w:val="000000"/>
          <w:sz w:val="30"/>
        </w:rPr>
        <w:t xml:space="preserve">emotions, filled with triumphs and setbacks, laughter and </w:t>
      </w:r>
      <w:r>
        <w:rPr>
          <w:rFonts w:ascii="LiberationSerif" w:hAnsi="LiberationSerif" w:eastAsia="LiberationSerif"/>
          <w:b w:val="0"/>
          <w:i w:val="0"/>
          <w:color w:val="000000"/>
          <w:sz w:val="30"/>
        </w:rPr>
        <w:t>tears, but through it all, their bond had only grown stronger.</w:t>
      </w:r>
    </w:p>
    <w:p xmlns:wp14="http://schemas.microsoft.com/office/word/2010/wordml" w14:paraId="60D025C1"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They had faced challenges head-on, from academic anxieties </w:t>
      </w:r>
      <w:r>
        <w:rPr>
          <w:rFonts w:ascii="LiberationSerif" w:hAnsi="LiberationSerif" w:eastAsia="LiberationSerif"/>
          <w:b w:val="0"/>
          <w:i w:val="0"/>
          <w:color w:val="000000"/>
          <w:sz w:val="30"/>
        </w:rPr>
        <w:t xml:space="preserve">to familial conflicts, each hurdle making their connection </w:t>
      </w:r>
      <w:r>
        <w:rPr>
          <w:rFonts w:ascii="LiberationSerif" w:hAnsi="LiberationSerif" w:eastAsia="LiberationSerif"/>
          <w:b w:val="0"/>
          <w:i w:val="0"/>
          <w:color w:val="000000"/>
          <w:sz w:val="30"/>
        </w:rPr>
        <w:t xml:space="preserve">even more resilient. Maya, the quiet artist with a passion for </w:t>
      </w:r>
      <w:r>
        <w:rPr>
          <w:rFonts w:ascii="LiberationSerif" w:hAnsi="LiberationSerif" w:eastAsia="LiberationSerif"/>
          <w:b w:val="0"/>
          <w:i w:val="0"/>
          <w:color w:val="000000"/>
          <w:sz w:val="30"/>
        </w:rPr>
        <w:t xml:space="preserve">capturing the world in her sketches, had found solace in their </w:t>
      </w:r>
      <w:r>
        <w:rPr>
          <w:rFonts w:ascii="LiberationSerif" w:hAnsi="LiberationSerif" w:eastAsia="LiberationSerif"/>
          <w:b w:val="0"/>
          <w:i w:val="0"/>
          <w:color w:val="000000"/>
          <w:sz w:val="30"/>
        </w:rPr>
        <w:t xml:space="preserve">shared dreams and vulnerabilities. She had blossomed under </w:t>
      </w:r>
      <w:r>
        <w:rPr>
          <w:rFonts w:ascii="LiberationSerif" w:hAnsi="LiberationSerif" w:eastAsia="LiberationSerif"/>
          <w:b w:val="0"/>
          <w:i w:val="0"/>
          <w:color w:val="000000"/>
          <w:sz w:val="30"/>
        </w:rPr>
        <w:t>their encouragement, her art reflecting the depth of her spirit.</w:t>
      </w:r>
    </w:p>
    <w:p xmlns:wp14="http://schemas.microsoft.com/office/word/2010/wordml" w14:paraId="237ACF9F"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Ethan, the charismatic athlete with a hidden insecurity, had </w:t>
      </w:r>
      <w:r>
        <w:rPr>
          <w:rFonts w:ascii="LiberationSerif" w:hAnsi="LiberationSerif" w:eastAsia="LiberationSerif"/>
          <w:b w:val="0"/>
          <w:i w:val="0"/>
          <w:color w:val="000000"/>
          <w:sz w:val="30"/>
        </w:rPr>
        <w:t xml:space="preserve">learned to embrace his imperfections. He had discovered the </w:t>
      </w:r>
      <w:r>
        <w:rPr>
          <w:rFonts w:ascii="LiberationSerif" w:hAnsi="LiberationSerif" w:eastAsia="LiberationSerif"/>
          <w:b w:val="0"/>
          <w:i w:val="0"/>
          <w:color w:val="000000"/>
          <w:sz w:val="30"/>
        </w:rPr>
        <w:t xml:space="preserve">power of vulnerability, finding strength in sharing his </w:t>
      </w:r>
      <w:r>
        <w:br/>
      </w:r>
      <w:r>
        <w:rPr>
          <w:rFonts w:ascii="LiberationSerif" w:hAnsi="LiberationSerif" w:eastAsia="LiberationSerif"/>
          <w:b w:val="0"/>
          <w:i w:val="0"/>
          <w:color w:val="000000"/>
          <w:sz w:val="30"/>
        </w:rPr>
        <w:t xml:space="preserve">struggles with his friends. Together, they had navigated the </w:t>
      </w:r>
      <w:r>
        <w:rPr>
          <w:rFonts w:ascii="LiberationSerif" w:hAnsi="LiberationSerif" w:eastAsia="LiberationSerif"/>
          <w:b w:val="0"/>
          <w:i w:val="0"/>
          <w:color w:val="000000"/>
          <w:sz w:val="30"/>
        </w:rPr>
        <w:t xml:space="preserve">complexities of first loves, the bittersweet pangs of </w:t>
      </w:r>
      <w:r>
        <w:br/>
      </w:r>
      <w:r>
        <w:rPr>
          <w:rFonts w:ascii="LiberationSerif" w:hAnsi="LiberationSerif" w:eastAsia="LiberationSerif"/>
          <w:b w:val="0"/>
          <w:i w:val="0"/>
          <w:color w:val="000000"/>
          <w:sz w:val="30"/>
        </w:rPr>
        <w:t>heartbreak, and the exhilaration of new beginnings.</w:t>
      </w:r>
    </w:p>
    <w:p xmlns:wp14="http://schemas.microsoft.com/office/word/2010/wordml" w14:paraId="4AB0D3E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There was Liam, the introspective writer with a penchant for </w:t>
      </w:r>
      <w:r>
        <w:rPr>
          <w:rFonts w:ascii="LiberationSerif" w:hAnsi="LiberationSerif" w:eastAsia="LiberationSerif"/>
          <w:b w:val="0"/>
          <w:i w:val="0"/>
          <w:color w:val="000000"/>
          <w:sz w:val="30"/>
        </w:rPr>
        <w:t xml:space="preserve">finding beauty in the mundane. His words, like whispers on </w:t>
      </w:r>
      <w:r>
        <w:rPr>
          <w:rFonts w:ascii="LiberationSerif" w:hAnsi="LiberationSerif" w:eastAsia="LiberationSerif"/>
          <w:b w:val="0"/>
          <w:i w:val="0"/>
          <w:color w:val="000000"/>
          <w:sz w:val="30"/>
        </w:rPr>
        <w:t xml:space="preserve">the wind, had helped them navigate the labyrinth of their </w:t>
      </w:r>
      <w:r>
        <w:rPr>
          <w:rFonts w:ascii="LiberationSerif" w:hAnsi="LiberationSerif" w:eastAsia="LiberationSerif"/>
          <w:b w:val="0"/>
          <w:i w:val="0"/>
          <w:color w:val="000000"/>
          <w:sz w:val="30"/>
        </w:rPr>
        <w:t xml:space="preserve">emotions. He had learned the art of communication, finding </w:t>
      </w:r>
      <w:r>
        <w:rPr>
          <w:rFonts w:ascii="LiberationSerif" w:hAnsi="LiberationSerif" w:eastAsia="LiberationSerif"/>
          <w:b w:val="0"/>
          <w:i w:val="0"/>
          <w:color w:val="000000"/>
          <w:sz w:val="30"/>
        </w:rPr>
        <w:t xml:space="preserve">his voice through their shared experiences. And then there </w:t>
      </w:r>
      <w:r>
        <w:rPr>
          <w:rFonts w:ascii="LiberationSerif" w:hAnsi="LiberationSerif" w:eastAsia="LiberationSerif"/>
          <w:b w:val="0"/>
          <w:i w:val="0"/>
          <w:color w:val="000000"/>
          <w:sz w:val="30"/>
        </w:rPr>
        <w:t>was Sarah, the pragmatic leader with a heart of gold. She had</w:t>
      </w:r>
    </w:p>
    <w:p xmlns:wp14="http://schemas.microsoft.com/office/word/2010/wordml" w14:paraId="7194DBDC" wp14:textId="77777777">
      <w:pPr>
        <w:sectPr>
          <w:pgSz w:w="12240" w:h="15840" w:orient="portrait"/>
          <w:pgMar w:top="0" w:right="1420" w:bottom="0" w:left="1440" w:header="720" w:footer="720" w:gutter="0"/>
          <w:cols/>
          <w:docGrid w:linePitch="360"/>
        </w:sectPr>
      </w:pPr>
    </w:p>
    <w:p xmlns:wp14="http://schemas.microsoft.com/office/word/2010/wordml" w14:paraId="37F4FAEA" wp14:textId="77777777">
      <w:pPr>
        <w:autoSpaceDN w:val="0"/>
        <w:autoSpaceDE w:val="0"/>
        <w:widowControl/>
        <w:spacing w:before="1430" w:after="0" w:line="360" w:lineRule="exact"/>
        <w:ind w:left="1000" w:right="1296" w:firstLine="0"/>
        <w:jc w:val="left"/>
      </w:pPr>
      <w:r>
        <w:rPr>
          <w:rFonts w:ascii="LiberationSerif" w:hAnsi="LiberationSerif" w:eastAsia="LiberationSerif"/>
          <w:b w:val="0"/>
          <w:i w:val="0"/>
          <w:color w:val="000000"/>
          <w:sz w:val="30"/>
        </w:rPr>
        <w:t xml:space="preserve">guided them through stormy seas, her unwavering belief in </w:t>
      </w:r>
      <w:r>
        <w:rPr>
          <w:rFonts w:ascii="LiberationSerif" w:hAnsi="LiberationSerif" w:eastAsia="LiberationSerif"/>
          <w:b w:val="0"/>
          <w:i w:val="0"/>
          <w:color w:val="000000"/>
          <w:sz w:val="30"/>
        </w:rPr>
        <w:t>their potential a beacon of hope in times of doubt.</w:t>
      </w:r>
    </w:p>
    <w:p xmlns:wp14="http://schemas.microsoft.com/office/word/2010/wordml" w14:paraId="281DEA6D"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they stood on the precipice of adulthood, their hearts </w:t>
      </w:r>
      <w:r>
        <w:rPr>
          <w:rFonts w:ascii="LiberationSerif" w:hAnsi="LiberationSerif" w:eastAsia="LiberationSerif"/>
          <w:b w:val="0"/>
          <w:i w:val="0"/>
          <w:color w:val="000000"/>
          <w:sz w:val="30"/>
        </w:rPr>
        <w:t xml:space="preserve">swelled with a mixture of excitement and apprehension. The </w:t>
      </w:r>
      <w:r>
        <w:rPr>
          <w:rFonts w:ascii="LiberationSerif" w:hAnsi="LiberationSerif" w:eastAsia="LiberationSerif"/>
          <w:b w:val="0"/>
          <w:i w:val="0"/>
          <w:color w:val="000000"/>
          <w:sz w:val="30"/>
        </w:rPr>
        <w:t xml:space="preserve">world stretched before them, vast and uncertain, yet they </w:t>
      </w:r>
      <w:r>
        <w:rPr>
          <w:rFonts w:ascii="LiberationSerif" w:hAnsi="LiberationSerif" w:eastAsia="LiberationSerif"/>
          <w:b w:val="0"/>
          <w:i w:val="0"/>
          <w:color w:val="000000"/>
          <w:sz w:val="30"/>
        </w:rPr>
        <w:t xml:space="preserve">knew they weren't alone. They had each other, a tapestry </w:t>
      </w:r>
      <w:r>
        <w:rPr>
          <w:rFonts w:ascii="LiberationSerif" w:hAnsi="LiberationSerif" w:eastAsia="LiberationSerif"/>
          <w:b w:val="0"/>
          <w:i w:val="0"/>
          <w:color w:val="000000"/>
          <w:sz w:val="30"/>
        </w:rPr>
        <w:t xml:space="preserve">woven from shared experiences, a testament to their </w:t>
      </w:r>
      <w:r>
        <w:br/>
      </w:r>
      <w:r>
        <w:rPr>
          <w:rFonts w:ascii="LiberationSerif" w:hAnsi="LiberationSerif" w:eastAsia="LiberationSerif"/>
          <w:b w:val="0"/>
          <w:i w:val="0"/>
          <w:color w:val="000000"/>
          <w:sz w:val="30"/>
        </w:rPr>
        <w:t xml:space="preserve">unbreakable bond. They had learned the true meaning of </w:t>
      </w:r>
      <w:r>
        <w:rPr>
          <w:rFonts w:ascii="LiberationSerif" w:hAnsi="LiberationSerif" w:eastAsia="LiberationSerif"/>
          <w:b w:val="0"/>
          <w:i w:val="0"/>
          <w:color w:val="000000"/>
          <w:sz w:val="30"/>
        </w:rPr>
        <w:t xml:space="preserve">friendship, the power of resilience, and the beauty of </w:t>
      </w:r>
      <w:r>
        <w:br/>
      </w:r>
      <w:r>
        <w:rPr>
          <w:rFonts w:ascii="LiberationSerif" w:hAnsi="LiberationSerif" w:eastAsia="LiberationSerif"/>
          <w:b w:val="0"/>
          <w:i w:val="0"/>
          <w:color w:val="000000"/>
          <w:sz w:val="30"/>
        </w:rPr>
        <w:t>embracing their authentic selves.</w:t>
      </w:r>
    </w:p>
    <w:p xmlns:wp14="http://schemas.microsoft.com/office/word/2010/wordml" w14:paraId="082078B5"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The graduation ceremony had been a culmination of their </w:t>
      </w:r>
      <w:r>
        <w:rPr>
          <w:rFonts w:ascii="LiberationSerif" w:hAnsi="LiberationSerif" w:eastAsia="LiberationSerif"/>
          <w:b w:val="0"/>
          <w:i w:val="0"/>
          <w:color w:val="000000"/>
          <w:sz w:val="30"/>
        </w:rPr>
        <w:t xml:space="preserve">journey, a celebration of their individual triumphs and their </w:t>
      </w:r>
      <w:r>
        <w:rPr>
          <w:rFonts w:ascii="LiberationSerif" w:hAnsi="LiberationSerif" w:eastAsia="LiberationSerif"/>
          <w:b w:val="0"/>
          <w:i w:val="0"/>
          <w:color w:val="000000"/>
          <w:sz w:val="30"/>
        </w:rPr>
        <w:t xml:space="preserve">collective strength. But it was only the beginning. The world </w:t>
      </w:r>
      <w:r>
        <w:rPr>
          <w:rFonts w:ascii="LiberationSerif" w:hAnsi="LiberationSerif" w:eastAsia="LiberationSerif"/>
          <w:b w:val="0"/>
          <w:i w:val="0"/>
          <w:color w:val="000000"/>
          <w:sz w:val="30"/>
        </w:rPr>
        <w:t xml:space="preserve">awaited them, a canvas upon which they would paint their </w:t>
      </w:r>
      <w:r>
        <w:rPr>
          <w:rFonts w:ascii="LiberationSerif" w:hAnsi="LiberationSerif" w:eastAsia="LiberationSerif"/>
          <w:b w:val="0"/>
          <w:i w:val="0"/>
          <w:color w:val="000000"/>
          <w:sz w:val="30"/>
        </w:rPr>
        <w:t>dreams, a stage upon which they would perform their lives.</w:t>
      </w:r>
    </w:p>
    <w:p xmlns:wp14="http://schemas.microsoft.com/office/word/2010/wordml" w14:paraId="08DF0208"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they walked out of the auditorium, hand in hand, a sense </w:t>
      </w:r>
      <w:r>
        <w:rPr>
          <w:rFonts w:ascii="LiberationSerif" w:hAnsi="LiberationSerif" w:eastAsia="LiberationSerif"/>
          <w:b w:val="0"/>
          <w:i w:val="0"/>
          <w:color w:val="000000"/>
          <w:sz w:val="30"/>
        </w:rPr>
        <w:t xml:space="preserve">of purpose filled their hearts. They were ready to face </w:t>
      </w:r>
      <w:r>
        <w:br/>
      </w:r>
      <w:r>
        <w:rPr>
          <w:rFonts w:ascii="LiberationSerif" w:hAnsi="LiberationSerif" w:eastAsia="LiberationSerif"/>
          <w:b w:val="0"/>
          <w:i w:val="0"/>
          <w:color w:val="000000"/>
          <w:sz w:val="30"/>
        </w:rPr>
        <w:t xml:space="preserve">whatever came their way, their bond forged in the fires of </w:t>
      </w:r>
      <w:r>
        <w:rPr>
          <w:rFonts w:ascii="LiberationSerif" w:hAnsi="LiberationSerif" w:eastAsia="LiberationSerif"/>
          <w:b w:val="0"/>
          <w:i w:val="0"/>
          <w:color w:val="000000"/>
          <w:sz w:val="30"/>
        </w:rPr>
        <w:t xml:space="preserve">adversity, their spirits soaring on the wings of hope. The </w:t>
      </w:r>
      <w:r>
        <w:rPr>
          <w:rFonts w:ascii="LiberationSerif" w:hAnsi="LiberationSerif" w:eastAsia="LiberationSerif"/>
          <w:b w:val="0"/>
          <w:i w:val="0"/>
          <w:color w:val="000000"/>
          <w:sz w:val="30"/>
        </w:rPr>
        <w:t xml:space="preserve">future held endless possibilities, and they were determined to </w:t>
      </w:r>
      <w:r>
        <w:rPr>
          <w:rFonts w:ascii="LiberationSerif" w:hAnsi="LiberationSerif" w:eastAsia="LiberationSerif"/>
          <w:b w:val="0"/>
          <w:i w:val="0"/>
          <w:color w:val="000000"/>
          <w:sz w:val="30"/>
        </w:rPr>
        <w:t>embrace them, together.</w:t>
      </w:r>
    </w:p>
    <w:p xmlns:wp14="http://schemas.microsoft.com/office/word/2010/wordml" w14:paraId="0B186E97"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Over the next few months, they remained close, offering </w:t>
      </w:r>
      <w:r>
        <w:rPr>
          <w:rFonts w:ascii="LiberationSerif" w:hAnsi="LiberationSerif" w:eastAsia="LiberationSerif"/>
          <w:b w:val="0"/>
          <w:i w:val="0"/>
          <w:color w:val="000000"/>
          <w:sz w:val="30"/>
        </w:rPr>
        <w:t xml:space="preserve">each other support as they navigated the daunting world of </w:t>
      </w:r>
      <w:r>
        <w:rPr>
          <w:rFonts w:ascii="LiberationSerif" w:hAnsi="LiberationSerif" w:eastAsia="LiberationSerif"/>
          <w:b w:val="0"/>
          <w:i w:val="0"/>
          <w:color w:val="000000"/>
          <w:sz w:val="30"/>
        </w:rPr>
        <w:t xml:space="preserve">college applications, job interviews, and the bittersweet </w:t>
      </w:r>
      <w:r>
        <w:rPr>
          <w:rFonts w:ascii="LiberationSerif" w:hAnsi="LiberationSerif" w:eastAsia="LiberationSerif"/>
          <w:b w:val="0"/>
          <w:i w:val="0"/>
          <w:color w:val="000000"/>
          <w:sz w:val="30"/>
        </w:rPr>
        <w:t xml:space="preserve">goodbye to their high school years. Sarah, with her innate </w:t>
      </w:r>
      <w:r>
        <w:rPr>
          <w:rFonts w:ascii="LiberationSerif" w:hAnsi="LiberationSerif" w:eastAsia="LiberationSerif"/>
          <w:b w:val="0"/>
          <w:i w:val="0"/>
          <w:color w:val="000000"/>
          <w:sz w:val="30"/>
        </w:rPr>
        <w:t xml:space="preserve">leadership skills, took the initiative to organize weekly </w:t>
      </w:r>
      <w:r>
        <w:rPr>
          <w:rFonts w:ascii="LiberationSerif" w:hAnsi="LiberationSerif" w:eastAsia="LiberationSerif"/>
          <w:b w:val="0"/>
          <w:i w:val="0"/>
          <w:color w:val="000000"/>
          <w:sz w:val="30"/>
        </w:rPr>
        <w:t xml:space="preserve">meetups, ensuring they stayed connected even amidst the </w:t>
      </w:r>
      <w:r>
        <w:rPr>
          <w:rFonts w:ascii="LiberationSerif" w:hAnsi="LiberationSerif" w:eastAsia="LiberationSerif"/>
          <w:b w:val="0"/>
          <w:i w:val="0"/>
          <w:color w:val="000000"/>
          <w:sz w:val="30"/>
        </w:rPr>
        <w:t>chaos of their newfound independence.</w:t>
      </w:r>
    </w:p>
    <w:p xmlns:wp14="http://schemas.microsoft.com/office/word/2010/wordml" w14:paraId="5F175F11"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Liam, now a budding journalist with a knack for capturing </w:t>
      </w:r>
      <w:r>
        <w:rPr>
          <w:rFonts w:ascii="LiberationSerif" w:hAnsi="LiberationSerif" w:eastAsia="LiberationSerif"/>
          <w:b w:val="0"/>
          <w:i w:val="0"/>
          <w:color w:val="000000"/>
          <w:sz w:val="30"/>
        </w:rPr>
        <w:t xml:space="preserve">the human experience, documented their journey, </w:t>
      </w:r>
      <w:r>
        <w:br/>
      </w:r>
      <w:r>
        <w:rPr>
          <w:rFonts w:ascii="LiberationSerif" w:hAnsi="LiberationSerif" w:eastAsia="LiberationSerif"/>
          <w:b w:val="0"/>
          <w:i w:val="0"/>
          <w:color w:val="000000"/>
          <w:sz w:val="30"/>
        </w:rPr>
        <w:t>chronicling their individual struggles and collective</w:t>
      </w:r>
    </w:p>
    <w:p xmlns:wp14="http://schemas.microsoft.com/office/word/2010/wordml" w14:paraId="769D0D3C" wp14:textId="77777777">
      <w:pPr>
        <w:sectPr>
          <w:pgSz w:w="12240" w:h="15840" w:orient="portrait"/>
          <w:pgMar w:top="0" w:right="1420" w:bottom="0" w:left="1440" w:header="720" w:footer="720" w:gutter="0"/>
          <w:cols/>
          <w:docGrid w:linePitch="360"/>
        </w:sectPr>
      </w:pPr>
    </w:p>
    <w:p xmlns:wp14="http://schemas.microsoft.com/office/word/2010/wordml" w14:paraId="12023F24" wp14:textId="77777777">
      <w:pPr>
        <w:autoSpaceDN w:val="0"/>
        <w:autoSpaceDE w:val="0"/>
        <w:widowControl/>
        <w:spacing w:before="1430" w:after="0" w:line="360" w:lineRule="exact"/>
        <w:ind w:left="1000" w:right="1008" w:firstLine="0"/>
        <w:jc w:val="left"/>
      </w:pPr>
      <w:r>
        <w:rPr>
          <w:rFonts w:ascii="LiberationSerif" w:hAnsi="LiberationSerif" w:eastAsia="LiberationSerif"/>
          <w:b w:val="0"/>
          <w:i w:val="0"/>
          <w:color w:val="000000"/>
          <w:sz w:val="30"/>
        </w:rPr>
        <w:t xml:space="preserve">triumphs. His words flowed like a river, weaving together </w:t>
      </w:r>
      <w:r>
        <w:rPr>
          <w:rFonts w:ascii="LiberationSerif" w:hAnsi="LiberationSerif" w:eastAsia="LiberationSerif"/>
          <w:b w:val="0"/>
          <w:i w:val="0"/>
          <w:color w:val="000000"/>
          <w:sz w:val="30"/>
        </w:rPr>
        <w:t xml:space="preserve">the tapestry of their lives, a testament to their unbreakable </w:t>
      </w:r>
      <w:r>
        <w:rPr>
          <w:rFonts w:ascii="LiberationSerif" w:hAnsi="LiberationSerif" w:eastAsia="LiberationSerif"/>
          <w:b w:val="0"/>
          <w:i w:val="0"/>
          <w:color w:val="000000"/>
          <w:sz w:val="30"/>
        </w:rPr>
        <w:t xml:space="preserve">bond. Ethan, excelling in his chosen sport, found a newfound </w:t>
      </w:r>
      <w:r>
        <w:rPr>
          <w:rFonts w:ascii="LiberationSerif" w:hAnsi="LiberationSerif" w:eastAsia="LiberationSerif"/>
          <w:b w:val="0"/>
          <w:i w:val="0"/>
          <w:color w:val="000000"/>
          <w:sz w:val="30"/>
        </w:rPr>
        <w:t xml:space="preserve">confidence, his past insecurities fading into the background </w:t>
      </w:r>
      <w:r>
        <w:rPr>
          <w:rFonts w:ascii="LiberationSerif" w:hAnsi="LiberationSerif" w:eastAsia="LiberationSerif"/>
          <w:b w:val="0"/>
          <w:i w:val="0"/>
          <w:color w:val="000000"/>
          <w:sz w:val="30"/>
        </w:rPr>
        <w:t>as he pursued his athletic dreams.</w:t>
      </w:r>
    </w:p>
    <w:p xmlns:wp14="http://schemas.microsoft.com/office/word/2010/wordml" w14:paraId="28923618"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Maya, her art evolving with each brushstroke, began </w:t>
      </w:r>
      <w:r>
        <w:rPr>
          <w:rFonts w:ascii="LiberationSerif" w:hAnsi="LiberationSerif" w:eastAsia="LiberationSerif"/>
          <w:b w:val="0"/>
          <w:i w:val="0"/>
          <w:color w:val="000000"/>
          <w:sz w:val="30"/>
        </w:rPr>
        <w:t xml:space="preserve">showcasing her work in local galleries, her canvases </w:t>
      </w:r>
      <w:r>
        <w:br/>
      </w:r>
      <w:r>
        <w:rPr>
          <w:rFonts w:ascii="LiberationSerif" w:hAnsi="LiberationSerif" w:eastAsia="LiberationSerif"/>
          <w:b w:val="0"/>
          <w:i w:val="0"/>
          <w:color w:val="000000"/>
          <w:sz w:val="30"/>
        </w:rPr>
        <w:t xml:space="preserve">reflecting the resilience of her spirit, the beauty she saw in </w:t>
      </w:r>
      <w:r>
        <w:rPr>
          <w:rFonts w:ascii="LiberationSerif" w:hAnsi="LiberationSerif" w:eastAsia="LiberationSerif"/>
          <w:b w:val="0"/>
          <w:i w:val="0"/>
          <w:color w:val="000000"/>
          <w:sz w:val="30"/>
        </w:rPr>
        <w:t xml:space="preserve">the world, and the profound impact her friends had on her </w:t>
      </w:r>
      <w:r>
        <w:rPr>
          <w:rFonts w:ascii="LiberationSerif" w:hAnsi="LiberationSerif" w:eastAsia="LiberationSerif"/>
          <w:b w:val="0"/>
          <w:i w:val="0"/>
          <w:color w:val="000000"/>
          <w:sz w:val="30"/>
        </w:rPr>
        <w:t>life.</w:t>
      </w:r>
    </w:p>
    <w:p xmlns:wp14="http://schemas.microsoft.com/office/word/2010/wordml" w14:paraId="09050FF3"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Their journey had not been without its bumps and detours, </w:t>
      </w:r>
      <w:r>
        <w:rPr>
          <w:rFonts w:ascii="LiberationSerif" w:hAnsi="LiberationSerif" w:eastAsia="LiberationSerif"/>
          <w:b w:val="0"/>
          <w:i w:val="0"/>
          <w:color w:val="000000"/>
          <w:sz w:val="30"/>
        </w:rPr>
        <w:t xml:space="preserve">but they had learned to lean on each other, offering a </w:t>
      </w:r>
      <w:r>
        <w:br/>
      </w:r>
      <w:r>
        <w:rPr>
          <w:rFonts w:ascii="LiberationSerif" w:hAnsi="LiberationSerif" w:eastAsia="LiberationSerif"/>
          <w:b w:val="0"/>
          <w:i w:val="0"/>
          <w:color w:val="000000"/>
          <w:sz w:val="30"/>
        </w:rPr>
        <w:t xml:space="preserve">shoulder to cry on, a hand to hold, a voice of reason in </w:t>
      </w:r>
      <w:r>
        <w:rPr>
          <w:rFonts w:ascii="LiberationSerif" w:hAnsi="LiberationSerif" w:eastAsia="LiberationSerif"/>
          <w:b w:val="0"/>
          <w:i w:val="0"/>
          <w:color w:val="000000"/>
          <w:sz w:val="30"/>
        </w:rPr>
        <w:t xml:space="preserve">moments of despair. They had discovered that the true </w:t>
      </w:r>
      <w:r>
        <w:rPr>
          <w:rFonts w:ascii="LiberationSerif" w:hAnsi="LiberationSerif" w:eastAsia="LiberationSerif"/>
          <w:b w:val="0"/>
          <w:i w:val="0"/>
          <w:color w:val="000000"/>
          <w:sz w:val="30"/>
        </w:rPr>
        <w:t xml:space="preserve">strength of their bond lay in their willingness to be </w:t>
      </w:r>
      <w:r>
        <w:br/>
      </w:r>
      <w:r>
        <w:rPr>
          <w:rFonts w:ascii="LiberationSerif" w:hAnsi="LiberationSerif" w:eastAsia="LiberationSerif"/>
          <w:b w:val="0"/>
          <w:i w:val="0"/>
          <w:color w:val="000000"/>
          <w:sz w:val="30"/>
        </w:rPr>
        <w:t xml:space="preserve">vulnerable, to share their fears and aspirations, to celebrate </w:t>
      </w:r>
      <w:r>
        <w:rPr>
          <w:rFonts w:ascii="LiberationSerif" w:hAnsi="LiberationSerif" w:eastAsia="LiberationSerif"/>
          <w:b w:val="0"/>
          <w:i w:val="0"/>
          <w:color w:val="000000"/>
          <w:sz w:val="30"/>
        </w:rPr>
        <w:t xml:space="preserve">each other's triumphs and offer solace during times of </w:t>
      </w:r>
      <w:r>
        <w:rPr>
          <w:rFonts w:ascii="LiberationSerif" w:hAnsi="LiberationSerif" w:eastAsia="LiberationSerif"/>
          <w:b w:val="0"/>
          <w:i w:val="0"/>
          <w:color w:val="000000"/>
          <w:sz w:val="30"/>
        </w:rPr>
        <w:t>hardship.</w:t>
      </w:r>
    </w:p>
    <w:p xmlns:wp14="http://schemas.microsoft.com/office/word/2010/wordml" w14:paraId="3DC283B5"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As they embarked on their separate paths, they carried the </w:t>
      </w:r>
      <w:r>
        <w:rPr>
          <w:rFonts w:ascii="LiberationSerif" w:hAnsi="LiberationSerif" w:eastAsia="LiberationSerif"/>
          <w:b w:val="0"/>
          <w:i w:val="0"/>
          <w:color w:val="000000"/>
          <w:sz w:val="30"/>
        </w:rPr>
        <w:t xml:space="preserve">lessons learned from their high school years, the memories </w:t>
      </w:r>
      <w:r>
        <w:rPr>
          <w:rFonts w:ascii="LiberationSerif" w:hAnsi="LiberationSerif" w:eastAsia="LiberationSerif"/>
          <w:b w:val="0"/>
          <w:i w:val="0"/>
          <w:color w:val="000000"/>
          <w:sz w:val="30"/>
        </w:rPr>
        <w:t xml:space="preserve">etched in their hearts like precious jewels. They had </w:t>
      </w:r>
      <w:r>
        <w:br/>
      </w:r>
      <w:r>
        <w:rPr>
          <w:rFonts w:ascii="LiberationSerif" w:hAnsi="LiberationSerif" w:eastAsia="LiberationSerif"/>
          <w:b w:val="0"/>
          <w:i w:val="0"/>
          <w:color w:val="000000"/>
          <w:sz w:val="30"/>
        </w:rPr>
        <w:t xml:space="preserve">discovered the true meaning of friendship, the power of </w:t>
      </w:r>
      <w:r>
        <w:rPr>
          <w:rFonts w:ascii="LiberationSerif" w:hAnsi="LiberationSerif" w:eastAsia="LiberationSerif"/>
          <w:b w:val="0"/>
          <w:i w:val="0"/>
          <w:color w:val="000000"/>
          <w:sz w:val="30"/>
        </w:rPr>
        <w:t xml:space="preserve">resilience, and the importance of embracing their authentic </w:t>
      </w:r>
      <w:r>
        <w:rPr>
          <w:rFonts w:ascii="LiberationSerif" w:hAnsi="LiberationSerif" w:eastAsia="LiberationSerif"/>
          <w:b w:val="0"/>
          <w:i w:val="0"/>
          <w:color w:val="000000"/>
          <w:sz w:val="30"/>
        </w:rPr>
        <w:t xml:space="preserve">selves. Their bond, forged in the crucible of their shared </w:t>
      </w:r>
      <w:r>
        <w:rPr>
          <w:rFonts w:ascii="LiberationSerif" w:hAnsi="LiberationSerif" w:eastAsia="LiberationSerif"/>
          <w:b w:val="0"/>
          <w:i w:val="0"/>
          <w:color w:val="000000"/>
          <w:sz w:val="30"/>
        </w:rPr>
        <w:t xml:space="preserve">experiences, had become their compass, guiding them </w:t>
      </w:r>
      <w:r>
        <w:rPr>
          <w:rFonts w:ascii="LiberationSerif" w:hAnsi="LiberationSerif" w:eastAsia="LiberationSerif"/>
          <w:b w:val="0"/>
          <w:i w:val="0"/>
          <w:color w:val="000000"/>
          <w:sz w:val="30"/>
        </w:rPr>
        <w:t>through the uncharted territories of life.</w:t>
      </w:r>
    </w:p>
    <w:p xmlns:wp14="http://schemas.microsoft.com/office/word/2010/wordml" w14:paraId="7EFA457D"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Their individual journeys were only just beginning, but one </w:t>
      </w:r>
      <w:r>
        <w:rPr>
          <w:rFonts w:ascii="LiberationSerif" w:hAnsi="LiberationSerif" w:eastAsia="LiberationSerif"/>
          <w:b w:val="0"/>
          <w:i w:val="0"/>
          <w:color w:val="000000"/>
          <w:sz w:val="30"/>
        </w:rPr>
        <w:t xml:space="preserve">thing was certain: their bond, unbreakable and ever-lasting, </w:t>
      </w:r>
      <w:r>
        <w:rPr>
          <w:rFonts w:ascii="LiberationSerif" w:hAnsi="LiberationSerif" w:eastAsia="LiberationSerif"/>
          <w:b w:val="0"/>
          <w:i w:val="0"/>
          <w:color w:val="000000"/>
          <w:sz w:val="30"/>
        </w:rPr>
        <w:t xml:space="preserve">would continue to be their unwavering support, their source </w:t>
      </w:r>
      <w:r>
        <w:rPr>
          <w:rFonts w:ascii="LiberationSerif" w:hAnsi="LiberationSerif" w:eastAsia="LiberationSerif"/>
          <w:b w:val="0"/>
          <w:i w:val="0"/>
          <w:color w:val="000000"/>
          <w:sz w:val="30"/>
        </w:rPr>
        <w:t xml:space="preserve">of strength, their compass in the vast ocean of life. They </w:t>
      </w:r>
      <w:r>
        <w:rPr>
          <w:rFonts w:ascii="LiberationSerif" w:hAnsi="LiberationSerif" w:eastAsia="LiberationSerif"/>
          <w:b w:val="0"/>
          <w:i w:val="0"/>
          <w:color w:val="000000"/>
          <w:sz w:val="30"/>
        </w:rPr>
        <w:t xml:space="preserve">were no longer just classmates, teammates, or even friends; </w:t>
      </w:r>
      <w:r>
        <w:rPr>
          <w:rFonts w:ascii="LiberationSerif" w:hAnsi="LiberationSerif" w:eastAsia="LiberationSerif"/>
          <w:b w:val="0"/>
          <w:i w:val="0"/>
          <w:color w:val="000000"/>
          <w:sz w:val="30"/>
        </w:rPr>
        <w:t>they were family, bound together by the invisible threads of</w:t>
      </w:r>
    </w:p>
    <w:p xmlns:wp14="http://schemas.microsoft.com/office/word/2010/wordml" w14:paraId="54CD245A" wp14:textId="77777777">
      <w:pPr>
        <w:sectPr>
          <w:pgSz w:w="12240" w:h="15840" w:orient="portrait"/>
          <w:pgMar w:top="0" w:right="1420" w:bottom="0" w:left="1440" w:header="720" w:footer="720" w:gutter="0"/>
          <w:cols/>
          <w:docGrid w:linePitch="360"/>
        </w:sectPr>
      </w:pPr>
    </w:p>
    <w:p xmlns:wp14="http://schemas.microsoft.com/office/word/2010/wordml" w14:paraId="1D5C0E13" wp14:textId="77777777">
      <w:pPr>
        <w:autoSpaceDN w:val="0"/>
        <w:autoSpaceDE w:val="0"/>
        <w:widowControl/>
        <w:spacing w:before="1430" w:after="0" w:line="360" w:lineRule="exact"/>
        <w:ind w:left="1000" w:right="2304" w:firstLine="0"/>
        <w:jc w:val="left"/>
      </w:pPr>
      <w:r>
        <w:rPr>
          <w:rFonts w:ascii="LiberationSerif" w:hAnsi="LiberationSerif" w:eastAsia="LiberationSerif"/>
          <w:b w:val="0"/>
          <w:i w:val="0"/>
          <w:color w:val="000000"/>
          <w:sz w:val="30"/>
        </w:rPr>
        <w:t xml:space="preserve">their shared experiences, their triumphs, and their </w:t>
      </w:r>
      <w:r>
        <w:rPr>
          <w:rFonts w:ascii="LiberationSerif" w:hAnsi="LiberationSerif" w:eastAsia="LiberationSerif"/>
          <w:b w:val="0"/>
          <w:i w:val="0"/>
          <w:color w:val="000000"/>
          <w:sz w:val="30"/>
        </w:rPr>
        <w:t>vulnerabilities.</w:t>
      </w:r>
    </w:p>
    <w:p xmlns:wp14="http://schemas.microsoft.com/office/word/2010/wordml" w14:paraId="0B9C0DC7"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Years later, as they gathered for their high school reunion, </w:t>
      </w:r>
      <w:r>
        <w:rPr>
          <w:rFonts w:ascii="LiberationSerif" w:hAnsi="LiberationSerif" w:eastAsia="LiberationSerif"/>
          <w:b w:val="0"/>
          <w:i w:val="0"/>
          <w:color w:val="000000"/>
          <w:sz w:val="30"/>
        </w:rPr>
        <w:t xml:space="preserve">they reminisced about the incredible journey they had </w:t>
      </w:r>
      <w:r>
        <w:rPr>
          <w:rFonts w:ascii="LiberationSerif" w:hAnsi="LiberationSerif" w:eastAsia="LiberationSerif"/>
          <w:b w:val="0"/>
          <w:i w:val="0"/>
          <w:color w:val="000000"/>
          <w:sz w:val="30"/>
        </w:rPr>
        <w:t xml:space="preserve">shared. They had grown as individuals, pursuing their </w:t>
      </w:r>
      <w:r>
        <w:rPr>
          <w:rFonts w:ascii="LiberationSerif" w:hAnsi="LiberationSerif" w:eastAsia="LiberationSerif"/>
          <w:b w:val="0"/>
          <w:i w:val="0"/>
          <w:color w:val="000000"/>
          <w:sz w:val="30"/>
        </w:rPr>
        <w:t xml:space="preserve">passions, achieving their goals, and navigating the </w:t>
      </w:r>
      <w:r>
        <w:br/>
      </w:r>
      <w:r>
        <w:rPr>
          <w:rFonts w:ascii="LiberationSerif" w:hAnsi="LiberationSerif" w:eastAsia="LiberationSerif"/>
          <w:b w:val="0"/>
          <w:i w:val="0"/>
          <w:color w:val="000000"/>
          <w:sz w:val="30"/>
        </w:rPr>
        <w:t xml:space="preserve">complexities of life with a newfound confidence. They had </w:t>
      </w:r>
      <w:r>
        <w:rPr>
          <w:rFonts w:ascii="LiberationSerif" w:hAnsi="LiberationSerif" w:eastAsia="LiberationSerif"/>
          <w:b w:val="0"/>
          <w:i w:val="0"/>
          <w:color w:val="000000"/>
          <w:sz w:val="30"/>
        </w:rPr>
        <w:t xml:space="preserve">fallen in love, faced heartbreak, and found solace in the </w:t>
      </w:r>
      <w:r>
        <w:rPr>
          <w:rFonts w:ascii="LiberationSerif" w:hAnsi="LiberationSerif" w:eastAsia="LiberationSerif"/>
          <w:b w:val="0"/>
          <w:i w:val="0"/>
          <w:color w:val="000000"/>
          <w:sz w:val="30"/>
        </w:rPr>
        <w:t>unwavering support of their friends.</w:t>
      </w:r>
    </w:p>
    <w:p xmlns:wp14="http://schemas.microsoft.com/office/word/2010/wordml" w14:paraId="109EA71A"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As they raised their glasses in a toast to their unbreakable </w:t>
      </w:r>
      <w:r>
        <w:rPr>
          <w:rFonts w:ascii="LiberationSerif" w:hAnsi="LiberationSerif" w:eastAsia="LiberationSerif"/>
          <w:b w:val="0"/>
          <w:i w:val="0"/>
          <w:color w:val="000000"/>
          <w:sz w:val="30"/>
        </w:rPr>
        <w:t xml:space="preserve">bond, they realised the profound impact their shared </w:t>
      </w:r>
      <w:r>
        <w:br/>
      </w:r>
      <w:r>
        <w:rPr>
          <w:rFonts w:ascii="LiberationSerif" w:hAnsi="LiberationSerif" w:eastAsia="LiberationSerif"/>
          <w:b w:val="0"/>
          <w:i w:val="0"/>
          <w:color w:val="000000"/>
          <w:sz w:val="30"/>
        </w:rPr>
        <w:t xml:space="preserve">experiences had had on their lives. Their journey had taught </w:t>
      </w:r>
      <w:r>
        <w:rPr>
          <w:rFonts w:ascii="LiberationSerif" w:hAnsi="LiberationSerif" w:eastAsia="LiberationSerif"/>
          <w:b w:val="0"/>
          <w:i w:val="0"/>
          <w:color w:val="000000"/>
          <w:sz w:val="30"/>
        </w:rPr>
        <w:t xml:space="preserve">them the importance of resilience, the power of vulnerability, </w:t>
      </w:r>
      <w:r>
        <w:rPr>
          <w:rFonts w:ascii="LiberationSerif" w:hAnsi="LiberationSerif" w:eastAsia="LiberationSerif"/>
          <w:b w:val="0"/>
          <w:i w:val="0"/>
          <w:color w:val="000000"/>
          <w:sz w:val="30"/>
        </w:rPr>
        <w:t>and the beauty of embracing their true selves.</w:t>
      </w:r>
    </w:p>
    <w:p xmlns:wp14="http://schemas.microsoft.com/office/word/2010/wordml" w14:paraId="283B9B5B"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The tapestry of their lives, woven together with threads of </w:t>
      </w:r>
      <w:r>
        <w:rPr>
          <w:rFonts w:ascii="LiberationSerif" w:hAnsi="LiberationSerif" w:eastAsia="LiberationSerif"/>
          <w:b w:val="0"/>
          <w:i w:val="0"/>
          <w:color w:val="000000"/>
          <w:sz w:val="30"/>
        </w:rPr>
        <w:t xml:space="preserve">laughter, tears, and unwavering support, was a testament to </w:t>
      </w:r>
      <w:r>
        <w:rPr>
          <w:rFonts w:ascii="LiberationSerif" w:hAnsi="LiberationSerif" w:eastAsia="LiberationSerif"/>
          <w:b w:val="0"/>
          <w:i w:val="0"/>
          <w:color w:val="000000"/>
          <w:sz w:val="30"/>
        </w:rPr>
        <w:t xml:space="preserve">the enduring strength of their bond. They had found their </w:t>
      </w:r>
      <w:r>
        <w:rPr>
          <w:rFonts w:ascii="LiberationSerif" w:hAnsi="LiberationSerif" w:eastAsia="LiberationSerif"/>
          <w:b w:val="0"/>
          <w:i w:val="0"/>
          <w:color w:val="000000"/>
          <w:sz w:val="30"/>
        </w:rPr>
        <w:t xml:space="preserve">place in the world, stronger together, their hearts forever </w:t>
      </w:r>
      <w:r>
        <w:rPr>
          <w:rFonts w:ascii="LiberationSerif" w:hAnsi="LiberationSerif" w:eastAsia="LiberationSerif"/>
          <w:b w:val="0"/>
          <w:i w:val="0"/>
          <w:color w:val="000000"/>
          <w:sz w:val="30"/>
        </w:rPr>
        <w:t xml:space="preserve">intertwined, their journey a testament to the power of </w:t>
      </w:r>
      <w:r>
        <w:rPr>
          <w:rFonts w:ascii="LiberationSerif" w:hAnsi="LiberationSerif" w:eastAsia="LiberationSerif"/>
          <w:b w:val="0"/>
          <w:i w:val="0"/>
          <w:color w:val="000000"/>
          <w:sz w:val="30"/>
        </w:rPr>
        <w:t xml:space="preserve">friendship, resilience, and the unbreakable bond they had </w:t>
      </w:r>
      <w:r>
        <w:rPr>
          <w:rFonts w:ascii="LiberationSerif" w:hAnsi="LiberationSerif" w:eastAsia="LiberationSerif"/>
          <w:b w:val="0"/>
          <w:i w:val="0"/>
          <w:color w:val="000000"/>
          <w:sz w:val="30"/>
        </w:rPr>
        <w:t>forged.</w:t>
      </w:r>
    </w:p>
    <w:p xmlns:wp14="http://schemas.microsoft.com/office/word/2010/wordml" w14:paraId="1231BE67" wp14:textId="77777777">
      <w:pPr>
        <w:sectPr>
          <w:pgSz w:w="12240" w:h="15840" w:orient="portrait"/>
          <w:pgMar w:top="0" w:right="1420" w:bottom="0" w:left="1440" w:header="720" w:footer="720" w:gutter="0"/>
          <w:cols/>
          <w:docGrid w:linePitch="360"/>
        </w:sectPr>
      </w:pPr>
    </w:p>
    <w:p xmlns:wp14="http://schemas.microsoft.com/office/word/2010/wordml" w14:paraId="2A4516B3"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Acknowledgments</w:t>
      </w:r>
    </w:p>
    <w:p xmlns:wp14="http://schemas.microsoft.com/office/word/2010/wordml" w14:paraId="00EAB2ED" wp14:textId="77777777">
      <w:pPr>
        <w:autoSpaceDN w:val="0"/>
        <w:autoSpaceDE w:val="0"/>
        <w:widowControl/>
        <w:spacing w:before="456" w:after="0" w:line="360" w:lineRule="exact"/>
        <w:ind w:left="1000" w:right="1152" w:firstLine="0"/>
        <w:jc w:val="left"/>
      </w:pPr>
      <w:r>
        <w:rPr>
          <w:rFonts w:ascii="LiberationSerif" w:hAnsi="LiberationSerif" w:eastAsia="LiberationSerif"/>
          <w:b w:val="0"/>
          <w:i w:val="0"/>
          <w:color w:val="000000"/>
          <w:sz w:val="30"/>
        </w:rPr>
        <w:t xml:space="preserve">This book is a testament to the power of human connection, </w:t>
      </w:r>
      <w:r>
        <w:rPr>
          <w:rFonts w:ascii="LiberationSerif" w:hAnsi="LiberationSerif" w:eastAsia="LiberationSerif"/>
          <w:b w:val="0"/>
          <w:i w:val="0"/>
          <w:color w:val="000000"/>
          <w:sz w:val="30"/>
        </w:rPr>
        <w:t xml:space="preserve">and I am eternally grateful to those who have enriched my </w:t>
      </w:r>
      <w:r>
        <w:rPr>
          <w:rFonts w:ascii="LiberationSerif" w:hAnsi="LiberationSerif" w:eastAsia="LiberationSerif"/>
          <w:b w:val="0"/>
          <w:i w:val="0"/>
          <w:color w:val="000000"/>
          <w:sz w:val="30"/>
        </w:rPr>
        <w:t xml:space="preserve">journey as an author and educator. First and foremost, my </w:t>
      </w:r>
      <w:r>
        <w:rPr>
          <w:rFonts w:ascii="LiberationSerif" w:hAnsi="LiberationSerif" w:eastAsia="LiberationSerif"/>
          <w:b w:val="0"/>
          <w:i w:val="0"/>
          <w:color w:val="000000"/>
          <w:sz w:val="30"/>
        </w:rPr>
        <w:t xml:space="preserve">heartfelt thanks go to the incredible young people who have </w:t>
      </w:r>
      <w:r>
        <w:rPr>
          <w:rFonts w:ascii="LiberationSerif" w:hAnsi="LiberationSerif" w:eastAsia="LiberationSerif"/>
          <w:b w:val="0"/>
          <w:i w:val="0"/>
          <w:color w:val="000000"/>
          <w:sz w:val="30"/>
        </w:rPr>
        <w:t xml:space="preserve">inspired me with their resilience, creativity, and unwavering </w:t>
      </w:r>
      <w:r>
        <w:rPr>
          <w:rFonts w:ascii="LiberationSerif" w:hAnsi="LiberationSerif" w:eastAsia="LiberationSerif"/>
          <w:b w:val="0"/>
          <w:i w:val="0"/>
          <w:color w:val="000000"/>
          <w:sz w:val="30"/>
        </w:rPr>
        <w:t xml:space="preserve">spirit. Your stories have shaped this narrative and fueled my </w:t>
      </w:r>
      <w:r>
        <w:rPr>
          <w:rFonts w:ascii="LiberationSerif" w:hAnsi="LiberationSerif" w:eastAsia="LiberationSerif"/>
          <w:b w:val="0"/>
          <w:i w:val="0"/>
          <w:color w:val="000000"/>
          <w:sz w:val="30"/>
        </w:rPr>
        <w:t>passion for empowering you to reach your full potential.</w:t>
      </w:r>
    </w:p>
    <w:p xmlns:wp14="http://schemas.microsoft.com/office/word/2010/wordml" w14:paraId="16C3ECED" wp14:textId="77777777">
      <w:pPr>
        <w:autoSpaceDN w:val="0"/>
        <w:autoSpaceDE w:val="0"/>
        <w:widowControl/>
        <w:spacing w:before="360" w:after="0" w:line="360" w:lineRule="exact"/>
        <w:ind w:left="1000" w:right="1296" w:firstLine="0"/>
        <w:jc w:val="left"/>
      </w:pPr>
      <w:r>
        <w:rPr>
          <w:rFonts w:ascii="LiberationSerif" w:hAnsi="LiberationSerif" w:eastAsia="LiberationSerif"/>
          <w:b w:val="0"/>
          <w:i w:val="0"/>
          <w:color w:val="000000"/>
          <w:sz w:val="30"/>
        </w:rPr>
        <w:t xml:space="preserve">I am deeply indebted to my family and friends for their </w:t>
      </w:r>
      <w:r>
        <w:rPr>
          <w:rFonts w:ascii="LiberationSerif" w:hAnsi="LiberationSerif" w:eastAsia="LiberationSerif"/>
          <w:b w:val="0"/>
          <w:i w:val="0"/>
          <w:color w:val="000000"/>
          <w:sz w:val="30"/>
        </w:rPr>
        <w:t xml:space="preserve">unwavering support and encouragement. Your belief in me </w:t>
      </w:r>
      <w:r>
        <w:rPr>
          <w:rFonts w:ascii="LiberationSerif" w:hAnsi="LiberationSerif" w:eastAsia="LiberationSerif"/>
          <w:b w:val="0"/>
          <w:i w:val="0"/>
          <w:color w:val="000000"/>
          <w:sz w:val="30"/>
        </w:rPr>
        <w:t xml:space="preserve">has been my guiding light, and your love has sustained me </w:t>
      </w:r>
      <w:r>
        <w:rPr>
          <w:rFonts w:ascii="LiberationSerif" w:hAnsi="LiberationSerif" w:eastAsia="LiberationSerif"/>
          <w:b w:val="0"/>
          <w:i w:val="0"/>
          <w:color w:val="000000"/>
          <w:sz w:val="30"/>
        </w:rPr>
        <w:t>through the highs and lows of the writing process.</w:t>
      </w:r>
    </w:p>
    <w:p xmlns:wp14="http://schemas.microsoft.com/office/word/2010/wordml" w14:paraId="340B52D0" wp14:textId="77777777">
      <w:pPr>
        <w:autoSpaceDN w:val="0"/>
        <w:autoSpaceDE w:val="0"/>
        <w:widowControl/>
        <w:spacing w:before="360" w:after="0" w:line="360" w:lineRule="exact"/>
        <w:ind w:left="1000" w:right="1152" w:firstLine="0"/>
        <w:jc w:val="left"/>
      </w:pPr>
      <w:r>
        <w:rPr>
          <w:rFonts w:ascii="LiberationSerif" w:hAnsi="LiberationSerif" w:eastAsia="LiberationSerif"/>
          <w:b w:val="0"/>
          <w:i w:val="0"/>
          <w:color w:val="000000"/>
          <w:sz w:val="30"/>
        </w:rPr>
        <w:t xml:space="preserve">Special gratitude to the educators who have nurtured my </w:t>
      </w:r>
      <w:r>
        <w:rPr>
          <w:rFonts w:ascii="LiberationSerif" w:hAnsi="LiberationSerif" w:eastAsia="LiberationSerif"/>
          <w:b w:val="0"/>
          <w:i w:val="0"/>
          <w:color w:val="000000"/>
          <w:sz w:val="30"/>
        </w:rPr>
        <w:t xml:space="preserve">love for literature and storytelling. Your dedication to </w:t>
      </w:r>
      <w:r>
        <w:br/>
      </w:r>
      <w:r>
        <w:rPr>
          <w:rFonts w:ascii="LiberationSerif" w:hAnsi="LiberationSerif" w:eastAsia="LiberationSerif"/>
          <w:b w:val="0"/>
          <w:i w:val="0"/>
          <w:color w:val="000000"/>
          <w:sz w:val="30"/>
        </w:rPr>
        <w:t xml:space="preserve">fostering young minds has left an indelible mark on my life, </w:t>
      </w:r>
      <w:r>
        <w:rPr>
          <w:rFonts w:ascii="LiberationSerif" w:hAnsi="LiberationSerif" w:eastAsia="LiberationSerif"/>
          <w:b w:val="0"/>
          <w:i w:val="0"/>
          <w:color w:val="000000"/>
          <w:sz w:val="30"/>
        </w:rPr>
        <w:t xml:space="preserve">and I am forever inspired by your commitment to </w:t>
      </w:r>
      <w:r>
        <w:br/>
      </w:r>
      <w:r>
        <w:rPr>
          <w:rFonts w:ascii="LiberationSerif" w:hAnsi="LiberationSerif" w:eastAsia="LiberationSerif"/>
          <w:b w:val="0"/>
          <w:i w:val="0"/>
          <w:color w:val="000000"/>
          <w:sz w:val="30"/>
        </w:rPr>
        <w:t>empowering students.</w:t>
      </w:r>
    </w:p>
    <w:p xmlns:wp14="http://schemas.microsoft.com/office/word/2010/wordml" w14:paraId="69654429"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Finally, I want to extend my sincere appreciation to the </w:t>
      </w:r>
      <w:r>
        <w:rPr>
          <w:rFonts w:ascii="LiberationSerif" w:hAnsi="LiberationSerif" w:eastAsia="LiberationSerif"/>
          <w:b w:val="0"/>
          <w:i w:val="0"/>
          <w:color w:val="000000"/>
          <w:sz w:val="30"/>
        </w:rPr>
        <w:t>readers who have embarked on this literary journey with me.</w:t>
      </w:r>
    </w:p>
    <w:p xmlns:wp14="http://schemas.microsoft.com/office/word/2010/wordml" w14:paraId="3A8B460F" wp14:textId="77777777">
      <w:pPr>
        <w:autoSpaceDN w:val="0"/>
        <w:autoSpaceDE w:val="0"/>
        <w:widowControl/>
        <w:spacing w:before="0" w:after="0" w:line="360" w:lineRule="exact"/>
        <w:ind w:left="1000" w:right="1152" w:firstLine="0"/>
        <w:jc w:val="left"/>
      </w:pPr>
      <w:r>
        <w:rPr>
          <w:rFonts w:ascii="LiberationSerif" w:hAnsi="LiberationSerif" w:eastAsia="LiberationSerif"/>
          <w:b w:val="0"/>
          <w:i w:val="0"/>
          <w:color w:val="000000"/>
          <w:sz w:val="30"/>
        </w:rPr>
        <w:t xml:space="preserve">Your engagement with "The Unbreakable Bond" is the </w:t>
      </w:r>
      <w:r>
        <w:rPr>
          <w:rFonts w:ascii="LiberationSerif" w:hAnsi="LiberationSerif" w:eastAsia="LiberationSerif"/>
          <w:b w:val="0"/>
          <w:i w:val="0"/>
          <w:color w:val="000000"/>
          <w:sz w:val="30"/>
        </w:rPr>
        <w:t xml:space="preserve">greatest reward an author could ask for. I hope this story </w:t>
      </w:r>
      <w:r>
        <w:rPr>
          <w:rFonts w:ascii="LiberationSerif" w:hAnsi="LiberationSerif" w:eastAsia="LiberationSerif"/>
          <w:b w:val="0"/>
          <w:i w:val="0"/>
          <w:color w:val="000000"/>
          <w:sz w:val="30"/>
        </w:rPr>
        <w:t xml:space="preserve">resonates with you, ignites your own spirit, and inspires you </w:t>
      </w:r>
      <w:r>
        <w:rPr>
          <w:rFonts w:ascii="LiberationSerif" w:hAnsi="LiberationSerif" w:eastAsia="LiberationSerif"/>
          <w:b w:val="0"/>
          <w:i w:val="0"/>
          <w:color w:val="000000"/>
          <w:sz w:val="30"/>
        </w:rPr>
        <w:t>to forge your own unbreakable bonds.</w:t>
      </w:r>
    </w:p>
    <w:p xmlns:wp14="http://schemas.microsoft.com/office/word/2010/wordml" w14:paraId="36FEB5B0" wp14:textId="77777777">
      <w:pPr>
        <w:sectPr>
          <w:pgSz w:w="12240" w:h="15840" w:orient="portrait"/>
          <w:pgMar w:top="0" w:right="1420" w:bottom="0" w:left="1440" w:header="720" w:footer="720" w:gutter="0"/>
          <w:cols/>
          <w:docGrid w:linePitch="360"/>
        </w:sectPr>
      </w:pPr>
    </w:p>
    <w:p xmlns:wp14="http://schemas.microsoft.com/office/word/2010/wordml" w14:paraId="7FF148AA"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Appendix</w:t>
      </w:r>
    </w:p>
    <w:p xmlns:wp14="http://schemas.microsoft.com/office/word/2010/wordml" w14:paraId="69947FF5" wp14:textId="77777777">
      <w:pPr>
        <w:autoSpaceDN w:val="0"/>
        <w:autoSpaceDE w:val="0"/>
        <w:widowControl/>
        <w:spacing w:before="484" w:after="0" w:line="332" w:lineRule="exact"/>
        <w:ind w:left="1000" w:right="0" w:firstLine="0"/>
        <w:jc w:val="left"/>
      </w:pPr>
      <w:r>
        <w:rPr>
          <w:rFonts w:ascii="LiberationSerif" w:hAnsi="LiberationSerif" w:eastAsia="LiberationSerif"/>
          <w:b/>
          <w:i w:val="0"/>
          <w:color w:val="000000"/>
          <w:sz w:val="30"/>
        </w:rPr>
        <w:t>A. The Unbreakable Bond Oath:</w:t>
      </w:r>
    </w:p>
    <w:p xmlns:wp14="http://schemas.microsoft.com/office/word/2010/wordml" w14:paraId="5494B8D8" wp14:textId="77777777">
      <w:pPr>
        <w:autoSpaceDN w:val="0"/>
        <w:autoSpaceDE w:val="0"/>
        <w:widowControl/>
        <w:spacing w:before="360" w:after="0" w:line="360" w:lineRule="exact"/>
        <w:ind w:left="1000" w:right="4032" w:firstLine="0"/>
        <w:jc w:val="left"/>
      </w:pPr>
      <w:r>
        <w:rPr>
          <w:rFonts w:ascii="LiberationSerif" w:hAnsi="LiberationSerif" w:eastAsia="LiberationSerif"/>
          <w:b w:val="0"/>
          <w:i w:val="0"/>
          <w:color w:val="000000"/>
          <w:sz w:val="30"/>
        </w:rPr>
        <w:t xml:space="preserve">"We stand together, a united force, </w:t>
      </w:r>
      <w:r>
        <w:br/>
      </w:r>
      <w:r>
        <w:rPr>
          <w:rFonts w:ascii="LiberationSerif" w:hAnsi="LiberationSerif" w:eastAsia="LiberationSerif"/>
          <w:b w:val="0"/>
          <w:i w:val="0"/>
          <w:color w:val="000000"/>
          <w:sz w:val="30"/>
        </w:rPr>
        <w:t>With hearts open and voices strong.</w:t>
      </w:r>
    </w:p>
    <w:p xmlns:wp14="http://schemas.microsoft.com/office/word/2010/wordml" w14:paraId="5AF7A8C1" wp14:textId="77777777">
      <w:pPr>
        <w:autoSpaceDN w:val="0"/>
        <w:autoSpaceDE w:val="0"/>
        <w:widowControl/>
        <w:spacing w:before="0" w:after="0" w:line="360" w:lineRule="exact"/>
        <w:ind w:left="1000" w:right="2160" w:firstLine="0"/>
        <w:jc w:val="left"/>
      </w:pPr>
      <w:r>
        <w:rPr>
          <w:rFonts w:ascii="LiberationSerif" w:hAnsi="LiberationSerif" w:eastAsia="LiberationSerif"/>
          <w:b w:val="0"/>
          <w:i w:val="0"/>
          <w:color w:val="000000"/>
          <w:sz w:val="30"/>
        </w:rPr>
        <w:t xml:space="preserve">To embrace our strengths, celebrate our differences, </w:t>
      </w:r>
      <w:r>
        <w:rPr>
          <w:rFonts w:ascii="LiberationSerif" w:hAnsi="LiberationSerif" w:eastAsia="LiberationSerif"/>
          <w:b w:val="0"/>
          <w:i w:val="0"/>
          <w:color w:val="000000"/>
          <w:sz w:val="30"/>
        </w:rPr>
        <w:t>And challenge ourselves to grow.</w:t>
      </w:r>
    </w:p>
    <w:p xmlns:wp14="http://schemas.microsoft.com/office/word/2010/wordml" w14:paraId="42F148DC" wp14:textId="77777777">
      <w:pPr>
        <w:autoSpaceDN w:val="0"/>
        <w:autoSpaceDE w:val="0"/>
        <w:widowControl/>
        <w:spacing w:before="0" w:after="0" w:line="360" w:lineRule="exact"/>
        <w:ind w:left="1000" w:right="3312" w:firstLine="0"/>
        <w:jc w:val="left"/>
      </w:pPr>
      <w:r>
        <w:rPr>
          <w:rFonts w:ascii="LiberationSerif" w:hAnsi="LiberationSerif" w:eastAsia="LiberationSerif"/>
          <w:b w:val="0"/>
          <w:i w:val="0"/>
          <w:color w:val="000000"/>
          <w:sz w:val="30"/>
        </w:rPr>
        <w:t xml:space="preserve">To speak with kindness, act with integrity, </w:t>
      </w:r>
      <w:r>
        <w:rPr>
          <w:rFonts w:ascii="LiberationSerif" w:hAnsi="LiberationSerif" w:eastAsia="LiberationSerif"/>
          <w:b w:val="0"/>
          <w:i w:val="0"/>
          <w:color w:val="000000"/>
          <w:sz w:val="30"/>
        </w:rPr>
        <w:t>And live with authenticity.</w:t>
      </w:r>
    </w:p>
    <w:p xmlns:wp14="http://schemas.microsoft.com/office/word/2010/wordml" w14:paraId="1BE36A48" wp14:textId="77777777">
      <w:pPr>
        <w:autoSpaceDN w:val="0"/>
        <w:autoSpaceDE w:val="0"/>
        <w:widowControl/>
        <w:spacing w:before="0" w:after="0" w:line="360" w:lineRule="exact"/>
        <w:ind w:left="1000" w:right="4176" w:firstLine="0"/>
        <w:jc w:val="left"/>
      </w:pPr>
      <w:r>
        <w:rPr>
          <w:rFonts w:ascii="LiberationSerif" w:hAnsi="LiberationSerif" w:eastAsia="LiberationSerif"/>
          <w:b w:val="0"/>
          <w:i w:val="0"/>
          <w:color w:val="000000"/>
          <w:sz w:val="30"/>
        </w:rPr>
        <w:t xml:space="preserve">We pledge to support one another, </w:t>
      </w:r>
      <w:r>
        <w:br/>
      </w:r>
      <w:r>
        <w:rPr>
          <w:rFonts w:ascii="LiberationSerif" w:hAnsi="LiberationSerif" w:eastAsia="LiberationSerif"/>
          <w:b w:val="0"/>
          <w:i w:val="0"/>
          <w:color w:val="000000"/>
          <w:sz w:val="30"/>
        </w:rPr>
        <w:t xml:space="preserve">Through triumphs and trials, </w:t>
      </w:r>
      <w:r>
        <w:br/>
      </w:r>
      <w:r>
        <w:rPr>
          <w:rFonts w:ascii="LiberationSerif" w:hAnsi="LiberationSerif" w:eastAsia="LiberationSerif"/>
          <w:b w:val="0"/>
          <w:i w:val="0"/>
          <w:color w:val="000000"/>
          <w:sz w:val="30"/>
        </w:rPr>
        <w:t xml:space="preserve">Forging an unbreakable bond, </w:t>
      </w:r>
      <w:r>
        <w:br/>
      </w:r>
      <w:r>
        <w:rPr>
          <w:rFonts w:ascii="LiberationSerif" w:hAnsi="LiberationSerif" w:eastAsia="LiberationSerif"/>
          <w:b w:val="0"/>
          <w:i w:val="0"/>
          <w:color w:val="000000"/>
          <w:sz w:val="30"/>
        </w:rPr>
        <w:t>That will last a lifetime.</w:t>
      </w:r>
    </w:p>
    <w:p xmlns:wp14="http://schemas.microsoft.com/office/word/2010/wordml" w14:paraId="4C6C0670" wp14:textId="77777777">
      <w:pPr>
        <w:autoSpaceDN w:val="0"/>
        <w:autoSpaceDE w:val="0"/>
        <w:widowControl/>
        <w:spacing w:before="28" w:after="0" w:line="332" w:lineRule="exact"/>
        <w:ind w:left="1000" w:right="0" w:firstLine="0"/>
        <w:jc w:val="left"/>
      </w:pPr>
      <w:r>
        <w:rPr>
          <w:rFonts w:ascii="LiberationSerif" w:hAnsi="LiberationSerif" w:eastAsia="LiberationSerif"/>
          <w:b w:val="0"/>
          <w:i w:val="0"/>
          <w:color w:val="000000"/>
          <w:sz w:val="30"/>
        </w:rPr>
        <w:t>Together, we rise."</w:t>
      </w:r>
    </w:p>
    <w:p xmlns:wp14="http://schemas.microsoft.com/office/word/2010/wordml" w14:paraId="30D7AA69" wp14:textId="77777777">
      <w:pPr>
        <w:sectPr>
          <w:pgSz w:w="12240" w:h="15840" w:orient="portrait"/>
          <w:pgMar w:top="0" w:right="1420" w:bottom="0" w:left="1440" w:header="720" w:footer="720" w:gutter="0"/>
          <w:cols/>
          <w:docGrid w:linePitch="360"/>
        </w:sectPr>
      </w:pPr>
    </w:p>
    <w:p xmlns:wp14="http://schemas.microsoft.com/office/word/2010/wordml" w14:paraId="04C7796E"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Glossary</w:t>
      </w:r>
    </w:p>
    <w:p xmlns:wp14="http://schemas.microsoft.com/office/word/2010/wordml" w14:paraId="6392EDCA" wp14:textId="77777777">
      <w:pPr>
        <w:autoSpaceDN w:val="0"/>
        <w:autoSpaceDE w:val="0"/>
        <w:widowControl/>
        <w:spacing w:before="456" w:after="0" w:line="360" w:lineRule="exact"/>
        <w:ind w:left="1000" w:right="1584" w:firstLine="0"/>
        <w:jc w:val="left"/>
      </w:pPr>
      <w:r>
        <w:rPr>
          <w:rFonts w:ascii="LiberationSerif" w:hAnsi="LiberationSerif" w:eastAsia="LiberationSerif"/>
          <w:b/>
          <w:i w:val="0"/>
          <w:color w:val="000000"/>
          <w:sz w:val="30"/>
        </w:rPr>
        <w:t>Resilience:</w:t>
      </w:r>
      <w:r>
        <w:rPr>
          <w:rFonts w:ascii="LiberationSerif" w:hAnsi="LiberationSerif" w:eastAsia="LiberationSerif"/>
          <w:b/>
          <w:i w:val="0"/>
          <w:color w:val="000000"/>
          <w:sz w:val="30"/>
        </w:rPr>
        <w:br/>
      </w:r>
      <w:r>
        <w:rPr>
          <w:rFonts w:ascii="LiberationSerif" w:hAnsi="LiberationSerif" w:eastAsia="LiberationSerif"/>
          <w:b w:val="0"/>
          <w:i w:val="0"/>
          <w:color w:val="000000"/>
          <w:sz w:val="30"/>
        </w:rPr>
        <w:t xml:space="preserve">The ability to adapt and thrive in the face of </w:t>
      </w:r>
      <w:r>
        <w:rPr>
          <w:rFonts w:ascii="LiberationSerif" w:hAnsi="LiberationSerif" w:eastAsia="LiberationSerif"/>
          <w:b w:val="0"/>
          <w:i w:val="0"/>
          <w:color w:val="000000"/>
          <w:sz w:val="30"/>
        </w:rPr>
        <w:t>adversity.</w:t>
      </w:r>
    </w:p>
    <w:p xmlns:wp14="http://schemas.microsoft.com/office/word/2010/wordml" w14:paraId="32A49E26" wp14:textId="77777777">
      <w:pPr>
        <w:autoSpaceDN w:val="0"/>
        <w:autoSpaceDE w:val="0"/>
        <w:widowControl/>
        <w:spacing w:before="28" w:after="0" w:line="332" w:lineRule="exact"/>
        <w:ind w:left="1000" w:right="0" w:firstLine="0"/>
        <w:jc w:val="left"/>
      </w:pPr>
      <w:r>
        <w:rPr>
          <w:rFonts w:ascii="LiberationSerif" w:hAnsi="LiberationSerif" w:eastAsia="LiberationSerif"/>
          <w:b/>
          <w:i w:val="0"/>
          <w:color w:val="000000"/>
          <w:sz w:val="30"/>
        </w:rPr>
        <w:t>Integrity:</w:t>
      </w:r>
      <w:r>
        <w:rPr>
          <w:rFonts w:ascii="LiberationSerif" w:hAnsi="LiberationSerif" w:eastAsia="LiberationSerif"/>
          <w:b/>
          <w:i w:val="0"/>
          <w:color w:val="000000"/>
          <w:sz w:val="30"/>
        </w:rPr>
        <w:br/>
      </w:r>
      <w:r>
        <w:rPr>
          <w:rFonts w:ascii="LiberationSerif" w:hAnsi="LiberationSerif" w:eastAsia="LiberationSerif"/>
          <w:b w:val="0"/>
          <w:i w:val="0"/>
          <w:color w:val="000000"/>
          <w:sz w:val="30"/>
        </w:rPr>
        <w:t>Adhering to strong moral and ethical principles.</w:t>
      </w:r>
    </w:p>
    <w:p xmlns:wp14="http://schemas.microsoft.com/office/word/2010/wordml" w14:paraId="289E7499" wp14:textId="77777777">
      <w:pPr>
        <w:autoSpaceDN w:val="0"/>
        <w:autoSpaceDE w:val="0"/>
        <w:widowControl/>
        <w:spacing w:before="0" w:after="0" w:line="360" w:lineRule="exact"/>
        <w:ind w:left="1000" w:right="1296" w:firstLine="0"/>
        <w:jc w:val="left"/>
      </w:pPr>
      <w:r>
        <w:rPr>
          <w:rFonts w:ascii="LiberationSerif" w:hAnsi="LiberationSerif" w:eastAsia="LiberationSerif"/>
          <w:b/>
          <w:i w:val="0"/>
          <w:color w:val="000000"/>
          <w:sz w:val="30"/>
        </w:rPr>
        <w:t>Authenticity:</w:t>
      </w:r>
      <w:r>
        <w:rPr>
          <w:rFonts w:ascii="LiberationSerif" w:hAnsi="LiberationSerif" w:eastAsia="LiberationSerif"/>
          <w:b/>
          <w:i w:val="0"/>
          <w:color w:val="000000"/>
          <w:sz w:val="30"/>
        </w:rPr>
        <w:br/>
      </w:r>
      <w:r>
        <w:rPr>
          <w:rFonts w:ascii="LiberationSerif" w:hAnsi="LiberationSerif" w:eastAsia="LiberationSerif"/>
          <w:b w:val="0"/>
          <w:i w:val="0"/>
          <w:color w:val="000000"/>
          <w:sz w:val="30"/>
        </w:rPr>
        <w:t xml:space="preserve">Being true to oneself and one's values. </w:t>
      </w:r>
      <w:r>
        <w:rPr>
          <w:rFonts w:ascii="LiberationSerif" w:hAnsi="LiberationSerif" w:eastAsia="LiberationSerif"/>
          <w:b/>
          <w:i w:val="0"/>
          <w:color w:val="000000"/>
          <w:sz w:val="30"/>
        </w:rPr>
        <w:t>Self-discovery:</w:t>
      </w:r>
      <w:r>
        <w:rPr>
          <w:rFonts w:ascii="LiberationSerif" w:hAnsi="LiberationSerif" w:eastAsia="LiberationSerif"/>
          <w:b/>
          <w:i w:val="0"/>
          <w:color w:val="000000"/>
          <w:sz w:val="30"/>
        </w:rPr>
        <w:br/>
      </w:r>
      <w:r>
        <w:rPr>
          <w:rFonts w:ascii="LiberationSerif" w:hAnsi="LiberationSerif" w:eastAsia="LiberationSerif"/>
          <w:b w:val="0"/>
          <w:i w:val="0"/>
          <w:color w:val="000000"/>
          <w:sz w:val="30"/>
        </w:rPr>
        <w:t xml:space="preserve">The process of learning about oneself and </w:t>
      </w:r>
      <w:r>
        <w:rPr>
          <w:rFonts w:ascii="LiberationSerif" w:hAnsi="LiberationSerif" w:eastAsia="LiberationSerif"/>
          <w:b w:val="0"/>
          <w:i w:val="0"/>
          <w:color w:val="000000"/>
          <w:sz w:val="30"/>
        </w:rPr>
        <w:t>one's potential.</w:t>
      </w:r>
    </w:p>
    <w:p xmlns:wp14="http://schemas.microsoft.com/office/word/2010/wordml" w14:paraId="4853A06A" wp14:textId="77777777">
      <w:pPr>
        <w:autoSpaceDN w:val="0"/>
        <w:autoSpaceDE w:val="0"/>
        <w:widowControl/>
        <w:spacing w:before="0" w:after="0" w:line="360" w:lineRule="exact"/>
        <w:ind w:left="1000" w:right="1440" w:firstLine="0"/>
        <w:jc w:val="left"/>
      </w:pPr>
      <w:r>
        <w:rPr>
          <w:rFonts w:ascii="LiberationSerif" w:hAnsi="LiberationSerif" w:eastAsia="LiberationSerif"/>
          <w:b/>
          <w:i w:val="0"/>
          <w:color w:val="000000"/>
          <w:sz w:val="30"/>
        </w:rPr>
        <w:t>Empowerment:</w:t>
      </w:r>
      <w:r>
        <w:rPr>
          <w:rFonts w:ascii="LiberationSerif" w:hAnsi="LiberationSerif" w:eastAsia="LiberationSerif"/>
          <w:b/>
          <w:i w:val="0"/>
          <w:color w:val="000000"/>
          <w:sz w:val="30"/>
        </w:rPr>
        <w:br/>
      </w:r>
      <w:r>
        <w:rPr>
          <w:rFonts w:ascii="LiberationSerif" w:hAnsi="LiberationSerif" w:eastAsia="LiberationSerif"/>
          <w:b w:val="0"/>
          <w:i w:val="0"/>
          <w:color w:val="000000"/>
          <w:sz w:val="30"/>
        </w:rPr>
        <w:t xml:space="preserve">Providing individuals with the tools and </w:t>
      </w:r>
      <w:r>
        <w:rPr>
          <w:rFonts w:ascii="LiberationSerif" w:hAnsi="LiberationSerif" w:eastAsia="LiberationSerif"/>
          <w:b w:val="0"/>
          <w:i w:val="0"/>
          <w:color w:val="000000"/>
          <w:sz w:val="30"/>
        </w:rPr>
        <w:t>confidence to take control of their lives.</w:t>
      </w:r>
    </w:p>
    <w:p xmlns:wp14="http://schemas.microsoft.com/office/word/2010/wordml" w14:paraId="7196D064" wp14:textId="77777777">
      <w:pPr>
        <w:sectPr>
          <w:pgSz w:w="12240" w:h="15840" w:orient="portrait"/>
          <w:pgMar w:top="0" w:right="1420" w:bottom="0" w:left="1440" w:header="720" w:footer="720" w:gutter="0"/>
          <w:cols/>
          <w:docGrid w:linePitch="360"/>
        </w:sectPr>
      </w:pPr>
    </w:p>
    <w:p xmlns:wp14="http://schemas.microsoft.com/office/word/2010/wordml" w14:paraId="071E4E01"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References</w:t>
      </w:r>
    </w:p>
    <w:p xmlns:wp14="http://schemas.microsoft.com/office/word/2010/wordml" w14:paraId="40A83F8B"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This section should include a list of books, articles, websites, </w:t>
      </w:r>
      <w:r>
        <w:rPr>
          <w:rFonts w:ascii="LiberationSerif" w:hAnsi="LiberationSerif" w:eastAsia="LiberationSerif"/>
          <w:b w:val="0"/>
          <w:i w:val="0"/>
          <w:color w:val="000000"/>
          <w:sz w:val="30"/>
        </w:rPr>
        <w:t xml:space="preserve">or other resources that were used as sources for the </w:t>
      </w:r>
      <w:r>
        <w:br/>
      </w:r>
      <w:r>
        <w:rPr>
          <w:rFonts w:ascii="LiberationSerif" w:hAnsi="LiberationSerif" w:eastAsia="LiberationSerif"/>
          <w:b w:val="0"/>
          <w:i w:val="0"/>
          <w:color w:val="000000"/>
          <w:sz w:val="30"/>
        </w:rPr>
        <w:t>information presented in the book.</w:t>
      </w:r>
    </w:p>
    <w:p xmlns:wp14="http://schemas.microsoft.com/office/word/2010/wordml" w14:paraId="34FF1C98" wp14:textId="77777777">
      <w:pPr>
        <w:sectPr>
          <w:pgSz w:w="12240" w:h="15840" w:orient="portrait"/>
          <w:pgMar w:top="0" w:right="1420" w:bottom="0" w:left="1440" w:header="720" w:footer="720" w:gutter="0"/>
          <w:cols/>
          <w:docGrid w:linePitch="360"/>
        </w:sectPr>
      </w:pPr>
    </w:p>
    <w:p xmlns:wp14="http://schemas.microsoft.com/office/word/2010/wordml" w14:paraId="5010F445" wp14:textId="77777777">
      <w:pPr>
        <w:autoSpaceDN w:val="0"/>
        <w:autoSpaceDE w:val="0"/>
        <w:widowControl/>
        <w:spacing w:before="1904" w:after="0" w:line="374" w:lineRule="exact"/>
        <w:ind w:left="1000" w:right="0" w:firstLine="0"/>
        <w:jc w:val="left"/>
      </w:pPr>
      <w:r>
        <w:rPr>
          <w:rFonts w:ascii="LiberationSerif" w:hAnsi="LiberationSerif" w:eastAsia="LiberationSerif"/>
          <w:b/>
          <w:i w:val="0"/>
          <w:color w:val="000000"/>
          <w:sz w:val="34"/>
        </w:rPr>
        <w:t>Author Biography</w:t>
      </w:r>
    </w:p>
    <w:p xmlns:wp14="http://schemas.microsoft.com/office/word/2010/wordml" w14:paraId="6411D5B1" wp14:textId="77777777">
      <w:pPr>
        <w:autoSpaceDN w:val="0"/>
        <w:autoSpaceDE w:val="0"/>
        <w:widowControl/>
        <w:spacing w:before="456" w:after="0" w:line="360" w:lineRule="exact"/>
        <w:ind w:left="1000" w:right="1008" w:firstLine="0"/>
        <w:jc w:val="left"/>
      </w:pPr>
      <w:r>
        <w:rPr>
          <w:rFonts w:ascii="LiberationSerif" w:hAnsi="LiberationSerif" w:eastAsia="LiberationSerif"/>
          <w:b w:val="0"/>
          <w:i w:val="0"/>
          <w:color w:val="000000"/>
          <w:sz w:val="30"/>
        </w:rPr>
        <w:t xml:space="preserve">[Your Name] is an inspirational author and educator with a </w:t>
      </w:r>
      <w:r>
        <w:rPr>
          <w:rFonts w:ascii="LiberationSerif" w:hAnsi="LiberationSerif" w:eastAsia="LiberationSerif"/>
          <w:b w:val="0"/>
          <w:i w:val="0"/>
          <w:color w:val="000000"/>
          <w:sz w:val="30"/>
        </w:rPr>
        <w:t xml:space="preserve">passion for empowering young people. With a background in </w:t>
      </w:r>
      <w:r>
        <w:rPr>
          <w:rFonts w:ascii="LiberationSerif" w:hAnsi="LiberationSerif" w:eastAsia="LiberationSerif"/>
          <w:b w:val="0"/>
          <w:i w:val="0"/>
          <w:color w:val="000000"/>
          <w:sz w:val="30"/>
        </w:rPr>
        <w:t xml:space="preserve">fiction writing, [Your Name] has always been drawn to </w:t>
      </w:r>
      <w:r>
        <w:rPr>
          <w:rFonts w:ascii="LiberationSerif" w:hAnsi="LiberationSerif" w:eastAsia="LiberationSerif"/>
          <w:b w:val="0"/>
          <w:i w:val="0"/>
          <w:color w:val="000000"/>
          <w:sz w:val="30"/>
        </w:rPr>
        <w:t xml:space="preserve">stories that explore themes of resilience, self-discovery, and </w:t>
      </w:r>
      <w:r>
        <w:rPr>
          <w:rFonts w:ascii="LiberationSerif" w:hAnsi="LiberationSerif" w:eastAsia="LiberationSerif"/>
          <w:b w:val="0"/>
          <w:i w:val="0"/>
          <w:color w:val="000000"/>
          <w:sz w:val="30"/>
        </w:rPr>
        <w:t>human connection.</w:t>
      </w:r>
    </w:p>
    <w:p xmlns:wp14="http://schemas.microsoft.com/office/word/2010/wordml" w14:paraId="4BE5C184" wp14:textId="77777777">
      <w:pPr>
        <w:autoSpaceDN w:val="0"/>
        <w:autoSpaceDE w:val="0"/>
        <w:widowControl/>
        <w:spacing w:before="360" w:after="0" w:line="360" w:lineRule="exact"/>
        <w:ind w:left="1000" w:right="1008" w:firstLine="0"/>
        <w:jc w:val="left"/>
      </w:pPr>
      <w:r>
        <w:rPr>
          <w:rFonts w:ascii="LiberationSerif" w:hAnsi="LiberationSerif" w:eastAsia="LiberationSerif"/>
          <w:b w:val="0"/>
          <w:i w:val="0"/>
          <w:color w:val="000000"/>
          <w:sz w:val="30"/>
        </w:rPr>
        <w:t xml:space="preserve">[Your Name] is dedicated to creating narratives that resonate </w:t>
      </w:r>
      <w:r>
        <w:rPr>
          <w:rFonts w:ascii="LiberationSerif" w:hAnsi="LiberationSerif" w:eastAsia="LiberationSerif"/>
          <w:b w:val="0"/>
          <w:i w:val="0"/>
          <w:color w:val="000000"/>
          <w:sz w:val="30"/>
        </w:rPr>
        <w:t xml:space="preserve">with young readers, encouraging them to embrace their true </w:t>
      </w:r>
      <w:r>
        <w:rPr>
          <w:rFonts w:ascii="LiberationSerif" w:hAnsi="LiberationSerif" w:eastAsia="LiberationSerif"/>
          <w:b w:val="0"/>
          <w:i w:val="0"/>
          <w:color w:val="000000"/>
          <w:sz w:val="30"/>
        </w:rPr>
        <w:t>selves and find their place in the world.</w:t>
      </w:r>
    </w:p>
    <w:p xmlns:wp14="http://schemas.microsoft.com/office/word/2010/wordml" w14:paraId="3BD367D0" wp14:textId="77777777">
      <w:pPr>
        <w:autoSpaceDN w:val="0"/>
        <w:autoSpaceDE w:val="0"/>
        <w:widowControl/>
        <w:spacing w:before="360" w:after="0" w:line="360" w:lineRule="exact"/>
        <w:ind w:left="1000" w:right="1728" w:firstLine="0"/>
        <w:jc w:val="left"/>
      </w:pPr>
      <w:r>
        <w:rPr>
          <w:rFonts w:ascii="LiberationSerif" w:hAnsi="LiberationSerif" w:eastAsia="LiberationSerif"/>
          <w:b w:val="0"/>
          <w:i w:val="0"/>
          <w:color w:val="000000"/>
          <w:sz w:val="30"/>
        </w:rPr>
        <w:t xml:space="preserve">When [Your Name] is not writing, [Your Name] enjoys </w:t>
      </w:r>
      <w:r>
        <w:rPr>
          <w:rFonts w:ascii="LiberationSerif" w:hAnsi="LiberationSerif" w:eastAsia="LiberationSerif"/>
          <w:b w:val="0"/>
          <w:i w:val="0"/>
          <w:color w:val="000000"/>
          <w:sz w:val="30"/>
        </w:rPr>
        <w:t xml:space="preserve">spending time with family and friends, exploring the </w:t>
      </w:r>
      <w:r>
        <w:rPr>
          <w:rFonts w:ascii="LiberationSerif" w:hAnsi="LiberationSerif" w:eastAsia="LiberationSerif"/>
          <w:b w:val="0"/>
          <w:i w:val="0"/>
          <w:color w:val="000000"/>
          <w:sz w:val="30"/>
        </w:rPr>
        <w:t>outdoors, and volunteering in the community.</w:t>
      </w:r>
    </w:p>
    <w:sectPr w:rsidRPr="0006063C" w:rsidR="00FC693F" w:rsidSect="00034616">
      <w:pgSz w:w="12240" w:h="15840" w:orient="portrait"/>
      <w:pgMar w:top="0" w:right="1420" w:bottom="0" w:left="1440" w:header="720" w:footer="720"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52C2049"/>
    <w:rsid w:val="23964F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420312EE-7964-49F5-B266-76C8251DB6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breianna loyd</lastModifiedBy>
  <revision>2</revision>
  <dcterms:created xsi:type="dcterms:W3CDTF">2013-12-23T23:15:00.0000000Z</dcterms:created>
  <dcterms:modified xsi:type="dcterms:W3CDTF">2024-11-05T18:47:13.2542666Z</dcterms:modified>
  <category/>
</coreProperties>
</file>