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500"/>
        <w:ind w:left="0" w:right="0"/>
      </w:pPr>
    </w:p>
    <w:p>
      <w:pPr>
        <w:autoSpaceDN w:val="0"/>
        <w:autoSpaceDE w:val="0"/>
        <w:widowControl/>
        <w:spacing w:line="664" w:lineRule="exact" w:before="426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60"/>
        </w:rPr>
        <w:t>The Dark Thorn</w:t>
      </w:r>
    </w:p>
    <w:p>
      <w:pPr>
        <w:sectPr>
          <w:pgSz w:w="12240" w:h="15840"/>
          <w:pgMar w:top="72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Dedication</w:t>
      </w:r>
    </w:p>
    <w:p>
      <w:pPr>
        <w:autoSpaceDN w:val="0"/>
        <w:autoSpaceDE w:val="0"/>
        <w:widowControl/>
        <w:spacing w:line="360" w:lineRule="exact" w:before="4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story is dedicated to those who dare to embrace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shadows within themselves and the light that shines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others, reminding us that love can blossom even in the most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unexpected places. May it inspire you to believe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of connection and the courage to challenge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boundaries that divide us.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Preface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a world where shadows and sunlight exist in a delicate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balance, the tale of Codie and Zylak unfolds. Their story is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 enduring power of love, a force that can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transcend the deepest divides and illuminate even the darkest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corners. This journey into the realms of light and shadow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invites you to explore the complexities of prejudice,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allure of forbidden love, and the transformative strength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lies within us all.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Introduction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Welcome to a world where the sun-kissed meadows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fairy realm coexist with the enigmatic depths of the shadowy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realm. This is where Codie, a radiant fairy with a heart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bright as the morning sun, finds herself drawn to Zylak,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brooding fairy shrouded in darkness. Their worlds couldn't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 more different, yet an undeniable attraction sparks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between them, igniting a forbidden love that threatens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shake the very foundations of their existence.</w:t>
      </w:r>
    </w:p>
    <w:p>
      <w:pPr>
        <w:autoSpaceDN w:val="0"/>
        <w:autoSpaceDE w:val="0"/>
        <w:widowControl/>
        <w:spacing w:line="360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Prepare to be captivated by the beauty of a love that defies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societal norms and the perils that arise when ancient magic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clashes with the yearning for acceptance. As Codie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navigate their treacherous path, they discover the true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meaning of courage, the transformative power of love,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strength that resides within a heart that dares to embrace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unknown.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A Day in the Sunlit Meadow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sun painted the sky with vibrant hues of gold and rose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skipped through the Sunlit Meadow, her laughter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melody that danced upon the breeze. Her blonde hair,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bright as the summer daisies that dotted the meadow,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cascaded down her back in shimmering waves. With every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step, her wings, delicate and translucent as spun sugar,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caught the light, casting rainbows across the vibrant green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grass.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meadow was a tapestry of life, a symphony of buzzing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bees and chirping birds. Butterflies, their wings shimmering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iridescent colors, flitted from bloom to bloom,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delicate dance a constant source of joy. In the heart of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vibrant landscape, a crystal-clear stream flowed like a ribbon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silver, its water sparkling with a life force that mirrored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meadow's spirit.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stopped at the edge of the stream, her reflection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radiant vision of pure light. Her laughter faded, replaced by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contentment. This was her world, a haven of sunshine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joy, where worries were as fleeting as the clouds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occasionally drifted across the azure sky. She was a fairy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Sunlit Meadow, a being woven from sunlight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laughter, and her very essence radiated with the warmth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happiness of her world.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gentle breeze rustled through the meadow, carrying with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scent of honeysuckle and wild roses. Codie breathed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deeply, savoring the intoxicating fragrance that filled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lungs. She was a creature of pure light, her heart brimming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 the innocent joy of a world untouched by darkness.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world was a realm of vibrant colors, where even the air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shimmered with the energy of life. Her fellow fairies, each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radiant as the morning sun, flitted through the meadows,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laughter echoing through the sun-drenched fields.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a community of light, their joy as boundless as the sky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above.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Every day in the Sunlit Meadow was a celebration of life,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vibrant tapestry woven from laughter, love, and the gentle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rhythm of nature. Here, worries were banished by the radiant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warmth of the sun, and the world was a place where even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most whimsical dreams seemed possible.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Codie, with her sun-kissed smile and her infectious laughter,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embodied the spirit of her world. She was a beacon of pure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joy, her presence as warm and comforting as a summer day.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moved through her world with the grace of a butterfly,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 spirit as free as the wind that swept across the meadow.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even in this paradise, a flicker of curiosity danced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Codie's heart. She had heard whispered tales of a realm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shrouded in darkness, a place where shadows danced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sun never dared to shine. These tales, passed down through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generations, filled her with both apprehension and an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undeniable fascination.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knew that the Shadow Realm was a forbidden place,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place where her light would be swallowed by the consuming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darkness. Yet, she couldn't help but be drawn to the mystery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surrounded it. The whispers of the Shadow Realm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like a siren song, beckoning her to venture beyond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boundaries of her own world.</w:t>
      </w:r>
    </w:p>
    <w:p>
      <w:pPr>
        <w:autoSpaceDN w:val="0"/>
        <w:autoSpaceDE w:val="0"/>
        <w:widowControl/>
        <w:spacing w:line="360" w:lineRule="exact" w:before="360" w:after="0"/>
        <w:ind w:left="864" w:right="1152" w:firstLine="0"/>
        <w:jc w:val="center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day, as Codie frolicked in the Sunlit Meadow, a figure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emerged from the edge of the forest. This figure was unlike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anything she had ever seen before. Cloaked in shadows, 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seemed to blend seamlessly into the surrounding trees.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skin was as pale as moonlight, and his eyes, deep pools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obsidian, held a darkness that both fascinated and frightened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froze, her laughter dying on her lips. She felt a strange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pull towards this enigmatic figure, a sense of curiosity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battled with the fear that threatened to consume her.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 being from the Shadow Realm, a creature of darkness,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yet, he seemed to hold a power that captivated her.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figure approached, Codie realized that he was not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menacing creature, but a being with a somber beauty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resonated with her own heart. He was not the monstrous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 she had expected, but a creature of shadows,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essence as complex and mysterious as the night sky itself.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eyes met, and in that moment, Codie felt a jolt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electricity course through her. It was an attraction that defied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all reason, a pull that defied the boundaries of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contrasting worlds. This was a forbidden attraction,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connection that seemed to defy the very laws of nature.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 the first time, a crack in the perfect world of the Sunlit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Meadow appeared. It was a tiny crack, but it was enough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cast a sliver of doubt into Codie's heart, a doubt that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whispered of the forbidden allure of darkness. And in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moment, Codie knew that her life, so perfectly balanced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warmth of her sun-kissed world, was about to be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irrevocably altered.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encounter with the shadow fairy had awakened a sense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adventure within her, a desire to explore the mysteries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lay beyond the edges of her familiar world. She had always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been content with the simple joys of the Sunlit Meadow,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now, she yearned for something more, something deeper,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something that whispered of adventure and a love that defied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all boundaries.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was the beginning of her journey, a journey that would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lead her to a world bathed in darkness, a world where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could bloom even in the most unlikely of places. And as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gazed at the figure fading into the shadows, Codie knew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would never be the same again. Her world, so perfectly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illuminated by the sun, had been touched by the darkness,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she couldn't help but feel a strange sense of anticipation,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longing for what lay beyond the boundaries of her familiar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world.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confided in her dearest friend, Elara, a fellow fairy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whose wings shimmered with the colors of a thousand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rainbows. Elara listened patiently, her concern for her friend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evident in her worried gaze. Codie poured out her heart,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revealing the encounter with the shadow fairy and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unsettling attraction she felt towards him.</w:t>
      </w:r>
    </w:p>
    <w:p>
      <w:pPr>
        <w:autoSpaceDN w:val="0"/>
        <w:autoSpaceDE w:val="0"/>
        <w:widowControl/>
        <w:spacing w:line="360" w:lineRule="exact" w:before="36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Elara, like most fairies of the Sunlit Meadow, had been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taught to fear the darkness. The Shadow Realm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considered a place of danger, a place where light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consumed by the encroaching shadows. To them,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 Realm was a place of nightmares, a place to be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avoided at all costs.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"Codie," Elara said, her voice laced with concern, "you must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 careful. The Shadow Realm is a dangerous place. Those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who dwell in the darkness are not to be trusted."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nodded, but her heart was not convinced. She knew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Elara was right, but the shadow fairy had not seemed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menacing. He was more than just a creature of darkness.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someone with a story, someone with secrets hidden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behind his enigmatic eyes.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79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know it's dangerous, Elara," she confessed, "but I can't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help but feel drawn to him. I feel like there's something more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 him, something I need to understand."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Elara sighed, her eyes filled with worry. "Codie,"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pleaded, "don't go near him. He's not meant for you. Our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world is a world of light, and his is a world of darkness.</w:t>
      </w:r>
    </w:p>
    <w:p>
      <w:pPr>
        <w:autoSpaceDN w:val="0"/>
        <w:autoSpaceDE w:val="0"/>
        <w:widowControl/>
        <w:spacing w:line="332" w:lineRule="exact" w:before="2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They can never coexist."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knew Elara was right, but she couldn't ignore the pull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felt towards the shadow fairy. He represented something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new, something exciting, something that challenged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boundaries of her world. She felt a need to understand him,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 learn more about his world and the secrets it held.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need to know more about him, Elara," she said, her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resolute. "I need to know why I feel this way about him. I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can't ignore this feeling."</w:t>
      </w:r>
    </w:p>
    <w:p>
      <w:pPr>
        <w:autoSpaceDN w:val="0"/>
        <w:autoSpaceDE w:val="0"/>
        <w:widowControl/>
        <w:spacing w:line="360" w:lineRule="exact" w:before="360" w:after="0"/>
        <w:ind w:left="1000" w:right="1432" w:firstLine="0"/>
        <w:jc w:val="both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Elara, realizing she couldn't dissuade her friend, sighed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resignation. "Be careful, Codie," she warned, "and please,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don't go alone."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promised to be cautious. She knew that her decision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explore the Shadow Realm was a dangerous one, but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couldn't resist the pull of the mysterious figure who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captured her heart. It was a forbidden attraction,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connection that defied the boundaries of their contrasting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worlds.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warmth of the Sunlit Meadow felt comforting yet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constricting. Codie was drawn to the darkness,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mysterious allure of a world she barely understood. And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stood at the edge of the meadow, the forest looming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before her like a silent sentinel, she knew that she was about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take a step into the unknown, a step that would change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life forever.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A Glimpse of Darkness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sat beneath the shade of a luminous, silver willow, its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leaves whispering secrets in the soft breeze. The sun dappled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through the branches, painting her skin with a warm glow,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comforting touch that she had always known. This was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world, a realm of shimmering light and laughter, where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air hummed with the melody of nature's symphony.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wings, a kaleidoscope of golden hues, shimmered like spun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silk as she brushed them gently against the soft grass.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Today, the meadow was abuzz with the usual flurry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activity. Little fairies, their wings like stained-glass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windows, flitted about, chasing butterflies with giggles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echoed through the air. The elder fairies, their wings bearing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wisdom of ages, sat in their usual spots, their eyes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radiating a calming aura. It was a picture of idyllic peace,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harmony that had always defined Codie's world.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today, a different melody played in her heart, one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resonated with an unsettling rhythm. It was the sound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curiosity, a feeling she had never known before. It started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yesterday, when she had stumbled upon a hidden glen,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place shrouded in a deep, almost oppressive darkness.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trees, twisted and gnarled, reached towards the sky like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skeletal fingers, their branches adorned with moss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seemed to pulsate with an eerie, unnatural glow.</w:t>
      </w:r>
    </w:p>
    <w:p>
      <w:pPr>
        <w:autoSpaceDN w:val="0"/>
        <w:autoSpaceDE w:val="0"/>
        <w:widowControl/>
        <w:spacing w:line="360" w:lineRule="exact" w:before="36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There, within the heart of this somber sanctuary, she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seen him.</w:t>
      </w:r>
    </w:p>
    <w:p>
      <w:pPr>
        <w:autoSpaceDN w:val="0"/>
        <w:autoSpaceDE w:val="0"/>
        <w:widowControl/>
        <w:spacing w:line="360" w:lineRule="exact" w:before="360" w:after="0"/>
        <w:ind w:left="1000" w:right="1230" w:firstLine="0"/>
        <w:jc w:val="both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was unlike anything she had ever encountered in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sunlit realm. He was tall and slender, his form draped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shadows that seemed to cling to him like a second skin. His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wings, a stark contrast to the vibrant colors of her world,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a tapestry of midnight hues, shimmering with an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ethereal light that pulsed with an unseen energy. His eyes,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only point of illumination on his face, burned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smoldering intensity, a fire that seemed to consume his very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being.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had been silent, his gaze fixed upon her, a silent,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unnerving scrutiny. His presence had sent a shiver down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spine, a tremor of both fear and fascination that left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breathless. She had been rooted to the spot, her golden wings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paralyzed by the weight of his gaze, her heart pounding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rhythm that was foreign to her.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quickly as he had appeared, he had vanished into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darkness, leaving behind a lingering sense of intrigue.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image of his smoldering gaze had imprinted itself upon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mind, a haunting reminder of the shadowy realm that lay just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beyond the borders of her world.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Now, as she sat beneath the comforting shade of the willow,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couldn't shake the feeling that she was being watched.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sunlit meadow, a haven of peace and joy, suddenly felt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strangely vulnerable, a stage illuminated by the unsettling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glow of the encroaching darkness. The whispers of the wind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seemed to carry an echo of his presence, a hint of his unseen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world that lay just beyond the horizon.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wings, once a source of pride, now felt heavy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sense of foreboding. Her heart, once filled with the carefree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 of her world, beat with a rhythm of unspoken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questions. Who was this creature from the shadows? Why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he chosen to appear in her world, a world of light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joy? And what was it about him that sparked this unexpected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curiosity, a craving for a connection that seemed forbidden,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longing for something she had never known?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79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delicate hand brushed against her cheek, pulling her out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thoughts. It was Lily, her best friend, a fairy whose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wings were a symphony of lavender and rose gold,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reflection of her gentle nature.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"Codie," she said, her voice soft as the whisper of wind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through the willow branches, "you're lost in thought again.</w:t>
      </w:r>
    </w:p>
    <w:p>
      <w:pPr>
        <w:autoSpaceDN w:val="0"/>
        <w:autoSpaceDE w:val="0"/>
        <w:widowControl/>
        <w:spacing w:line="332" w:lineRule="exact" w:before="2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What is it that has you so distracted?"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Codie, her eyes still holding the lingering shadow of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encounter, shook her head. "Nothing," she said, trying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force a smile. "Just thinking about... the beauty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world."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Lily, always perceptive, saw through the façade. "You've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been different ever since you visited that hidden glen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yesterday," she said, her voice tinged with concern. "Tell me,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what did you see there?"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hesitated, the words caught in her throat. She wasn't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ready to share this unsettling encounter, this intrusion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darkness into her world. She wasn't sure she understood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herself.</w:t>
      </w:r>
    </w:p>
    <w:p>
      <w:pPr>
        <w:autoSpaceDN w:val="0"/>
        <w:autoSpaceDE w:val="0"/>
        <w:widowControl/>
        <w:spacing w:line="360" w:lineRule="exact" w:before="360" w:after="0"/>
        <w:ind w:left="1000" w:right="1754" w:firstLine="0"/>
        <w:jc w:val="both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Lily, sensing her hesitation, gently squeezed her hand.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"Codie," she said, her voice soft but insistent, "I know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something is bothering you. You can tell me anything."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sighed, the weight of her secret pressing down on her.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saw something… someone," she whispered, the word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feeling foreign on her tongue. "A creature from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shadows."</w:t>
      </w:r>
    </w:p>
    <w:p>
      <w:pPr>
        <w:autoSpaceDN w:val="0"/>
        <w:autoSpaceDE w:val="0"/>
        <w:widowControl/>
        <w:spacing w:line="360" w:lineRule="exact" w:before="36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Lily's eyes widened, a mixture of surprise and concern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registering on her face. "From the Shadow Realm?" she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whispered, the words echoing the fear that had been etched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into the very fabric of their world.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nodded, the image of his smoldering gaze flashing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before her eyes. "He was… different," she said, struggling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articulate the strange pull she felt towards him. "And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looked at me, as if… as if he saw something more than just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fairy from the sunlit realm."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Lily's brow furrowed, a line of worry appearing between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delicate brows. "Codie," she said, her voice a blend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caution and concern, "we don't know anything about those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creatures. They say they are beings of darkness, creatures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feed on our light."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stared at her friend, her heart sinking at the realization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she had just shared a secret that was forbidden in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world. But the truth was, she was already consumed by it, by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forbidden allure of the creature from the shadows.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know," she said, her voice barely a whisper, "but I can't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help but feel... drawn to him. It's strange, I know, but it's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if… as if he's a part of me, a part that I never knew existed."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Lily's gaze held a mixture of empathy and apprehension.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"Codie," she said, her voice laced with concern, "you must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 careful. The Shadow Realm is a dangerous place, a place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where darkness consumes everything it touches."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"But he's not like that," Codie protested, her voice rising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conviction. "He's… he's different. I can feel it. I can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feel something good in him, even though… even though he's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from the shadows."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Lily placed a hand on Codie's shoulder, her touch a silent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plea for her friend to see reason. "Codie, I understand you're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curious, but you must be cautious. The boundaries between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our worlds are not meant to be crossed. It is forbidden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associate with the creatures of the shadows."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looked into her friend's eyes, the worry etched upon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face a reflection of her own internal struggle. "I know,"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said, her voice barely a whisper, "but I can't ignore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feeling, this pull towards him. It's like... like a part of me 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calling out to him, a part that I've never known before."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Lily sighed, knowing that her words of caution were falling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 deaf ears. She could see the pull in Codie's eyes,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yearning for something beyond the borders of their world.</w:t>
      </w:r>
    </w:p>
    <w:p>
      <w:pPr>
        <w:autoSpaceDN w:val="0"/>
        <w:autoSpaceDE w:val="0"/>
        <w:widowControl/>
        <w:spacing w:line="360" w:lineRule="exact" w:before="360" w:after="0"/>
        <w:ind w:left="864" w:right="1008" w:firstLine="0"/>
        <w:jc w:val="center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"Codie," she said, her voice laced with a hint of desperation,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"you must be careful. What you are feeling... it is dangerous.</w:t>
      </w:r>
    </w:p>
    <w:p>
      <w:pPr>
        <w:autoSpaceDN w:val="0"/>
        <w:autoSpaceDE w:val="0"/>
        <w:widowControl/>
        <w:spacing w:line="332" w:lineRule="exact" w:before="2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It could lead to… to things that we can't even imagine."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nodded, her heart heavy with the weight of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unspoken desires. She knew she had to be careful, but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also knew she couldn't ignore the pull she felt towards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creature from the shadows. It was a forbidden attraction,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connection that defied the very fabric of their world, but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was a connection she was determined to explore.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"I'll be careful, Lily," she promised, her voice laced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hint of defiance. "But I have to know more about him. I have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know what it is that draws me to him, even though I know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it's forbidden."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Lily looked at her friend, her eyes filled with worry.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knew she couldn't stop Codie from following her heart,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hoped that she would be careful, that she would not lose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herself in the allure of the darkness.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sun began to set, casting long shadows across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meadow, Codie knew she couldn't stay here any longer.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pull towards the creature from the shadows was too strong,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siren song that called to her from beyond the boundaries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 world.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turned to Lily, her face etched with a mixture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excitement and apprehension. "I have to go," she said,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voice barely above a whisper. "I have to find him."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Lily's eyes widened, her heart sinking at the thought of what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friend was about to do. She knew it was dangerous,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she also knew that she couldn't stop her.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"Be careful, Codie," she pleaded, her voice filled with a mix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fear and hope. "Remember what I said. The Shadow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Realm is a dangerous place."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nodded, her gaze fixed on the distant horizon, a place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where the sunlit meadow faded into the encroaching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shadows. She knew she was stepping into a world that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unknown, a world that could consume her whole. But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determined to find him, to understand the pull she felt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towards him, even if it meant defying the very fabric of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world.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a deep breath, she spread her wings, their golden hues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shimmering in the fading sunlight. And with a silent prayer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the sun goddess, she took flight, soaring towards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horizon, towards the darkness, towards a world that she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never known and a creature she had never understood.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Codie soared through the twilight sky, she couldn't shake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feeling that she was crossing a threshold, stepping into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realm that was both alluring and terrifying. The sunlit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meadow, a place of peace and joy, was fading into the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distance, replaced by a tapestry of twilight hues, a canvas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painted with the subtle shades of approaching night.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Below her, the meadow seemed to shrink, its vibrant colors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fading into the encroaching darkness. The familiar sounds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world were replaced by the eerie silence of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approaching shadows, a silence that was both ominous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alluring.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night deepened, the stars emerged, their twinkling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lights a faint beacon in the vast expanse of darkness. The air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grew cooler, carrying with it a scent of damp earth and moss,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hint of the mysterious world that lay just beyond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horizon.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Codie, her golden wings a beacon of light in the deepening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darkness, continued her journey, her heart pounding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mix of excitement and trepidation. She knew she was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heading into dangerous territory, but she was driven by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insatiable curiosity, a longing to understand the pull she felt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towards the creature from the shadows.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she approached the hidden glen, the air grew heavy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weight of unseen presences. The gnarled trees reached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towards the sky like skeletal fingers, their branches adorned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moss that seemed to pulsate with an unnatural glow.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wind, now a whisper of chilling air, carried with it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scent of something ancient, something powerful, something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unknown.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then, she saw him.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stood at the edge of the glen, his form a silhouette against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deepening shadows. His wings, a tapestry of midnight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hues, shimmered with an ethereal light, a stark contrast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fading golden glow of her own wings. His eyes, the only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point of illumination on his face, burned with a smoldering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intensity, a fire that seemed to consume his very being.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looked at her, his gaze a mixture of curiosity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something else, something that sent a shiver down her spine,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tremor of both fear and fascination.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"Codie," he said, his voice a low, rumbling sound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seemed to echo from the depths of the earth, "I have been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waiting for you."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Codie's heart skipped a beat. The sound of his voice, a blend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darkness and a hint of something else, something alluring,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sent a wave of both apprehension and anticipation through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her.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"Why?" she asked, her voice barely a whisper.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took a step forward, his shadow lengthening as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moved. The air around him seemed to shimmer, a ripple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darkness that drew her towards him.</w:t>
      </w:r>
    </w:p>
    <w:p>
      <w:pPr>
        <w:autoSpaceDN w:val="0"/>
        <w:autoSpaceDE w:val="0"/>
        <w:widowControl/>
        <w:spacing w:line="360" w:lineRule="exact" w:before="36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"Because," he said, his voice a murmur in the deepening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silence, "you are the light I need."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stared at him, her heart pounding with a rhythm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foreign to her. She didn't understand his words, but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felt a strange, almost irresistible pull towards him.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"What do you mean?" she asked, her voice trembling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both fear and excitement.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smiled, a subtle movement that illuminated his face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soft, almost ethereal glow. "You will know soon enough,"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said, his voice a gentle caress. "For now, just know that I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am Zylak, and I have been waiting for you."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79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Codie, her heart pounding with a mixture of fear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anticipation, took a step forward. She didn't know what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doing, but she felt compelled to follow him, to step into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darkness that seemed to beckon her.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she entered the glen, the light from her wings fading into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encroaching shadows, she felt a sense of both wonder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trepidation. She was stepping into a world that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unknown, a world that was both alluring and terrifying.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had no idea what lay ahead, but she knew that she had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follow her heart, even if it meant defying the very fabric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 world.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The Unsettling Attraction</w:t>
      </w:r>
    </w:p>
    <w:p>
      <w:pPr>
        <w:autoSpaceDN w:val="0"/>
        <w:autoSpaceDE w:val="0"/>
        <w:widowControl/>
        <w:spacing w:line="360" w:lineRule="exact" w:before="4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flitted through the sunlit meadow, her laughter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echoing like a thousand tinkling bells. Her shimmering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blonde hair, like spun gold, danced in the gentle breeze,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dress, a vibrant tapestry of wildflowers, seemed to catch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sun's rays and radiate warmth. This was her world,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realm bathed in perpetual sunlight, where every creature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wore a smile and happiness was as commonplace as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dew-kissed daisies that dotted the emerald grass.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stopped by a shimmering brook, its waters rippling like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laughter, and dipped her hand into the cool stream. As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gazed at the reflection, a shadow fell across her face.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looked up, startled, and saw a figure standing at the edge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meadow, his form shrouded in darkness.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hair was a raven's wing, his skin pale as moonlight,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eyes, the colour of storm clouds, held a depth that made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heart skip a beat. He wore a cloak that seemed to absorb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sunlight around him, leaving him in an almost ghostly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stillness.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"Who are you?" Codie asked, her voice filled with curiosity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a touch of apprehension.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figure turned, his eyes meeting hers, and a spark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something unfamiliar flickered within them. "I am Zylak,"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said, his voice a low rumble like distant thunder. "And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you are Codie, the radiant fairy."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words were a whisper, yet they seemed to pierce through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shimmering veil of her sunlit world. Codie felt a strange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pull towards him, a magnetic force that defied the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374" w:firstLine="0"/>
        <w:jc w:val="both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boundaries of their contrasting realms. His darkness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stark contrast to her vibrant existence, yet it held a curious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allure.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took a step closer, drawn to him like a moth to a flame.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"What brings you to our world, Zylak?" she asked, her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softer than the rustle of leaves.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gaze held hers captive, his eyes reflecting the depth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night sky. "I seek something lost," he replied, his voice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low murmur, barely audible above the gentle hum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meadow.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cryptic answer only deepened her intrigue. She felt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inexplicable desire to understand him, to unravel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mysteries that shrouded him in darkness. It was a feeling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never experienced before, a sensation that transcended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mere curiosity and bordered on something more profound.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sun began its slow descent, painting the sky in hues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orange and crimson, Codie felt a sense of unease. The pull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felt towards Zylak was growing stronger, an undeniable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attraction that defied logic and reason. She knew, deep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down, that this encounter was not a mere coincidence, but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meeting of two worlds, two beings who were destined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clash.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knew, with a certainty that felt both exciting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terrifying, that her life was about to change irrevocably.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encounter had ignited something within her, a spark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threatened to consume her entire world.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friends, gathered around a bonfire, their laughter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chatter filling the air with joy, were oblivious to the turmoil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raging inside her. She watched them, their faces illuminated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by the dancing flames, and felt a sense of longing, a pang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sadness at the thought of leaving this carefree world behind.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"Codie?" Her best friend, Willow, her eyes sparkling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mischief, nudged her playfully. "You seem lost in your 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world. What’s going on?"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hesitated, unsure how to explain the unexplainable.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How could she describe the unsettling attraction she felt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creature of darkness? How could she articulate the strange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pull that drew her towards him, a pull that threatened to tear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 away from everything she knew and loved?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"I…I saw something strange," she managed to say, her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barely above a whisper.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Willow's eyes widened with concern. "Strange? What do you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mean?"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recounted her encounter with Zylak, her words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painting a vivid picture of the shadow-shrouded figure,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 like distant thunder, and the unsettling feeling that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taken hold of her.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Willow listened intently, her brow furrowed with worry.</w:t>
      </w:r>
    </w:p>
    <w:p>
      <w:pPr>
        <w:autoSpaceDN w:val="0"/>
        <w:autoSpaceDE w:val="0"/>
        <w:widowControl/>
        <w:spacing w:line="360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"Codie, you know that the creatures of darkness are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dangerous. Their world is one of shadows and whispers,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place where light cannot penetrate."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Codie nodded, knowing Willow’s concerns were well-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founded. But something about Zylak, something about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way he looked at her, the way he made her feel, told her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wasn't like the creatures of darkness she had been warned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about.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“He’s different,” she said, her voice barely a whisper. “I can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feel it.”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Willow sighed. "Codie, you can't let your curiosity lead you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astray. The darkness is not a place for those of us who dwell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 the light."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words resonated with Codie's own fears. She knew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venturing into Zylak's world would be dangerous,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transgression of the boundaries that separated their realms.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the pull she felt towards him, the undeniable attraction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defied logic and reason, was growing stronger by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minute.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knew she had to learn more about Zylak, about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world, about the secrets that lay hidden within his shadows.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had to understand why she felt so drawn to him, why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filled her with both fear and fascination.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decision, once terrifying, began to feel inevitable.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knew she couldn't ignore the pull, the call of a different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world, a world of darkness that threatened to engulf her in its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mystery. With a mix of trepidation and excitement, she knew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had to take a step towards the unknown, to cross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threshold that separated their worlds.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next morning, as the sun rose, painting the sky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vibrant tapestry of color, Codie made a decision. She would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seek out Zylak, she would venture into the shadow realm,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despite the warnings and the fear that gnawed at her heart.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 decision that would forever alter the course of her life,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decision that would lead her down a path of forbidden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love, ancient magic, and the clash between light and shadow.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Whispers of a Forbidden Love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paced restlessly in the heart of the Sunlit Meadow,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shimmering blonde hair catching the rays of the setting sun.</w:t>
      </w:r>
    </w:p>
    <w:p>
      <w:pPr>
        <w:autoSpaceDN w:val="0"/>
        <w:autoSpaceDE w:val="0"/>
        <w:widowControl/>
        <w:spacing w:line="360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usually vibrant laughter, a melody that danced on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wind, was replaced by a quiet unease. She sought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comforting presence of her best friend, Elara, whose laughter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as bright as the midday sun. Finding Elara lounging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 a willow tree, Codie sat beside her, a troubled frown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clouding her normally sunny face.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"Something's bothering you, Codie," Elara stated, her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laced with concern. "You haven't been your usual self all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day."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hesitated, her heart pounding a frantic rhythm against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ribs. The words that felt so heavy on her tongue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a secret she had kept hidden, a secret that whispered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darkness she had never dared to embrace. "It's…it's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Zylak," she finally confessed, her voice barely a whisper.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Elara’s brow furrowed in confusion. “Zylak? The Shadow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Fairy? What about him?” She was wary of the shadowy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realm, a place shrouded in mystery and fear. In the sunlit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meadow, their world of laughter and light, there was no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place for the brooding darkness that emanated from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shadowy realm.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swallowed hard, her eyes glistening with unshed tears.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"I…I don't know. I feel something for him, Elara. Something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 can't explain, something that makes my heart race and my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stomach flutter."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Elara gasped, her eyes widening in disbelief. "But Codie,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he’s a Shadow Fairy. He's from the other realm, the one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we’re told to fear. Our world is sunshine and laughter, while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theirs is…well, darkness. You can't be attracted to him. It’s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not possible.”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felt a pang of sadness at Elara's apprehension.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best friend, the one person she confided in, couldn't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 the pull she felt toward Zylak. It was a pull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defied logic, a pull that whispered of a forbidden love.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know, Elara," Codie whispered, her voice laced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despair. "But I can't help it. He’s…he’s different. He’s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what everyone else thinks. He’s kind, Elara. He’s gentle,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 makes me feel alive in a way I never thought possible.</w:t>
      </w:r>
    </w:p>
    <w:p>
      <w:pPr>
        <w:autoSpaceDN w:val="0"/>
        <w:autoSpaceDE w:val="0"/>
        <w:widowControl/>
        <w:spacing w:line="332" w:lineRule="exact" w:before="2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He’s a mystery, Elara, a mystery I want to unravel.”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Elara’s concern deepened. "Codie, you’re letting your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imagination run wild. You met him once, by accident.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just a fleeting presence. You don’t know anything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him. We’ve been taught from birth to stay away from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Shadow Realm. Their darkness could corrupt us.”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Codie’s heart ached at her friend’s words. She knew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Elara was right. Their world was a beautiful tapestry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sunshine and laughter, and venturing into the Shadow Realm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 dangerous path that could lead to corruption. But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couldn’t deny the undeniable pull she felt towards Zylak,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pull that transcended the boundaries of their contrasting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worlds.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“I know it’s dangerous, Elara,” Codie said, her voice tinged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vulnerability. “But there’s something about him,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something that I can’t explain. I have to know more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him.”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Elara looked at Codie, her eyes filled with worry. "Codie,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please. Don’t go down this path. It's dangerous. You could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get hurt. And our people, our world, will never accept it.</w:t>
      </w:r>
    </w:p>
    <w:p>
      <w:pPr>
        <w:autoSpaceDN w:val="0"/>
        <w:autoSpaceDE w:val="0"/>
        <w:widowControl/>
        <w:spacing w:line="360" w:lineRule="exact" w:before="0" w:after="0"/>
        <w:ind w:left="1000" w:right="201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Don’t throw away everything you have for a fleeting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fantasy.”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Codie’s heart was torn. Elara’s words were a constant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reminder of the dangers that awaited her if she crossed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threshold into the Shadow Realm. The whispers of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forbidden love were laced with the fear of losing everything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she held dear.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knew the consequences of her actions. A forbidden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between a Sun Fairy and a Shadow Fairy could ignite a war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between their realms, a war that could extinguish the light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both worlds. Yet, she couldn’t deny the pull she felt toward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Zylak.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“I know you’re worried, Elara,” Codie said, her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resolute, “but I have to find out more about him. I need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know if this…this feeling is real. I need to know if we can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bridge the gap between our worlds.”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Elara looked at Codie, her eyes filled with a mixture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concern and apprehension. “Codie, I…I just don’t want you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 get hurt.”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reached out and gently squeezed her friend’s hand. “I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know, Elara. I’ll be careful. I promise.” She wasn’t sure how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would be careful, how she would navigate the dangers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awaited her in the Shadow Realm. But she knew she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try. She had to see if this forbidden love was real, if it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worth the risk.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sun dipped below the horizon, casting long shadows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over the Sunlit Meadow, Codie stood at a crossroads. One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path led to a life of safety and comfort, a life she had always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known. The other path led to the unknown, to a darkness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could consume her.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Taking a deep breath, Codie made her decision. She would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follow the whispers of her heart, even if it meant defying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boundaries of her world. She would follow the path to Zylak,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she would find out if their forbidden love could truly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bloom in the shadows.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first stars began to glimmer in the twilight sky, Codie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turned and walked toward the edge of the Sunlit Meadow,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heart filled with a mixture of fear and hope. Her journey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into the Shadow Realm was just beginning.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A Fateful Decision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Codie's heart hammered in her chest, a frantic rhythm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against the gentle sway of the sunlit meadow. She sat beside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whispering brook, its silvery song a comforting lullaby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troubled thoughts. The encounter with Zylak, the dark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fairy, had left an indelible mark on her soul, a swirling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vortex of confusion and a strange, undeniable attraction.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had never met anyone like him. The shadows that clung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him seemed to pulse with a hidden energy, an unsettling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that drew her in like a moth to a flame. His eyes, dark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night, held a depth she felt compelled to explore, despite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warnings whispered by her instincts.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"He's not like us," a voice chimed beside her, interrupting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musings. It was Elara, her closest friend, her laughter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bright as the sunshine that bathed the meadow in warmth.</w:t>
      </w:r>
    </w:p>
    <w:p>
      <w:pPr>
        <w:autoSpaceDN w:val="0"/>
        <w:autoSpaceDE w:val="0"/>
        <w:widowControl/>
        <w:spacing w:line="360" w:lineRule="exact" w:before="360" w:after="0"/>
        <w:ind w:left="864" w:right="1584" w:firstLine="0"/>
        <w:jc w:val="center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know," Codie sighed, her voice barely a whisper. "But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there's something about him... something I can't ignore."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Elara's eyes, the color of spring leaves, narrowed with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concern. "He's from the Shadow Realm, Codie. A place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darkness and fear. You know what they say about those who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dwell there..."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"They say they're dangerous," Codie finished, her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heavy with the weight of tradition. "But I don't believe it.</w:t>
      </w:r>
    </w:p>
    <w:p>
      <w:pPr>
        <w:autoSpaceDN w:val="0"/>
        <w:autoSpaceDE w:val="0"/>
        <w:widowControl/>
        <w:spacing w:line="360" w:lineRule="exact" w:before="0" w:after="0"/>
        <w:ind w:left="1000" w:right="187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Not after seeing him. There's something more to him,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something hidden behind the shadows."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Elara's brow furrowed, her concern deepening. "Codie, be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careful. You can't let your curiosity lead you down a path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could bring danger to you and to our realm. The Shadow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Realm is a forbidden place for a reason."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knew Elara was right. The ancient stories passed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down through generations spoke of a time when the realms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light and shadow had clashed, a war that had ended in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fragile truce. The fairies of the sunlit realm had sworn never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cross the boundary, to never interact with the creatures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darkness. Yet, Zylak's presence had awakened a long-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dormant curiosity in Codie's heart.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thought of him, his enigmatic gaze, his voice that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resonated with a quiet power, was a constant presence in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mind. She couldn't ignore the pull she felt towards him,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yearning that defied logic and reason.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don't want to ignore it anymore, Elara," Codie confessed,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voice trembling. "I need to understand him, to know why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 was here, why he looked at me with such... intensity."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Elara's hand rested gently on Codie's arm, a gesture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 and understanding. "What do you want to do,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Codie? I can't tell you what to do, but I want you to be safe."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looked at her friend, the familiar warmth of their bond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solace in the face of her growing turmoil. "I want to learn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more about him," she declared, her voice finding a newfound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strength. "I need to know if he's truly the danger everyone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believes him to be. And if he's not, then I want to know why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our worlds are so divided, why we're forbidden to be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together."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sudden stillness fell between them, the silence punctuated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by the gentle trickle of the brook. Elara's eyes held a mixture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concern and apprehension. "Codie, this is dangerous. You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could be putting yourself at risk, not just from the Shadow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Realm itself, but also from our own people. If they discover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you've been in contact with him..."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Codie's resolve hardened. "I'm willing to take the risk,"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declared, a newfound determination in her voice. "I can't let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fear dictate my life. I need to know, Elara. I need to know."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Elara sighed, her gaze filled with a deep concern that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mirrored Codie's own. "Be careful, Codie," she warned,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 laced with a tremor of fear. "Don't lose yourself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darkness. Remember who you are and what you stand for."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Codie's heart ached at her friend's words, but she couldn't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deny the pull she felt towards the unknown. She knew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venturing into the Shadow Realm would be a betrayal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everything she had been taught, a defiance of the ancient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laws that governed their existence. But the longing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answers, for understanding, was too strong to ignore.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promise I will be careful," Codie vowed, her eyes fixed 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shimmering brook, its waters reflecting the sunlit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meadow and the darkness that lay beyond. "But I need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find him again. I need to understand."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a resolute nod, Codie turned her back on the familiar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 of the sunlit meadow, her gaze fixed on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shrouded horizon where the Shadow Realm awaited.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heart pounded with a mixture of fear and excitement,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testament to the decision she had made.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path ahead was fraught with danger, shrouded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mystery, and littered with whispers of forbidden love.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was determined to walk it, to face the unknown,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find the truth hidden behind the shadows.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was a fateful decision, one that would challenge the very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foundations of her existence, a journey that would lead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down a path where the boundaries of light and shadow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would blur, and where the whispers of a forbidden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would echo through the ages.</w:t>
      </w:r>
    </w:p>
    <w:p>
      <w:pPr>
        <w:autoSpaceDN w:val="0"/>
        <w:autoSpaceDE w:val="0"/>
        <w:widowControl/>
        <w:spacing w:line="360" w:lineRule="exact" w:before="72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days that followed were a blur of longing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anticipation. Codie found herself constantly drawn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edges of the meadow, her gaze fixed on the darkening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horizon, searching for any sign of Zylak's presence. She'd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spend hours lost in thought, replaying their encounter in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mind, her heart pounding with the fear and excitement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unknown.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confided in Elara, sharing her growing curiosity and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desire to learn more about the Shadow Realm, about Zylak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himself. Elara, though worried, remained a steadfast source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support, offering cautious advice and a steady hand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face of Codie's mounting anxiety.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Codie's heart yearned for more than just words.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craved a deeper understanding, a firsthand experience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would dispel the fears and misconceptions she had grown up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afternoon, while tending to the shimmering flowers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carpeted the meadow, Codie found herself drawn to a small,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hidden grove at its edge. The trees here were old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gnarled, their branches entwined in a complex web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seemed to block out the sunlight, casting long shadows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danced across the mossy ground.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was a place that had always held a sense of mystery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intrigue for Codie, a place where she would often seek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solitude, but today it felt different. As she stepped into the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grove, a sense of unease washed over her, a prickling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sensation on the back of her neck that warned of unseen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dangers.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something else was there too, a subtle pull, a whisper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familiarity that tugged at her heartstrings. She knew,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certainty that defied logic, that this was the place where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would find Zylak.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grove was silent, save for the rustling of leaves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soft sigh of the wind. As she ventured deeper, the sunlight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faded, replaced by a soft, ethereal glow that emanated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heart of the grove. It was there, at the foot of a massive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oak tree, that she found him.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stood bathed in the ethereal light, his back to her,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dark wings spread wide like a majestic cloak. He seemed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 in deep thought, his brow furrowed, his shoulders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slumped with a weight that made Codie's heart ache.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turned slowly, and their eyes met, a silent exchange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spoke volumes of unspoken emotions. The shadows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clung to him seemed to recede, as if recognizing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presence, revealing the depth of his dark eyes, the hint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pain that flickered within them.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Codie's heart skipped a beat, her breath catching in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throat. She knew, with a certainty that defied reason, that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not just a chance encounter, but a convergence of fate,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meeting of light and shadow that would change their lives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forever.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"Codie," he murmured, his voice a low rumble that resonated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 a power she couldn't resist. "You've come."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stepped forward, her heart pounding against her ribs.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needed to find you, Zylak," she confessed, her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barely a whisper. "I needed to know."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smiled then, a rare and beautiful thing, a flash of warmth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 shadows that surrounded him. "I knew you would,"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said, his gaze holding hers, a silent promise whispered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between them.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as their eyes locked, the world around them faded away,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leaving only the silent grove, the ethereal light,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undeniable pull of their souls, drawn together in a dance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light and shadow, a forbidden love that defied all logic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reason.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Venturing into Shadows</w:t>
      </w:r>
    </w:p>
    <w:p>
      <w:pPr>
        <w:autoSpaceDN w:val="0"/>
        <w:autoSpaceDE w:val="0"/>
        <w:widowControl/>
        <w:spacing w:line="360" w:lineRule="exact" w:before="4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forest floor was a tapestry of shadows and whispers,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stark contrast to the sun-drenched meadows she was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accustomed to. Codie, with her shimmering blonde hair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heart filled with both trepidation and anticipation, stepped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cautiously onto the unseen path, the soft earth giving way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beneath her delicate feet.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she ventured deeper, the air grew heavy, thick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scent of damp earth and something else, something faintly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metallic, like the scent of a storm brewing on the horizon.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vibrant, sunlit greens of her world were replaced by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array of dark hues – emerald moss clinging to ancient trees,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deep purple blooms that seemed to glow with their 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inner light, and an abundance of charcoal gray stones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dotted the ground like fallen stars.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strange, unsettling beauty surrounded her. The trees,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gnarled and ancient, seemed to reach out with skeletal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fingers, their branches laden with leaves that were as dark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night itself. The air thrummed with a low, almost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imperceptible energy, like the pulse of a sleeping giant.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shiver ran down Codie's spine, a mixture of fear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fascination. The darkness was not oppressive, not hostile,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rather an alluring mystery that beckoned her to unravel its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secrets.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had to remind herself of why she was here. Zylak,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brooding, enigmatic fairy who had captured her heart,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lived his entire life in this world. A world shrouded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shadows, a world that she had only glimpsed from afar,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world that held both danger and allure. She had come here,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defying the warnings of her own people, to understand him,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 understand his world.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world she had known, the world of sunshine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laughter, seemed a distant memory as she walked deeper into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shadows. She could still hear the faint echo of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father's voice, his words of caution ringing in her ears: "It's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 of secrets and sorrow, child, a place where light fears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 tread."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Codie was not afraid. Not anymore. The fear had been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replaced by a growing sense of wonder and a fierce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determination to understand the world that had captivated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heart. She had to know what lived in the shadows, what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haunted the dreams of the dark fairies, and what had shaped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man who had stolen her heart.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she walked, she noticed the faint glow emanating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trees, a soft, ethereal light that seemed to pulsate with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inner life. It wasn't the warm, comforting light of the sun,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rather a cool, almost otherworldly luminescence, the kind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bathed the forest in an eerie, spectral light.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paused, her gaze drawn to a patch of vibrant purple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flowers, their petals unfurling like miniature galaxies.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air shimmered around them, and as Codie reached out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touch one, a sensation of tingling warmth flowed through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her, leaving a faint, sweet scent on her fingertips.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"You have a good heart, little one," a voice whispered, its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tones as smooth as velvet.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startled, spinning around, her eyes searching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shadows. A figure emerged from the gloom, a tall, slender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woman with hair the color of midnight and eyes that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glimmered like polished obsidian. The faint light of the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flowers illuminated her face, revealing a haunting beauty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both captivated and unsettled Codie.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"Who are you?" Codie asked, her voice barely a whisper.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woman smiled, a slow, enigmatic gesture that sent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shivers down Codie's spine. "I am one who watches over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realm. Many come here, seeking knowledge, seeking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answers. Some find what they seek, others find only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shadows."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"What about Zylak?" Codie asked, her voice filled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 that she couldn't quite suppress. "He… he is a good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man. He has a kind heart, even if his world is dark."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woman chuckled, a soft, throaty sound that seemed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echo through the trees. "Zylak is many things, little one.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shadow, a storm, a whisper in the wind. But most of all, he 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survivor."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Codie frowned. "What do you mean?"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"This world is not as it seems," the woman said, her gaze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meeting Codie's. "There are secrets hidden within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shadows, secrets that have been buried for centuries. Secrets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Zylak has dedicated his life to protecting."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"What secrets?" Codie asked, her curiosity piqued.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"Secrets that could shatter the fragile balance between light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darkness," the woman said, her voice dropping to a low,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ominous whisper. "Secrets that could lead to a war unlike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any you have ever seen."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felt a cold knot form in her stomach. She had come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here seeking answers, seeking a better understanding of the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72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man she loved, but she had found something far more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perilous, something that threatened to engulf both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worlds in a maelstrom of destruction.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"But why?" Codie asked, her voice trembling. "Why would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Zylak want to protect these secrets?"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woman smiled, a knowing, almost sad smile. "Because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believes that some truths are better left buried. Because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fears the consequences of unleashing the darkness that sleeps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within these shadows."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"But he loves me," Codie insisted, her voice filled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desperate hope. "And I love him. We can face whatever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comes, together."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woman remained silent for a moment, her gaze fixed 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Codie's face. "Love is a powerful force, little one. It can heal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wounds, mend broken hearts, and even conquer darkness.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it can also be a dangerous thing, a force that can ignite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flames of war."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didn't understand. She had come here to bridge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gap between light and shadow, to show the people of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 that love could transcend boundaries. Now she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being told that her love, the love she had so fiercely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defended, could be the catalyst for destruction.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woman reached out, her hand gently touching Codie's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cheek. "You have a heart of gold, little one. But this world,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world of shadows, will test you in ways you cannot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imagine. You must choose wisely, for your choices will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shape the fate of both worlds."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those words, the woman vanished, leaving Codie alone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 the silent forest, the whispers of the wind carrying her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words through the trees. Codie stood there, a shiver running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down her spine, a sense of dread creeping into her heart.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shadows were not merely a physical presence; they were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state of mind, a way of life, a tapestry of secrets and sorrows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she was only beginning to unravel.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had to find Zylak. She had to understand his world,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secrets, and the darkness that clung to him like a shroud.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fate of both realms, she realized with a chilling certainty,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rested on the choices she would make, on the path she would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choose to walk.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Secrets of the Shadow Realm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air hung heavy with a scent of damp earth and decaying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leaves, a stark contrast to the sweet, floral aroma of Codie’s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world. The colors here were muted, a tapestry of charcoal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greys and deep purples, as if the sun had never touched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them. The trees, gnarled and twisted, seemed to reach 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skeletal fingers, their branches thick with moss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creeping vines. It felt as if the very air vibrated with a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hum, a constant reminder of the power that pulsed beneath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surface.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Zylak, sensing her unease, squeezed her hand, his touch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warm against the chill of the air. "Don't be afraid, Codie,"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said, his voice a low rumble that echoed through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stillness. "This place is beautiful in its own way. It may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 bathed in sunlight, but there is magic here, a different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kind of magic."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led her deeper into the heart of the forest, his footsteps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soundless on the soft, decaying leaves. The trees here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even more imposing, their branches interlacing to form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canopy that blocked out the faint moonlight filtering through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leaves. It was as if they were entering a hidden world,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realm shrouded in mystery and whispers.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stopped before a sprawling grove of ancient trees,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bark a deep, almost black, color. The air here was thick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a sense of foreboding, a feeling that something ancient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powerful lay slumbering beneath the earth. He pointed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 a narrow path that wound its way through the trees.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"This is where the heart of the Shadow Realm lies," he said,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his voice barely a whisper. "It's a place of both beauty and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danger, a place that holds secrets that have been hidden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centuries."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Codie, her heart pounding with a mix of excitement and fear,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followed him down the path. The air grew colder,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darkness pressing in on them from all sides. She couldn't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help but feel a sense of unease, a prickling sensation at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back of her neck. This world was so different from her own,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 full of shadows and whispers, that it felt almost alien.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they walked deeper into the grove, the trees began to thin,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revealing a clearing bathed in a strange, ethereal light.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center of the clearing stood a magnificent tree, its trunk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thick as a giant's arm. Its branches, gnarled and twisted,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reached up towards the heavens like the fingers of a skeletal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hand. But instead of leaves, the branches were covered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strange, glowing flowers, their petals a vibrant blue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seemed to pulse with an inner light.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"This is the Mother Tree," Zylak said, his voice filled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reverence. "She is the heart and soul of the Shadow Realm,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source of all its magic."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led Codie closer to the tree, his hand resting gently on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back. As they neared, the flowers began to glow brighter,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light filling the clearing with an almost otherworldly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radiance. Codie felt a strange warmth spread through her,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tingling sensation that seemed to flow through her very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being.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"She welcomes you, Codie," Zylak said, a soft smile gracing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lips. "She senses the light within you, even in this place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shadows."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felt a wave of emotion wash over her, a mixture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awe and wonder. The Mother Tree seemed to radiate a power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324" w:firstLine="0"/>
        <w:jc w:val="both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was both ancient and benevolent, a sense of peace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calmed her fears. She reached out and touched the trunk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tree, its bark cool and smooth beneath her fingertips.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watched her with a mixture of tenderness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admiration. "You are a rare creature, Codie," he said,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 low and husky. "A beacon of light in a world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shadows. You are not afraid of the darkness, you embrace it,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in doing so, you bring hope."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Codie looked up at him, her heart pounding in her chest.</w:t>
      </w:r>
    </w:p>
    <w:p>
      <w:pPr>
        <w:autoSpaceDN w:val="0"/>
        <w:autoSpaceDE w:val="0"/>
        <w:widowControl/>
        <w:spacing w:line="360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There was something so compelling about him, something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drew her in despite the differences between their worlds.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knew that she had fallen for him, and that love, like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flowers that glowed around the Mother Tree, could flourish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even in the darkest of places.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know I'm different, Zylak," she said, her voice trembling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slightly. "But I don't want to be afraid of the darkness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anymore. I want to understand it, to see the beauty that lies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within it. And I want to be with you, even if it means going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against everything I've ever known."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pulled her closer, his arms wrapping around her in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protective embrace. "You are brave, Codie," he said,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 a soothing balm to her soul. "Brave enough to face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unknown, to embrace the darkness without fear. And I will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 here with you, every step of the way."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stood together for a long moment, their bodies pressed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close, their breaths mingling in the cool night air.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Mother Tree, with its radiant flowers, seemed to bless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union, a testament to the power of love to bridge the gap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between light and shadow.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secrets of the Shadow Realm were slowly unfolding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before Codie, each step revealing a new layer of complexity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beauty. The darkness, she realized, wasn't simply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absence of light, but a different kind of energy, a power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pulsed with its own unique rhythm. It wasn't just the trees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were twisted and gnarled, but the very landscape itself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seemed to have been sculpted by a force both ancient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wild.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Zylak continued to guide her through the heart of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world, Codie began to see beyond the initial fear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apprehension. She saw the vibrant life that flourished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shadows, the delicate luminescence of fungi that grew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damp earth, the intricate patterns woven into the moss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covered the trees. There was a sense of mystery and wonder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the place, a feeling that something ancient and powerful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resided here.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stumbled upon a hidden waterfall, its water a deep blue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shimmered like a thousand sapphires. The water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cascaded down a moss-covered cliff face, creating a mist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swirled around them, obscuring the world beyond. Codie felt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sense of peace wash over her as she listened to the roar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water, a soothing melody that calmed her senses.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"This is one of my favorite places," Zylak said, his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soft. "It's a place where I can feel the magic of the realm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flow through me."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reached out and took her hand, his fingers warm against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hers. He led her to a ledge overlooking the falls, the mist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swirling around them like a ghostly embrace.</w:t>
      </w:r>
    </w:p>
    <w:p>
      <w:pPr>
        <w:autoSpaceDN w:val="0"/>
        <w:autoSpaceDE w:val="0"/>
        <w:widowControl/>
        <w:spacing w:line="360" w:lineRule="exact" w:before="360" w:after="0"/>
        <w:ind w:left="1000" w:right="1254" w:firstLine="0"/>
        <w:jc w:val="both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 water here is said to have healing properties," he said,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voice filled with a hint of mystery. "Some believe it can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cleanse the soul, erase the darkness from within."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79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looked at the water, its surface a mirror reflecting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stars above. The world around them seemed to be holding its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breath, as if listening intently to the whispers of the ancient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magic that pulsed through the air. She could almost feel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energy of the realm, a vibrant force that surged through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trees and the water, the rocks and the earth.</w:t>
      </w:r>
    </w:p>
    <w:p>
      <w:pPr>
        <w:autoSpaceDN w:val="0"/>
        <w:autoSpaceDE w:val="0"/>
        <w:widowControl/>
        <w:spacing w:line="360" w:lineRule="exact" w:before="360" w:after="0"/>
        <w:ind w:left="1000" w:right="172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"It's beautiful," she whispered, her voice barely audible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above the roar of the falls.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"It is," Zylak agreed, his gaze fixed on her face. "And so are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you, Codie. You bring light to my world, a light that I never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thought I would see again."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leaned her head against his shoulder, feeling a sense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belonging she had never known before. She was in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different world, a world of shadows and whispers, but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felt safe and loved. She was with Zylak, and that was all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mattered.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spent the rest of the day exploring the hidden wonders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 Shadow Realm. They stumbled upon a grove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glowing mushrooms that illuminated the forest with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ethereal light, and a cave filled with crystals that shimmered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like a thousand stars. With each step, Codie felt her fears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receding, replaced by a sense of wonder and a growing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 the man who had led her to this hidden world.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moon reached its zenith, casting long shadows across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forest, Zylak led her back to the Mother Tree. They stood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silence, the flowers around them glowing brighter than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ever, their light illuminating their faces.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"This is a special place for me," he said, his voice soft. "It's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where I come to connect with my past, to remember the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32" w:lineRule="exact" w:before="145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magic that has been lost."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"Lost?" Codie echoed, her brow furrowed. "What do you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mean?"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sighed, his gaze distant. "This realm, the Shadow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Realm, was once a place of great power and beauty," he said.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"But something happened long ago, something that stole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light from our world. The Mother Tree, once a source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boundless energy, has been weakened, her powers fading."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looked at Codie, his eyes filled with a mixture of sadness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hope. "That's why I was so surprised to see you here,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Codie," he said. "You are a light, a beacon of hope. You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bring a sense of vibrancy that has been missing for so long."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felt a wave of sympathy wash over her. She had seen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beauty of the Shadow Realm, the hidden wonders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lay beneath the surface. She understood why Zylak loved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this place, why he felt so connected to its history.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"I'm sorry, Zylak," she said, her voice sincere. "I want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help. I want to find a way to restore the light to your world."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smiled, his eyes shining with gratitude. "That's all I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ever hoped for, Codie," he said. "Together, we can find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way to bring the light back to the Shadow Realm."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they stood there, bathed in the glow of the Mother Tree,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made a pact, a vow to fight for their love, to challenge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boundaries of their worlds, and to find a way to bridge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gap between light and shadow. They knew the journey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ahead would be fraught with danger, but they were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determined to face it together, hand in hand.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 was a flame that burned brighter than the flowers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 Mother Tree, a beacon of hope in a world that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grown accustomed to darkness. They had found a love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transcended the boundaries of their worlds, a love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promised to heal the wounds of the past and usher in a new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era of harmony and acceptance.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Bonding Through Differences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felt the chill of the shadow realm creep into her bones,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stark contrast to the warmth of the sunlit meadow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called home. The air was thick with an ancient silence,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broken only by the rustle of leaves and the whisper of wind.</w:t>
      </w:r>
    </w:p>
    <w:p>
      <w:pPr>
        <w:autoSpaceDN w:val="0"/>
        <w:autoSpaceDE w:val="0"/>
        <w:widowControl/>
        <w:spacing w:line="360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looked at Zylak, his eyes glimmering like polished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obsidian in the dim light, and felt an odd sense of comfort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despite the unfamiliar surroundings. Zylak, sensing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unease, reached out and took her hand, his touch surprisingly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warm for a creature of the shadows.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"Welcome to my world, Codie," he murmured, his voice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low rumble that seemed to vibrate in the very air around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them. "It may not be as bright as yours, but it holds its 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beauty, a different kind of light."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they walked deeper into the shadowed forest, Codie felt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sense of wonder growing within her. The trees here were tall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gnarled, their branches reaching out like skeletal fingers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towards the sky. The air itself seemed to shimmer with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unseen energy, and the ground was soft and yielding beneath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 feet, covered in a layer of velvety moss.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Zylak, ever the observant one, saw the awe in her eyes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smiled, a rare sight that illuminated his face like a flickering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candle. "I see you're intrigued," he said, a hint of amusement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his voice. "This world has its secrets, its dangers, and its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own kind of magic."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Codie, eager to learn more, started to pepper him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questions. "What kind of magic?" she asked, her eyes wide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 curiosity. "And why is everything so…dark?"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Zylak's smile faded slightly, a shadow of sadness crossing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features. "The darkness is a part of who we are, Codie,"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explained, his voice softening. "It's not just about the lack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sunlight. It's a reflection of our history, our fears, our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struggles. We don't shy away from it, we embrace it. It's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part of our strength, our resilience."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paused, taking a deep breath as if bracing himself for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next part of his story. "Our world was once full of light,"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continued, "a vibrant place filled with joy and laughter,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much like your own. But then came the Great Sorrow,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calamity that plunged our world into darkness. It scarred our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land, our people, and left a deep wound that we have yet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heal."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listened intently, her heart aching for him and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people. The tales she had heard back home painted a very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different picture of the shadow realm, one filled with danger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malice. But Zylak's words were laced with a deep,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underlying love for his world, a love that defied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darkness.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"We have learned to survive in the shadows," he continued,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"to make the most of what we have. We have learned to see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beauty in the moonlight, to find strength in the face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adversity. We have learned to be different."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words resonated deeply with Codie. She, too, had known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share of hardship, of loss and heartache. Though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 was filled with sunlight and laughter, it wasn't free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from pain. The beauty of her meadow was not immune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sting of loss, the shadows that crept in at the edges of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happiness.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found herself drawn to Zylak's strength, his acceptance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the darkness, his refusal to be defined by it. He was a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puzzle she craved to unravel, a mystery she longed 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understand. And in his embrace, in the chill of his world,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felt a warmth she had never known before, a connection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transcended the boundaries of their two worlds.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walked in silence for a while, the only sound the rustle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leaves beneath their feet. The world around them seemed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fade away, replaced by a shared understanding that passed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between them without a word.</w:t>
      </w:r>
    </w:p>
    <w:p>
      <w:pPr>
        <w:autoSpaceDN w:val="0"/>
        <w:autoSpaceDE w:val="0"/>
        <w:widowControl/>
        <w:spacing w:line="360" w:lineRule="exact" w:before="36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"What are your dreams, Codie?" Zylak asked softly,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voice breaking the silence.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Codie, caught off guard, hesitated for a moment. She wasn't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used to sharing her dreams, especially not with someone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from a world so different from her own. But there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something about Zylak that made her feel safe, something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allowed her to open up to him in a way she never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before.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dream of a world where light and darkness can coexist,"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said, her voice barely a whisper. "Where our differences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are celebrated, not feared. Where love can bloom even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most unexpected of places."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Zylak's eyes met hers, and she saw a reflection of her 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dreams mirrored in their depths. He understood, he felt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too, that yearning for something more, something beyond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boundaries of their worlds.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"That is my dream too, Codie," he said, his voice filled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conviction. "A world where light and shadow can dance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together, where our differences become a source of strength,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not division."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as they stood there, beneath the canopy of ancient trees,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surrounded by the quiet beauty of the shadow realm,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knew that their journey was only just beginning. They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two souls bound together by a love that defied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boundaries of their worlds, a love that held the potential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change everything.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journey would be filled with challenges, with obstacles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would test their resilience, their love, and their very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souls. But they knew, deep within their hearts, that they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stronger together, that their love was a force to be reckoned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with, a light that could pierce even the deepest shadows.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they walked back towards the border of their worlds,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couldn't help but feel a sense of hope, a glimmer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optimism that illuminated her heart like a beacon. She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found something precious in the shadow realm, something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had changed her forever. And she knew that, together,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could build a future where light and shadow could exist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 harmony, a future where their love could truly flourish.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Resistance from Within</w:t>
      </w:r>
    </w:p>
    <w:p>
      <w:pPr>
        <w:autoSpaceDN w:val="0"/>
        <w:autoSpaceDE w:val="0"/>
        <w:widowControl/>
        <w:spacing w:line="360" w:lineRule="exact" w:before="4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stood, his silhouette a stark contrast against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ethereal glow of the moonlit clearing. The air hummed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whispers, a chorus of disapproval from the gathered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shadows. Their faces, hidden in darkness, were expressions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doubt, worry, and even outright hostility.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"You know this is forbidden, Zylak," a voice rasped from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shadows. It was Eldrin, a wizened elder, his eyes like two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glowing embers, reflecting the flickering light of the fireflies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danced around them.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do," Zylak acknowledged, his voice low and gravelly,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darkness clinging to him like a shroud. "But it's not a choice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 can deny."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Eldrin shook his head, his white beard a stark contrast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against the black of his cloak. "This will bring ruin upon us.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realms are meant to be separate, a balance of light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darkness. To blend them is to invite chaos."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"Chaos? Or opportunity?" Zylak countered, his gaze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unwavering. "Codie is not a threat, Eldrin. She is... light.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is also compassion, understanding, and a strength I never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knew I needed."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murmurs from the shadows grew louder, filled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warnings of the consequences of defying the ancient laws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separated their worlds. "You've only known her for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short time, Zylak," Eldrin said, his voice laced with concern.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 pull of light is seductive, but it's a fragile thing. It can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burn you, leaving nothing but ash in its wake."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know the darkness," Zylak said, his voice laced with pain.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"I've lived with it all my life. But Codie, she shows me there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is something more, something beyond the shadows. And I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want to be a part of that."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"You speak as if you understand the consequences," Eldrin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said, his voice a low growl. "This alliance is against the will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 ancestors, against the very fabric of our existence.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defy it is to risk unleashing forces that could tear apart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very foundations of our world."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closed his eyes, the weight of Eldrin's words heavy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upon him. He knew the risks, the dangers of their union,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pull of his heart was stronger. Codie was a beacon,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light in his world that had always been shrouded in darkness.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understand the risks," Zylak said, his voice resolute. "But I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am willing to take them. I am willing to fight for what I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believe in, for what I feel."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"And what of your people?" Eldrin asked, his voice laced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a hint of sorrow. "Will they stand by you, defy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ancient laws that have bound them for generations?"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stared into the flickering flames, his thoughts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whirlwind of uncertainty. He knew his people, their beliefs,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fears. They were a people rooted in tradition,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 built on the balance of light and dark. To challenge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balance, to defy their ancient laws, was a dangerous act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rebellion.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cannot force their hands," Zylak admitted, his voice laced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defeat. "But I will fight for my right to choose. I will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fight for my love for Codie, even if it means standing alone."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elders muttered among themselves, their voices a low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rumble of disapproval. Zylak felt a pang of loneliness,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sense of isolation, but he stood his ground, his resolve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unwavering.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"You are a brave one, Zylak," Eldrin said, his voice heavy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both respect and worry. "But do not underestimate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of the ancient magic, the forces you are defying. You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may find that love, even the most powerful of love, is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enough to withstand the wrath of the ancient laws."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nodded, his heart a heavy weight in his chest.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understood the risks, but he was determined to forge his 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path, even if it meant facing the wrath of his people,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consequences of his choices.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Days turned into weeks, and Zylak's relationship with Codie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grew stronger, a vibrant flame burning bright against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backdrop of their contrasting worlds. The whispers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disapproval from his community grew louder, a constant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reminder of the disapproval he faced.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met in secret, their trysts taking place in hidden glades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forgotten ruins, their encounters a tapestry of stolen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kisses and whispers of promises. But their secrecy could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last forever, and soon, their relationship became an open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secret, the gossip spreading like wildfire through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respective communities.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as the sun dipped below the horizon, painting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sky in hues of fiery orange and crimson, Zylak and Codie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met in a clearing bathed in the ethereal glow of the twilight.</w:t>
      </w:r>
    </w:p>
    <w:p>
      <w:pPr>
        <w:autoSpaceDN w:val="0"/>
        <w:autoSpaceDE w:val="0"/>
        <w:widowControl/>
        <w:spacing w:line="360" w:lineRule="exact" w:before="0" w:after="0"/>
        <w:ind w:left="1000" w:right="172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air hummed with anticipation, the tension palpable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between them.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72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need to talk to you," Codie said, her voice laced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worry. "There are... things you should know."</w:t>
      </w:r>
    </w:p>
    <w:p>
      <w:pPr>
        <w:autoSpaceDN w:val="0"/>
        <w:autoSpaceDE w:val="0"/>
        <w:widowControl/>
        <w:spacing w:line="360" w:lineRule="exact" w:before="360" w:after="0"/>
        <w:ind w:left="1000" w:right="172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Zylak, his heart filled with apprehension, nodded. "I've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sensed something, Codie. It feels like... there's a storm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brewing."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"There is," Codie said, her eyes reflecting the golden light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setting sun. "They're coming for you, Zylak. They're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coming to take you back."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Zylak's breath caught in his throat. "Who?"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 elders," Codie said, her voice filled with a mix of fear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defiance. "They've decided to intervene. They believe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you are a threat, a danger to the balance of our worlds.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want to separate us."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felt a chill run down his spine. He knew this day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coming, but hearing it confirmed, the reality of the situation,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like a blow to his chest. The shadows that had always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surrounded him felt heavier, more oppressive, a reflection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fear that was gnawing at him.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won't let them," Zylak said, his voice laced with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determination. "I won't let them take you away from me.</w:t>
      </w:r>
    </w:p>
    <w:p>
      <w:pPr>
        <w:autoSpaceDN w:val="0"/>
        <w:autoSpaceDE w:val="0"/>
        <w:widowControl/>
        <w:spacing w:line="332" w:lineRule="exact" w:before="2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We'll fight them, we'll prove them wrong."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Codie reached out, her hand gently touching his face.</w:t>
      </w:r>
    </w:p>
    <w:p>
      <w:pPr>
        <w:autoSpaceDN w:val="0"/>
        <w:autoSpaceDE w:val="0"/>
        <w:widowControl/>
        <w:spacing w:line="360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"Zylak," she said, her voice soft and filled with love. "This 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not just about us. This is about the future of our worlds,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about the balance of light and dark. They're right, you know.</w:t>
      </w:r>
    </w:p>
    <w:p>
      <w:pPr>
        <w:autoSpaceDN w:val="0"/>
        <w:autoSpaceDE w:val="0"/>
        <w:widowControl/>
        <w:spacing w:line="360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We're breaking the rules, challenging the ancient laws.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 can't let fear dictate our choices. We have to find a way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make them see, to show them that love can bridge the gap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between our worlds, that it can bring harmony, not chaos."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79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looked into her eyes, his heart filled with a mixture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 and despair. He saw the fire of her conviction,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belief in their love, and he felt a renewed sense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determination. He would fight for her, for their love, for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future where light and shadow could coexist in harmony.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"You're right, Codie," he said, his voice filled with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newfound strength. "We have to find a way to make them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see. We have to show them that our love is not a threat, but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promise, a promise of a brighter future."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so, the fight for their love began. They had crossed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threshold, defied the ancient laws, and now they faced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consequences, the backlash of their respective communities.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 was a beacon in the darkness, a symbol of hope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against the fear and uncertainty that threatened to consume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world.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stood side by side, a united front against the forces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darkness, their love a powerful shield against the ancient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magic that sought to tear them apart. They knew the battle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far from over, but they were determined to fight,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prove that love could conquer all, that even in the darkest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times, hope could prevail.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A Promise Made in Moonlight</w:t>
      </w:r>
    </w:p>
    <w:p>
      <w:pPr>
        <w:autoSpaceDN w:val="0"/>
        <w:autoSpaceDE w:val="0"/>
        <w:widowControl/>
        <w:spacing w:line="360" w:lineRule="exact" w:before="4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air hung thick with a sweet, earthy scent as Codie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cautiously stepped onto the edge of the Whispering Woods.</w:t>
      </w:r>
    </w:p>
    <w:p>
      <w:pPr>
        <w:autoSpaceDN w:val="0"/>
        <w:autoSpaceDE w:val="0"/>
        <w:widowControl/>
        <w:spacing w:line="360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boundary between the sun-drenched meadows of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 and the eternally shadowed realm of Zylak was a stark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contrast, a shimmering veil separating light and darkness.</w:t>
      </w:r>
    </w:p>
    <w:p>
      <w:pPr>
        <w:autoSpaceDN w:val="0"/>
        <w:autoSpaceDE w:val="0"/>
        <w:widowControl/>
        <w:spacing w:line="360" w:lineRule="exact" w:before="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could feel the magic of her world pulsing around her,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as she stepped across the threshold, it began to fade,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replaced by a strange, almost melancholic energy.</w:t>
      </w:r>
    </w:p>
    <w:p>
      <w:pPr>
        <w:autoSpaceDN w:val="0"/>
        <w:autoSpaceDE w:val="0"/>
        <w:widowControl/>
        <w:spacing w:line="360" w:lineRule="exact" w:before="360" w:after="0"/>
        <w:ind w:left="864" w:right="1152" w:firstLine="0"/>
        <w:jc w:val="center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Behind her, the meadows were bathed in the golden light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dusk, the last rays of the sun casting long, playful shadows.</w:t>
      </w:r>
    </w:p>
    <w:p>
      <w:pPr>
        <w:autoSpaceDN w:val="0"/>
        <w:autoSpaceDE w:val="0"/>
        <w:widowControl/>
        <w:spacing w:line="360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here, in the Whispering Woods, the twilight was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permanent, an endless night punctuated by the faint glow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bioluminescent mushrooms and the twinkling of fireflies.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she ventured deeper into the woods, the air grew colder,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trees towering above her, their branches interlaced like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gnarled fingers reaching for the sky. The whispers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wind through the leaves sounded like hushed conversations,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secrets shared in the darkness.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sudden rustle in the undergrowth made Codie jump.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drew her cloak closer around herself, her heart pounding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chest. A dark figure emerged from the shadows, its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features shrouded in darkness.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"Zylak," she breathed, her voice barely audible above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rustling of leaves.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"Codie," he replied, his voice a low rumble, like the distant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growl of thunder. He extended a hand towards her,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fingers pale and slender against the darkness.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79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hesitated for a moment, torn between fear and a deep,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undeniable pull towards him. The fear of the unknown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battled with the undeniable fascination she felt for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creature of the shadows.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Taking a deep breath, Codie reached out and took Zylak's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hand. The touch of his skin sent a shiver down her spine,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tingling sensation that spread through her body like a warm,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liquid fire. She couldn’t deny the strange attraction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shared. It was a connection she had never felt before.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led her through the woods, their steps silent on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damp earth. As they walked, he told her stories of his world,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tales of ancient magic and forbidden lore. He spoke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 Council, a group of elders who ruled their realm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an iron fist, enforcing strict laws that forbade contact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 the sunlit world.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"They fear the sun," he said, his voice a soft whisper. "They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believe that it will corrupt us, that it will turn us into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something we are not meant to be."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listened intently, her heart aching for Zylak and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people. She couldn’t understand their fear, their rigid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adherence to darkness. She had always believed that light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shadow could coexist, that they were two sides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same coin, equally important and necessary.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"But why?" she asked, her voice filled with confusion. "Why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can't we be together? Why must we be separated by this veil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darkness?"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sighed, his face obscured by the shadows. "It is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ancient law, Codie. A law that has been in place for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centuries, since the time of the Great Divide."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79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told her of a time when the two realms were once one,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single world bathed in both light and shadow. But a great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battle had torn them apart, leaving behind two distinct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realms, ruled by opposing forces.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 Shadow Council believes that the sun's magic 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dangerous, that it will corrupt us," he said. "They fear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consequences of our worlds merging again, and they will do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everything in their power to prevent it."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was shaken by his words, but she refused to accept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fate. She couldn’t believe that their love was doomed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because of some ancient law. She knew that their connection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was far too strong, too deep to be simply brushed aside.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"We won't let them stop us, Zylak," she said, her voice filled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conviction. "We will find a way to be together, no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matter what the cost."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turned to her, his eyes gleaming in the darkness.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could see the fire in her gaze, the burning desire to defy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worlds and their fates.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"Codie, you have no idea what you are asking," he said,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voice laced with both concern and admiration.</w:t>
      </w:r>
    </w:p>
    <w:p>
      <w:pPr>
        <w:autoSpaceDN w:val="0"/>
        <w:autoSpaceDE w:val="0"/>
        <w:widowControl/>
        <w:spacing w:line="360" w:lineRule="exact" w:before="36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know," she replied, her voice firm. "But I'm willing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fight for what I believe in. I'm willing to fight for us."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stepped closer, his hand reaching out to cup her face,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fingers tracing the curve of her cheek. His touch was gentle,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yet it sent a rush of heat through her, igniting a flame in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heart that she knew would never be extinguished.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"Then we will fight together," he whispered, his voice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promise carried on the wind. "We will fight for our love, no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matter the obstacles."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so, under the cloak of the eternal twilight, Codie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made a pact. They vowed to fight for their love,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defy the ancient laws and the prejudices of their realms.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knew that the road ahead would be fraught with danger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adversity, but they were determined to find a way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bridge the gap between light and shadow, to create a world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where their love could flourish, even if it meant defying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very foundations of their existence.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journey was far from easy. Codie's world, once a place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vibrant joy and laughter, became a place of whispers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suspicion. Her fellow fairies, afraid of Zylak's darkness,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viewed him with suspicion and fear. They warned her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dangers of her infatuation, of the consequences of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choosing love over tradition.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Codie, however, refused to be swayed. She knew that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was real, that it had the power to transcend boundaries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overcome obstacles. She would fight for it, with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everything she had.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Zylak, too, faced opposition. The Shadow Council,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distrustful of the sunlit world, saw Codie as a threat to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realm, an unwelcome intrusion into their carefully guarded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darkness. They warned Zylak of the consequences of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disobedience, threatening to banish him from the realm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sever his ties to his people.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Yet, despite the dangers, their love grew stronger.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found solace in each other's presence, a source of strength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hope in the face of overwhelming odds. They spent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days whispering sweet nothings and sharing dreams for a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future where their worlds could coexist, where they could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finally be together without fear.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as the moon cast its silver glow over the Whispering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Woods, they would stand together, their hands intertwined,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hearts beating in unison, a testament to the enduring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of their love. They knew that their journey would be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long and difficult, but they were determined to conquer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darkness, to bring their worlds together in a symphony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light and shadow, a testament to the enduring power of love.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Backlash of the Sunlit Realm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news of Codie's relationship with Zylak spread through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Sunlit Realm like wildfire. Initially, a wave of whispers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followed her wherever she went, fueled by curiosity and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hint of excitement. However, as days turned into weeks,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whispers grew louder, evolving into murmurs of disapproval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even outright condemnation.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Codie, once the epitome of sunlit joy, now felt the weight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community's judgment. The once vibrant meadows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been her playground now seemed cold and distant,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constant reminder of the disapproval that surrounded her.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best friend, Elara, a fellow fairy with golden wings and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heart full of kindness, tried to offer solace. "Codie," Elara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said, her voice tinged with worry, "I know this is hard,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you have to understand why everyone is so upset. We've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always lived in a world of light and harmony. Zylak… he's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from a place of darkness. It's not just about him, it's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ancient magic that binds our worlds."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sighed, her shimmering blonde hair catching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sunlight like a thousand tiny stars. "Elara, you know I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our world, but I also love Zylak. He's not some evil monster.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He's… well, he's kind and gentle, and he understands me in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way that no one else ever has."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Elara's eyes, usually filled with warmth, held a glimmer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fear. "But what about the ancient magic? What if it threatens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our way of life?"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"No one knows for sure what the ancient magic will do,"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Codie replied, her voice filled with a determination she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hadn't felt before. "We can't let fear dictate our choices. We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have to trust our hearts and our love."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trust was a fragile thing, and in the face of societal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backlash, it began to crack. Codie's parents, once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staunchest supporters, now expressed their concern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growing urgency. Her father, a respected elder, even went so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far as to plead with her to end the relationship, fearing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safety of their entire realm.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"Codie, my dear," her mother said, her voice trembling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sadness, "I understand your feelings for this… Zylak.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we've always lived in a world of light, and it's all we know.</w:t>
      </w:r>
    </w:p>
    <w:p>
      <w:pPr>
        <w:autoSpaceDN w:val="0"/>
        <w:autoSpaceDE w:val="0"/>
        <w:widowControl/>
        <w:spacing w:line="332" w:lineRule="exact" w:before="2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We can't risk that."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felt a pang of pain. The love and support she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always cherished from her parents felt distant, replaced by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fear she couldn't understand. It was as if a chasm had opened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up between them, a chasm filled with misunderstanding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worry.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other fairies, once so eager to share laughter and stories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her, now avoided her gaze. Whispers followed her like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shadows, carrying accusations of reckless endangerment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betrayal of their way of life. Even the once-bright meadow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seemed to have lost its vibrancy, as if the sun itself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reflecting the darkness that had crept into her life.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Codie's heart ached with a deep loneliness. The once familiar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faces that had filled her world now seemed alien,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expressions filled with judgment and fear. She felt isolated,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alone in a world that had suddenly become cold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unforgiving.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sought solace in the company of Zylak, finding comfort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 his dark, protective embrace. His world, shrouded in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 and mystery, offered a stark contrast to the sunlit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realm, yet it felt strangely comforting. He was a haven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storm that raged within her.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"Don't let them break you," Zylak whispered, his voice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soothing melody against the darkness. "They fear what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don't understand, but we'll show them that love can bloom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even in the shadows."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words were a lifeline, a beacon of hope in a world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turned cold. But as the days passed, Codie found herself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torn between two worlds. She loved her home, her family,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the people who had always been there for her. Yet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also loved Zylak, a love that defied all logic and societal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norms.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as the sun dipped below the horizon, casting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long shadows across the meadow, Codie sat by a shimmering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stream, her reflection distorted by the rippling water. Tears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streamed down her face, blurring the image in the water.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"What am I to do?" she whispered, her voice broken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grief.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soft touch on her shoulder startled her. It was Elara,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eyes filled with concern and a newfound understanding.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"I've been talking to the elders," Elara said, her voice low.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"They're worried, yes, but they're not all against you. Some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them, the ones who are old enough to remember when our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worlds were connected, they say there's more to this than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meets the eye. They say the ancient magic is not always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threat, that it can be a force of good."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looked at her friend, a glimmer of hope flickering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 eyes. "Do you think they're right? Could the ancient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201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magic actually be a bridge between our worlds, not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barrier?"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Elara nodded slowly. "I don't know for sure, Codie, but there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are stories, ancient tales that speak of a time when light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 danced together in harmony. Maybe… maybe there's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way to bring that back."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Codie's heart swelled with a renewed sense of hope. Perhaps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path ahead was not as daunting as she had feared.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Perhaps, with the help of those who understood the ancient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magic, she and Zylak could find a way to bridge the gap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between their worlds, not just for themselves, but for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everyone.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journey ahead would be long and fraught with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challenges, but as she looked at Elara's determined gaze,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spark of defiance ignited within her. Codie knew that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could not let the shadows consume her. She would fight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love, for her world, and for the chance to create a future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where light and shadow could dance together in harmony.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The Test of Ancient Magic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backlash from her own kind hit Codie like a wave of icy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water. Her once-bright world, once filled with sunshine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laughter, now felt like a cold, unforgiving storm. Her friends,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who used to share secrets under the shimmering canopy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sunlit meadows, now whispered behind her back,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eyes filled with a mixture of pity and judgment.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"Codie, darling, are you sure about this?" her dearest friend,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Luna, asked, her voice laced with concern. "Zylak… he’s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from the Shadow Realm. It’s dangerous."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Codie, despite the heartache in her heart, felt a stubborn fire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ignite within her. "He’s not dangerous, Luna. He's different,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yes, but he's kind. We understand each other in a way no one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else does."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Luna’s words, echoing the sentiments of many, were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constant reminder of the chasm that divided them.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ancient magic that kept their worlds separate was a force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couldn’t ignore. It was a silent barrier, a ghostly wall,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pulsated with an ancient energy that threatened to tear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them apart.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as Codie and Zylak shared a stolen moment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 a moonlit sky, the air crackled with a strange energy.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world around them shimmered, and the ancient magic,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dormant for so long, began to stir.</w:t>
      </w:r>
    </w:p>
    <w:p>
      <w:pPr>
        <w:autoSpaceDN w:val="0"/>
        <w:autoSpaceDE w:val="0"/>
        <w:widowControl/>
        <w:spacing w:line="360" w:lineRule="exact" w:before="36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"It’s happening," Zylak whispered, his voice laced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urgency. "The ancient spell is trying to break us apart.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senses our love, our bond, and it's jealous."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world around them twisted and warped, as if the very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fabric of reality was being torn apart. The air grew heavy,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suffocating pressure that constricted their breaths.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clung to each other, desperate to hold onto the last vestiges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their connection.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ancient spell, a force born from a time long forgotten,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relentless. It pulsed with an ancient fury, a primal need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maintain the separation between their worlds. It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force that was older than time itself, a power that had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witnessed countless battles and betrayals, a force that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seen empires rise and fall.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Suddenly, a blinding light erupted from the sky, casting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ethereal glow upon the world. It was a powerful force,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radiant beam of light that cut through the darkness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ancient spell.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 Guardians," Zylak gasped. "They’ve been watching us.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They know about the spell."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Guardians, ethereal beings who protected the delicate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balance between the two realms, had sensed the danger.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were the last vestiges of an ancient order, their power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rooted in the very core of the magic that separated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worlds.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Guardians appeared before them, their forms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shimmering with ethereal light. They were beings of pure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energy, their voices resonating with the power of ages past.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 ancient spell is a force of chaos," one of the Guardians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boomed. "It threatens to unravel the very fabric of our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existence. It must be broken, or the consequences will be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dire."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words were heavy with foreboding,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pronouncements filled with the wisdom of millennia.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Guardians, with their unwavering devotion to their duty,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warned of a future where the very essence of life itself could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 extinguished.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"But how?" Zylak asked, his voice filled with desperation.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"We are but two souls who have found solace in each other.</w:t>
      </w:r>
    </w:p>
    <w:p>
      <w:pPr>
        <w:autoSpaceDN w:val="0"/>
        <w:autoSpaceDE w:val="0"/>
        <w:widowControl/>
        <w:spacing w:line="360" w:lineRule="exact" w:before="0" w:after="0"/>
        <w:ind w:left="1000" w:right="201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How can we fight against a power that has lasted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centuries?"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Guardians looked at them with eyes that seemed to see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through time itself. Their gaze was unwavering, their words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resolute.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 power of love," the Guardian said, their voice echoing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through the air. "It is a force that can defy even the strongest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magic. But it requires sacrifice, a willingness to give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everything, to lay your heart bare."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explained that the ancient spell was a test of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commitment, a challenge to the very essence of their bond.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 test of whether their love could survive the relentless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assault of ancient magic, whether their hearts could remain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unbroken.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 path ahead is fraught with danger," the Guardian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continued. "But we can help you. We can guide you.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remember, the choice is yours. Will you choose love? Will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you choose unity? Or will you allow the ancient magic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break you apart?"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and Zylak looked at each other, their hearts filled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mixture of fear and determination. They had come too far,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shared too much, to allow the ancient spell to tear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them apart. They had found solace in each other, a sanctuary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from the storms of their worlds. Their love was a beacon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darkness, a glimmer of hope in the face of adversity.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"We choose love," Codie said, her voice resonating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conviction. "We choose unity. We choose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fight against the ancient magic, to break the spell, to prove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our love is stronger than any force in the universe."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Zylak nodded, his eyes filled with a fierce determination.</w:t>
      </w:r>
    </w:p>
    <w:p>
      <w:pPr>
        <w:autoSpaceDN w:val="0"/>
        <w:autoSpaceDE w:val="0"/>
        <w:widowControl/>
        <w:spacing w:line="360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would face the challenges ahead together, hand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hand, their hearts intertwined. They would defy the ancient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spell, they would break the barriers that separated them,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would prove that love, in its purest form, could conquer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anything.</w:t>
      </w:r>
    </w:p>
    <w:p>
      <w:pPr>
        <w:autoSpaceDN w:val="0"/>
        <w:autoSpaceDE w:val="0"/>
        <w:widowControl/>
        <w:spacing w:line="360" w:lineRule="exact" w:before="36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Guardians nodded, their faces filled with a sense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hope. "Then let the trials begin," they said, their voices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echoing with the power of ancient magic.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air crackled with energy, and a new sense of purpose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filled the atmosphere. The ancient spell, sensing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defiance, redoubled its assault, unleashing its raw power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 attempt to break their connection.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and Zylak held on, their love a shield against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storm. They fought to stay connected, to maintain their bond,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hold on to the flickering flame of hope that burned within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them.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trials were grueling, testing them in ways they had never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imagined. The ancient spell manipulated their emotions,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casting doubt and suspicion between them, weaving illusions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designed to break their trust.</w:t>
      </w:r>
    </w:p>
    <w:p>
      <w:pPr>
        <w:autoSpaceDN w:val="0"/>
        <w:autoSpaceDE w:val="0"/>
        <w:widowControl/>
        <w:spacing w:line="360" w:lineRule="exact" w:before="360" w:after="0"/>
        <w:ind w:left="864" w:right="1728" w:firstLine="0"/>
        <w:jc w:val="center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were forced to confront their deepest fears,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darkest secrets, their most vulnerable insecurities. The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248" w:firstLine="0"/>
        <w:jc w:val="both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ancient spell, with its insidious whispers, preyed upon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deepest anxieties, attempting to tear apart the very fabric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bond.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their love, strengthened by their shared struggles,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remained resolute. They held on to each other, their hearts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entwined, their spirits unyielding. They refused to allow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ancient magic to win, they refused to let their love be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extinguished.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endured trials of fire and ice, of darkness and light,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pain and sorrow. They faced challenges that tested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resilience, their strength, their very souls. But through it all,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 remained their anchor, their guiding light,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source of strength.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Guardians watched, their faces etched with both concern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admiration. They saw the determination in their eyes,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commitment in their hearts, the unyielding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bound them together.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 ancient spell is a test," one of the Guardians said, "but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is also an opportunity. It is a chance for you to prove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 of your love, to show the world that even the most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powerful magic can be overcome by the sheer force of your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bond."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trials continued, Codie and Zylak found themselves 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crossroads. They had to make a choice, a sacrifice,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would determine the fate of their love and the future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worlds.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ancient spell, sensing their growing strength, intensified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its assault. It threatened to unleash a power that could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destroy everything they held dear, everything they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fought for.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79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faced a decision that would test their very souls,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choice that would leave them vulnerable, exposed,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uncertain. They would have to choose between their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their safety, between their hearts and their worlds.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choice they made would have profound implications,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choice that would have a ripple effect that extended far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beyond their own lives. It was a choice that could forge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path to unity or seal their worlds in eternal separation.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through it all, one thing remained certain: their love,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bond, their connection, was a force that could change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world. It was a power that could heal the wounds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past, a power that could illuminate the darkness, a power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could bridge the chasm between their worlds.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knew that the fight was far from over, that the journey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ahead would be fraught with dangers, that the stakes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higher than ever before. But they were ready to face it,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together. They were ready to defy the ancient spell, to break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barriers that separated them, and to build a future where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 could flourish, a future where their worlds could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coexist.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trials had tested their bond, challenged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commitment, and pushed them to their limits. But through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all, their love had grown stronger, their connection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deepened, their resolve had been forged.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emerged from the trials, battered but unbroken,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a beacon of hope in the darkness. The ancient spell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been weakened, its power diminished by their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commitment. They had defied the ancient magic, they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broken the barriers that separated them, and they had proven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their love was a force to be reckoned with.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The Counsel of the Wise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Codie's heart ached. The warmth of the sunlit meadow, once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source of comfort and joy, now felt oppressive, suffocating.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had returned to her community, her heart heavy with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weight of her forbidden love. The backlash was immediate,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swift, and unforgiving. Her friends, once eager to share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stories of their latest escapades, now turned away, their gazes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filled with a mixture of pity and disdain. Their whispers, like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venomous darts, pierced through her carefully constructed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facade, reminding her of the chasm that separated her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Zylak.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parents, once beaming with pride at her radiance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carefree spirit, now held back their affections,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expressions clouded with worry and disappointment.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feared the consequences of her association with the shadows,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whispers of ancient magic that threatened to unravel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fabric of their peaceful world.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pain of rejection cut deeper than any physical wound.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found herself retreating into her own silent world,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seeking solace in the shimmering wings that had always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been her sanctuary. But even the gentle caress of the wind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through her feathers couldn’t soothe the turmoil within.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Desperate for understanding, for a glimmer of hope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 of her community’s disapproval, Codie sought guidance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from an elder known as Willow. A fairy of wisdom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ancient lore, Willow had witnessed countless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transformations in the realms, the ebb and flow of light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shadow, the dance of creation and destruction.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found Willow nestled amidst a grove of willow trees,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branches cascading like silver waterfalls, their leaves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rustling with a hushed wisdom. The air hummed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subtle magic, a comforting presence that promised solace.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"Willow," Codie whispered, her voice trembling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mixture of fear and hope. "I need your guidance. I have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fallen in love with a shadow fairy, a being from a realm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darkness. My community shuns me, fearing the ancient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magic that binds us. They say our love is forbidden, that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will bring ruin to our world."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Willow’s gaze, as wise as the ancient trees that surrounded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her, held a glimmer of understanding. She had seen countless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unions across the realms, and she knew the complexities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love, especially where darkness and light intertwined.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"My dear Codie," Willow began, her voice a gentle melody.</w:t>
      </w:r>
    </w:p>
    <w:p>
      <w:pPr>
        <w:autoSpaceDN w:val="0"/>
        <w:autoSpaceDE w:val="0"/>
        <w:widowControl/>
        <w:spacing w:line="360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"Love is a powerful force, capable of transcending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boundaries and defying expectations. But it also carries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responsibility, the potential to reshape the world around it.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You must understand the nature of the ancient magic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binds you to Zylak."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"Tell me," Codie pleaded, her eyes wide with desperate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hope. "What is the nature of this magic? What dangers does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it hold?"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Willow’s expression softened with compassion. "The magic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binds you to Zylak is a manifestation of the ancient pact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between light and shadow, a balance that has kept your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 and the shadow realm in harmony for eons. The magic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itself is not inherently dangerous, but it is volatile, capable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disrupting the delicate balance if misused or misunderstood.</w:t>
      </w:r>
    </w:p>
    <w:p>
      <w:pPr>
        <w:autoSpaceDN w:val="0"/>
        <w:autoSpaceDE w:val="0"/>
        <w:widowControl/>
        <w:spacing w:line="332" w:lineRule="exact" w:before="2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fear that your community harbors is not unfounded."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"But how can we prevent this disruption?" Codie asked,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 laced with urgency. "How can we find a way for our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love to flourish without endangering our world?"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Willow’s gaze met Codie’s with a knowing smile. "It is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understanding of the ancient pact, in the willingness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bridge the gap between light and shadow, that true harmony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will be found. You and Zylak have a unique opportunity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rewrite the rules, to show your communities that love, when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nurtured with understanding and respect, can be a force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good."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"But how? How do we rewrite the rules?" Codie’s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trembled with hope, a flicker of light amidst the shadows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threatened to consume her.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 answer lies within your hearts," Willow replied. "In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your willingness to understand, to embrace, and to challenge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preconceived notions that have kept your realms divided.</w:t>
      </w:r>
    </w:p>
    <w:p>
      <w:pPr>
        <w:autoSpaceDN w:val="0"/>
        <w:autoSpaceDE w:val="0"/>
        <w:widowControl/>
        <w:spacing w:line="360" w:lineRule="exact" w:before="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Your journey will not be easy, my dear. You will face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opposition, doubt, and even betrayal. But remember this: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Love, when embraced with courage and conviction, can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conquer even the most formidable obstacles."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Codie's heart swelled with a newfound sense of purpose.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Willow’s words, like a ray of sunshine piercing through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clouds, ignited a spark of hope within her. She knew she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fight for her love, not just for herself and Zylak, but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future of both realms. The journey ahead would be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arduous, but with Willow’s guidance and Zylak’s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love, she had faith that they could overcome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trials ahead and create a world where light and shadow could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coexist, not in fear, but in harmony.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thanked Willow, her heart lighter than it had been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days. As she walked back to the sunlit meadow, the warmth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 sun no longer felt oppressive, but rather like a gentle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reminder of the beauty that existed in both realms. She knew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her journey was far from over, but she was no longer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alone. She had a purpose, a mission to bridge the gap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between light and shadow, to rewrite the rules, and to prove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love could conquer all.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Back in the shadow realm, Zylak felt the weight of the world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 his shoulders. He knew Codie was facing a storm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opposition, her community rejecting her for her love for him.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heart ached for her, but he knew he had to be strong,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hold fast to their shared dream of a future where their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could blossom without fear. He couldn’t afford to let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anxieties consume him, for he knew Codie needed him to be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beacon of strength in the face of darkness.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sought out his own counsel, a wise elder known as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Shadowbane. Shadowbane, shrouded in darkness, possessed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wisdom forged through centuries of observing the ever-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shifting tides of the realms. He had witnessed countless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unions, some that blossomed into beacons of hope, others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withered under the pressure of societal expectations.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approached Shadowbane, his heart burdened with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weight of their forbidden love. "Shadowbane," he began,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 resonating with a mixture of anxiety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determination, "I fear for Codie. Her community rejects her,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fearing the magic that binds us. They believe our love is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threat to their world."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Shadowbane’s dark eyes, like bottomless pools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knowledge, bore into Zylak, searching for the truth within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heart. He had seen countless battles waged between light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shadow, love and fear, and he knew that the true conflict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lay not in the clash of realms, but within the hearts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individuals.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79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"Zylak, my young warrior," Shadowbane began, his voice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low rumble that echoed through the caverns. "The fear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your beloved faces is not born of malice, but of ignorance,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lack of understanding about the ancient pact and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potential of love to transform the world."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"But how do we overcome their fear?" Zylak asked,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 edged with desperation. "How can we make them see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our love is not a threat, but a bridge between our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realms?"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Shadowbane smiled, a glimmer of hope illuminating his dark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features. "The answer, Zylak, lies not in force, but in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understanding. In your willingness to share the secrets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your world, to reveal the beauty that lies hidden within its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depths. In your ability to show Codie’s community that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 realm is not a source of fear, but a source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strength, of resilience, of a love that knows no bounds."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"But how can we convince them to see beyond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prejudices?" Zylak asked, his voice filled with uncertainty.</w:t>
      </w:r>
    </w:p>
    <w:p>
      <w:pPr>
        <w:autoSpaceDN w:val="0"/>
        <w:autoSpaceDE w:val="0"/>
        <w:widowControl/>
        <w:spacing w:line="360" w:lineRule="exact" w:before="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"Their fear is deep-rooted, woven into the fabric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world."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Shadowbane’s gaze held Zylak’s, his dark eyes reflecting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 understanding. "You must challenge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assumptions, Zylak. You must be a beacon of hope, a living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 power of love to bridge the gap between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light and shadow. You must show them that love, when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nurtured with courage and understanding, can reshape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world, can make it a brighter, more harmonious place.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is your journey, Zylak, your opportunity to rewrite the rules,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show them that love can blossom even in the darkest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corners."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Zylak, his heart stirred with newfound purpose, listened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intently to Shadowbane’s wisdom. He knew that the journey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ahead would be fraught with challenges, but he was no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longer alone. He had Shadowbane’s guidance, Codie’s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love, and a belief in the power of their love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transform the world.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a newfound determination, Zylak prepared to meet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challenges ahead. He knew that the battle for acceptance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would not be easy, but he was ready to fight, for Codie,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love, and for the future of both realms. His heart, once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consumed by doubt and fear, now thrummed with a powerful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hope, a hope that love, like a beacon in the darkness, could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illuminate the path towards a brighter future.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Internal Struggles and Sacrifices</w:t>
      </w:r>
    </w:p>
    <w:p>
      <w:pPr>
        <w:autoSpaceDN w:val="0"/>
        <w:autoSpaceDE w:val="0"/>
        <w:widowControl/>
        <w:spacing w:line="360" w:lineRule="exact" w:before="4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Codie's heart ached with a bittersweet melody. Her world,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once filled with sunlight and laughter, now felt like a cage.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whispers of her community, once filled with admiration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 her radiant spirit, now echoed with fear and disapproval.</w:t>
      </w:r>
    </w:p>
    <w:p>
      <w:pPr>
        <w:autoSpaceDN w:val="0"/>
        <w:autoSpaceDE w:val="0"/>
        <w:widowControl/>
        <w:spacing w:line="360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fear was directed at Zylak, the enigmatic fairy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shadows, who had stolen her heart and shattered the fabric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comfortable existence. His presence in her life, once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thrilling secret, had become a source of pain.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had sought refuge in the lush meadows, where the scent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wildflowers used to soothe her soul. Now, the vibrant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colors seemed to mock her, reminding her of the life she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left behind. The sunlight, once a symbol of joy, now felt like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harsh glare, highlighting the chasm that separated her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Zylak. His world, cloaked in shadows, held an irresistible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allure, but it was a world she couldn't fully embrace.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ancient magic, a whispered threat that loomed over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love, seemed to manifest in her own heart. The spell,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designed to keep the realms separate, threatened to tear them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apart. It was a constant reminder of the sacrifices she had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make, a heavy price for a love that was both forbidden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cherished.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reflections were often interrupted by Zylak's voice, soft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melodic, a calming presence amidst the storm raging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within her. He understood her struggles, her fear of losing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everything she held dear. He had seen the darkness within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her, the shadows she tried to conceal, and he had accepted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them with an empathy that touched her soul.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can't lose you," she confessed one day, tears blurring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vision. They were seated in a hidden grove, where the sun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filtered through the leaves, casting dancing shadows on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forest floor. It was a place where they could steal moments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peace, away from the judgmental eyes of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communities.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took her hand, his touch sending a shiver down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spine. "You won't," he promised, his voice deep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reassuring. "We will fight for this, for us. We'll find a way."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his words offered little comfort. The weight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forbidden love pressed heavily upon her. She had seen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fear in her mother's eyes, the anger in her father's.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friends, once her confidantes, had become distant,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 now a mocking echo of her lost innocence.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whispers of the community followed her like a dark cloud,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painting her a traitor, an outcast for daring to love someone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from the shadowy realm.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couldn't bear the thought of losing them, of alienating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herself from her world, yet the thought of leaving Zylak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behind filled her with a dread that choked her breath.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they shared was a lifeline, a beacon in the darkness,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was also a burden, a constant reminder of the sacrifices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they had to make.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can't abandon my family, my friends," she whispered,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words laced with pain. "They are a part of me, even if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don't understand."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understood. He knew the pain of loss, of isolation. 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lived his life cloaked in shadows, an outsider even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within his own realm. He had watched her, her laughter like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ray of sunshine in his darkened world, and he had dared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hope for a love that transcended their differences.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79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know," he said, his voice laced with understanding. "But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 don't have to choose between our worlds. We can build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bridge, a place where light and shadow can coexist."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words ignited a spark of hope within her. The thought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future where they could be together, without the burden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sacrifice, was a dream she dared to hold onto. It was a long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shot, a risky gamble, but the love they shared was a powerful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force, capable of defying even the most ancient of magic.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knew that their journey would be fraught with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challenges, a test of their commitment and strength. There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would be sacrifices, compromises, and compromises, but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thought of a future together, a future where their love could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bloom without fear, was a powerful motivator.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"We can try," she said, her voice filled with a newfound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determination. The world had tried to tear them apart,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force them to choose between their worlds, but they would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not be swayed. They would fight for their love, for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future, for a world where light and shadow could dance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harmony.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journey was just beginning, but Codie knew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together, with love as their guiding light, they could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overcome any obstacle. The sacrifices they had to make,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pain they had to endure, would be worth it, for in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other's eyes, they found solace, strength, and the promise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future brighter than any sunlit meadow.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A Ray of Hope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whispers of disapproval grew louder with each passing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day. Codie, once the radiant heart of the Sunlit Meadow,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now a pariah, her once-glowing aura dimmed by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judgmental stares of her fellow fairies. The ancient magic,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lingering echo of a forgotten time, whispered its threats,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weaving a web of fear and suspicion around her and Zylak.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love, once a flickering candle in the darkness, was now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raging inferno, burning bright against the cold wind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prejudice. They clung to each other, two souls forged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fires of defiance, refusing to be consumed by the flames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societal disapproval.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even their love, strong as it was, couldn't completely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extinguish the embers of doubt that flickered within Codie's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heart. The whispers of the ancient magic were like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relentless tide, eroding her confidence, gnawing at the edges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her faith in their love.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"Zylak," she whispered one evening, her voice laced with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weight of her anxieties, "I fear the whispers are right. What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if this love, our love, is doomed?"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Zylak, his eyes reflecting the deep hues of the twilight sky,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held her close. His touch was a comforting warmth against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chill of her fear. "The whispers speak of fear, Codie,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truth. They see only shadows, not the light that burns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within us."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spoke of the ancient magic, of its power to bind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separate, to control and destroy. He told her of its origins,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time when the realms of light and shadow were one, until a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conflict tore them apart, leaving behind a legacy of fear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division.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 magic is a weapon," he said, "a tool used by those who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seek to maintain the separation, to keep us apart. But it is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invincible, not without love."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words, a beacon of hope in the encroaching darkness,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gave Codie a glimmer of strength. But the ancient magic,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fueled by fear and prejudice, was a powerful force.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love, while powerful, was a fragile flame in the face of such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ancient might.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Just when their hope began to dwindle, a faint glimmer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light appeared on the horizon. An elder, known for her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wisdom and understanding of the ancient magic, sought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 out. Her name was Elara, and her eyes held the wisdom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centuries, a depth that seemed to encompass the very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essence of the realms.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have heard whispers of your love," Elara said, her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soft but strong, "and I have seen the shadow of the ancient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magic hanging over you. But fear not, for hope still flickers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 the ashes of fear."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Elara spoke of a hidden source of power, a wellspring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ancient energy untouched by the shadows of the ancient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magic. It was a place where light and shadow existed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harmony, a beacon of hope for those who dared to believe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power of love.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"This place," Elara said, "holds the key to breaking the spell,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 freeing you from the shackles of fear."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and Zylak were hesitant at first, unsure if they could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trust this elder, this promise of hope. But Elara's eyes, filled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32" w:lineRule="exact" w:before="145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 an unwavering faith, convinced them.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"Trust me," she said, "for I have seen the love that burns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within you, and I know that it is strong enough to overcome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even the most ancient of magics."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a newfound sense of purpose, Codie and Zylak set 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 a journey to find this hidden source of power. They faced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trials and tribulations, encountered both friends and foes,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learned the true meaning of resilience.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love, once a spark in the darkness, was now a bonfire,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burning bright against the cold wind of fear and prejudice.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learned to harness their love, to channel it into a force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could counter the ancient magic, a force that could break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down the barriers that divided their realms.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journey was long and arduous, but their love, their belief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 each other, kept them going. They faced their fears head-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on, their hearts intertwined, their souls united in the face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adversity.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reached the hidden source of power, a place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unimaginable beauty and serenity. The energy of the ancient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magic pulsed around them, but instead of fear, they felt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sense of peace, a harmony that resonated deep within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souls.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then, as they stood there, their hands clasped,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hearts beating as one, the ancient magic began to shift.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whispers of fear faded, replaced by a soft melody of hope.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found their answer, their salvation, not through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of force but through the power of their love,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strength of their bond. They had found a ray of hope, a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glimmer of light in the darkness, a testament to the enduring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power of love to overcome even the most ancient of magics.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A Gathering of Forces</w:t>
      </w:r>
    </w:p>
    <w:p>
      <w:pPr>
        <w:autoSpaceDN w:val="0"/>
        <w:autoSpaceDE w:val="0"/>
        <w:widowControl/>
        <w:spacing w:line="360" w:lineRule="exact" w:before="4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whispers of change swirled through the sunlit meadows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echoed in the depths of the shadow realm. Codie,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heart alight with a fiery passion for the brooding Zylak,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found herself at the epicenter of a brewing revolution.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news of their forbidden bond had spread like wildfire,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igniting a spark of hope in the hearts of those yearning for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world beyond the rigid boundaries of tradition.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 heart of the Sunlit Meadow, a gathering unlike any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other was taking place. The air buzzed with anticipation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fairies, their wings shimmering with an array of colors,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flocked to a clearing bathed in the golden glow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midday sun. Codie, standing tall amidst a sea of familiar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faces, felt a wave of both pride and trepidation. She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to embark on a journey that could rewrite the very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fabric of their society.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eyes scanned the crowd, searching for the faces of those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who believed in a future where light and shadow could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coexist. She spotted her closest confidante, Elara, her eyes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filled with a mix of concern and unwavering support. Beside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stood a group of young fairies, their expressions a blend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excitement and fear, ready to challenge the norms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had always known.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"We stand at a crossroads, dear friends," Codie announced,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voice resonating through the clearing, "The path ahead 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paved with doubt and uncertainty, but it is a path we must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tread together. For too long, our realms have been divided by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fear and prejudice, but it is time to embrace the beauty of our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differences, to recognize the power of love that transcends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boundaries."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79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ripple of murmurs swept through the crowd as Codie's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words echoed in the hearts of those gathered. The fairies,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once accustomed to a world defined by sunlight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laughter, were now confronted with the possibility of a world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where darkness and light could dance in harmony.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know this is a difficult message to accept," Codie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continued, her voice softening, "But I believe in the power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our collective hearts to overcome the shadows of the past.</w:t>
      </w:r>
    </w:p>
    <w:p>
      <w:pPr>
        <w:autoSpaceDN w:val="0"/>
        <w:autoSpaceDE w:val="0"/>
        <w:widowControl/>
        <w:spacing w:line="360" w:lineRule="exact" w:before="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 must show the world that love is not a weakness, but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force that can illuminate even the darkest corners."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wave of applause erupted, a symphony of hope rising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hearts of those who had been yearning for change. Codie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felt a surge of strength, knowing she was not alone in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fight.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Across the threshold that separated their realms, Zylak stood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amidst a gathering of his own. The shadow realm, shrouded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an ethereal darkness, was pulsating with an energy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both intimidating and alluring. The creatures that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inhabited this world were as diverse as the shades of gray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painted the landscape. Some were shrouded in darkness,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faces veiled in shadows, while others radiated a gentle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glow, their eyes reflecting an inner light that defied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darkness that surrounded them.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"We are gathered here tonight," Zylak announced, his voice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low rumble that echoed through the realm, "To face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darkness that has imprisoned us for far too long.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boundaries that separate us from the sunlit realm have been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built on fear and ignorance. It is time to break free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these chains, to claim our place in a world where light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shadow can coexist."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chorus of agreement rose from the gathering. The shadow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creatures, their eyes gleaming with an ancient wisdom,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recognized the truth in Zylak's words. For too long,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existence had been confined to the darkness, their true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potential stifled by fear. Now, they were presented with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opportunity to break free, to reclaim their rightful place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world.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"This is not a war we wage against the sunlit realm," Zylak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clarified, his voice steady and reassuring, "This is a fight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our right to exist, to love, to be accepted for who we are,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regardless of the darkness that may cloak our essence."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shadow creatures nodded in agreement, their hearts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yearning for a world that embraced their unique essence.</w:t>
      </w:r>
    </w:p>
    <w:p>
      <w:pPr>
        <w:autoSpaceDN w:val="0"/>
        <w:autoSpaceDE w:val="0"/>
        <w:widowControl/>
        <w:spacing w:line="360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long been condemned as creatures of darkness,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very existence a source of fear and distrust. Now,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being offered a chance to rewrite their history,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redefine their identity.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news of Codie and Zylak's gathering spread, ripples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hope began to stir in the hearts of those living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fringes of both realms. Whispers of their love story,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defiance of tradition, fueled a burgeoning revolution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threatened to upend the established order.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 heart of the sunlit realm, a group of elder fairies,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wings adorned with the wisdom of centuries, gathered in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secluded grove. They were the guardians of the ancient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magic, the keepers of the traditions that had shaped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 for generations. Their faces, etched with the passage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time, reflected a deep concern as they debated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ramifications of Codie and Zylak's actions.</w:t>
      </w:r>
    </w:p>
    <w:p>
      <w:pPr>
        <w:autoSpaceDN w:val="0"/>
        <w:autoSpaceDE w:val="0"/>
        <w:widowControl/>
        <w:spacing w:line="360" w:lineRule="exact" w:before="360" w:after="0"/>
        <w:ind w:left="864" w:right="1728" w:firstLine="0"/>
        <w:jc w:val="center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"This is a dangerous path they are treading," one elder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declared, her voice tinged with a hint of despair, "The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ancient magic that binds our realms has been in place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centuries. To defy it is to risk unleashing chaos upon our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world."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"But what of the love that binds these two souls?" another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elder countered, her voice softer, but no less resolute, "Can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 truly turn our backs on a force that can bring light into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darkest corners of our existence?"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elders debated late into the night, the weight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responsibility heavy upon their hearts. They knew that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future of their world hung in the balance, that the choices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made today would shape the destinies of generations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sun rose, painting the meadows in shades of gold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crimson, the elders made their decision. They would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stand in the way of love. They would not deny the power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force that had the potential to heal the wounds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world.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"We will not dictate the path of their hearts," the eldest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elders declared, her voice resonating with a quiet wisdom,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"We will stand as guardians of our traditions, but we will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also recognize the power of love. Let them forge their 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destiny, and let us observe, and perhaps, even learn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journey."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news of the elders' decision spread through the sunlit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realm like a refreshing breeze. The fairies, who had been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hesitant to embrace change, now felt a sense of hope.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realized that their leaders, the very embodiment of tradition,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willing to listen, to consider the possibility of a world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beyond the rigid boundaries they had always known.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 shadow realm, Zylak received a similar message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council. The elders, who had long resisted the allure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sunlit realm, were now willing to consider the possibility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a future where light and shadow could dance in harmony.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 time has come to bridge the gap between our realms,"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elder declared, his voice resonating with a newfound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hope, "Let us open our hearts to the possibility of change,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power of love that can bridge the chasm that divides us."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a shared understanding between the elders of both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realms, Codie and Zylak embarked on a journey to unite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supporters, to build a bridge between their worlds.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path ahead was fraught with challenges, but they were no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longer alone. They had the support of those who believed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future where light and shadow could coexist, where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could flourish even in the most unlikely of places.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Codie and Zylak rallied their supporters, they faced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opposition from those who clung to the old ways, who feared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unknown. The battle lines were drawn, not in a physical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war, but in a war of ideas, a war for the hearts and minds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people.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debates raged, the arguments flowed like rivers,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side clinging to their beliefs, their traditions, their fears.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and Zylak, standing as beacons of hope in the midst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turmoil, remained steadfast in their commitment to love,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unity, to a future where the boundaries between light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 would blur, becoming a tapestry of shades that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reflected the beauty of their diverse world.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journey ahead was long and winding, fraught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obstacles and betrayals. Yet, as they stood side by side,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hands intertwined, their hearts beating as one, Codie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Zylak knew that their love was a force that could overcome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any challenge, that could illuminate even the darkest corners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their world. For their love was a promise, a promise of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future where light and shadow would dance in harmony,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future where the world would finally see the beauty of a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defied the boundaries of tradition.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The Battle of Acceptance</w:t>
      </w:r>
    </w:p>
    <w:p>
      <w:pPr>
        <w:autoSpaceDN w:val="0"/>
        <w:autoSpaceDE w:val="0"/>
        <w:widowControl/>
        <w:spacing w:line="360" w:lineRule="exact" w:before="4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air hung heavy with anticipation, a palpable tension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vibrating between the two realms. Codie, her iridescent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wings shimmering under the silvery moonlight, stood at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precipice of a metaphorical battleground. Her heart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thrummed with a mix of fear and determination. It was time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confront the prejudices that threatened to tear her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Zylak apart.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chorus of whispers rose from the gathered fairies,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voices tinged with disapproval and fear. Codie felt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gazes burning into her, branding her a traitor, a deviant who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dared to cross the boundaries of their world. But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stood tall, her spirit fueled by the love that bound her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Zylak. Beside her, Zylak, his dark wings spread wide,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mirrored her resolve. The darkness that clung to him seemed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hum with defiance, a testament to the battles he had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fought in his own realm.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air crackled with magic, a palpable energy that pulsed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between the two realms. The lines that separated light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 had blurred, creating a kaleidoscope of swirling hues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reflected the chaotic emotions swirling within the hearts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those assembled. This wasn’t just a battle for acceptance,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a clash of ideologies, a fight for the very essence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existence.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“You have betrayed us, Codie,” a voice boomed from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heart of the gathering, its tone laced with icy venom. It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Eldora, the most revered elder of the sunlit realm, her eyes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glittering with a disdain that pierced Codie’s very soul. “You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have chosen darkness over light, a path that leads only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ruin.”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79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Codie’s heart ached, the pain of her community’s rejection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sharp blade twisting within her. Yet, she refused to cower. “I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have chosen love, Eldora,” she retorted, her voice ringing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a newfound strength. “Love that knows no boundaries,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embraces the light and the dark, that sees beauty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every facet of existence.”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collective gasp rippled through the gathering, a wave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shock and disbelief crashing against Codie’s resolve.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words, spoken with such conviction, had cut through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fabric of their deeply ingrained prejudices, exposing the fear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ignorance that fueled their animosity.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Zylak, ever the silent observer, stepped forward, his voice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low rumble that resonated through the gathering. “You fear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what you do not understand, Eldora,” he declared, his eyes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burning with a fierce intensity. “You cling to the light, blind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the beauty that can exist in the shadows. You have built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walls that have kept you from seeing the truth, the truth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love can bloom even in the darkest of corners.”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words, though spoken softly, held a power that shook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very foundations of their beliefs. The fairies of the sunlit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realm were used to their world being the epitome of purity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goodness, their shadows nothing more than a distant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threat. Zylak, with his effortless confidence and his embrace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the darkness, challenged their long-held convictions.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“You talk of love, Zylak,” Eldora sneered, her voice dripping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scorn, “but your love is a dangerous delusion, a threat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the balance of our world. The shadows you embrace are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harbingers of chaos, the agents of destruction. You are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blight upon our existence, a force to be feared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eradicated.”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air crackled again, the energy around them becoming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almost unbearable. Zylak’s eyes narrowed, his power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thrumming beneath the surface. This wasn’t just a debate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anymore; it was a clash of wills, a battle for dominance.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Codie, her heart pounding against her ribs, felt a surge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protectiveness towards Zylak. She wouldn’t let them hurt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him, not again.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“You are afraid, Eldora,” Codie interjected, her voice now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infused with a calm strength. “You are afraid of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unknown, of the things that lie beyond your carefully crafted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world. You fear what you cannot control, what you cannot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understand. But fear is a poor foundation for a world, Eldora.</w:t>
      </w:r>
    </w:p>
    <w:p>
      <w:pPr>
        <w:autoSpaceDN w:val="0"/>
        <w:autoSpaceDE w:val="0"/>
        <w:widowControl/>
        <w:spacing w:line="360" w:lineRule="exact" w:before="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Love, on the other hand, is the foundation of everything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beautiful and powerful.”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words resonated through the gathering, a wave of hope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washing over some of the fairies. Codie saw a flicker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doubt in the eyes of some, a questioning of the long-held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beliefs that had defined their existence. But Eldora remained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defiant, her grip on their fear unwavering.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“You are blinded by your love, Codie,” Eldora declared,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 shaking with rage. “You fail to see the consequences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your actions. This alliance, this union, will unleash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darkness upon our world that will consume us all. You will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 responsible for the destruction of everything we hold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dear.”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felt a surge of anger rise within her. How dare she,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Eldora, who had built her world upon fear and control, judge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love? How dare she speak of destruction when it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world, her way of life, that was built upon suppression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prejudice?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“You are not the arbiter of our fate, Eldora,” Codie retorted,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voice laced with steel. “You cannot dictate our lives, our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choices, our love. We will not be silenced, we will not be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controlled, and we will not be separated. We will stand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together, Zylak and I, and fight for the right to love,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embrace the differences that make us who we are, to build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world where light and shadow coexist in harmony.”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words, spoken with such passion and conviction,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resonated through the hearts of the assembled fairies.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heard the whispers of doubt, the seeds of hope planted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by Codie and Zylak. The fear that had held them captive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began to loosen its grip, replaced by a glimmer of curiosity,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thirst for understanding.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Eldora, realizing that her control was slipping, launched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final attack. “If you refuse to heed my warnings,” she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declared, her voice crackling with fury, “then I will be forced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invoke the ancient magic, the magic that will sever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threads of your love and banish the darkness from our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world.”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felt a surge of fear course through her, the ancient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magic, a powerful force that had long been a source of fear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mystery in their world, was about to be unleashed.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resolve was unshaken. She would not allow fear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dictate her destiny. She would not let her love be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extinguished.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“Do it, Eldora,” Codie challenged, her voice unwavering.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“Unleash your magic. You will see, the love that binds us 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stronger than any ancient magic, stronger than any prejudice,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stronger than anything you can conjure.”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tension in the air was almost tangible, the power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ancient magic radiating from Eldora. Codie and Zylak stood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back-to-back, their love a shield against the impending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storm. It was a moment of truth, a test of their bond, a battle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 the very essence of their existence.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Eldora chanted the ancient words of power, the sky above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 began to darken. The air crackled with energy,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shadows dancing in a swirling vortex of chaos. But amidst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gathering darkness, something else emerged. A faint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glow emanated from Codie and Zylak, a soft, pulsating light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defied the encroaching darkness. It was the power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love, a force that resonated with a primal energy,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that could not be extinguished, a force that could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 controlled.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ancient magic, unleashed with the force of a thousand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storms, slammed against their light, the clash of forces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shaking the very foundations of their world. The air vibrated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energy, the ground trembled beneath their feet,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sky above them crackled with a brilliance that threatened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consume them all. But even as the ancient magic raged,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and Zylak held strong, their love an unyielding force,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beacon of hope amidst the chaos.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ancient magic, sensing its power waning, recoiled,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seeking to regain its strength. But the love of Codie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Zylak, fueled by the support of those who had begun to see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beyond the shadows, held its ground. The magic, unable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penetrate their shield, began to dissipate, retreating back into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darkness from which it had come.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sky, once a canvas of swirling chaos, began to clear.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light of the moon, shining down upon them, cast a soft glow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upon the faces of the gathered fairies. Codie and Zylak,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hands clasped together, faced the astonished crowd.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battle for acceptance had been won, not through force,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through the power of their love, the strength of their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convictions, and the courage of those who had dared to see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beyond the shadows. The light of hope, born of a union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between the sunlit realm and the shadowy world,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illuminated the path toward a new era, an era of unity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acceptance. It was a victory for love, a testament to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of a love that transcended boundaries, a love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defied expectations, a love that shone brighter than any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darkness.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Revelations Under Starlight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night sky above the Sunlit Meadow was a canvas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infinite darkness, sprinkled with a million twinkling stars.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Codie, nestled beside Zylak beneath a towering willow tree,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felt the chill of the night seeping into her bones. A soft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breeze carried the scent of night-blooming jasmine, weaving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fragrant spell around them.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"Do you ever wonder about the stories they tell us, about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origins of our worlds?" she whispered, her voice barely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audible against the symphony of chirping crickets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rustling leaves.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Zylak, his gaze fixed on the shimmering tapestry of the night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sky, responded with a low chuckle. "Fairy tales, Codie.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are meant to entertain, not to reveal the truth."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"But what if there's more to them than we know?"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pressed, her voice tinged with curiosity. "What if those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stories hold the key to understanding why our worlds are so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different, why they are so...separate?"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remained silent for a long moment, his gaze shifting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from the stars to Codie's face. He could see the fire of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curiosity, the yearning in her eyes to unravel the mysteries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existence.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"There are those who claim that long ago, our realms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one," he said, his voice like a whisper of the wind. "A single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world, bathed in a light so brilliant, it could not be contained.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light, they say, split, birthing the Sunlit Meadow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 Realm. Each inheriting a piece of the original light,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yet forever separated by an ancient magic."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79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leaned closer, her heart pounding with a mixture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wonder and apprehension. "The ancient magic...is that what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they call the barrier?"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"Yes," Zylak confirmed, his voice raspy. "It's what keeps 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apart, what ensures that the two realms remain distinct.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it's also what fuels the animosity between our people, what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keeps us locked in this endless conflict."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"But why?" Codie gasped, her fingers tracing the delicate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patterns of leaves on the willow branch beside her. "Why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would they choose to separate us? Why would they cast such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powerful spell upon us?"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Zylak's gaze softened. "They say it was to prevent chaos,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ensure that the light and the shadow did not clash, that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balance of the world was maintained. But whispers speak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different truth, a truth that tells a story of ambition,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power struggles, and of a betrayal that fractured our world."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Codie's eyes widened. "What kind of betrayal?"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 story goes that a powerful fairy, one whose light burned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brighter than any other, betrayed his people. He yearned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more power, for control over both the light and the shadow.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his ambition ultimately led to his downfall. The ancient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magic was cast, severing the realms and trapping him within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Shadow Realm, his power waning with each passing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year."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gasped, her mind reeling. "But who was this fairy?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What happened to him?"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sighed, a flicker of sadness crossing his features. "No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one knows for sure. The stories are fragmented, lost in the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mists of time. But some say he was a benevolent ruler,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visionary who dreamt of a world where light and shadow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could coexist in harmony. Others say he was a tyrant,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ruthless leader who sought to rule over all. The truth, like so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many things in our world, lies hidden in the shadows."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shiver ran down Codie's spine. The tale was both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captivating and terrifying. It was a story of ambition,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betrayal, and of a magic that could shatter the very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foundation of their worlds. It resonated with the fears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anxieties that had been lurking in the back of her mind since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first met Zylak, a sense that their love was defying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force far more powerful than they could ever imagine.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"Do you think this ancient magic can be broken?" she asked,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 voice trembling with a mix of hope and fear.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turned his gaze to her, his dark eyes reflecting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starlight above. "It's a possibility. Some say that true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can break the strongest spells, that the power of the heart can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transcend even the ancient magic."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Codie's heart pounded in her chest. Was that what she felt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Zylak? Was their love strong enough to defy the ancient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magic, to mend the fractured world they lived in?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"But there's a catch," Zylak continued, his voice laced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hint of caution. "Breaking the ancient magic will come at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price. It will unleash a power that could reshape our worlds,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power that could either bring about a new era of harmony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or plunge us into chaos."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Codie’s hand instinctively reached for Zylak’s, her fingers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intertwining with his. She had always feared what their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might unleash, the potential consequences of defying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boundaries of their realms. But now, standing beneath a sky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filled with stars, she felt a surge of determination. If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could bring about a new dawn, a world where light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 danced in harmony, then she would embrace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challenge, the risk, the price.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"We have to try," she said, her voice filled with conviction.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"We can't let the ancient magic continue to dictate our lives.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 have to find a way to break free, to build a future where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our love can truly blossom."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smiled, his lips curving into a soft, intimate grin.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"Together," he whispered, his voice filled with a promise.</w:t>
      </w:r>
    </w:p>
    <w:p>
      <w:pPr>
        <w:autoSpaceDN w:val="0"/>
        <w:autoSpaceDE w:val="0"/>
        <w:widowControl/>
        <w:spacing w:line="332" w:lineRule="exact" w:before="2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"We will find a way."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first rays of dawn peeked over the horizon, casting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soft golden light on the Sunlit Meadow, Codie and Zylak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walked hand-in-hand, their hearts filled with hope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promise of a future that could rewrite the very fabric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worlds. They had been drawn together by a force that defied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logic, a love that transcended boundaries. Their journey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only just begun, a journey that would test their limits,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 their beliefs, and ultimately lead them to face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destiny intertwined with the ancient magic and the fate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realms.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Strength in Unity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air crackled with a strange energy, a palpable tension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coiled around the clearing like a serpent, constricting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threatening. Codie and Zylak stood at the heart of it,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hands clasped together, a beacon of defiance against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storm brewing around them. This wasn’t a physical storm,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a tempest of prejudice and fear that had been building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generations, dividing the realms of light and shadow.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gathering in the clearing was a testament to the power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love. Fairies of both realms, once separated by an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unyielding chasm, now stood side by side, their faces a mix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apprehension and hope. Codie, radiating a warmth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seemed to push back the encroaching shadows, looked out 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crowd, her heart swelling with pride and trepidation.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saw a flicker of recognition in the eyes of the shadowed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fairies, a glimmer of understanding that the darkness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always known was not a curse, but a part of the tapestry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existence.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"We are not here to fight," Codie’s voice resonated, carrying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 the gentle wind that rustled through the leaves. "We are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not here to conquer or subjugate. We are here to bridge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divide, to weave together the threads of light and shadow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into a single, glorious fabric." Her gaze met Zylak's, and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shared glance, a silent promise was made. They would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stand together, their love an indomitable force against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relentless tide of tradition and fear.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Zylak, his shadowed eyes holding a depth that spoke of both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pain and resolve, stepped forward. His voice, deep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resonant like the rumble of distant thunder, echoed through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clearing. "For too long, we have been separated by the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whispers of fear, by the stories of darkness that have been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passed down through generations. These stories are not truth,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echoes of a fear that we are now determined to silence."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 looked at the shadowed fairies, his voice softening.</w:t>
      </w:r>
    </w:p>
    <w:p>
      <w:pPr>
        <w:autoSpaceDN w:val="0"/>
        <w:autoSpaceDE w:val="0"/>
        <w:widowControl/>
        <w:spacing w:line="360" w:lineRule="exact" w:before="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"There is no shame in the darkness, only in the ignorance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perpetuates it."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words resonated with the shadowed fairies, stirring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longing within them for a world where their darkness wasn't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seen as a curse but as a unique strength. The whispers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hope, once stifled by the weight of tradition, now began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rise like a chorus of voices, a collective defiance against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darkness that had been forced upon them.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young shadowed fairy, her face pale and drawn, stepped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forward. "My name is Elara," she said, her voice trembling.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have been told all my life that our darkness is a curse,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is something to fear. But I've always felt different, like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darkness within me is not a curse, but a source of strength."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looked at Zylak, her eyes shining with a newfound hope.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believe what you say. I believe that darkness and light can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exist together, that they are not enemies, but complementary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forces."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Elara's words sparked a wave of affirmation from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shadowed fairies. The whispers grew louder, becoming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chorus of agreement, a collective expression of a yearning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 a future where their shadows were not feared,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embraced. Codie, touched by the courage of Elara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rising tide of hope, smiled. Her light was not about erasing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darkness, but about illuminating its nuances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complexities. It was about understanding and acceptance,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about finding the common ground that existed beneath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surface of their differences.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gathering continued, fueled by a shared yearning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change. Codie and Zylak, the embodiment of that change,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spoke of their journey, of the challenges they faced,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that had sustained them through it all. Their story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powerful testament to the power of love to transcend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barriers, to bridge divides, and to illuminate the darkness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 its radiant glow.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sun dipped below the horizon, painting the sky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hues of orange and purple, the gathering reached its climax.</w:t>
      </w:r>
    </w:p>
    <w:p>
      <w:pPr>
        <w:autoSpaceDN w:val="0"/>
        <w:autoSpaceDE w:val="0"/>
        <w:widowControl/>
        <w:spacing w:line="360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fairies, bathed in the ethereal glow of the setting sun,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formed a circle around Codie and Zylak, their hands joined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 in a silent vow of unity. The circle, a symbol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bond and their commitment to a future where light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 danced together in harmony, glowed with an ethereal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luminescence, a beacon of hope against the darkness that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threatened to consume them.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ancient magic that had loomed over their world,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threatening to separate them forever, seemed to falter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 of this collective spirit of unity. The whispers of fear,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once so powerful, now seemed distant, muted by the chorus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acceptance that rose from the heart of the gathering.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not a battle won, but a journey begun, a path paved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love and determination of a people united in their desire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 change.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 aftermath of the gathering, a sense of transformation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hung heavy in the air, a palpable shift in the energy that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once felt so oppressive. The shadowed fairies, their faces lit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by a new-found hope, began to speak openly about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darkness, their experiences, and their desires for a future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where they were not judged but understood. They started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 their darkness not as a curse, but as a source of strength,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wellspring of unique talents and perspectives that could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enrich the world.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79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sunlit fairies, witnessing this newfound openness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acceptance, began to see their shadowed counterparts in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new light. The whispers of fear were replaced with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growing understanding, a recognition that the darkness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not something to be feared, but something to be embraced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 integral part of the tapestry of existence.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and Zylak, the architects of this transformation, felt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weight of their responsibility. They knew that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journey was just beginning, that the battle for acceptance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far from over. But they also knew that they had sparked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flame of hope, a beacon of change that would guide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world towards a brighter future.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next morning, as the sun peeked over the horizon,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casting a warm glow over the clearing, Codie and Zylak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stood together, their hands clasped, their love an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incandescent light that seemed to pierce the darkness.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knew that their journey would be fraught with challenges,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the forces of tradition and prejudice would continue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rear their heads. But they also knew that they had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 of their love, the power of their unity,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 support of a people who were finally beginning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 see beyond the shadows.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was their story, a story of light and shadow, of love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acceptance, a testament to the enduring power of unity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 of adversity. Their journey, however arduous,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beacon of hope for a world that had been too long divided.</w:t>
      </w:r>
    </w:p>
    <w:p>
      <w:pPr>
        <w:autoSpaceDN w:val="0"/>
        <w:autoSpaceDE w:val="0"/>
        <w:widowControl/>
        <w:spacing w:line="360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were a testament to the power of love to transcend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barriers, to bridge divides, and to illuminate the world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its radiant glow. And as they stood there, hand in hand,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eyes shining with a shared vision of a brighter future,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knew that their story was only just beginning.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A Turning Tide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change began subtly, like a whisper on the wind,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carrying a message of doubt and a yearning for something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different. Whispers turned to murmurs, and murmurs to open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questions, rippling through the sunlit meadows of Codie's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world. It was a slow, gentle tide, a rising current of curiosity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dared to challenge the rigid boundaries of their world.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first cracks appeared in the traditional fairy society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during a gathering of elders. Eldrin, a seasoned fairy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eyes that held the wisdom of centuries, raised a question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been brewing in many hearts. His voice, usually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calming melody, held a hint of uncertainty as he spoke. "For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generations, we have lived in harmony with the light. Yet,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are we not missing something? Is there not a beauty, a depth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be found in the embrace of shadow? Can our world truly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 complete without the balance of both?"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words sparked a fire in the hearts of many, a yearning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world beyond the borders of their sunlit meadow.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elders, though hesitant, couldn't dismiss the question. It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sentiment that had been bubbling beneath the surface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years, stifled by fear and tradition. But Eldrin's courage, born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from a lifetime of witnessing the world's complexities,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brought it to the forefront.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whispers of change spread to the younger generation.</w:t>
      </w:r>
    </w:p>
    <w:p>
      <w:pPr>
        <w:autoSpaceDN w:val="0"/>
        <w:autoSpaceDE w:val="0"/>
        <w:widowControl/>
        <w:spacing w:line="360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younger fairies, less bound by tradition, found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themselves drawn to the idea of unity, of bridging the gap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between light and shadow. They were captivated by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stories Codie shared, of the intricate beauty of Zylak's world,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its secrets whispered in the language of darkness, its hidden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corners shimmering with a different kind of magic.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79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Among these young fairies was Elara, a spirited girl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eyes that sparkled like a thousand fireflies. Elara, who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always been fascinated by the stories of the shadow realm,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found herself questioning the wisdom of her elders. "Why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should we be afraid of the shadows?" she asked, her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ringing with defiance. "If darkness is truly a threat, then why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do we still feel a pull towards it? Why do we yearn for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mysteries it holds?"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words, spoken with conviction, resonated with many.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 question that had lingered in their minds,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subconscious yearning for something more, something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beyond the confines of their world. The very idea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 realm, once a source of fear and superstition, now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felt like a beckoning call, an invitation to a richer existence.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whispers of change grew louder, a sense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excitement filled the sunlit meadows. The younger fairies,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inspired by Codie's courage and Elara's conviction, began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 the status quo. They held secret meetings, sharing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stories and dreams, forging a bond of unity that transcended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boundaries of their respective realms.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change was not without resistance. The older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generation, clinging to their traditions, found it difficult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embrace the unknown. They saw the shadow realm 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source of darkness and danger, a threat to their way of life.</w:t>
      </w:r>
    </w:p>
    <w:p>
      <w:pPr>
        <w:autoSpaceDN w:val="0"/>
        <w:autoSpaceDE w:val="0"/>
        <w:widowControl/>
        <w:spacing w:line="360" w:lineRule="exact" w:before="0" w:after="0"/>
        <w:ind w:left="1000" w:right="172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Some even viewed Codie's relationship with Zylak 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betrayal, a dangerous deviation from the path they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always known.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 shadows are not to be trusted," warned Elder Amara,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voice laced with caution. "Their ways are different,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intentions unknown. To embrace them is to invite chaos into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our peaceful world."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79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the tide had already turned. The seeds of change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been sown, and they were beginning to sprout. Codie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Zylak's love, once a forbidden whisper, had become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symbol of hope, a beacon of unity for the younger fairies.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saw in their relationship a possibility of a world where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light and shadow could coexist, where differences could be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celebrated, and where fear could be replaced with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understanding.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so, as the sun began to set on the sunlit meadows,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casting long shadows that danced with the whispers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change, the world of the fairies stood at a crossroads.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old ways were being challenged, and the future seemed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uncertain. But amidst the uncertainty, there was a spark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hope, a flicker of light that dared to ignite a new dawn.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A Storm of Opposition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air crackled with an energy that was both exhilarating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terrifying. The once peaceful meadow, where Codie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spent her childhood playing amidst the wildflowers,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now a battlefield. It wasn’t a battle of swords and arrows,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ideologies, of prejudices deeply rooted in the hearts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minds of both the sunlit and shadowy realms.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Standing at the precipice of this conflict, Codie felt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weight of countless expectations press down on her.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faces of her people, the very fairies who had once celebrated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her, were now etched with distrust and anger.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whispers, tinged with fear and accusation, echoed in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ears. "Traitor," they called her, their eyes blazing with a fire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born of fear and ignorance.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Across the divide, Zylak's world, typically shrouded in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mysterious darkness, was now bathed in the glow of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thousand torches, illuminating the faces of his people,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expressions mirroring the fear and anger of Codie’s kin.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stood beside her, his dark eyes unwavering, his hand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resting on hers, a silent promise of support and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devotion.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wasn't the idyllic future Codie had imagined when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first stepped into Zylak’s world, drawn by an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inexplicable pull, a desire for something beyond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limitations of her own existence. The journey had been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tumultuous, riddled with challenges and betrayals. They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faced opposition from both their worlds, accusations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treachery and blasphemy echoing through the air. They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been branded as a threat to the delicate balance that had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existed for centuries, a balance that had been maintained by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fear, by prejudice, and by the blind faith in ancient traditions.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Yet, amidst the storm of opposition, their love had only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blossomed stronger, defying the boundaries of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respective worlds. They had found solace in each other,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differences becoming a source of strength rather than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division. They had discovered that love, true love, could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transcend the boundaries of light and darkness, of sunlit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meadows and shadowy depths.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journey had not been easy, a continuous struggle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against the forces that sought to keep their worlds separate.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faced tests of faith, of commitment, of their very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souls. The ancient magic, a dormant threat that had been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awakened by their forbidden love, had unleashed its power,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threatening to tear them apart, to shatter the fragile bridge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they had built.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Now, standing before the representatives of both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realms, they were faced with their ultimate test, a final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reckoning that would determine the fate of their love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future of their worlds. The air hummed with anticipation,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silent tension that stretched taut like a bowstring about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snap. The elders of both realms sat in judgment, their faces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grave, their eyes reflecting the weight of their responsibility.</w:t>
      </w:r>
    </w:p>
    <w:p>
      <w:pPr>
        <w:autoSpaceDN w:val="0"/>
        <w:autoSpaceDE w:val="0"/>
        <w:widowControl/>
        <w:spacing w:line="332" w:lineRule="exact" w:before="2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pressure was immense, the stakes impossibly high.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"You have defied the very laws of existence," boomed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 from the council of the sunlit realm, its authority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carrying the weight of tradition and fear. "You have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awakened the dormant ancient magic, a power that threatens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delicate balance of our world. You are a danger to us all,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you must be punished."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Codie’s heart pounded in her chest, the words searing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through her like a searing wind. The accusations were heavy,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laden with a fear that resonated through the meadow, a fear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she had come to understand, a fear that had been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instilled in her from birth, a fear of the unknown. She was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not afraid of the unknown, not anymore. The love she shared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Zylak had shown her that there was beauty in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unknown, a strength in embracing the differences that made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each world unique.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stepped forward, his shadow falling across the ground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like a protective blanket. "We are not a threat," his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resonated with an unwavering conviction, a strength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defied the prejudice and fear swirling around them. "We are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promise, a future where light and shadow can coexist,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where the boundaries that have divided us for generations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can be broken, where the ancient magic, instead of being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feared, can be understood and harnessed for good."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words hung in the air, challenging the very foundations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their worlds, a beacon of hope amidst the storm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opposition. He looked at Codie, their eyes locking, a silent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promise of solidarity in the face of the inevitable. They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this together, their love a shield against the onslaught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fear and intolerance.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council of the shadowy realm, their faces etched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mixture of fear and grudging admiration, spoke next. "We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understand the fear," their representative, a woman whose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eyes held a wisdom honed by centuries of experience, spoke.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"We too were once afraid of the sunlit realm, of the light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threatened to consume our world. Yet, it is the darkness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nourishes the seeds of understanding, that fosters the growth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empathy and acceptance. We must learn to embrace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differences, to see the beauty in each other’s worlds, to find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common ground. It is only then that we can truly be free.”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79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words were met with murmurs of agreement from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small faction of the shadows, but the majority remained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skeptical, their eyes fixed on Codie and Zylak with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suspicion. It was a delicate dance, a tightrope walk between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fear and acceptance, between the familiar and the unknown.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tension in the meadow was so thick it was almost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tangible, a palpable energy that crackled in the air. Codie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could feel the weight of her people’s gaze, the fear and doubt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swirling around her like a tempest. Yet, amidst the storm,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found solace in Zylak’s presence, his hand clasped tightly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hers, his strength grounding her, his love radiating a warmth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defied the cold, fear-filled atmosphere.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come this far, defied the laws of their worlds, faced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trials of ancient magic and the prejudices of their people.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Now, as the forces of opposition closed in around them,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was their only weapon, a weapon forged in the fires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adversity, a beacon of hope amidst the storm. They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facing the reckoning, the ultimate test of their love, a battle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 acceptance, for unity, for a future where light and shadow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could coexist in harmony.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next few moments stretched into an eternity.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waited for the verdict, for the decision that would determine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course of their futures. The tension was unbearable,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invisible force that tightened its grip on their hearts.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Then, as if from a distance, Codie heard a voice. "We have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heard your plea," said the elder of the sunlit realm, her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resonating with authority. "We have witnessed your love,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your courage, your unwavering devotion. We see in you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 for a future where our worlds can exist in harmony,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future where the ancient magic can be used for good,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fear."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79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words hung in the air, their significance resonating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through the meadow. It was a glimmer of acceptance, a crack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 wall of prejudice that had been built for centuries.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felt a wave of emotion surge through her, tears welling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up in her eyes. They had done it. They had broken through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darkness, paving the way for a new era.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elders of the shadow realm spoke next, their words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echoing the sentiments of their counterparts. "We too have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seen your love, your determination," they said. "We see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you a beacon of hope, a promise of a brighter future. We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stand with you, Codie and Zylak, in your quest for unity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understanding."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meadow erupted in cheers, a wave of jubilant energy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swept across the crowd. The tension that had gripped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air for hours finally lifted, replaced by a sense of hope,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possibility. It was a victory, a testament to the power of love,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 the resilience of the human spirit in the face of adversity.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Yet, the path to a future where light and shadow could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coexist in harmony was not paved with roses. There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still many challenges to overcome, many prejudices to be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dismantled, many fears to be addressed. Codie and Zylak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knew that their journey was far from over, but they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ready to face it together, their love their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compass, their unity their guiding star.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The Power of Loves Light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air crackled with the force of their combined energies. 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a swirling vortex of light and shadow, a tempest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emotions that mirrored the turmoil within their hearts. Codie,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blonde hair whipping around her face, channeled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shimmering energy of the sunlit realm, her love for Zylak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radiant beam cutting through the darkness. Zylak, his ebony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wings spread wide, drew upon the primal power of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 world, his love for Codie a comforting embrace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amidst the storm.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were standing on the precipice of a battle not fought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swords or spells, but with the unwavering strength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hearts. The ancient magic, a malevolent force that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divided their worlds for centuries, was a tangible entity,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monstrous beast of pure darkness coiled at the heart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storm. It pulsed with ancient power, its tendrils reaching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towards them, seeking to engulf them, to tear them apart,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extinguish the light of their love.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 was their weapon, their shield, their very essence.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Codie, fueled by the unwavering belief in the power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love, surged forward, her laughter a melody of pure joy,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beacon of hope cutting through the encroaching darkness.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Zylak, his gaze locked on Codie, mirrored her intensity,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strength drawing from the unyielding devotion in his heart.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combined energies, fueled by the very essence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love, struck against the ancient magic. The storm intensified,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swirling with a ferocity that threatened to rip the very fabric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reality. Light clashed with shadow, their energies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intertwining, creating a dazzling kaleidoscope of color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power.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79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air around them vibrated with the struggle. They felt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ancient magic, an icy grip reaching for their hearts, seeking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pull them apart. The force of their love, however,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counterpoint to this darkness, a radiant heat that pushed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back, refusing to surrender.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the ancient magic was formidable, a malevolent force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had remained dormant for centuries, a relic of a time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when hatred and fear ruled the world. It was a force that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been waiting for this moment, for the time when the union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light and shadow would threaten its dominion.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Suddenly, the magic surged forward, a blinding wave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darkness threatening to drown them both. They braced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themselves, their love a beacon against the storm. Codie,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channeling her energy, felt a wave of exhaustion, but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pressed on, her love for Zylak her driving force.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Zylak, sensing her struggle, surged forward, his power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erupting from within him, his wings beating with renewed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force. His love for Codie was a shield, a bastion against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encroaching darkness. He felt the ancient magic, the essence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hatred and fear, trying to corrupt him, to turn him against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Codie. But his love was too strong, his commitment to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future too deeply rooted.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ancient magic, sensing their defiance, unleashed a wave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energy that shook the very foundation of their worlds.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storm raged, a symphony of destruction and chaos, the clash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light and shadow threatening to tear their world apart.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Codie and Zylak, their love a beacon against the storm,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stood their ground. They fought with the strength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hearts, channeling the very essence of their love into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powerful, blinding light. The ancient magic, weakened by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sheer force of their love, recoiled, its tendrils retreating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as their light engulfed it.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storm subsided, the air still heavy with the scent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ozone and the echo of their struggle. The ancient magic,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weakened but not defeated, retreated into the shadows, its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reign challenged, its dominion threatened. The world around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 stood still, a testament to the power of their love,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triumph of light over darkness.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stood together, their hearts beating as one, their breaths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intermingling. Codie, her eyes sparkling with tears of relief,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gazed at Zylak, her love for him a radiant glow in her heart.</w:t>
      </w:r>
    </w:p>
    <w:p>
      <w:pPr>
        <w:autoSpaceDN w:val="0"/>
        <w:autoSpaceDE w:val="0"/>
        <w:widowControl/>
        <w:spacing w:line="360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Zylak, his gaze filled with a love that transcended words,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leaned in, his lips brushing against hers. Their kiss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promise, a testament to their enduring love, a symbol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 for a future where light and shadow could coexist,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where their love would forever be a beacon, guiding the way.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Confronting the Council</w:t>
      </w:r>
    </w:p>
    <w:p>
      <w:pPr>
        <w:autoSpaceDN w:val="0"/>
        <w:autoSpaceDE w:val="0"/>
        <w:widowControl/>
        <w:spacing w:line="360" w:lineRule="exact" w:before="4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air crackled with tension as Codie and Zylak stood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before the combined councils of the Sunlit and Shadow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Realms. The Sunlit Council, adorned in shimmering gowns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crowns, radiated an aura of celestial light. The Shadow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Council, cloaked in obsidian and silver, exuded an air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mystery and power. Each member gazed upon them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mix of suspicion, judgment, and curiosity.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Codie, her blonde hair cascading down her back like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stream of sunlight, stood tall, radiating a soft,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luminescence. Her eyes, usually bright and playful, held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determined glint as she faced the formidable gathering.</w:t>
      </w:r>
    </w:p>
    <w:p>
      <w:pPr>
        <w:autoSpaceDN w:val="0"/>
        <w:autoSpaceDE w:val="0"/>
        <w:widowControl/>
        <w:spacing w:line="360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Beside her, Zylak, his dark hair as smooth as night, stood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stoic and silent, his gaze unwavering and intense. The aura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darkness surrounding him seemed to coalesce around him,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tangible reminder of the very forces the councils sought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keep separate.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solemn hush fell upon the chamber as Codie, her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clear and resonant, began to speak. "We stand before you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today, not as representatives of our respective realms, but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two beings who found solace and strength in each other,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despite the boundaries that seek to divide us."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words, laced with sincerity and passion, resonated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through the chamber. She spoke of the ancient magic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threatened to engulf their worlds, the darkness that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encroached upon their very existence, and the fear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shrouded both realms. But, she argued, this fear was born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from misunderstanding, from the blind adherence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traditions that had long outlived their purpose.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"We have seen the true face of darkness, not as a force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destruction, but as a source of strength and resilience. We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have witnessed the power of light, not as a symbol of purity,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as a beacon of hope and compassion. We have learned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love, in its truest form, transcends boundaries, defies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prejudice, and seeks to unite, not divide."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voice rose with a newfound strength, a force that seemed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crackle with an energy as potent as the ancient magic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itself. "We implore you to see beyond the shadows, to look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beyond the light, and to embrace the possibility of a future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where darkness and light coexist, not as enemies, but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complementary forces, working in harmony to create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brighter future for all."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Sunlit Council, known for their adherence to tradition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their fear of the unknown, remained skeptical.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 Council, though seemingly less resistant, held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own reservations, wary of the unknown consequences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such a union.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"This is a dangerous proposition," spoke the High Priestess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 Sunlit Realm, her voice tinged with concern. "To unite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those who dwell in darkness is to invite chaos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destruction upon our world."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"Your fear is understandable," responded Zylak, his voice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low, rumbling baritone that seemed to emanate from the very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depths of the shadow realm. "But fear is born of ignorance.</w:t>
      </w:r>
    </w:p>
    <w:p>
      <w:pPr>
        <w:autoSpaceDN w:val="0"/>
        <w:autoSpaceDE w:val="0"/>
        <w:widowControl/>
        <w:spacing w:line="360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 offer not chaos, but a path to true balance, a way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reclaim the power of the ancient magic, not for destruction,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but for unity and healing."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Zylak's words, though spoken calmly, held a force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resonated deep within the hearts of the council members,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stirring a sense of unease mingled with a glimmer of hope.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 spoke of the ancient magic that coursed through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worlds, the source of their power and their vulnerabilities,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force that could either bring destruction or healing,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depending on the intentions of those who wielded it.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"For too long," he continued, "the realms have been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separated by fear and prejudice. We have been blinded by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our differences, failing to see the common ground that binds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us. The ancient magic, fueled by this very division, threatens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consume us all. Only through unity can we truly harness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its power, only through acceptance can we find true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balance."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words hung in the air, heavy with meaning. The council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members, torn between their fears and their hopes,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exchanged hesitant glances. Codie, sensing a flicker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change within the hearts of the council members, seized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opportunity.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"We do not ask you to abandon your beliefs, your traditions,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or your way of life," she declared, her voice filled with both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conviction and understanding. "We ask only that you open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your hearts to a different perspective, to see the world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through the lens of fear and prejudice, but through the lens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compassion and understanding."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chamber remained silent, filled with an atmosphere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anticipation and uncertainty. The council members, each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grappling with their own beliefs and fears, seemed to be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weighing the potential consequences of their decision.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fate of their worlds, it seemed, hung precariously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balance.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tension reached its peak, a figure emerged from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shadows, a figure cloaked in darkness, his face obscured by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hood. "This alliance is a dangerous proposition," the figure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442" w:firstLine="0"/>
        <w:jc w:val="both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declared, his voice a chilling whisper that echoed through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chamber. "It is a threat to the very foundations of both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realms."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council members, their faces illuminated by the faint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glow of the chamber's torches, turned towards the figure,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expressions filled with a mixture of fear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apprehension.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"Who are you?" demanded the High Priestess of the Sunlit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Realm, her voice laced with suspicion.</w:t>
      </w:r>
    </w:p>
    <w:p>
      <w:pPr>
        <w:autoSpaceDN w:val="0"/>
        <w:autoSpaceDE w:val="0"/>
        <w:widowControl/>
        <w:spacing w:line="360" w:lineRule="exact" w:before="360" w:after="0"/>
        <w:ind w:left="864" w:right="1008" w:firstLine="0"/>
        <w:jc w:val="center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am a guardian of the ancient magic," the figure replied,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 a low growl that sent shivers down their spines. "And I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stand against this union. The darkness will consume you all."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His words, uttered with a chilling certainty, instilled a sense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panic within the chamber. The council members,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faces pale with fear, exchanged panicked glances,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hopes of unity dwindling with every passing moment.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"Silence!" commanded Zylak, his voice resonating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that shook the chamber. "This union is not driven by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darkness, but by a desire for balance, for unity, for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betterment of our worlds."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cloaked figure, his eyes blazing with a cold, menacing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light, turned towards Zylak, his voice laced with venom.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"You are a fool to believe that this alliance can succeed.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ancient magic will not allow it."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tense silence descended upon the chamber as the cloaked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figure stood poised, his presence radiating a palpable aura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malice. Zylak, his eyes burning with a fierce intensity, stood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his ground, his gaze unwavering.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"We have faced darkness before," Zylak declared, his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ringing with confidence. "We have overcome adversity.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union will succeed, not despite the ancient magic, but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because of it."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wave of anticipation washed over the chamber as Zylak's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words echoed through the room, his voice filled with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potent mix of defiance and determination. Codie, her eyes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shining with hope, stepped forward, her hand reaching out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Zylak, their fingers intertwining.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 ancient magic is a powerful force," she declared,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 ringing with conviction. "But it is not invincible. It can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 harnessed, it can be controlled, it can be used for good."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council members, their faces alight with a newfound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glimmer of hope, turned their gaze upon the cloaked figure,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fear replaced by a sense of defiance. They had listened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the arguments, they had witnessed the passion, they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felt the power of unity. And now, they were ready to make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decision.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"The ancient magic is a force of both creation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destruction," declared the High Priestess of the Sunlit Realm,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voice carrying a new sense of authority. "But its true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lies in its potential to heal, to unite, to bring balance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our worlds. We choose to embrace that power, to embrace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possibility of a future where light and shadow coexist."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council members, their voices rising in unison, declared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agreement, their voices echoing through the chamber,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their newfound unity. The cloaked figure,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 contorted with rage, turned his back on the council,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disappearing into the shadows, his cries of defiance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swallowed by the darkness.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chamber, now filled with an atmosphere of hope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anticipation, erupted into a chorus of celebration. Codie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Zylak, their faces lit by the glow of the council members,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stood hand in hand, their bond a testament to the power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love, a beacon of hope in a world that had been divided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far too long.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journey towards unity would be long and challenging,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Codie and Zylak, united in their love and their purpose,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ready to face whatever lay ahead. Their alliance,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symbol of hope and a testament to the power of love,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broken down the walls that had long separated their worlds,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paving the way for a brighter future. A future where light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shadow coexisted in harmony, a future where love, in its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purest form, reigned supreme.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An Unexpected Betrayal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air crackled with anticipation, a charged silence hanging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heavy between the two councils. Codie and Zylak stood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side-by-side, their hands clasped tightly, a defiant beacon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unity against the tide of opposition. They had come to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very hall, the heart of both realms, to plead their case for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future where light and shadow could coexist, their love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bridge between two worlds.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council of the Sunlit Realm, adorned in shimmering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robes, their faces etched with disapproval, stared at them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unwavering disdain. Across from them sat the Council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the Shadow Realm, cloaked in the deepest black,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gaze a mixture of apprehension and curiosity. The weight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centuries of prejudice pressed upon them, the very air thick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 the unspoken history of their animosity.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Codie, her voice steady despite the tremor in her heart,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began to speak. "We stand before you today not as enemies,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as lovers, as individuals who have chosen to embrace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beauty of our differences. We are a testament to the power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to transcend boundaries, to bridge the gap between light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shadow."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words resonated in the cavernous hall, a small spark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 flickering amidst the darkness of their opposition.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she continued, her words were met with derisive laughter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from some corners of the hall, the whispers of doubt casting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pall upon the atmosphere.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Zylak, his gaze unwavering, stepped forward, his voice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deep, resonant rumble that echoed through the hall. "We are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not asking for your acceptance, not for your permission to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87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love. We are declaring our love, a love that cannot be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contained by your decrees, a love that will not be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extinguished by your fear."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silence that followed his declaration was as heavy 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storm cloud, the tension palpable. Then, a voice broke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silence, a voice laced with betrayal. Alia, Codie’s closest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confidante, the one who had shared in her dreams and fears,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stepped forward.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have always known you were a dreamer, Codie," she said,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voice laced with a bitter sweetness. "But your dreams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have led you down a dangerous path. This love of yours,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so-called love that defies our laws, threatens the very fabric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our existence."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gasp rippled through the hall as Codie stared at her friend,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heart shattering into a million pieces. Alia, her best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friend, the one she had trusted with her deepest secrets,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turned against her.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"Alia, what are you saying?" Codie whispered, her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trembling with disbelief.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"I am saying," Alia continued, her eyes cold and calculating,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"that this union between light and shadow can only lead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chaos. It is a dangerous path, one that will bring ruin to 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all."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"You don't understand," Codie cried out, her voice choked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emotion. "We are not trying to destroy anything. We are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trying to build something new, something better, something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where light and shadow can exist in harmony."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Alia's lips curled into a cruel smile. "Harmony? You call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harmony? This defiance of everything we hold sacred?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Zylak’s darkness will consume you, Codie. He will drag you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down into the abyss with him.”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words pierced Codie’s heart, each syllable a venomous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dart aimed at her very soul. She looked at Zylak, who stood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beside her, his expression unreadable.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“You know this is not true, Zylak,” Codie pleaded, her voice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broken whisper. “You know that Alia is wrong. You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me, don’t you?”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Zylak, his face a mask of impenetrable emotion, stepped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forward, his gaze locked on Alia. "You have been blinded by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fear, Alia. You are afraid of what you do not understand."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"Fear?" Alia scoffed. "Fear is a necessary emotion, one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protects us from darkness. But you, Zylak, you have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embraced the darkness, and now you want to spread it like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plague throughout our world."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"That is not true," Zylak declared, his voice resonating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power. "My darkness is not a plague. It is a part of who I am,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just as your light is a part of who you are. We are not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enemies, Alia. We are simply different. And in our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differences, we can find strength, not destruction."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Alia, her eyes narrowed, shook her head. "You are both blind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the truth, both lost in your misguided dreams. Your love 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betrayal of everything we stand for, everything we have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fought for. You will be punished for your transgression.”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council of the Sunlit Realm, their faces hard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unforgiving, began to chant a powerful incantation,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voices echoing through the hall, filling the air with a wave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raw energy. Zylak’s eyes narrowed, the darkness around him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growing deeper and more intense, his aura radiating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power that threatened to consume the entire hall.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Codie, caught between the conflicting forces, felt a surge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panic. This was not the harmonious future she had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envisioned, not the unity she had fought for. Instead, she felt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chasm between light and shadow widening, the tension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growing more volatile with each passing moment.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chanting reached its crescendo, a wave of energy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surged through the hall, striking Codie and Zylak with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invisible force. Codie, her body wracked with pain, stumbled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backward, her hand flying to her chest as if to protect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heart.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Zylak, his gaze fixed on the council, his jaw clenched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defiance, channeled his power, a dark force rippling through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hall, pushing back against the onslaught of light. The air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crackled, the very foundations of the hall trembling under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clash of their opposing energies.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that moment, the ancient magic, the source of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conflict, erupted, unleashing its raw power, a chaotic storm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light and darkness that threatened to engulf them all.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chanting stopped, the council members thrown back by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surge of energy, their faces pale with shock and fear.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Codie, her body trembling, her vision blurred, looked 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Zylak. His eyes, a bottomless abyss of darkness, seemed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pierce through her very soul.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“I’m sorry,” she whispered, her voice barely audible. “I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didn’t know this would happen. I didn’t know Alia would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betray us.”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Zylak, his expression unreadable, his voice a low rumble,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spoke the words that echoed through her heart, a promise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transcended the chaos surrounding them.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“It doesn’t matter now, Codie,” he said, his gaze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unwavering. “We will face this together. We will fight for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our love, no matter what the cost.”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as the ancient magic raged around them, threatening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consume their world, Codie and Zylak stood their ground,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hands clasped together, their hearts beating as one,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love a defiant beacon of hope amidst the storm.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Resilience in Ruins</w:t>
      </w:r>
    </w:p>
    <w:p>
      <w:pPr>
        <w:autoSpaceDN w:val="0"/>
        <w:autoSpaceDE w:val="0"/>
        <w:widowControl/>
        <w:spacing w:line="360" w:lineRule="exact" w:before="4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air crackled with a palpable tension, the weight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impending storm settling heavy on Codie's shoulders.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once-bright realm of Sunhaven had grown eerily quiet,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hushed silence punctuated by the mournful cries of wind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whistling through the skeletal remains of once-flourishing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trees. The ancient magic had torn through the land like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raging inferno, leaving behind a chilling tableau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devastation.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Council, once her beacon of hope and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support, had become a symbol of the harsh reality that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descended upon them. Their faces, once etched with warmth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benevolence, now held a grim determination that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mirrored the darkness that shrouded the land.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Zylak, his shadow-kissed skin mirroring the devastation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surrounding them, stood beside her. His usually stoic face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etched with pain, his eyes reflecting the fear and anger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simmered within him. They had fought tooth and nail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save their realms, to convince the Council that love, not fear,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could bridge the gap between light and darkness. But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efforts had been met with staunch resistance, a refusal to see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beyond the age-old prejudices that had shaped their worlds.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Council, blinded by fear of the ancient magic they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believed Zylak wielded, had accused him of orchestrating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devastation. Their words, laced with venom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prejudice, had poisoned the air, pushing Codie to the brink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despair. The very beings who had once adored her, now saw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as an enemy, a traitor who had aligned herself with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forces of darkness.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looked at Zylak, his hand clasped tightly in hers,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source of strength amidst the chaos. Their love, once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beacon of hope, had been twisted into a weapon against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them. The Council's accusations had driven a wedge between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them and the people they had sought to protect.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storm raged outside, a storm that mirrored the tempest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brewing within their hearts, Codie found herself torn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between the love she felt for Zylak and the loyalty she owed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her people. The Council’s judgment, fueled by centuries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fear and prejudice, had stripped away her hope, leaving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her adrift in a sea of doubt.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Yet, amidst the despair, a spark of defiance ignited within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her. She refused to let the darkness consume her, to let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Council’s accusations define their love. Zylak had shown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beauty of his world, the strength that lay within its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shadows, and the love that defied all boundaries.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a surge of determination, Codie turned to Zylak,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 seeking his. Their eyes met, a silent communication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passing between them. They had faced their demons,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fears, and their doubts. They had stood their ground, refusing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be broken by the storm that raged around them. And as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storm subsided, their love remained, a beacon of hope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wreckage that surrounded them.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knew that the battle wasn't over. The scars left by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ancient magic were deep, the wounds inflicted by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Council’s judgment still festered. But she had learned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powerful lesson: true love, like a resilient flower pushing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through the cracks in concrete, could bloom even in the face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adversity.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Zylak, a reflection of the darkness he embraced,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testament to this resilience. His love, deep and unyielding,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shielded her from the harshest storms. Together,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would heal the wounds that ravaged their realms, a testament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the enduring power of love. They would build a bridge,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 fact that light and shadow could co-exist,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love could bloom even in the ruins of shattered dreams.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Days turned into weeks, the initial shock of the destruction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giving way to a grim determination to rebuild. Codie,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by her side, became a symbol of hope, a testament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possibility of unity amidst division. She spoke to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people, her voice raw with emotion yet unwavering in its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message of forgiveness, understanding, and acceptance.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path ahead was arduous, filled with challenges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tested their limits. The wounds inflicted by the ancient magic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deep, the scars etched into their souls by the Council's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judgment were painful. But Codie and Zylak, their love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guiding light, refused to be defeated. They would mend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broken hearts, rebuild the shattered communities, and pave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way for a future where light and shadow could coexist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harmony.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love, forged in the fires of adversity, had become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beacon of hope, a testament to the enduring power of love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face of prejudice and fear. They knew that their journey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far from over, but with each step forward, with each act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compassion and understanding, they moved closer to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future where light and shadow could dance together,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differences embraced, their love celebrated.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The Seeds of Change</w:t>
      </w:r>
    </w:p>
    <w:p>
      <w:pPr>
        <w:autoSpaceDN w:val="0"/>
        <w:autoSpaceDE w:val="0"/>
        <w:widowControl/>
        <w:spacing w:line="360" w:lineRule="exact" w:before="4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sun, once a constant source of warmth and joy, now felt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distant and cold. It cast a pale, almost sickly glow upon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once vibrant meadow, reflecting the bleakness that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settled over the fairy realm. Codie, her shimmering blonde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hair dull and lifeless, stood amidst the fading wildflowers,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heart a mirror to the desolate scene. She had never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imagined a time when the meadow would feel so barren, so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devoid of life.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whispers of disapproval, the hushed condemnations,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fearful glances had become an inescapable part of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life since she had dared to venture into the shadowy realm.</w:t>
      </w:r>
    </w:p>
    <w:p>
      <w:pPr>
        <w:autoSpaceDN w:val="0"/>
        <w:autoSpaceDE w:val="0"/>
        <w:widowControl/>
        <w:spacing w:line="360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love for Zylak, a love that had bloomed in the most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unexpected of places, had become a symbol of rebellion,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threat to the delicate balance that had existed for generations.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Codie refused to be swayed by fear or prejudice.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knew that love, true love, held the power to bridge even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most profound of divides. She had seen it in Zylak's eyes,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reflection of her own yearning for a world where light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darkness could coexist, where hearts could beat in unison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regardless of their origins.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change she sought was not just about bridging the gap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between the realms, but about planting the seeds of change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within the hearts of her own people. She yearned for a day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when her love for Zylak would no longer be seen 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transgression, but as a testament to the beauty of unity.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so, she began to whisper her hopes, sharing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experiences with those who dared to listen. She spoke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Zylak's kindness, his strength, his vulnerability, and the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depth of his love. She painted a picture of a shadowy realm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was not just a place of darkness but a place of intricate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beauty, of ancient wisdom, and of hidden wonders waiting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 discovered.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Her words, carried by the gentle breeze, found their way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hearts of those who felt the weight of tradition. A few,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hesitant at first, started to see beyond the prejudices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ingrained in their very souls. They began to question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rigid boundaries that had separated them for so long,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wondering if there was a better way, a more harmonious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way, to exist.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Slowly, the whispers of change began to resonate through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sunlit meadow. The once hushed conversations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became more open, more accepting, more filled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curiosity than fear. The elders, wary but wise, saw the flicker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change in the younger generations, a spark of hope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promised a brighter future.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remembered the ancient prophecies, the ones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spoke of a time when light and shadow would intertwine,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creating a balance that would bring both realms into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harmony. They had always believed these prophecies to be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distant echoes of the past, but now, as they watched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growing acceptance of Zylak, they started to see the seeds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change taking root.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was a fragile hope, a delicate blossom in the harsh wind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tradition. Yet, it was a hope that burned brightly in the hearts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those who dared to embrace the unknown, who dared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believe in the possibility of a future where love could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blossom even in the darkest of shadows.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Codie, her heart brimming with hope, watched as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meadow began to awaken from its slumber. The flowers,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once wilted and faded, slowly regained their vibrant colors,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mirroring the renewed spirit that began to fill the air.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whispers of change were turning into a symphony of hope,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melody that danced on the breeze, carrying the message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unity and acceptance far and wide.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knew that the journey ahead would be fraught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challenges. The ancient magic that had kept the realms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separate for centuries would not relinquish its power easily.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she also knew that with Zylak by her side, and with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growing support of those who dared to dream of a different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future, their love had the potential to break down the walls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had divided them, paving the way for a new era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harmony.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seeds of change had been planted, and they were slowly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surely taking root. With every act of acceptance,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every gesture of kindness, with every shared dream,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nurturing a future where light and shadow would dance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 in perfect harmony, a testament to the power of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 overcome even the most deeply ingrained prejudices.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sun, though still pale and distant, seemed to offer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glimmer of warmth. It was a subtle change, almost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imperceptible, yet it filled Codie with a newfound hope.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 that whispered of a future where the meadow would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once again be filled with the joyous laughter of fairies,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where light and shadow would dance together, and where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love, in all its forms, would be celebrated and cherished.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Rebuilding Trust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whispers of change rustled through the leaves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sunlit realm like a gentle breeze. Codie, once the epitome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radiant joy, felt a somber weight settle upon her heart.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events that had transpired, the ancient magic unleashed,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shattering of societal norms, had left a deep scar on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world. The rift between the sunlit and shadowy realms, once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 impenetrable barrier, had become a gaping wound,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Codie, along with Zylak, knew they had a long and arduous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journey ahead to heal it.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Rebuilding trust was a task that demanded more than just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words; it demanded actions, patience, and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commitment. Codie and Zylak understood this all too well.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witnessed firsthand the fear and mistrust that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festered for centuries, a venomous vine that choked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potential for unity. They knew they needed to start from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ground up, nurturing a seed of hope in the barren soil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animosity.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first step was to bridge the communication gap. Codie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Zylak embarked on a series of meetings, bringing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 representatives from both realms. These gatherings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initially fraught with tension, with whispers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suspicion and skepticism echoing through the halls.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and Zylak remained steadfast, their hearts resolute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shared mission. They spoke with sincerity, sharing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experiences, their vulnerabilities, and their vision for a future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where light and shadow could coexist in harmony.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Codie's infectious optimism, her unyielding faith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power of love, began to melt the frozen hearts of those who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had long been steeped in prejudice. Zylak, with his quiet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strength and unwavering determination, provided a calming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presence, a counterpoint to the storms of doubt that still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swirled around them. They spoke of the ancient magic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threatened to consume them all, of the sacrifices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made, and of the profound love that had guided them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through the darkest hours.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words resonated with a growing number of individuals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who yearned for a change, who had long felt the stifling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weight of tradition and the fear that had kept their worlds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perpetual state of separation. Stories of Codie and Zylak's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courage, their unwavering commitment to each other,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willingness to challenge the status quo spread through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realms, fanning the flames of hope in the hearts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weary and the discontented.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held cultural exchange events, where fairies from both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realms could learn from each other, sharing their traditions,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songs, and their stories. The laughter of children,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echoing across the meadows, was a symphony of unity,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 power of simple human connection to bridge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even the most profound of divides.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and Zylak, in their own quiet way, became symbols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hope, living embodiments of the possibility of a future where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differences were celebrated, not feared. They demonstrated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love, in its purest form, could conquer even the most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entrenched prejudice, that it had the power to illuminate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darkest corners of the heart.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knew that rebuilding trust wouldn't happen overnight.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It would be a long and arduous journey, filled with setbacks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moments of doubt. But with each step they took,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each bridge they built, with each heart they touched,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inched closer to their ultimate goal: a world where light and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 danced in harmony, where love, not fear, reigned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supreme.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time went on, the whispers of change grew into a roar,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symphony of unity that reverberated through both realms.</w:t>
      </w:r>
    </w:p>
    <w:p>
      <w:pPr>
        <w:autoSpaceDN w:val="0"/>
        <w:autoSpaceDE w:val="0"/>
        <w:widowControl/>
        <w:spacing w:line="360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seeds of hope that Codie and Zylak had planted,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nurtured by their unwavering commitment to each other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shared dream, had blossomed into a vibrant tapestry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acceptance.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day came when a grand celebration was held, a joyous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spectacle that united fairies from both realms. The festivities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a testament to the hard-won peace, a symbol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extraordinary journey they had undertaken. The music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sunlit realm danced with the melodies of the shadowy world,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creating a harmonious symphony that filled the air with joy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hope.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and Zylak, standing hand in hand at the center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celebration, looked out at the joyous faces, their hearts filled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an indescribable sense of accomplishment. They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not only saved their worlds from the ancient magic but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also paved the way for a future where love, in all its diverse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forms, could flourish.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road ahead would undoubtedly hold its own challenges,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Codie and Zylak, their hearts forever entwined, knew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they would face them together. They had shown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 that love, even amidst darkness and despair, could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ignite a flame of hope, a beacon of light that illuminated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path toward a brighter future.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whispers of a new dawn echoed through the realms,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symphony of change, a testament to the enduring power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love. And as the sun rose, casting its golden rays upon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world, Codie and Zylak knew that their journey, their love,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forever changed the fabric of their world, and that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story would be told for generations to come, a timeless tale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hope, unity, and the unwavering power of love to bridge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even the most profound divides.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A Celebration of Unity</w:t>
      </w:r>
    </w:p>
    <w:p>
      <w:pPr>
        <w:autoSpaceDN w:val="0"/>
        <w:autoSpaceDE w:val="0"/>
        <w:widowControl/>
        <w:spacing w:line="360" w:lineRule="exact" w:before="456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air crackled with vibrant energy as the sun bathed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sprawling meadow in a golden glow. Laughter and chatter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filled the air, blending with the melodious chirping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countless birds. It was a day like any other in the Sunlit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Realm, a day of celebration and joy, but today, it was a day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unity.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Fairy wings of every hue shimmered as they danced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flitted across the meadow. Bright floral crowns adorned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heads, and joyous smiles radiated from their faces. The scent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freshly baked pastries and roasted meats filled the air,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enticing every sense.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Codie, with her shimmering blonde hair and eyes as bright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sun, stood at the center of it all. She beamed, her heart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brimming with a happiness she had never known before.</w:t>
      </w:r>
    </w:p>
    <w:p>
      <w:pPr>
        <w:autoSpaceDN w:val="0"/>
        <w:autoSpaceDE w:val="0"/>
        <w:widowControl/>
        <w:spacing w:line="360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wasn't just any ordinary celebration; it was a grand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celebration of acceptance, of unity between the Sunlit Realm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the Shadow Realm.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very idea of a union between their two worlds had once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been unthinkable, a taboo whispered in hushed tones.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Sunlit Realm, a haven of vibrant energy and unwavering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light, had always looked upon the Shadow Realm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suspicion and fear. The inhabitants of the Shadow Realm,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shrouded in an ethereal darkness, were perceived as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mysterious and dangerous, their motives often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misunderstood.</w:t>
      </w:r>
    </w:p>
    <w:p>
      <w:pPr>
        <w:autoSpaceDN w:val="0"/>
        <w:autoSpaceDE w:val="0"/>
        <w:widowControl/>
        <w:spacing w:line="360" w:lineRule="exact" w:before="360" w:after="0"/>
        <w:ind w:left="864" w:right="1296" w:firstLine="0"/>
        <w:jc w:val="center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Yet, in the face of an ancient threat that loomed over both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realms, a fragile bridge of understanding had been forged.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threat, a powerful force of darkness that threatened to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consume both realms, had shown them that their differences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paled in comparison to the shared threat they faced. Codie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Zylak, the unlikely pair who had spearheaded this unity,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stood side by side, their hands intertwined, their bond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testament to the power of love and acceptance.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Zylak, his ethereal skin pale as moonlight and his eyes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deep, enigmatic sapphire, smiled softly at Codie.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presence, once met with fear and suspicion, now radiated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newfound warmth and acceptance. The darkness that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once cloaked him seemed to have softened, replaced by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gentle aura that reflected the blossoming unity between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two worlds.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celebration wasn't just a joyous occasion, it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symbolic gesture, a declaration to the entire realm that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barriers of prejudice and fear had finally crumbled. Banners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emblazoned with symbols of both realms fluttered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breeze, their colors intertwined in a tapestry of acceptance.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meadow, once a symbol of separation, now stood 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testament to their newfound unity.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Music, a harmonious blend of light and shadow, echoed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across the meadow. Fairies from both realms danced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together, their movements fluid and graceful,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expressions filled with joy and gratitude. The music,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melodious symphony of flutes and lyres, carried the echoes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hope and celebration, a reminder that even the darkest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nights could be overcome by the light of unity.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highlight of the celebration was the unveiling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newly constructed bridge, a majestic structure that spanned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boundary between the two realms. The bridge, crafted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from shimmering moonlight and woven with the finest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threads of sunlight, stood as a symbol of the enduring bond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between the Sunlit Realm and the Shadow Realm.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79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unveiling commenced, a wave of awe and excitement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swept through the meadow. The bridge, glistening under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midday sun, was a testament to the power of collaboration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the triumph of unity. It was a bridge that connected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just two realms, but also two hearts, two souls who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dared to defy the boundaries of their worlds.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and Zylak, hand in hand, took the first steps across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bridge, their faces alight with pride and joy. Their journey,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fraught with challenges and resistance, had culminated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moment of triumph. It was a victory not just for them,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for all who had dared to dream of a world where light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shadow could coexist, a world where love could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blossom even in the most unlikely of places.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they walked across the bridge, the murmurs of applause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admiration followed them. Every fairy, every creature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looked upon them, saw not just the two individuals who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had dared to defy the status quo, but the symbol of a new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dawn, a new era where differences were celebrated,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acceptance reigned supreme.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celebration continued long into the evening. The sky,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ablaze with the vibrant hues of sunset, mirrored the joyous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emotions that filled the meadow. Bonfires crackled, casting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warm glow on the faces of those gathered. Stories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shared, laughter resonated, and the air thrummed with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energy of hope and renewal.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and Zylak, surrounded by their loved ones, their eyes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shining with love and happiness, watched the festivities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unfold. This wasn't just a celebration of their love; it was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celebration of a new era, a new chapter in the history of both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realms.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moon replaced the sun, casting its ethereal glow upon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meadow, Codie and Zylak retreated to a secluded spot,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hearts overflowing with gratitude. Their journey,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though arduous, had ultimately led them to a place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acceptance and love. The bond they shared, forged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crucible of adversity, had blossomed into something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stronger, something more enduring.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Looking into each other's eyes, their love reflected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moonlight, they whispered promises of a future where light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shadow would dance together, where their love would be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beacon of hope, a symbol of unity for all to see.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celebration was just the beginning, a stepping stone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towards a future where love would transcend boundaries,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where the realms of light and shadow would coexist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harmony, a future where Codie and Zylak's love would be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 enduring power of acceptance and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triumph of unity.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Whispers of a Brighter Future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sun dipped below the horizon, casting long shadows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across the meadow where Codie stood, hand in hand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Zylak. It was a sight that would have been unimaginable just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few months ago, a fairy of the light realm, her skin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shimmering like spun gold, entwined with a fairy of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shadows, his skin a canvas of midnight blue. The air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hummed with a new energy, a harmony of light and darkness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felt both fragile and powerful.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"This is the beginning," Zylak said, his voice a low rumble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reverberated through Codie.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smiled, her heart overflowing with a joy that could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only be described as pure magic. "Yes, Zylak," she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whispered, her voice a soft chime. "This is the beginning."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journey had been fraught with challenges, the echoes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prejudice and ancient magic still lingering in the air.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faced those challenges together, their love a beacon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 hope that had illuminated the darkest corners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worlds.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proven that love could indeed blossom even in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most unlikely of places, that it held the power to bridge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gap between light and shadow. They had shown their people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acceptance was not a weakness, but a strength, a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testament to the inherent beauty of diversity.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journey was not over. The seeds of change had been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planted, but they needed nurturing, careful tending to ensure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they grew strong and true.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knew that it wouldn't be easy. There would be doubts,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fears, and resistance from those who clung to the old ways.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But she had faith in Zylak, in their love, and in the potential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 a brighter future, a future where the realms of light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shadow could coexist in harmony.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they walked back towards the village, the air shimmered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a newfound vibrancy. Codie and Zylak could feel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weight of their responsibility, but they carried it with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newfound confidence. They had become symbols of hope,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their love a testament to the power of unity.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village was ablaze with light, lanterns strung from every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rooftop, casting warm hues across the faces of their fellow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fairies. They had gathered to celebrate the return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beloved Codie and the newfound understanding with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shadow realm.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felt a wave of warmth wash over her as she saw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faces of her friends and family, their eyes reflecting a mix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relief and joy. The elders, who had once been skeptical, now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stood tall, their faces softened with acceptance.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journey had brought them together, not just as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individuals, but as a community, a tapestry woven from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threads of light and shadow, a testament to the enduring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power of love.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stood beside Codie, his hand gently resting on hers,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comforting presence in the midst of the celebration. He felt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profound sense of peace as he looked around at the faces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villagers, their eyes filled with hope. He knew that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road ahead would not be without its challenges, but he felt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quiet confidence in their ability to overcome them. They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already proven that love could transcend boundaries,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inspiring hope in others. They had already shown that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brighter future was possible.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celebration continued into the night, the sounds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laughter and music mingling with the soft chirping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crickets. The villagers danced under the starlight,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movements fluid and graceful, their hearts filled with joy.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air vibrated with a sense of unity, a new era dawning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realm of light.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and Zylak stood in the heart of the celebration,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 power of love. They had faced trials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tribulations, but they had emerged stronger, their love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beacon of hope illuminating the path to a brighter future.</w:t>
      </w:r>
    </w:p>
    <w:p>
      <w:pPr>
        <w:autoSpaceDN w:val="0"/>
        <w:autoSpaceDE w:val="0"/>
        <w:widowControl/>
        <w:spacing w:line="360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journey had proven that even the most unlikely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couples could find a way to bridge the gap between light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shadow, that love could indeed transcend boundaries,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that a new dawn could arise from the darkest of nights.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stars twinkled above them, Codie and Zylak gazed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into each other's eyes, their love a silent promise of a future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filled with hope, a future where the realms of light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shadow would coexist in harmony.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0"/>
        </w:rPr>
        <w:t>Whispers of a Brighter Future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celebration continued late into the night, the energy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villagers palpable as they shared stories and laughter.</w:t>
      </w:r>
    </w:p>
    <w:p>
      <w:pPr>
        <w:autoSpaceDN w:val="0"/>
        <w:autoSpaceDE w:val="0"/>
        <w:widowControl/>
        <w:spacing w:line="360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Codie, her heart filled with warmth, felt a sense of peace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settle over her. The ancient magic that had threatened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world had been subdued, its power countered by the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overwhelming strength of their love. The darkness that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loomed over the shadow realm had begun to recede, replaced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by a glimmer of hope, a whisper of a brighter future.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the heart of the celebration, Zylak pulled Codie close,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 finding hers. He leaned in, whispering, "We did it,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Codie." His voice held a quiet pride, a sense of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accomplishment that resonated deep within her soul.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"We did," she murmured back, her heart filled with gratitude.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She leaned into his embrace, relishing the warmth of 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presence. Together, they had faced the darkness,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together, they had found the light.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following days were a whirlwind of activity as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villagers began to implement the changes that had been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inspired by Codie and Zylak's journey. The Council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Elders, once staunch in their adherence to tradition, showed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 newfound willingness to consider new perspectives.</w:t>
      </w:r>
    </w:p>
    <w:p>
      <w:pPr>
        <w:autoSpaceDN w:val="0"/>
        <w:autoSpaceDE w:val="0"/>
        <w:widowControl/>
        <w:spacing w:line="360" w:lineRule="exact" w:before="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Discussions about the shadow realm, once hushed whispers,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were now openly debated with a newfound respect.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and Zylak worked tirelessly, mediating between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two realms, facilitating dialogues, and helping to break down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walls of prejudice that had stood for centuries. They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embraced as leaders, their love a powerful symbol of unity.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day, as Codie was working with a group of elders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shadow realm, she overheard a group of younger fairies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whispering amongst themselves. They spoke of the changes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taking place, of the growing sense of hope and acceptance.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“It’s like a new dawn has arrived,” one of the fairies said, her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voice filled with awe.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smiled, her heart overflowing with joy. She knew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path ahead would not be easy, that there would be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obstacles and setbacks. But she also knew that the seeds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change had been planted, and that they would continue to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grow, nurtured by the love and hope that they had brought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into their world.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changes were subtle at first, almost imperceptible, but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were real. The shadow fairies began to venture out into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sunlit meadows, their presence no longer a source of fear.</w:t>
      </w:r>
    </w:p>
    <w:p>
      <w:pPr>
        <w:autoSpaceDN w:val="0"/>
        <w:autoSpaceDE w:val="0"/>
        <w:widowControl/>
        <w:spacing w:line="360" w:lineRule="exact" w:before="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light fairies ventured into the shadowy forests,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curiosity outweighing their apprehension.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and Zylak watched, their hearts filled with a quiet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pride, as the two realms began to learn from each other,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embrace their differences, to understand that their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differences were what made them strong.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One evening, as the sun dipped below the horizon, casting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long shadows across the meadow, Codie and Zylak sat hand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 hand, watching the villagers celebrate. The air buzzed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with the energy of their newfound unity.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“It’s a beautiful sight,” Zylak said, his voice a soft murmur.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nodded, her eyes filled with tears of joy. “It is,” she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whispered. “And it’s all thanks to our love.”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 had been the catalyst for change, the spark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ignited a fire of hope in their world. They had shown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people that love could transcend boundaries, that it could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bridge the gap between light and shadow. They had shown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them that a brighter future was possible, a future where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realms of light and shadow could coexist in harmony.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As the stars began to twinkle in the night sky, Codie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Zylak shared a knowing glance. Their journey had been long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arduous, but they had found their way, their love guiding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them through the darkness and leading them into the light.</w:t>
      </w:r>
    </w:p>
    <w:p>
      <w:pPr>
        <w:autoSpaceDN w:val="0"/>
        <w:autoSpaceDE w:val="0"/>
        <w:widowControl/>
        <w:spacing w:line="332" w:lineRule="exact" w:before="2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They knew that their work was far from finished, but they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were confident that together, they could build a future where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love would always prevail.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0"/>
        </w:rPr>
        <w:t>A Brighter Future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whispers of a brighter future began to spread throughout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realms, a gentle breeze carrying the promise of a new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era. The light fairies, once wary of the shadow realm, began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 see their counterparts in a new light, their darkness no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longer a source of fear but a source of intrigue.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shadow fairies, once shrouded in mystery, found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themselves drawn to the warmth and joy of the light realm.</w:t>
      </w:r>
    </w:p>
    <w:p>
      <w:pPr>
        <w:autoSpaceDN w:val="0"/>
        <w:autoSpaceDE w:val="0"/>
        <w:widowControl/>
        <w:spacing w:line="360" w:lineRule="exact" w:before="0" w:after="0"/>
        <w:ind w:left="1000" w:right="187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learned to appreciate the beauty of sunshine,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laughter of children, the simple pleasures of life.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barriers that had divided the realms began to crumble,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replaced by a newfound sense of understanding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acceptance. The shadow fairies, with their inherent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resilience, found new ways to contribute to the light realm,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skills in magic and craftsmanship proving invaluable.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light fairies, with their innate kindness and compassion,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offered a hand of friendship to the shadow fairies, helping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them to heal from the wounds of the past.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changes were gradual, but they were undeniable.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two realms began to learn from each other, their differences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becoming strengths, their unity a testament to the power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love.</w:t>
      </w:r>
    </w:p>
    <w:p>
      <w:pPr>
        <w:autoSpaceDN w:val="0"/>
        <w:autoSpaceDE w:val="0"/>
        <w:widowControl/>
        <w:spacing w:line="360" w:lineRule="exact" w:before="36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light fairies embraced the magic of the shadow realm,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learning to harness its power for good. The shadow fairies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embraced the warmth and joy of the light realm, finding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solace in its beauty.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children of the two realms, free from the prejudices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elders, grew up together, their laughter echoing across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land, a melody of hope and harmony. They learned to see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world not as light and dark, but as a tapestry woven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thousand shades of gray, a spectrum of colors that blended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seamlessly, creating a masterpiece of unity.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 and Zylak watched with pride as their children played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together, their hearts brimming with a sense of fulfillment.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planted the seeds of change, and those seeds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blossomed into a vibrant garden of acceptance, a testament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 the enduring power of their love.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whispers of a brighter future had become a chorus,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symphony of hope echoing across the land. Codie and Zylak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knew that their journey had just begun, that there would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always be challenges to overcome, but they were confident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together, they could build a world where love would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always triumph, a world where light and shadow would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dance together in perfect harmony.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Forever Entwined</w:t>
      </w:r>
    </w:p>
    <w:p>
      <w:pPr>
        <w:autoSpaceDN w:val="0"/>
        <w:autoSpaceDE w:val="0"/>
        <w:widowControl/>
        <w:spacing w:line="360" w:lineRule="exact" w:before="456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sun dipped below the horizon, casting long shadows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across the once vibrant meadows of the Sunlit Realm. Codie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Zylak stood side by side, their hands intertwined,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faces illuminated by the soft glow of the moon. It was a sight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had once been unimaginable, a symbol of the unity they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had fought so hard to achieve.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ancient magic that had threatened to tear them apart had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finally dissipated, leaving behind a palpable sense of peace.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once rigid barriers between their worlds had crumbled,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replaced by bridges of understanding and acceptance. The air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was thick with the murmurs of fairies from both realms,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voices filled with newfound hope and joy.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They had faced countless obstacles, their love tested by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prejudice and fear. Their journey had been fraught with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danger, betrayal, and moments of despair. Yet, through it all,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 had remained unwavering, a beacon of light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had ultimately triumphed over the darkness.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wedding was a testament to their enduring bond,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magnificent celebration of unity that united both realms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under a sky painted with the colors of dawn. Fairies from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both worlds danced and sang, their laughter echoing through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valleys, a chorus of harmony that had never been heard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before.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elders of both realms, who had once condemned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love, now stood witness to the new dawn, their faces etched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with a newfound respect. They understood now that love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could indeed bridge the gap between light and shadow, that it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29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could pave the way for a brighter future where differences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were celebrated, not feared.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Codie, radiant in a gown woven with moonlight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starlight, her eyes sparkling with love and happiness, looked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into Zylak's eyes, his gaze reflecting the depth of his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devotion. He had been her constant companion, her anchor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 the storm, her strength when she felt weak.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love story had become a legend, whispered among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fairies, a tale of hope and resilience. They had dared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challenge the norms, to break free from the confines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tradition, and in doing so, they had paved the way for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future where all fairies, regardless of their origins, could live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together in harmony.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 years that followed were filled with joy and laughter,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testament to the enduring power of their love. They built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home together, a sanctuary where the light and shadow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danced in perfect balance. Their children, born of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union, inherited the best of both realms - the grace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kindness of the Sunlit Realm and the strength and resilience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of the Shadow Realm.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As the twilight of their lives approached, they sat hand-in-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hand, their love as strong as ever, a beacon of hope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shone brightly in both worlds. They had not only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transformed their own lives but had also touched the lives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countless others, leaving an indelible mark on the history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both realms.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Their story served as a reminder that love could conquer all,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that it could mend broken hearts, bridge divides,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illuminate even the darkest of corners. It was a testament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power of unity, the strength of acceptance, and the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60" w:lineRule="exact" w:before="143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enduring beauty of love that transcended all boundaries,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forever intertwining the realms of light and shadow.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Acknowledgments</w:t>
      </w:r>
    </w:p>
    <w:p>
      <w:pPr>
        <w:autoSpaceDN w:val="0"/>
        <w:autoSpaceDE w:val="0"/>
        <w:widowControl/>
        <w:spacing w:line="360" w:lineRule="exact" w:before="4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First and foremost, I extend my deepest gratitude to my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incredible beta readers, whose insights and feedback were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invaluable in shaping this story. Their keen eyes and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insightful suggestions helped me refine the characters, plot,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world-building, transforming this manuscript from a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rough draft into a finished work.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Thank you to [Name of editor, agent, or other individuals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who helped], for their unwavering support, encouragement,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and guidance throughout this process. Your belief in this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story has been an immense source of motivation.</w:t>
      </w:r>
    </w:p>
    <w:p>
      <w:pPr>
        <w:autoSpaceDN w:val="0"/>
        <w:autoSpaceDE w:val="0"/>
        <w:widowControl/>
        <w:spacing w:line="360" w:lineRule="exact" w:before="36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book is dedicated to [Name of person or people], whose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love and inspiration fuel my imagination and drive me to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create worlds that capture the beauty and complexity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human connection.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Appendix</w:t>
      </w:r>
    </w:p>
    <w:p>
      <w:pPr>
        <w:autoSpaceDN w:val="0"/>
        <w:autoSpaceDE w:val="0"/>
        <w:widowControl/>
        <w:spacing w:line="360" w:lineRule="exact" w:before="456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appendix contains supplementary information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provides further context and insight into the world of Codie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and Zylak.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0"/>
        </w:rPr>
        <w:t>Section 1: The History of the Sunlit and Shadow Realms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brief overview of the origins of the two realms, their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separation, and the events that led to the ancient magic that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threatens their existence.</w:t>
      </w:r>
    </w:p>
    <w:p>
      <w:pPr>
        <w:autoSpaceDN w:val="0"/>
        <w:autoSpaceDE w:val="0"/>
        <w:widowControl/>
        <w:spacing w:line="360" w:lineRule="exact" w:before="0" w:after="0"/>
        <w:ind w:left="864" w:right="2016" w:firstLine="0"/>
        <w:jc w:val="center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timeline of key events in the history of the realms,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including notable figures, conflicts, and agreements.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0"/>
        </w:rPr>
        <w:t>Section 2: The Ancient Magic and Its Implications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detailed explanation of the ancient magic, its origins,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its effects on the realms.</w:t>
      </w:r>
    </w:p>
    <w:p>
      <w:pPr>
        <w:autoSpaceDN w:val="0"/>
        <w:autoSpaceDE w:val="0"/>
        <w:widowControl/>
        <w:spacing w:line="360" w:lineRule="exact" w:before="0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An analysis of the consequences of the magic, including its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influence on the societies, traditions, and relationships within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the realms.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0"/>
        </w:rPr>
        <w:t>Section 3: The Fairy Races and Their Traditions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closer look at the different types of fairies that inhabit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realms, including their unique characteristics, customs,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beliefs.</w:t>
      </w:r>
    </w:p>
    <w:p>
      <w:pPr>
        <w:autoSpaceDN w:val="0"/>
        <w:autoSpaceDE w:val="0"/>
        <w:widowControl/>
        <w:spacing w:line="360" w:lineRule="exact" w:before="0" w:after="0"/>
        <w:ind w:left="1000" w:right="1584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A discussion of the traditional roles and expectations of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fairies within their societies, focusing on the differences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between the sunlit and shadow realms.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Glossary</w:t>
      </w:r>
    </w:p>
    <w:p>
      <w:pPr>
        <w:autoSpaceDN w:val="0"/>
        <w:autoSpaceDE w:val="0"/>
        <w:widowControl/>
        <w:spacing w:line="360" w:lineRule="exact" w:before="456" w:after="0"/>
        <w:ind w:left="1000" w:right="2016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glossary provides definitions for key terms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concepts used in the story.</w:t>
      </w:r>
    </w:p>
    <w:p>
      <w:pPr>
        <w:autoSpaceDN w:val="0"/>
        <w:autoSpaceDE w:val="0"/>
        <w:widowControl/>
        <w:spacing w:line="360" w:lineRule="exact" w:before="360" w:after="0"/>
        <w:ind w:left="864" w:right="1152" w:firstLine="0"/>
        <w:jc w:val="center"/>
      </w:pPr>
      <w:r>
        <w:rPr>
          <w:rFonts w:ascii="LiberationSerif" w:hAnsi="LiberationSerif" w:eastAsia="LiberationSerif"/>
          <w:b/>
          <w:i w:val="0"/>
          <w:color w:val="000000"/>
          <w:sz w:val="30"/>
        </w:rPr>
        <w:t>Aether</w:t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: The magical energy that flows through the realms,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influencing the nature of magic and the power of the fairies.</w:t>
      </w:r>
    </w:p>
    <w:p>
      <w:pPr>
        <w:autoSpaceDN w:val="0"/>
        <w:autoSpaceDE w:val="0"/>
        <w:widowControl/>
        <w:spacing w:line="360" w:lineRule="exact" w:before="360" w:after="0"/>
        <w:ind w:left="1000" w:right="1584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0"/>
        </w:rPr>
        <w:t>Sunlit Realm</w:t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: The world of Codie, characterized by its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vibrant colors, joyful energy, and traditional fairy life.</w:t>
      </w:r>
    </w:p>
    <w:p>
      <w:pPr>
        <w:autoSpaceDN w:val="0"/>
        <w:autoSpaceDE w:val="0"/>
        <w:widowControl/>
        <w:spacing w:line="360" w:lineRule="exact" w:before="360" w:after="0"/>
        <w:ind w:left="1000" w:right="1728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0"/>
        </w:rPr>
        <w:t>Shadow Realm</w:t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: The world of Zylak, enveloped in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darkness, possessing hidden beauties and dangers, and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housing a distinct culture.</w:t>
      </w:r>
    </w:p>
    <w:p>
      <w:pPr>
        <w:autoSpaceDN w:val="0"/>
        <w:autoSpaceDE w:val="0"/>
        <w:widowControl/>
        <w:spacing w:line="360" w:lineRule="exact" w:before="360" w:after="0"/>
        <w:ind w:left="1000" w:right="144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0"/>
        </w:rPr>
        <w:t>Ancient Magic</w:t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: A powerful, archaic force that binds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realms together, but also threatens their existence if not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controlled.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0"/>
        </w:rPr>
        <w:t>Luminous</w:t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: A term used to describe fairies who possess an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inherent ability to manipulate light and energy.</w:t>
      </w:r>
    </w:p>
    <w:p>
      <w:pPr>
        <w:autoSpaceDN w:val="0"/>
        <w:autoSpaceDE w:val="0"/>
        <w:widowControl/>
        <w:spacing w:line="360" w:lineRule="exact" w:before="360" w:after="0"/>
        <w:ind w:left="1000" w:right="1152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0"/>
        </w:rPr>
        <w:t>Shadowborn</w:t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: A term used to describe fairies who possess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an inherent ability to manipulate darkness and shadows.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588" w:lineRule="exact" w:before="1690" w:after="0"/>
        <w:ind w:left="1000" w:right="1152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 xml:space="preserve">References </w:t>
      </w:r>
      <w:r>
        <w:br/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This section lists the sources that were consulted during the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writing process.</w:t>
      </w:r>
    </w:p>
    <w:p>
      <w:pPr>
        <w:autoSpaceDN w:val="0"/>
        <w:autoSpaceDE w:val="0"/>
        <w:widowControl/>
        <w:spacing w:line="332" w:lineRule="exact" w:before="388" w:after="0"/>
        <w:ind w:left="1000" w:right="0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[List of sources used]</w:t>
      </w:r>
    </w:p>
    <w:p>
      <w:pPr>
        <w:sectPr>
          <w:pgSz w:w="12240" w:h="15840"/>
          <w:pgMar w:top="0" w:right="1420" w:bottom="0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374" w:lineRule="exact" w:before="1904" w:after="0"/>
        <w:ind w:left="1000" w:right="0" w:firstLine="0"/>
        <w:jc w:val="left"/>
      </w:pPr>
      <w:r>
        <w:rPr>
          <w:rFonts w:ascii="LiberationSerif" w:hAnsi="LiberationSerif" w:eastAsia="LiberationSerif"/>
          <w:b/>
          <w:i w:val="0"/>
          <w:color w:val="000000"/>
          <w:sz w:val="34"/>
        </w:rPr>
        <w:t>Author Biography</w:t>
      </w:r>
    </w:p>
    <w:p>
      <w:pPr>
        <w:autoSpaceDN w:val="0"/>
        <w:autoSpaceDE w:val="0"/>
        <w:widowControl/>
        <w:spacing w:line="360" w:lineRule="exact" w:before="458" w:after="0"/>
        <w:ind w:left="1000" w:right="1008" w:firstLine="0"/>
        <w:jc w:val="left"/>
      </w:pP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[Your Name] is a young adult fantasy author with a passion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for crafting stories that explore the complexities of love,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magic, and the human condition. [Include brief details about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your background, writing experience, and any relevant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information about your writing process.] [Your Name] is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inspired by the beauty and wonder of the natural world, as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well as the timeless themes of love, loss, and hope. [Your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 xml:space="preserve">Name] currently resides in [Location] and can be found </w:t>
      </w:r>
      <w:r>
        <w:rPr>
          <w:rFonts w:ascii="LiberationSerif" w:hAnsi="LiberationSerif" w:eastAsia="LiberationSerif"/>
          <w:b w:val="0"/>
          <w:i w:val="0"/>
          <w:color w:val="000000"/>
          <w:sz w:val="30"/>
        </w:rPr>
        <w:t>online at [Website or social media links].</w:t>
      </w:r>
    </w:p>
    <w:sectPr w:rsidR="00FC693F" w:rsidRPr="0006063C" w:rsidSect="00034616">
      <w:pgSz w:w="12240" w:h="15840"/>
      <w:pgMar w:top="0" w:right="1420" w:bottom="0" w:left="144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