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t>What’s Holding You Back?</w:t>
      </w:r>
    </w:p>
    <w:p>
      <w:r>
        <w:t>What if I told you that the biggest obstacle standing between you and financial freedom isn’t your paycheck, your circumstances, or even the economy—it’s your beliefs!!!</w:t>
      </w:r>
    </w:p>
    <w:p>
      <w:r>
        <w:t>Take a moment to think about your relationship with money. Do you feel confident and in control, or is it a constant source of stress? Maybe you’ve tried to budget, save, or earn more, only to find yourself stuck in the same frustrating patterns. You’re not alone. Most people never realize that their financial struggles are rooted in something far deeper than numbers—they’re rooted in the stories they’ve learned to tell themselves about money.</w:t>
      </w:r>
    </w:p>
    <w:p>
      <w:r>
        <w:t>Let’s pause and get personal for a second. What’s the first thing that comes to mind when you hear the word “money”? Is it security and opportunity? Or does it feel like a weight, a worry, or even a source of shame?</w:t>
      </w:r>
    </w:p>
    <w:p>
      <w:r>
        <w:t>For many people, it’s the latter. That’s because we all grow up absorbing messages about money—some subtle, some loud and clear. Maybe you heard things like, “Money doesn’t grow on trees,” or, “You have to work twice as hard to get half as much.” Maybe you were taught to believe that wanting wealth makes you greedy or that it’s better to play it safe than to take risks. These beliefs don’t just disappear as you grow older—they stick around, shaping how you think, feel, and act about money.</w:t>
      </w:r>
    </w:p>
    <w:p>
      <w:r>
        <w:t>But here’s the catch: most of these beliefs aren’t even true.</w:t>
      </w:r>
    </w:p>
    <w:p>
      <w:r>
        <w:t>But what if those stories about money you’ve been carrying for years aren’t facts, but illusions? What if the stress, fear, and frustration surrounding your finances are symptoms of something deeper—hidden beliefs you’ve unknowingly absorbed? These beliefs don’t just live in your mind; they shape your actions, decisions, and ultimately, your financial reality.</w:t>
      </w:r>
    </w:p>
    <w:p>
      <w:r>
        <w:t>Let’s take a closer look at these invisible forces. Imagine running a race, giving it your all, but never crossing the finish line. Could the real problem be the weights you’re carrying—weights you might not even realize are there?</w:t>
      </w:r>
    </w:p>
    <w:p>
      <w:r>
        <w:t>These weights are your limiting beliefs about money. They act like silent roadblocks, sabotaging your efforts without you even realizing it. For example:</w:t>
      </w:r>
    </w:p>
    <w:p>
      <w:r>
        <w:t>You might hesitate to ask for a raise, thinking you don’t deserve more.</w:t>
      </w:r>
    </w:p>
    <w:p>
      <w:r>
        <w:t>You might avoid investing because you’ve told yourself it’s too risky.</w:t>
      </w:r>
    </w:p>
    <w:p>
      <w:r>
        <w:t>Or you might spend impulsively because deep down, you believe money will always slip through your fingers anyway.</w:t>
      </w:r>
    </w:p>
    <w:p>
      <w:r>
        <w:t>Sound familiar? The truth is, you can’t outwork a mindset that’s keeping you stuck. But you can change it.</w:t>
      </w:r>
    </w:p>
    <w:p>
      <w:r>
        <w:t>The first step to change is awareness. Recognizing that your beliefs have been quietly shaping your financial reality is a powerful revelation. These patterns, no matter how deeply rooted, are not set in stone. The good news is, just as these beliefs were learned, they can be unlearned—and replaced with new, empowering ones.</w:t>
      </w:r>
    </w:p>
    <w:p>
      <w:r>
        <w:t>This book is your guide to breaking free from those invisible barriers and stepping into a mindset that aligns with financial success.</w:t>
      </w:r>
    </w:p>
    <w:p>
      <w:r>
        <w:t>Are you ready to uncover the hidden stories that have been holding you back and rewrite them into a powerful new narrative? If so, turn the page—because your transformation starts now.</w:t>
      </w:r>
    </w:p>
    <w:p/>
    <w:p/>
    <w:p/>
    <w:p/>
    <w:p/>
    <w:p>
      <w:r>
        <w:t>The Invisible Barriers</w:t>
      </w:r>
    </w:p>
    <w:p>
      <w:r>
        <w:t>When people think about financial challenges, the first culprits that come to mind are external factors: low income, high expenses, or an unpredictable economy. And while these factors can undoubtedly impact your financial situation, they are often not the root cause of long-term struggles. The real problem lies beneath the surface, hidden in the way you think about money, yourself, and the world.</w:t>
      </w:r>
    </w:p>
    <w:p>
      <w:r>
        <w:t>What if your financial challenges aren’t just about math or money management? What if they’re about the stories you’ve absorbed, the beliefs you’ve internalized, and the invisible limits you’ve placed on yourself without even realizing it?</w:t>
      </w:r>
    </w:p>
    <w:p>
      <w:r>
        <w:t>To understand why this is true, let’s explore what limiting beliefs are, how they form, and the surprising ways they control your financial life.</w:t>
      </w:r>
    </w:p>
    <w:p>
      <w:r>
        <w:t>What Are Limiting Beliefs?</w:t>
      </w:r>
    </w:p>
    <w:p>
      <w:r>
        <w:t>A limiting belief is a deeply ingrained thought or assumption that restricts your potential. These beliefs often operate subconsciously, shaping how you view the world and, in turn, how you act within it. When it comes to money, limiting beliefs can show up as assumptions like:</w:t>
      </w:r>
    </w:p>
    <w:p>
      <w:r>
        <w:t>“I’m just not good with money.”</w:t>
      </w:r>
    </w:p>
    <w:p>
      <w:r>
        <w:t>“Rich people are greedy.”</w:t>
      </w:r>
    </w:p>
    <w:p>
      <w:r>
        <w:t>“I’ll never earn enough to live comfortably.”</w:t>
      </w:r>
    </w:p>
    <w:p>
      <w:r>
        <w:t>These beliefs feel like facts because they’ve been reinforced over time. However, they are simply mental filters that distort reality. They quietly guide your decisions, your habits, and even your emotions about money.</w:t>
      </w:r>
    </w:p>
    <w:p>
      <w:r>
        <w:t>For example, someone who believes that “money is the root of all evil” might subconsciously sabotage opportunities to earn more, fearing they’ll lose their integrity or become unlikeable. Another person who thinks, “I’m terrible with money,” might avoid learning about finances altogether, reinforcing the very struggle they wish to escape.</w:t>
      </w:r>
    </w:p>
    <w:p>
      <w:r>
        <w:t>Where Do These Beliefs Come From?</w:t>
      </w:r>
    </w:p>
    <w:p>
      <w:r>
        <w:t>Childhood Conditioning</w:t>
      </w:r>
    </w:p>
    <w:p>
      <w:r>
        <w:t>Our earliest experiences with money often shape how we think about it for the rest of our lives. Think about the messages you heard growing up:</w:t>
      </w:r>
    </w:p>
    <w:p>
      <w:r>
        <w:t>Did your parents argue about money?</w:t>
      </w:r>
    </w:p>
    <w:p>
      <w:r>
        <w:t>Were you told that money was scarce, or did it feel like there was always enough?</w:t>
      </w:r>
    </w:p>
    <w:p>
      <w:r>
        <w:t>Did you grow up in an environment that encouraged saving, spending, or avoiding money conversations altogether?</w:t>
      </w:r>
    </w:p>
    <w:p>
      <w:r>
        <w:t>These childhood messages lay the foundation for your financial mindset. If money was a source of stress or conflict in your family, you might associate it with fear or tension. If you were told things like, “We can’t afford that,” over and over, you may have developed a scarcity mindset, believing there’s never enough to go around.</w:t>
      </w:r>
    </w:p>
    <w:p>
      <w:r>
        <w:t>Cultural and Societal Influences</w:t>
      </w:r>
    </w:p>
    <w:p>
      <w:r>
        <w:t>Beyond our families, society plays a huge role in shaping our beliefs about money. Media, cultural norms, and peer expectations all send powerful messages about what’s “normal” or “acceptable” when it comes to wealth.</w:t>
      </w:r>
    </w:p>
    <w:p>
      <w:r>
        <w:t>Consider some common cultural beliefs:</w:t>
      </w:r>
    </w:p>
    <w:p>
      <w:r>
        <w:t>“You have to work hard for every penny.”</w:t>
      </w:r>
    </w:p>
    <w:p>
      <w:r>
        <w:t>“Wanting more money is selfish.”</w:t>
      </w:r>
    </w:p>
    <w:p>
      <w:r>
        <w:t>“People like us don’t get rich.”</w:t>
      </w:r>
    </w:p>
    <w:p>
      <w:r>
        <w:t>These narratives can keep you trapped in patterns of overworking, under-earning, or feeling undeserving of success. Worse, they can create guilt or shame about wanting to improve your financial situation, making it harder to take positive steps forward.</w:t>
      </w:r>
    </w:p>
    <w:p>
      <w:r>
        <w:t>Personal Experiences</w:t>
      </w:r>
    </w:p>
    <w:p>
      <w:r>
        <w:t>Traumatic or challenging experiences with money can also solidify limiting beliefs. Maybe you lost a job and felt helpless. Maybe you made a risky financial decision that didn’t pay off and told yourself, “I’m not cut out for this.”</w:t>
      </w:r>
    </w:p>
    <w:p>
      <w:r>
        <w:t>Over time, these experiences can create emotional scars that influence your future decisions. Even if your circumstances have changed, the emotional weight of those past experiences can hold you back, convincing you that failure is inevitable.</w:t>
      </w:r>
    </w:p>
    <w:p>
      <w:r>
        <w:t>How Limiting Beliefs Control Your Financial Life</w:t>
      </w:r>
    </w:p>
    <w:p>
      <w:r>
        <w:t>The most dangerous thing about limiting beliefs is that they often operate unnoticed. You may not even realize they’re influencing your choices, but they’re there, quietly shaping your habits, reactions, and opportunities.</w:t>
      </w:r>
    </w:p>
    <w:p>
      <w:r>
        <w:t>They Affect Your Confidence</w:t>
      </w:r>
    </w:p>
    <w:p>
      <w:r>
        <w:t>If you believe you’re bad with money, you’re less likely to take control of your finances. You might avoid looking at your bank account, skip creating a budget, or hesitate to ask for financial advice because you feel unworthy or incapable.</w:t>
      </w:r>
    </w:p>
    <w:p/>
    <w:p/>
    <w:p>
      <w:r>
        <w:t>They Influence Your Decisions</w:t>
      </w:r>
    </w:p>
    <w:p>
      <w:r>
        <w:t>Limiting beliefs can make you overly cautious or impulsive. For example:</w:t>
      </w:r>
    </w:p>
    <w:p>
      <w:r>
        <w:t>Someone with a scarcity mindset might hoard money out of fear, missing opportunities to invest or enjoy life.</w:t>
      </w:r>
    </w:p>
    <w:p>
      <w:r>
        <w:t>On the other hand, someone who believes, “Money is meant to be spent,” might overspend and struggle to save for the future.</w:t>
      </w:r>
    </w:p>
    <w:p>
      <w:r>
        <w:t>They Create Self-Sabotaging Behaviours</w:t>
      </w:r>
    </w:p>
    <w:p>
      <w:r>
        <w:t>Limiting beliefs often lead to actions that reinforce the very struggle they create. If you believe you’re destined to live paycheck to paycheck, you might unconsciously avoid promotions or opportunities that could improve your situation. If you think, “Money will always slip through my fingers,” you may fail to save or plan effectively, ensuring that belief becomes your reality.</w:t>
      </w:r>
    </w:p>
    <w:p>
      <w:r>
        <w:t>They Block You from Seeing Possibilities</w:t>
      </w:r>
    </w:p>
    <w:p>
      <w:r>
        <w:t>Beliefs act like filters, determining what you notice and what you ignore. If you believe, “I’ll never get ahead financially,” you might overlook opportunities to learn new skills, start a side hustle, or negotiate a better salary because you’ve already decided those efforts won’t work.</w:t>
      </w:r>
    </w:p>
    <w:p>
      <w:r>
        <w:t>The Emotional Toll of Limiting Beliefs</w:t>
      </w:r>
    </w:p>
    <w:p>
      <w:r>
        <w:t>Beyond the practical impact on your finances, limiting beliefs can take a serious emotional toll. Living with constant money stress can lead to:</w:t>
      </w:r>
    </w:p>
    <w:p>
      <w:r>
        <w:t>Anxiety about the future.</w:t>
      </w:r>
    </w:p>
    <w:p>
      <w:r>
        <w:t>Shame about past mistakes.</w:t>
      </w:r>
    </w:p>
    <w:p>
      <w:r>
        <w:t>Frustration from feeling stuck or powerless.</w:t>
      </w:r>
    </w:p>
    <w:p>
      <w:r>
        <w:t>These emotions create a cycle of avoidance and inaction, making it even harder to break free. The more you internalize these feelings, the harder it becomes to see a way out.</w:t>
      </w:r>
    </w:p>
    <w:p>
      <w:r>
        <w:t>Recognizing the Problem Is the First Step</w:t>
      </w:r>
    </w:p>
    <w:p>
      <w:r>
        <w:t>Here’s the good news: just because you’ve held onto these beliefs doesn’t mean you’re stuck with them forever. Limiting beliefs are not facts—they’re stories. And just like any story, they can be rewritten.</w:t>
      </w:r>
    </w:p>
    <w:p>
      <w:r>
        <w:t>By the time you finish this book, you’ll learn how to identify these hidden beliefs, challenge their validity, and replace them with empowering narratives that align with your financial goals. You’ll discover practical tools and strategies to transform not just your mindset, but also your habits, allowing you to create a life of financial stability and abundance.</w:t>
      </w:r>
    </w:p>
    <w:p>
      <w:r>
        <w:t>Your beliefs may have shaped your past, but they don’t have to define your future. Are you ready to uncover the invisible barriers holding you back and take control of your financial destiny? If so, the journey starts here.</w:t>
      </w:r>
    </w:p>
    <w:p/>
    <w:p/>
    <w:p/>
    <w:p/>
    <w:p/>
    <w:p/>
    <w:p/>
    <w:p/>
    <w:p/>
    <w:p/>
    <w:p/>
    <w:p/>
    <w:p>
      <w:r>
        <w:t>A New Financial Story</w:t>
      </w:r>
    </w:p>
    <w:p>
      <w:r>
        <w:t>Imagine waking up one day to find that money is no longer a source of stress or fear. Instead, it feels like a tool—a powerful resource that flows into your life with ease and helps you build the future you’ve always dreamed of. You’re no longer weighed down by guilt, frustration, or self-doubt about your finances. Instead, you feel confident, empowered, and in control.</w:t>
      </w:r>
    </w:p>
    <w:p>
      <w:r>
        <w:t>This transformation isn’t just wishful thinking—it’s possible. And this book is your roadmap to achieving it.</w:t>
      </w:r>
    </w:p>
    <w:p>
      <w:r>
        <w:t>The truth is, your financial reality is shaped by your beliefs about money, many of which were formed long before you even realized they existed. These beliefs can act like invisible barriers, blocking you from earning, saving, or managing money in ways that truly serve you. But the good news is this: beliefs are not permanent. They’re learned patterns of thought, and anything learned can be unlearned.</w:t>
      </w:r>
    </w:p>
    <w:p>
      <w:r>
        <w:t>What This Book Will Do for You</w:t>
      </w:r>
    </w:p>
    <w:p>
      <w:r>
        <w:t>This book isn’t about financial advice in the traditional sense. It’s not a budgeting guide or an investment manual. Instead, it goes deeper—to the mindset and emotions that drive your financial decisions. By addressing the root of the problem, you’ll finally break free from the limiting beliefs that have been holding you back and start building habits that align with abundance and success.</w:t>
      </w:r>
    </w:p>
    <w:p>
      <w:r>
        <w:t>Here’s what you’ll achieve:</w:t>
      </w:r>
    </w:p>
    <w:p>
      <w:r>
        <w:t>Awareness:</w:t>
      </w:r>
    </w:p>
    <w:p>
      <w:r>
        <w:t>You’ll uncover the hidden stories you’ve been telling yourself about money and recognize how they’ve shaped your life.</w:t>
      </w:r>
    </w:p>
    <w:p>
      <w:r>
        <w:t>Empowerment:</w:t>
      </w:r>
    </w:p>
    <w:p>
      <w:r>
        <w:t>You’ll learn how to challenge and re-frame these beliefs, replacing them with ones that align with financial growth and stability.</w:t>
      </w:r>
    </w:p>
    <w:p>
      <w:r>
        <w:t>Practical Skills:</w:t>
      </w:r>
    </w:p>
    <w:p>
      <w:r>
        <w:t>Through guided exercises, affirmations, and visualization techniques, you’ll develop tools to shift your mindset and take control of your finances.</w:t>
      </w:r>
    </w:p>
    <w:p>
      <w:r>
        <w:t>Confidence:</w:t>
      </w:r>
    </w:p>
    <w:p>
      <w:r>
        <w:t>You’ll build new habits that not only improve your financial health but also strengthen your sense of self-worth and empowerment.</w:t>
      </w:r>
    </w:p>
    <w:p>
      <w:r>
        <w:t>This book isn’t just about dollars and cents—it’s about creating a life that feels rich in every way. When you change your mindset, you’ll notice that the ripple effects go far beyond your bank account. You’ll start to feel more capable, more inspired, and more aligned with the version of yourself you’ve always wanted to become.</w:t>
      </w:r>
    </w:p>
    <w:p>
      <w:r>
        <w:t>Imagine what it would feel like to stop living in financial survival mode and start thriving. That’s what this book is here to help you do.</w:t>
      </w:r>
    </w:p>
    <w:p>
      <w:r>
        <w:t>By the time you turn the last page of this book, you’ll have the tools and mindset you need to rewrite your financial story. No matter where you’re starting from, this journey will guide you step by step toward a new reality—one where money becomes a source of opportunity and empowerment, not fear or limitation.</w:t>
      </w:r>
    </w:p>
    <w:p>
      <w:r>
        <w:t>The promise is simple but life-changing: with the right mindset, you can transform not just your finances, but your entire future. Let’s begin.</w:t>
      </w:r>
    </w:p>
    <w:p/>
    <w:p/>
    <w:p/>
    <w:p/>
    <w:p/>
    <w:p/>
    <w:p/>
    <w:p>
      <w:r>
        <w:t>Your Journey Starts Here</w:t>
      </w:r>
    </w:p>
    <w:p>
      <w:r>
        <w:t>You’ve already taken the most important step toward transforming your financial reality: recognizing that something needs to change. By picking up this book, you’ve opened the door to a new way of thinking about money, one that empowers you instead of holding you back. But awareness alone isn’t enough—true transformation comes from action. And that action begins now.</w:t>
      </w:r>
    </w:p>
    <w:p>
      <w:r>
        <w:t>Take a moment to envision the life you want to create. Picture a future where money isn’t a constant source of stress but a tool you use with confidence and clarity. Imagine waking up each day knowing you’re building the financial security and freedom you deserve. That future is possible, but it requires you to take ownership of your beliefs, your habits, and your mindset.</w:t>
      </w:r>
    </w:p>
    <w:p>
      <w:r>
        <w:t>Right now, your beliefs about money are shaping your actions, whether you realize it or not. If those beliefs are limiting, they’ll keep you stuck in patterns of fear, avoidance, or frustration. But if you commit to uncovering and rewriting those beliefs, you’ll open yourself up to opportunities, growth, and abundance.</w:t>
      </w:r>
    </w:p>
    <w:p>
      <w:r>
        <w:t>This book is more than just a guide—it’s a partnership. Each chapter will provide you with the tools, exercises, and insights you need to take practical steps toward change. But here’s the catch: it only works if you do the work. Transformation doesn’t happen overnight, and it doesn’t happen passively. It happens when you actively engage with the process and commit to showing up for yourself.</w:t>
      </w:r>
    </w:p>
    <w:p>
      <w:r>
        <w:t>Start small. Before you even dive into the first chapter, here’s an exercise to kick off your journey:</w:t>
      </w:r>
    </w:p>
    <w:p>
      <w:r>
        <w:t>Grab a notebook or a piece of paper.</w:t>
      </w:r>
    </w:p>
    <w:p>
      <w:r>
        <w:t>Write down three words that describe how you currently feel about money. Be honest—there’s no right or wrong answer.</w:t>
      </w:r>
    </w:p>
    <w:p>
      <w:r>
        <w:t>Now, write down three words that describe how you want to feel about money.</w:t>
      </w:r>
    </w:p>
    <w:p>
      <w:r>
        <w:t>Reflect on the gap between the two lists. What’s standing in the way of bridging that gap?</w:t>
      </w:r>
    </w:p>
    <w:p>
      <w:r>
        <w:t>This simple exercise sets the stage for everything you’ll uncover in the chapters ahead. It’s a reminder that change starts with awareness and intention.</w:t>
      </w:r>
    </w:p>
    <w:p>
      <w:r>
        <w:t>As you move through this book, you’ll encounter ideas and exercises that may challenge you. Some of them might feel uncomfortable. That’s a good thing—it means you’re growing. Give yourself permission to dig deep, to reflect honestly, and to take bold steps forward.</w:t>
      </w:r>
    </w:p>
    <w:p>
      <w:r>
        <w:t>Change isn’t about perfection; it’s about progress. Even small shifts in your mindset and habits can lead to monumental changes over time. The key is to keep moving forward, even when it feels difficult. You’re not alone on this journey—this book is here to guide you every step of the way.</w:t>
      </w:r>
    </w:p>
    <w:p>
      <w:r>
        <w:t>Your Transformation Awaits</w:t>
      </w:r>
    </w:p>
    <w:p>
      <w:r>
        <w:t>The life you want is within reach, but it starts with a choice: the choice to take action. Right now, you have the opportunity to let go of the beliefs that have been holding you back and replace them with ones that empower you. You have the tools, the guidance, and the determination to rewrite your financial story.</w:t>
      </w:r>
    </w:p>
    <w:p>
      <w:r>
        <w:t>So, what will you do next? If you’re ready to take the first step toward financial freedom, turn the page. Your transformation starts now.</w:t>
      </w:r>
    </w:p>
    <w:p>
      <w:r>
        <w:br w:type="page"/>
      </w:r>
    </w:p>
    <w:p>
      <w:r>
        <w:t>Chapter 1: Understanding Limiting Beliefs</w:t>
      </w:r>
    </w:p>
    <w:p/>
    <w:p>
      <w:r>
        <w:t>What Are Limiting Beliefs?</w:t>
      </w:r>
    </w:p>
    <w:p>
      <w:r>
        <w:t>Limiting beliefs are deeply ingrained thoughts, assumptions, or perceptions that hold you back from reaching your full potential. They act as mental barriers, often operating below the surface of your conscious awareness, shaping your decisions, actions, and, ultimately, your outcomes. When it comes to money, these beliefs influence how you earn, spend, save, and even think about wealth.</w:t>
      </w:r>
    </w:p>
    <w:p>
      <w:r>
        <w:t>Imagine a computer running on outdated software. No matter how much you try to push it to perform better, the old programming keeps it from achieving its full capabilities. Limiting beliefs are like that outdated software—they keep running in the background, restricting what you believe is possible for yourself financially.</w:t>
      </w:r>
    </w:p>
    <w:p>
      <w:r>
        <w:t>At their core, limiting beliefs are thoughts or assumptions you’ve accepted as true, even if they’re inaccurate or no longer serve you. These beliefs:</w:t>
      </w:r>
    </w:p>
    <w:p>
      <w:r>
        <w:t>Act as Filters: They shape how you see the world. For instance, if you believe that “money is hard to earn,” you might focus on obstacles rather than opportunities.</w:t>
      </w:r>
    </w:p>
    <w:p>
      <w:r>
        <w:t>Influence Your Behaviour: They guide your actions, often leading to self-sabotaging habits.</w:t>
      </w:r>
    </w:p>
    <w:p>
      <w:r>
        <w:t>Reinforce Themselves: Limiting beliefs create patterns where your actions confirm the very belief, perpetuating a cycle.</w:t>
      </w:r>
    </w:p>
    <w:p>
      <w:r>
        <w:t>A common example is the belief, “I’m not good with money.” If you believe this, you might avoid budgeting or financial planning, which then leads to poor outcomes that reinforce your belief.</w:t>
      </w:r>
    </w:p>
    <w:p>
      <w:r>
        <w:t>Limiting beliefs around money come in many forms, often shaped by personal experiences, societal messages, or cultural narratives. Here are a few common examples:</w:t>
      </w:r>
    </w:p>
    <w:p>
      <w:r>
        <w:t>Scarcity Beliefs</w:t>
      </w:r>
    </w:p>
    <w:p>
      <w:r>
        <w:t>“There’s never enough money.”</w:t>
      </w:r>
    </w:p>
    <w:p>
      <w:r>
        <w:t>“If someone else gets rich, there’s less for me.”</w:t>
      </w:r>
    </w:p>
    <w:p>
      <w:r>
        <w:t>These beliefs foster fear and competition, keeping you in a survival mindset.</w:t>
      </w:r>
    </w:p>
    <w:p>
      <w:r>
        <w:t>Self-Worth Beliefs</w:t>
      </w:r>
    </w:p>
    <w:p>
      <w:r>
        <w:t>“I don’t deserve to be wealthy.”</w:t>
      </w:r>
    </w:p>
    <w:p>
      <w:r>
        <w:t>“I’m not capable of managing money.”</w:t>
      </w:r>
    </w:p>
    <w:p>
      <w:r>
        <w:t>These beliefs tie financial success to your sense of worth, limiting your potential.</w:t>
      </w:r>
    </w:p>
    <w:p>
      <w:r>
        <w:t>Money Morality Beliefs</w:t>
      </w:r>
    </w:p>
    <w:p>
      <w:r>
        <w:t>“Money is the root of all evil.”</w:t>
      </w:r>
    </w:p>
    <w:p>
      <w:r>
        <w:t>“Rich people are greedy.”</w:t>
      </w:r>
    </w:p>
    <w:p>
      <w:r>
        <w:t>These beliefs create guilt or shame about wanting financial success, causing you to resist wealth.</w:t>
      </w:r>
    </w:p>
    <w:p/>
    <w:p>
      <w:r>
        <w:t>Fear of Success Beliefs</w:t>
      </w:r>
    </w:p>
    <w:p>
      <w:r>
        <w:t>“If I make more money, people will expect more from me.”</w:t>
      </w:r>
    </w:p>
    <w:p>
      <w:r>
        <w:t>“More money will bring more problems.”</w:t>
      </w:r>
    </w:p>
    <w:p>
      <w:r>
        <w:t>These beliefs prevent you from pursuing growth opportunities.</w:t>
      </w:r>
    </w:p>
    <w:p>
      <w:r>
        <w:t>Understanding where these beliefs come from is the first step to overcoming them. Most limiting beliefs are learned, not inherent. Here’s how they commonly develop:</w:t>
      </w:r>
    </w:p>
    <w:p>
      <w:r>
        <w:t>Childhood Conditioning</w:t>
      </w:r>
    </w:p>
    <w:p>
      <w:r>
        <w:t>Your early environment plays a significant role in shaping your relationship with money. Think back to the messages you heard growing up:</w:t>
      </w:r>
    </w:p>
    <w:p>
      <w:r>
        <w:t>Did your parents argue about money, leading you to associate it with stress?</w:t>
      </w:r>
    </w:p>
    <w:p>
      <w:r>
        <w:t>Were you told that certain things were “too expensive” or that you had to “work hard for every penny”?</w:t>
      </w:r>
    </w:p>
    <w:p>
      <w:r>
        <w:t>Did you grow up in a household where money was never discussed, creating a sense of mystery or fear around it?</w:t>
      </w:r>
    </w:p>
    <w:p>
      <w:r>
        <w:t>Children absorb these messages and carry them into adulthood, where they continue to influence behaviour.</w:t>
      </w:r>
    </w:p>
    <w:p>
      <w:r>
        <w:t>Cultural and Societal Messages</w:t>
      </w:r>
    </w:p>
    <w:p>
      <w:r>
        <w:t>Beyond family, society and culture reinforce financial narratives. Phrases like “The rich get richer, and the poor get poorer” or “You can’t have it all” create a mindset of limitation. Media often portrays wealth as either a sign of greed or an unattainable dream, which fuels feelings of inadequacy or guilt.</w:t>
      </w:r>
    </w:p>
    <w:p>
      <w:r>
        <w:t>Personal Experiences</w:t>
      </w:r>
    </w:p>
    <w:p>
      <w:r>
        <w:t>Traumatic or challenging financial experiences also leave lasting impressions. Losing a job, struggling with debt, or making a financial mistake can embed beliefs like:</w:t>
      </w:r>
    </w:p>
    <w:p>
      <w:r>
        <w:t>“I’ll never get ahead.”</w:t>
      </w:r>
    </w:p>
    <w:p>
      <w:r>
        <w:t>“I’m terrible with money.”</w:t>
      </w:r>
    </w:p>
    <w:p>
      <w:r>
        <w:t>Over time, these experiences reinforce negative thoughts, creating a cycle that’s hard to break.</w:t>
      </w:r>
    </w:p>
    <w:p/>
    <w:p/>
    <w:p>
      <w:r>
        <w:t>The Hidden Cost of Limiting Beliefs</w:t>
      </w:r>
    </w:p>
    <w:p>
      <w:r>
        <w:t>Limiting beliefs aren’t just abstract thoughts; they have real-world consequences. Here’s how they show up in everyday life:</w:t>
      </w:r>
    </w:p>
    <w:p>
      <w:r>
        <w:t>Fear and Avoidance</w:t>
      </w:r>
    </w:p>
    <w:p>
      <w:r>
        <w:t>People with limiting beliefs often avoid engaging with their finances altogether. They might delay creating a budget, shy away from negotiating a raise, or ignore investment opportunities because they feel it’s too complicated or destined to fail.</w:t>
      </w:r>
    </w:p>
    <w:p>
      <w:r>
        <w:t>Self-Sabotage</w:t>
      </w:r>
    </w:p>
    <w:p>
      <w:r>
        <w:t>Limiting beliefs lead to behaviours that undermine your progress. For example:</w:t>
      </w:r>
    </w:p>
    <w:p>
      <w:r>
        <w:t>Believing that “money will always slip through my fingers” can result in impulsive spending.</w:t>
      </w:r>
    </w:p>
    <w:p>
      <w:r>
        <w:t>Thinking “I’ll never earn enough” might cause you to settle for low-paying jobs or avoid pursuing new opportunities.</w:t>
      </w:r>
    </w:p>
    <w:p>
      <w:r>
        <w:t>Missed Opportunities</w:t>
      </w:r>
    </w:p>
    <w:p>
      <w:r>
        <w:t>A mindset rooted in limitation can prevent you from seeing possibilities. If you believe “money is only for certain people,” you might not apply for a promotion, start a business, or invest in personal development that could lead to financial growth.</w:t>
      </w:r>
    </w:p>
    <w:p>
      <w:r>
        <w:t>Why Limiting Beliefs Feel So Real</w:t>
      </w:r>
    </w:p>
    <w:p>
      <w:r>
        <w:t>The power of limiting beliefs lies in their subtlety. They often feel like facts rather than assumptions. This is because:</w:t>
      </w:r>
    </w:p>
    <w:p>
      <w:r>
        <w:t>They’re Repeated: Over time, repeated thoughts solidify into beliefs. For instance, hearing “Money doesn’t grow on trees” repeatedly as a child can lead to a scarcity mindset.</w:t>
      </w:r>
    </w:p>
    <w:p>
      <w:r>
        <w:t>They’re Reinforced by Experience: If you experience financial struggles, you may unconsciously link those struggles to your own capabilities, even when external factors are at play.</w:t>
      </w:r>
    </w:p>
    <w:p>
      <w:r>
        <w:t>They’re Emotionally Charged: Money is tied to emotions like security, fear, and worthiness. These emotions amplify the strength of limiting beliefs, making them harder to challenge.</w:t>
      </w:r>
    </w:p>
    <w:p/>
    <w:p>
      <w:r>
        <w:t>How Limiting Beliefs Hold You Back</w:t>
      </w:r>
    </w:p>
    <w:p>
      <w:r>
        <w:t>Limiting beliefs act as mental roadblocks that keep you stuck in patterns of thought and behaviour. Here’s how:</w:t>
      </w:r>
    </w:p>
    <w:p>
      <w:r>
        <w:t>They Narrow Your Focus: Limiting beliefs cause you to see only obstacles, not opportunities.</w:t>
      </w:r>
    </w:p>
    <w:p>
      <w:r>
        <w:t>They Undermine Confidence: Beliefs like “I’m not good with money” erode your self-esteem, making you less likely to take positive action.</w:t>
      </w:r>
    </w:p>
    <w:p>
      <w:r>
        <w:t>They Create a Cycle: Negative thoughts lead to inaction or poor decisions, which reinforce the belief, creating a self-fulfilling prophecy.</w:t>
      </w:r>
    </w:p>
    <w:p/>
    <w:p>
      <w:r>
        <w:t>Beliefs Can Be Changed</w:t>
      </w:r>
    </w:p>
    <w:p>
      <w:r>
        <w:t>Here’s the most important takeaway: limiting beliefs are not facts—they’re stories you’ve been telling yourself. And just like any story, they can be rewritten. Recognizing these beliefs is the first step toward breaking free from them.</w:t>
      </w:r>
    </w:p>
    <w:p>
      <w:r>
        <w:t>In this book, you’ll learn practical tools to:</w:t>
      </w:r>
    </w:p>
    <w:p>
      <w:r>
        <w:t>Identify the specific limiting beliefs holding you back.</w:t>
      </w:r>
    </w:p>
    <w:p>
      <w:r>
        <w:t>Challenge their validity and re-frame them into empowering narratives.</w:t>
      </w:r>
    </w:p>
    <w:p>
      <w:r>
        <w:t>Build habits and mindsets that align with financial abundance.</w:t>
      </w:r>
    </w:p>
    <w:p>
      <w:r>
        <w:t>Your current beliefs might have shaped your past, but they don’t have to define your future. By the end of this chapter, you’ll be equipped with the awareness and tools to take the first step toward financial freedom.</w:t>
      </w:r>
    </w:p>
    <w:p/>
    <w:p/>
    <w:p/>
    <w:p>
      <w:r>
        <w:t>Common Financial Limiting Beliefs</w:t>
      </w:r>
    </w:p>
    <w:p>
      <w:r>
        <w:t>Scarcity Beliefs</w:t>
      </w:r>
    </w:p>
    <w:p>
      <w:r>
        <w:t>Scarcity beliefs are rooted in the idea that resources—especially money—are inherently limited, and no matter what you do, there will never be enough. This mindset fosters a constant sense of lack, making it difficult to feel secure or abundant, even in periods of financial stability.</w:t>
      </w:r>
    </w:p>
    <w:p>
      <w:r>
        <w:t>Imagine walking through life with a bucket that has a small hole at the bottom. No matter how much water you pour into it, it always seems to be leaking. Scarcity beliefs create that same feeling of never having enough, no matter how hard you work or how much you save.</w:t>
      </w:r>
    </w:p>
    <w:p>
      <w:r>
        <w:t>Scarcity beliefs are powerful because they not only impact your financial habits but also shape your emotional relationship with money. Fear, anxiety, and insecurity often dominate, leaving little room for optimism or confidence.</w:t>
      </w:r>
    </w:p>
    <w:p>
      <w:r>
        <w:t>Scarcity beliefs take many forms, often masked as practical thinking or financial caution. Here are some of the most common examples:</w:t>
      </w:r>
    </w:p>
    <w:p>
      <w:r>
        <w:t>“There’s never enough money.”</w:t>
      </w:r>
    </w:p>
    <w:p>
      <w:r>
        <w:t>This belief creates a mindset of perpetual lack. Even if you’re earning more than enough to cover your expenses, the fear of running out keeps you feeling insecure.</w:t>
      </w:r>
    </w:p>
    <w:p>
      <w:r>
        <w:t>“I’ll always be in debt.”</w:t>
      </w:r>
    </w:p>
    <w:p>
      <w:r>
        <w:t>This belief normalizes financial struggle, convincing you that debt is an inevitable and permanent part of life.</w:t>
      </w:r>
    </w:p>
    <w:p>
      <w:r>
        <w:t>“If someone else gets rich, there’s less for me.”</w:t>
      </w:r>
    </w:p>
    <w:p>
      <w:r>
        <w:t>Scarcity thinking often fosters a sense of competition, as if wealth is a finite resource that must be fought over.</w:t>
      </w:r>
    </w:p>
    <w:p>
      <w:r>
        <w:t>“Money is hard to earn.”</w:t>
      </w:r>
    </w:p>
    <w:p>
      <w:r>
        <w:t>This belief reinforces the idea that financial success requires gruelling effort, discouraging you from seeking creative or efficient ways to grow your income.</w:t>
      </w:r>
    </w:p>
    <w:p>
      <w:r>
        <w:t>Each of these beliefs creates an emotional barrier that prevents you from seeing opportunities, taking risks, or enjoying the financial stability you’ve already achieved.</w:t>
      </w:r>
    </w:p>
    <w:p>
      <w:r>
        <w:t>Scarcity beliefs often shape behaviours in ways that perpetuate the very struggle they are trying to avoid. Here’s how they commonly show up:</w:t>
      </w:r>
    </w:p>
    <w:p>
      <w:r>
        <w:t>Hoarding Money</w:t>
      </w:r>
    </w:p>
    <w:p>
      <w:r>
        <w:t>People with scarcity beliefs may save excessively, but not for growth or security. Instead, they save out of fear, keeping money stagnant rather than putting it to productive use.</w:t>
      </w:r>
    </w:p>
    <w:p>
      <w:r>
        <w:t>Example: Keeping large sums in low-interest accounts because of a fear of losing it in investments.</w:t>
      </w:r>
    </w:p>
    <w:p>
      <w:r>
        <w:t>Fear of Spending</w:t>
      </w:r>
    </w:p>
    <w:p>
      <w:r>
        <w:t>Necessary expenses, like buying groceries or replacing a broken appliance, can feel like existential threats.</w:t>
      </w:r>
    </w:p>
    <w:p>
      <w:r>
        <w:t>Example: Hesitating to repair a car because it feels like money "leaving" rather than a long-term investment in reliability.</w:t>
      </w:r>
    </w:p>
    <w:p>
      <w:r>
        <w:t>Avoiding Risk</w:t>
      </w:r>
    </w:p>
    <w:p>
      <w:r>
        <w:t>Scarcity-focused individuals often miss out on growth opportunities because they view all risk as potential loss.</w:t>
      </w:r>
    </w:p>
    <w:p>
      <w:r>
        <w:t>Example: Declining a job opportunity with a higher salary because it requires stepping out of a comfort zone.</w:t>
      </w:r>
    </w:p>
    <w:p>
      <w:r>
        <w:t>Overworking</w:t>
      </w:r>
    </w:p>
    <w:p>
      <w:r>
        <w:t>A belief that money is always hard to earn may lead to excessive hours and burnout, reinforcing the notion that financial stability requires constant sacrifice.</w:t>
      </w:r>
    </w:p>
    <w:p>
      <w:r>
        <w:t>These behaviours create a cycle of fear and inaction, making it difficult to move toward a mindset of abundance.</w:t>
      </w:r>
    </w:p>
    <w:p>
      <w:r>
        <w:t>Scarcity beliefs rarely appear out of nowhere. They are typically formed early in life or during times of financial hardship, where the fear of not having enough feels very real. Here are some common sources:</w:t>
      </w:r>
    </w:p>
    <w:p>
      <w:r>
        <w:t>Childhood Conditioning</w:t>
      </w:r>
    </w:p>
    <w:p>
      <w:r>
        <w:t>If you grew up in a household where money was scarce, you may have internalized the idea that lack is the default state.</w:t>
      </w:r>
    </w:p>
    <w:p>
      <w:r>
        <w:t>Examples of messages from childhood:</w:t>
      </w:r>
    </w:p>
    <w:p>
      <w:r>
        <w:t>“We can’t afford that.”</w:t>
      </w:r>
    </w:p>
    <w:p>
      <w:r>
        <w:t>“You have to work hard for every penny.”</w:t>
      </w:r>
    </w:p>
    <w:p/>
    <w:p/>
    <w:p/>
    <w:p>
      <w:r>
        <w:t>Cultural Narratives</w:t>
      </w:r>
    </w:p>
    <w:p>
      <w:r>
        <w:t>Many cultures emphasize the difficulty of acquiring wealth. Phrases like “Money doesn’t grow on trees” or “The rich get richer while the poor get poorer” reinforce a belief in limited opportunities.</w:t>
      </w:r>
    </w:p>
    <w:p>
      <w:r>
        <w:t>Past Financial Trauma</w:t>
      </w:r>
    </w:p>
    <w:p>
      <w:r>
        <w:t>Experiences like job loss, debt, or bankruptcy can leave emotional scars that create a persistent fear of instability. Even after recovering, the psychological impact of those events can linger.</w:t>
      </w:r>
    </w:p>
    <w:p>
      <w:r>
        <w:t>Recognizing the origins of scarcity beliefs is crucial to overcoming them. Once you identify where these beliefs come from, you can start to question their validity.</w:t>
      </w:r>
    </w:p>
    <w:p>
      <w:r>
        <w:t>The good news is that scarcity beliefs are not permanent. They are learned patterns of thinking, and with practice, they can be unlearned. Here are some strategies for reframing these beliefs into ones that encourage abundance:</w:t>
      </w:r>
    </w:p>
    <w:p>
      <w:r>
        <w:t>Shift from Lack to Gratitude</w:t>
      </w:r>
    </w:p>
    <w:p>
      <w:r>
        <w:t>Replace “There’s never enough” with “I am grateful for what I have, and I trust that more is on the way.”</w:t>
      </w:r>
    </w:p>
    <w:p>
      <w:r>
        <w:t>Gratitude helps you focus on sufficiency rather than deficiency, shifting your energy toward abundance.</w:t>
      </w:r>
    </w:p>
    <w:p>
      <w:r>
        <w:t>Adopt a Growth Mindset</w:t>
      </w:r>
    </w:p>
    <w:p>
      <w:r>
        <w:t>Replace “Money is hard to earn” with “Opportunities to grow my income are everywhere, and I am capable of seizing them.”</w:t>
      </w:r>
    </w:p>
    <w:p>
      <w:r>
        <w:t>A growth mindset encourages you to see challenges as opportunities rather than obstacles.</w:t>
      </w:r>
    </w:p>
    <w:p>
      <w:r>
        <w:t>Focus on Possibilities, Not Limitations</w:t>
      </w:r>
    </w:p>
    <w:p>
      <w:r>
        <w:t>Replace “If someone else gets rich, there’s less for me” with “There is more than enough wealth to go around, and I am open to receiving my share.”</w:t>
      </w:r>
    </w:p>
    <w:p>
      <w:r>
        <w:t>This reframing removes the false sense of competition, allowing you to focus on your own path.</w:t>
      </w:r>
    </w:p>
    <w:p>
      <w:r>
        <w:t>Practice Abundance Affirmations</w:t>
      </w:r>
    </w:p>
    <w:p>
      <w:r>
        <w:t>Use daily affirmations to reprogram your mindset:</w:t>
      </w:r>
    </w:p>
    <w:p>
      <w:r>
        <w:t>“I attract opportunities for financial growth.”</w:t>
      </w:r>
    </w:p>
    <w:p>
      <w:r>
        <w:t>“I have enough, I do enough, I am enough.”</w:t>
      </w:r>
    </w:p>
    <w:p/>
    <w:p/>
    <w:p/>
    <w:p/>
    <w:p>
      <w:r>
        <w:t>Take Action to Build Confidence</w:t>
      </w:r>
    </w:p>
    <w:p>
      <w:r>
        <w:t>Sometimes, the best way to challenge scarcity beliefs is through action. Start small:</w:t>
      </w:r>
    </w:p>
    <w:p>
      <w:r>
        <w:t>Invest a modest amount in something that aligns with your goals.</w:t>
      </w:r>
    </w:p>
    <w:p>
      <w:r>
        <w:t>Commit to spending on something that improves your quality of life, like education or health.</w:t>
      </w:r>
    </w:p>
    <w:p>
      <w:r>
        <w:t>These strategies not only help shift your mindset but also create new patterns of behaviour that reinforce abundance rather than lack.</w:t>
      </w:r>
    </w:p>
    <w:p>
      <w:r>
        <w:t>Scarcity beliefs are some of the most common limiting beliefs, but they are also some of the easiest to challenge. By recognizing these beliefs for what they are—learned fears rather than truths—you can begin to rewrite your financial story. When you shift your focus from lack to possibility, you open the door to abundance and opportunity.</w:t>
      </w:r>
    </w:p>
    <w:p>
      <w:r>
        <w:t>In the next part, we’ll explore worthiness and morality beliefs, which tie money to self-perception and ethics. These beliefs can be just as limiting, but with the right tools, they too can be reframed into empowering narratives.</w:t>
      </w:r>
    </w:p>
    <w:p/>
    <w:p>
      <w:r>
        <w:t>Worthiness and Morality Beliefs</w:t>
      </w:r>
    </w:p>
    <w:p>
      <w:r>
        <w:t>While scarcity beliefs focus on external lack, worthiness and morality beliefs turn inward, centering on self-perception and ethical concerns. Worthiness beliefs make you feel undeserving of financial success, while morality beliefs associate money with negative traits like greed or corruption. Together, these beliefs create a powerful internal conflict, making it difficult to pursue or embrace wealth with confidence.</w:t>
      </w:r>
    </w:p>
    <w:p>
      <w:r>
        <w:t>Imagine being given a golden opportunity to improve your financial situation but feeling hesitant to accept it because deep down, you believe you’re not worthy or that pursuing wealth is inherently wrong. This silent battle between desire and internalized doubt often leads to inaction or self-sabotage.</w:t>
      </w:r>
    </w:p>
    <w:p>
      <w:r>
        <w:t>Common Worthiness Beliefs</w:t>
      </w:r>
    </w:p>
    <w:p>
      <w:r>
        <w:t>Worthiness beliefs stem from self-doubt and low self-esteem. They convince you that financial success is reserved for other people—not for someone like you. Here are some of the most common worthiness beliefs:</w:t>
      </w:r>
    </w:p>
    <w:p>
      <w:r>
        <w:t>“I don’t deserve to be wealthy.”</w:t>
      </w:r>
    </w:p>
    <w:p>
      <w:r>
        <w:t>This belief ties financial success to worthiness, as if money is a reward you’re not entitled to.</w:t>
      </w:r>
    </w:p>
    <w:p>
      <w:r>
        <w:t>“I’m not good with money.”</w:t>
      </w:r>
    </w:p>
    <w:p>
      <w:r>
        <w:t>A self-perpetuating belief that leads to avoidance of financial planning or education, reinforcing feelings of inadequacy.</w:t>
      </w:r>
    </w:p>
    <w:p>
      <w:r>
        <w:t>“Success isn’t meant for someone like me.”</w:t>
      </w:r>
    </w:p>
    <w:p>
      <w:r>
        <w:t>This belief often stems from cultural or societal messages, creating a mental barrier that limits ambition and opportunity.</w:t>
      </w:r>
    </w:p>
    <w:p>
      <w:r>
        <w:t>How Worthiness Beliefs Manifest:</w:t>
      </w:r>
    </w:p>
    <w:p>
      <w:r>
        <w:t>Undercharging or Undervaluing Work:</w:t>
      </w:r>
    </w:p>
    <w:p>
      <w:r>
        <w:t>People with worthiness beliefs often struggle to charge fair prices for their services or ask for raises, fearing rejection or judgement.</w:t>
      </w:r>
    </w:p>
    <w:p>
      <w:r>
        <w:t>Example: A freelancer who charges well below market rates because they feel their work isn’t “good enough.”</w:t>
      </w:r>
    </w:p>
    <w:p>
      <w:r>
        <w:t>Settling for Less:</w:t>
      </w:r>
    </w:p>
    <w:p>
      <w:r>
        <w:t>Accepting low-paying jobs or poor financial terms, even when better options are available, because it feels safer or more “appropriate.”</w:t>
      </w:r>
    </w:p>
    <w:p>
      <w:r>
        <w:t>Example: Staying in a job that pays far less than you’re worth because you doubt your ability to succeed elsewhere.</w:t>
      </w:r>
    </w:p>
    <w:p/>
    <w:p>
      <w:r>
        <w:t>Avoiding Financial Responsibility:</w:t>
      </w:r>
    </w:p>
    <w:p>
      <w:r>
        <w:t>Worthiness beliefs can make managing money feel overwhelming, leading to procrastination or neglect.</w:t>
      </w:r>
    </w:p>
    <w:p>
      <w:r>
        <w:t>Example: Ignoring bills or failing to set a budget because it feels futile or stressful.</w:t>
      </w:r>
    </w:p>
    <w:p>
      <w:r>
        <w:t>Common Morality Beliefs</w:t>
      </w:r>
    </w:p>
    <w:p>
      <w:r>
        <w:t>Morality beliefs connect money to ethical concerns, fostering guilt, shame, or fear around financial success. These beliefs frame wealth as inherently corrupt or selfish, making it difficult to pursue or enjoy financial growth.</w:t>
      </w:r>
    </w:p>
    <w:p>
      <w:r>
        <w:t>“Money is the root of all evil.”</w:t>
      </w:r>
    </w:p>
    <w:p>
      <w:r>
        <w:t>This belief associates wealth with greed and dishonesty, creating an aversion to financial success.</w:t>
      </w:r>
    </w:p>
    <w:p>
      <w:r>
        <w:t>“Rich people are greedy and selfish.”</w:t>
      </w:r>
    </w:p>
    <w:p>
      <w:r>
        <w:t>A belief that wealth leads to moral compromise, discouraging ambition out of fear of becoming “like them.”</w:t>
      </w:r>
    </w:p>
    <w:p/>
    <w:p/>
    <w:p>
      <w:r>
        <w:t>“Wanting more money makes me a bad person.”</w:t>
      </w:r>
    </w:p>
    <w:p>
      <w:r>
        <w:t>This belief ties financial goals to selfishness, making you feel guilty for wanting to improve your circumstances.</w:t>
      </w:r>
    </w:p>
    <w:p>
      <w:r>
        <w:t>How Morality Beliefs Manifest:</w:t>
      </w:r>
    </w:p>
    <w:p>
      <w:r>
        <w:t>Rejecting Wealth:</w:t>
      </w:r>
    </w:p>
    <w:p>
      <w:r>
        <w:t>Turning down opportunities for financial growth because they feel “wrong” or “selfish.”</w:t>
      </w:r>
    </w:p>
    <w:p>
      <w:r>
        <w:t>Example: Declining a high-paying job in favor of one that feels more socially acceptable, even if it doesn’t meet your needs.</w:t>
      </w:r>
    </w:p>
    <w:p>
      <w:r>
        <w:t>Guilt Around Money:</w:t>
      </w:r>
    </w:p>
    <w:p>
      <w:r>
        <w:t>Feeling undeserving or uncomfortable when earning more, leading to impulsive spending or giving money away unnecessarily.</w:t>
      </w:r>
    </w:p>
    <w:p>
      <w:r>
        <w:t>Example: Spending a bonus or windfall quickly because holding onto it feels awkward or wrong.</w:t>
      </w:r>
    </w:p>
    <w:p>
      <w:r>
        <w:t>Judging Others:</w:t>
      </w:r>
    </w:p>
    <w:p>
      <w:r>
        <w:t>Viewing people with wealth as greedy or corrupt, which creates a subconscious aversion to becoming financially successful yourself.</w:t>
      </w:r>
    </w:p>
    <w:p>
      <w:r>
        <w:t>Example: Criticizing someone’s financial success as “lucky” or undeserved.</w:t>
      </w:r>
    </w:p>
    <w:p/>
    <w:p/>
    <w:p>
      <w:r>
        <w:t>Origins of Worthiness and Morality Beliefs</w:t>
      </w:r>
    </w:p>
    <w:p>
      <w:r>
        <w:t>Both worthiness and morality beliefs are shaped by early experiences, cultural influences, and societal narratives. Here’s how they develop:</w:t>
      </w:r>
    </w:p>
    <w:p>
      <w:r>
        <w:t>Societal Expectations:</w:t>
      </w:r>
    </w:p>
    <w:p>
      <w:r>
        <w:t>Media and culture often portray wealth in a negative light, with wealthy individuals depicted as corrupt, selfish, or out of touch.</w:t>
      </w:r>
    </w:p>
    <w:p>
      <w:r>
        <w:t>Example: Movies or TV shows where the wealthy antagonist exploits others for personal gain.</w:t>
      </w:r>
    </w:p>
    <w:p>
      <w:r>
        <w:t>Cultural and Religious Teachings:</w:t>
      </w:r>
    </w:p>
    <w:p>
      <w:r>
        <w:t>Many cultures and religions emphasize humility, modesty, and self-sacrifice, inadvertently linking wealth to greed or selfishness.</w:t>
      </w:r>
    </w:p>
    <w:p>
      <w:r>
        <w:t>Example: Teachings like “It’s easier for a camel to pass through the eye of a needle than for a rich man to enter heaven” can create subconscious guilt about pursuing financial success.</w:t>
      </w:r>
    </w:p>
    <w:p>
      <w:r>
        <w:t>Childhood Messages:</w:t>
      </w:r>
    </w:p>
    <w:p>
      <w:r>
        <w:t>Growing up in an environment where wealth was criticized or downplayed can lead to internalized beliefs that money is bad or dangerous.</w:t>
      </w:r>
    </w:p>
    <w:p>
      <w:r>
        <w:t>Example: Hearing parents say, “We’re not the kind of people who get rich” or, “We don’t need much to be happy.”</w:t>
      </w:r>
    </w:p>
    <w:p>
      <w:r>
        <w:t>Personal Experiences:</w:t>
      </w:r>
    </w:p>
    <w:p>
      <w:r>
        <w:t>Negative encounters with wealth—such as witnessing family disputes over inheritance—can create associations between money and conflict.</w:t>
      </w:r>
    </w:p>
    <w:p>
      <w:r>
        <w:t>Reframing Worthiness Beliefs</w:t>
      </w:r>
    </w:p>
    <w:p>
      <w:r>
        <w:t>Overcoming worthiness beliefs involves shifting your perspective about what you deserve and what you’re capable of achieving. Here are some strategies:</w:t>
      </w:r>
    </w:p>
    <w:p>
      <w:r>
        <w:t>Recognize Your Value:</w:t>
      </w:r>
    </w:p>
    <w:p>
      <w:r>
        <w:t>Replace “I don’t deserve to be wealthy” with “I am worthy of financial success because of my skills, effort, and potential.”</w:t>
      </w:r>
    </w:p>
    <w:p>
      <w:r>
        <w:t>Reflect on your achievements to build confidence in your abilities.</w:t>
      </w:r>
    </w:p>
    <w:p>
      <w:r>
        <w:t>Focus on Growth:</w:t>
      </w:r>
    </w:p>
    <w:p>
      <w:r>
        <w:t>Replace “I’m not good with money” with “I can learn and improve my financial skills.”</w:t>
      </w:r>
    </w:p>
    <w:p>
      <w:r>
        <w:t>Commit to educating yourself about finances, starting with small, manageable steps.</w:t>
      </w:r>
    </w:p>
    <w:p>
      <w:r>
        <w:t>Practice Affirmations:</w:t>
      </w:r>
    </w:p>
    <w:p>
      <w:r>
        <w:t>Daily affirmations can help rewire self-doubt into self-belief:</w:t>
      </w:r>
    </w:p>
    <w:p>
      <w:r>
        <w:t>“I am capable of managing wealth responsibly.”</w:t>
      </w:r>
    </w:p>
    <w:p>
      <w:r>
        <w:t>“I deserve financial success and stability.”</w:t>
      </w:r>
    </w:p>
    <w:p>
      <w:r>
        <w:t>Reframing Morality Beliefs</w:t>
      </w:r>
    </w:p>
    <w:p>
      <w:r>
        <w:t>Shifting morality beliefs requires separating money from character and recognizing its neutrality as a tool. Here’s how:</w:t>
      </w:r>
    </w:p>
    <w:p>
      <w:r>
        <w:t>See Money as a Resource:</w:t>
      </w:r>
    </w:p>
    <w:p>
      <w:r>
        <w:t>Replace “Money is the root of all evil” with “Money is a tool I can use to create positive change.”</w:t>
      </w:r>
    </w:p>
    <w:p>
      <w:r>
        <w:t>Example: Think about how financial stability can enable generosity, support loved ones, or fund meaningful causes.</w:t>
      </w:r>
    </w:p>
    <w:p/>
    <w:p>
      <w:r>
        <w:t>Redefine Wealth:</w:t>
      </w:r>
    </w:p>
    <w:p>
      <w:r>
        <w:t>Replace “Rich people are greedy” with “Wealth amplifies character; it doesn’t define it.”</w:t>
      </w:r>
    </w:p>
    <w:p>
      <w:r>
        <w:t>Recognize that financial success doesn’t have to compromise your values—it can enhance them.</w:t>
      </w:r>
    </w:p>
    <w:p>
      <w:r>
        <w:t>Embrace Abundance:</w:t>
      </w:r>
    </w:p>
    <w:p>
      <w:r>
        <w:t>Replace “Wanting more money makes me selfish” with “Wanting financial security is a healthy, responsible goal.”</w:t>
      </w:r>
    </w:p>
    <w:p>
      <w:r>
        <w:t>Understand that pursuing wealth is not about taking from others but about creating opportunities for yourself and those around you.</w:t>
      </w:r>
    </w:p>
    <w:p/>
    <w:p>
      <w:r>
        <w:t>Worthiness and morality beliefs can feel deeply ingrained, but they are not unchangeable. By recognizing and reframing these beliefs, you can shift your relationship with money from one of guilt or hesitation to one of confidence and empowerment.</w:t>
      </w:r>
    </w:p>
    <w:p>
      <w:r>
        <w:t>In the next chapter, we’ll explore actionable strategies to identify and confront the limiting beliefs that have shaped your financial reality, paving the way for lasting transformation.</w:t>
      </w:r>
    </w:p>
    <w:p/>
    <w:p/>
    <w:p/>
    <w:p/>
    <w:p/>
    <w:p/>
    <w:p>
      <w:r>
        <w:t>How Limiting Beliefs Form</w:t>
      </w:r>
    </w:p>
    <w:p>
      <w:r>
        <w:t>Childhood Conditioning: The Seeds of Belief</w:t>
      </w:r>
    </w:p>
    <w:p>
      <w:r>
        <w:t>The foundation of our financial mindset begins in childhood. As children, we are like sponges, absorbing not only the words spoken around us but also the unspoken attitudes and behaviors modeled by our caregivers. These early experiences form the basis of the stories we tell ourselves about money, often without us realizing it.</w:t>
      </w:r>
    </w:p>
    <w:p>
      <w:r>
        <w:t>Children are impressionable, and the financial messages they hear repeatedly can become their default beliefs as adults. These messages may be explicit, like phrases your parents often said, or implicit, inferred from their behaviour.</w:t>
      </w:r>
    </w:p>
    <w:p>
      <w:r>
        <w:t>Explicit Messages:</w:t>
        <w:br/>
        <w:t>Parents and guardians often express their financial worries or values through statements like:</w:t>
      </w:r>
    </w:p>
    <w:p>
      <w:r>
        <w:t>“We can’t afford that.”</w:t>
      </w:r>
    </w:p>
    <w:p>
      <w:r>
        <w:t>“Money doesn’t grow on trees.”</w:t>
      </w:r>
    </w:p>
    <w:p>
      <w:r>
        <w:t>“You have to work hard for every penny you earn.”</w:t>
      </w:r>
    </w:p>
    <w:p>
      <w:r>
        <w:t>These phrases, repeated over time, embed a sense of limitation. For instance, if you often heard “We can’t afford it,” you might grow up believing that financial stability is unattainable, even if your current circumstances no longer reflect that scarcity.</w:t>
      </w:r>
    </w:p>
    <w:p>
      <w:r>
        <w:t>Implicit Messages:</w:t>
        <w:br/>
        <w:t>Children also pick up on the unspoken attitudes of their caregivers:</w:t>
      </w:r>
    </w:p>
    <w:p>
      <w:r>
        <w:t>A parent who avoids discussing finances might unintentionally teach that money is a taboo subject.</w:t>
      </w:r>
    </w:p>
    <w:p>
      <w:r>
        <w:t>A caregiver who expresses anxiety over bills may pass on a sense of fear around money.</w:t>
      </w:r>
    </w:p>
    <w:p>
      <w:r>
        <w:t>These implicit lessons can be even more influential because they shape how children feel about money on an emotional level, not just an intellectual one. Children learn by observing. If you grew up watching parents who were frugal, impulsive spenders, or diligent savers, you likely adopted some of their behaviors as your own.</w:t>
      </w:r>
    </w:p>
    <w:p>
      <w:r>
        <w:t>Positive Modeling:</w:t>
        <w:br/>
        <w:t>Parents who budget carefully, save consistently, and openly discuss financial goals can instill a sense of confidence and responsibility in their children.</w:t>
      </w:r>
    </w:p>
    <w:p>
      <w:r>
        <w:t>For example, seeing a parent save for a vacation might teach the importance of delayed gratification and planning.</w:t>
      </w:r>
    </w:p>
    <w:p>
      <w:r>
        <w:t>Negative Modeling:</w:t>
        <w:br/>
        <w:t>On the other hand, observing unhealthy financial habits can have lasting effects.</w:t>
      </w:r>
    </w:p>
    <w:p>
      <w:r>
        <w:t>Witnessing a parent constantly overspend and struggle with debt might normalize financial instability.</w:t>
      </w:r>
    </w:p>
    <w:p>
      <w:r>
        <w:t>Seeing parents argue about money can create an emotional link between finances and stress, leading to avoidance behaviors in adulthood.</w:t>
      </w:r>
    </w:p>
    <w:p>
      <w:r>
        <w:t>In many households, money is a sensitive or even taboo topic. If finances were never openly discussed in your family, you might have grown up feeling unprepared to manage your own. Silence around money often conveys the idea that it’s too complex, embarrassing, or unimportant to address.</w:t>
      </w:r>
    </w:p>
    <w:p>
      <w:r>
        <w:t>The Consequences of Silence:</w:t>
        <w:br/>
        <w:t>A lack of financial education at home often results in adults who avoid engaging with their finances. They may feel overwhelmed or unworthy of learning how to manage money effectively.</w:t>
      </w:r>
    </w:p>
    <w:p>
      <w:r>
        <w:t>Breaking the Silence:</w:t>
        <w:br/>
        <w:t>Recognizing that financial literacy was not a focus in your upbringing is the first step to rewriting your story. It’s never too late to learn and change.</w:t>
      </w:r>
    </w:p>
    <w:p>
      <w:r>
        <w:br/>
        <w:t>Cultural Influences: Shaping the Collective Narrative</w:t>
      </w:r>
    </w:p>
    <w:p>
      <w:r>
        <w:t>Beyond family, culture plays a powerful role in shaping financial beliefs. Cultural norms, societal narratives, and media representations collectively create a framework for how we perceive money, success, and wealth.</w:t>
      </w:r>
    </w:p>
    <w:p>
      <w:r>
        <w:t>Every culture has proverbs and idioms about money that reflect shared values and attitudes. These sayings often carry subconscious messages that shape financial behavior.</w:t>
      </w:r>
    </w:p>
    <w:p>
      <w:r>
        <w:t>Examples of Cultural Sayings:</w:t>
      </w:r>
    </w:p>
    <w:p>
      <w:r>
        <w:t>“Money doesn’t grow on trees.”</w:t>
      </w:r>
    </w:p>
    <w:p>
      <w:r>
        <w:t>Teaches the idea that wealth is scarce and difficult to obtain.</w:t>
      </w:r>
    </w:p>
    <w:p>
      <w:r>
        <w:t>“The rich get richer, and the poor get poorer.”</w:t>
      </w:r>
    </w:p>
    <w:p>
      <w:r>
        <w:t>Reinforces the belief that economic mobility is unattainable.</w:t>
      </w:r>
    </w:p>
    <w:p>
      <w:r>
        <w:t>“It’s better to be happy than rich.”</w:t>
      </w:r>
    </w:p>
    <w:p>
      <w:r>
        <w:t>Suggests that pursuing financial success comes at the cost of emotional well-being.</w:t>
      </w:r>
    </w:p>
    <w:p>
      <w:r>
        <w:t>While these phrases may seem innocuous, repeated exposure can reinforce limiting beliefs about money, making it difficult to think differently. The media plays a significant role in shaping cultural attitudes toward money. From TV shows to movies, the way wealth is portrayed often reinforces stereotypes that can influence beliefs.</w:t>
      </w:r>
    </w:p>
    <w:p>
      <w:r>
        <w:t>Negative Portrayals of Wealth:</w:t>
      </w:r>
    </w:p>
    <w:p>
      <w:r>
        <w:t>Wealthy characters are frequently depicted as greedy, corrupt, or out of touch.</w:t>
      </w:r>
    </w:p>
    <w:p>
      <w:r>
        <w:t>Example: The archetype of the "evil billionaire" who exploits others to maintain their fortune.</w:t>
      </w:r>
    </w:p>
    <w:p>
      <w:r>
        <w:t>Impact: These portrayals can create subconscious resistance to pursuing wealth, as it becomes associated with negative traits.</w:t>
      </w:r>
    </w:p>
    <w:p>
      <w:r>
        <w:t>Glorification of Poverty or Struggle:</w:t>
      </w:r>
    </w:p>
    <w:p>
      <w:r>
        <w:t>At the other end of the spectrum, media often romanticizes financial struggle as virtuous.</w:t>
      </w:r>
    </w:p>
    <w:p>
      <w:r>
        <w:t>Example: Characters who are humble, hardworking, and morally superior despite their lack of resources.</w:t>
      </w:r>
    </w:p>
    <w:p>
      <w:r>
        <w:t>Impact: This reinforces the belief that financial success is incompatible with ethical or emotional fulfillment.</w:t>
      </w:r>
    </w:p>
    <w:p>
      <w:r>
        <w:t>Different cultures have unique attitudes toward money, which influence how individuals within those cultures approach their finances.</w:t>
      </w:r>
    </w:p>
    <w:p>
      <w:r>
        <w:t>Frugality vs. Spending:</w:t>
      </w:r>
    </w:p>
    <w:p>
      <w:r>
        <w:t>In some cultures, frugality is seen as a virtue, while in others, spending is a status symbol.</w:t>
      </w:r>
    </w:p>
    <w:p>
      <w:r>
        <w:t>Example: In cultures where frugality is valued, someone might feel guilty for making a large purchase, even if it’s justified.</w:t>
      </w:r>
    </w:p>
    <w:p>
      <w:r>
        <w:t>Collectivism vs. Individualism:</w:t>
      </w:r>
    </w:p>
    <w:p>
      <w:r>
        <w:t>In collectivist cultures, financial resources are often shared among extended family members, which can create pressure to prioritize others over personal financial goals.</w:t>
      </w:r>
    </w:p>
    <w:p>
      <w:r>
        <w:t>In individualistic cultures, self-reliance is emphasized, which can lead to guilt or shame if someone struggles financially.</w:t>
      </w:r>
    </w:p>
    <w:p>
      <w:r>
        <w:t>Cultural Expectations of Gender Roles:</w:t>
      </w:r>
    </w:p>
    <w:p>
      <w:r>
        <w:t>Cultural norms often dictate who is expected to handle financial responsibilities within a household.</w:t>
      </w:r>
    </w:p>
    <w:p>
      <w:r>
        <w:t>Example: In some cultures, men are traditionally seen as breadwinners, while women may face stereotypes that discourage them from pursuing financial independence.</w:t>
      </w:r>
    </w:p>
    <w:p>
      <w:r>
        <w:br/>
        <w:t>The Interplay Between Childhood and Culture</w:t>
      </w:r>
    </w:p>
    <w:p>
      <w:r>
        <w:t>It’s important to recognize that childhood conditioning and cultural influences often work together, reinforcing each other in powerful ways.</w:t>
      </w:r>
    </w:p>
    <w:p>
      <w:r>
        <w:t>Cultural Narratives at Home</w:t>
      </w:r>
    </w:p>
    <w:p>
      <w:r>
        <w:t>Families often reflect the larger cultural attitudes about money. For example:</w:t>
      </w:r>
    </w:p>
    <w:p>
      <w:r>
        <w:t>A family living in a culture that values frugality may emphasize saving and avoiding unnecessary spending.</w:t>
      </w:r>
    </w:p>
    <w:p>
      <w:r>
        <w:t>A family in a culture that glorifies material wealth might encourage status-driven purchases.</w:t>
      </w:r>
    </w:p>
    <w:p>
      <w:r>
        <w:t>Challenging Cultural Norms</w:t>
      </w:r>
    </w:p>
    <w:p>
      <w:r>
        <w:t>Recognizing that your beliefs about money are influenced by cultural narratives can help you question whether they align with your values and goals.</w:t>
      </w:r>
    </w:p>
    <w:p>
      <w:r>
        <w:t>Example: If you grew up in a culture that discouraged taking financial risks, you can consciously choose to educate yourself about calculated investments to break free from that limitation.</w:t>
      </w:r>
    </w:p>
    <w:p>
      <w:r>
        <w:t>Childhood conditioning and cultural influences are among the most significant factors in shaping financial beliefs. While these influences can feel deeply ingrained, it’s important to remember that beliefs are not permanent. By understanding the origins of your financial mindset, you can begin to question and reframe the narratives that no longer serve you.</w:t>
      </w:r>
    </w:p>
    <w:p>
      <w:r>
        <w:t>In the next part, we’ll explore how personal experiences reinforce these beliefs and create patterns that shape financial behaviors throughout life.</w:t>
      </w:r>
    </w:p>
    <w:p/>
    <w:p>
      <w:r>
        <w:t>Personal Experiences: The Stories We Tell Ourselves</w:t>
      </w:r>
    </w:p>
    <w:p>
      <w:r>
        <w:t>While childhood and cultural influences provide the foundation, personal experiences often reinforce or reshape our beliefs about money. These experiences can be formative moments that cement certain narratives, for better or worse.</w:t>
      </w:r>
    </w:p>
    <w:p/>
    <w:p/>
    <w:p>
      <w:r>
        <w:t>Traumatic Financial Events</w:t>
      </w:r>
    </w:p>
    <w:p>
      <w:r>
        <w:t>Significant financial setbacks, like losing a job, declaring bankruptcy, or experiencing sudden medical expenses, can leave emotional scars that shape long-term beliefs about money.</w:t>
      </w:r>
    </w:p>
    <w:p>
      <w:r>
        <w:t>Example: Someone who loses their savings in a failed investment may develop the belief that “Investing is too risky,” leading them to avoid future opportunities.</w:t>
      </w:r>
    </w:p>
    <w:p>
      <w:r>
        <w:t>Financial Milestones</w:t>
      </w:r>
    </w:p>
    <w:p>
      <w:r>
        <w:t>Positive or negative experiences with money during major life events—such as buying a first car, paying for college, or starting a business—can reinforce beliefs:</w:t>
      </w:r>
    </w:p>
    <w:p>
      <w:r>
        <w:t>If the experience is positive, it might bolster confidence in financial decision-making.</w:t>
      </w:r>
    </w:p>
    <w:p>
      <w:r>
        <w:t>If the experience is negative, it could lead to hesitation or self-doubt in similar situations.</w:t>
      </w:r>
    </w:p>
    <w:p>
      <w:r>
        <w:t>Observing Others</w:t>
      </w:r>
    </w:p>
    <w:p>
      <w:r>
        <w:t>Watching friends, colleagues, or role models navigate their own financial journeys can also shape beliefs.</w:t>
      </w:r>
    </w:p>
    <w:p>
      <w:r>
        <w:t>Example: Seeing a friend succeed after taking financial risks might inspire a belief that “Wealth comes from bold action.”</w:t>
      </w:r>
    </w:p>
    <w:p>
      <w:r>
        <w:t>Conversely, observing someone struggle despite hard work may reinforce the idea that “Hard work isn’t enough to succeed financially.”</w:t>
      </w:r>
    </w:p>
    <w:p>
      <w:r>
        <w:t>The Cycle of Belief Reinforcement</w:t>
      </w:r>
    </w:p>
    <w:p>
      <w:r>
        <w:t>Once beliefs are formed—whether from childhood, culture, or personal experiences—they tend to perpetuate themselves in a self-reinforcing cycle.</w:t>
      </w:r>
    </w:p>
    <w:p>
      <w:r>
        <w:t>Confirmation Bias</w:t>
      </w:r>
    </w:p>
    <w:p>
      <w:r>
        <w:t>People naturally seek out evidence that confirms their existing beliefs. For instance:</w:t>
      </w:r>
    </w:p>
    <w:p>
      <w:r>
        <w:t>Someone who believes “I’m bad with money” might focus on every financial mistake they make while ignoring their successes, further reinforcing the belief.</w:t>
      </w:r>
    </w:p>
    <w:p/>
    <w:p>
      <w:r>
        <w:t>Subconscious Influence on Behavior</w:t>
      </w:r>
    </w:p>
    <w:p>
      <w:r>
        <w:t>Limiting beliefs often guide actions in ways that create the outcomes they predict:</w:t>
      </w:r>
    </w:p>
    <w:p>
      <w:r>
        <w:t>Example: A person who believes “I’ll always be in debt” might avoid budgeting or saving because they feel it’s futile, leading to more debt and reinforcing the original belief.</w:t>
      </w:r>
    </w:p>
    <w:p>
      <w:r>
        <w:t>Emotional Triggers</w:t>
      </w:r>
    </w:p>
    <w:p>
      <w:r>
        <w:t>Beliefs about money are often tied to strong emotions, such as fear, guilt, or shame. These emotions can make it difficult to challenge or change the beliefs, even when they’re clearly holding you back.</w:t>
      </w:r>
    </w:p>
    <w:p>
      <w:r>
        <w:t>The good news is that beliefs, no matter how deeply ingrained, can be challenged and changed. Recognizing the sources of your limiting beliefs is the first step toward breaking free from their influence.</w:t>
      </w:r>
    </w:p>
    <w:p>
      <w:r>
        <w:t>Identify the Origin</w:t>
      </w:r>
    </w:p>
    <w:p>
      <w:r>
        <w:t>Ask yourself questions like:</w:t>
      </w:r>
    </w:p>
    <w:p>
      <w:r>
        <w:t>“What did I learn about money as a child?”</w:t>
      </w:r>
    </w:p>
    <w:p>
      <w:r>
        <w:t>“What cultural messages about wealth have shaped my thinking?”</w:t>
      </w:r>
    </w:p>
    <w:p>
      <w:r>
        <w:t>“Which personal experiences have reinforced my beliefs about money?”</w:t>
      </w:r>
    </w:p>
    <w:p>
      <w:r>
        <w:t>Question the Validity</w:t>
      </w:r>
    </w:p>
    <w:p>
      <w:r>
        <w:t>Once you’ve identified the source of a belief, challenge its accuracy. For example:</w:t>
      </w:r>
    </w:p>
    <w:p>
      <w:r>
        <w:t>If you were told, “Money is hard to earn,” ask yourself: “Is that true for everyone? Can I find examples of people who earn money with ease?”</w:t>
      </w:r>
    </w:p>
    <w:p>
      <w:r>
        <w:t>Reframe the Narrative</w:t>
      </w:r>
    </w:p>
    <w:p>
      <w:r>
        <w:t>Replace limiting beliefs with empowering ones:</w:t>
      </w:r>
    </w:p>
    <w:p>
      <w:r>
        <w:t>Instead of “I’ll never get ahead financially,” try “I am capable of creating opportunities for financial growth.”</w:t>
      </w:r>
    </w:p>
    <w:p>
      <w:r>
        <w:t>Beliefs about money don’t appear out of thin air—they are shaped by our upbringing, the culture around us, and our personal experiences. Understanding how these influences create and reinforce limiting beliefs is a powerful step toward reclaiming your financial mindset. In the next chapter, we’ll explore practical tools to identify your specific limiting beliefs and begin the process of transforming them into empowering narratives.</w:t>
      </w:r>
    </w:p>
    <w:p/>
    <w:p/>
    <w:p/>
    <w:p/>
    <w:p/>
    <w:p/>
    <w:p/>
    <w:p>
      <w:r>
        <w:t>Personal Challenge: Identifying Your Financial Beliefs</w:t>
      </w:r>
    </w:p>
    <w:p>
      <w:r>
        <w:t>This reflection exercise is designed to help you uncover the financial beliefs that shape your decisions and behaviour. By taking the time to examine your thoughts, feelings, and memories about money, you can gain valuable insight into the patterns that may be holding you back. Use a notebook or journal to record your responses for deeper engagement.</w:t>
      </w:r>
    </w:p>
    <w:p>
      <w:r>
        <w:t>Step 1: Examine Your Earliest Memories About Money</w:t>
      </w:r>
    </w:p>
    <w:p>
      <w:r>
        <w:t>Start by reflecting on your childhood and the environment in which you grew up.</w:t>
      </w:r>
    </w:p>
    <w:p>
      <w:r>
        <w:t>What were the most common phrases or messages about money you heard as a child?</w:t>
      </w:r>
    </w:p>
    <w:p>
      <w:r>
        <w:t>Examples might include: “We can’t afford that,”“Money doesn’t grow on trees,” or “Save for a rainy day.”</w:t>
      </w:r>
    </w:p>
    <w:p>
      <w:r>
        <w:t>How did your parents or caregivers handle money?</w:t>
      </w:r>
    </w:p>
    <w:p>
      <w:r>
        <w:t>Were they frugal, spenders, anxious, or secretive about finances?</w:t>
      </w:r>
    </w:p>
    <w:p>
      <w:r>
        <w:t>How did their behaviour make you feel about money—secure, worried, or indifferent?</w:t>
      </w:r>
    </w:p>
    <w:p>
      <w:r>
        <w:t>What emotions come to mind when you think about money from your childhood?</w:t>
      </w:r>
    </w:p>
    <w:p>
      <w:r>
        <w:t>Did money discussions create stress, joy, or something else in your household?</w:t>
      </w:r>
    </w:p>
    <w:p>
      <w:r>
        <w:t>Reflect on specific events, like buying something special or overhearing financial arguments.</w:t>
      </w:r>
    </w:p>
    <w:p>
      <w:r>
        <w:t>Write down your observations and note any recurring themes. These early experiences often form the foundation of your financial beliefs.</w:t>
      </w:r>
    </w:p>
    <w:p>
      <w:r>
        <w:t>Step 2: Identify Your Current Beliefs</w:t>
      </w:r>
    </w:p>
    <w:p>
      <w:r>
        <w:t>Now, shift your focus to your present-day relationship with money.</w:t>
      </w:r>
    </w:p>
    <w:p>
      <w:r>
        <w:t>What is the first word that comes to mind when you think about money?</w:t>
      </w:r>
    </w:p>
    <w:p>
      <w:r>
        <w:t>Is it positive, like “freedom” or “security”? Or is it negative, like “stress” or “scarcity”?</w:t>
      </w:r>
    </w:p>
    <w:p>
      <w:r>
        <w:t>How do you feel when handling money?</w:t>
      </w:r>
    </w:p>
    <w:p>
      <w:r>
        <w:t>Do you feel confident, overwhelmed, or indifferent when budgeting, paying bills, or making financial decisions?</w:t>
      </w:r>
    </w:p>
    <w:p>
      <w:r>
        <w:t>What do you believe about your ability to manage money?</w:t>
      </w:r>
    </w:p>
    <w:p>
      <w:r>
        <w:t>Statements like “I’m bad with money” or “I’m not capable of saving” can point to underlying limiting beliefs.</w:t>
      </w:r>
    </w:p>
    <w:p>
      <w:r>
        <w:t>Write down your answers, paying attention to patterns or recurring thoughts.</w:t>
      </w:r>
    </w:p>
    <w:p>
      <w:r>
        <w:t>Step 3: Explore the Origin of Your Beliefs</w:t>
      </w:r>
    </w:p>
    <w:p>
      <w:r>
        <w:t>Consider where these beliefs might have come from.</w:t>
      </w:r>
    </w:p>
    <w:p>
      <w:r>
        <w:t>Are your current beliefs about money similar to those you observed growing up?</w:t>
      </w:r>
    </w:p>
    <w:p>
      <w:r>
        <w:t>For example, if your parents were overly cautious with spending, you may have inherited a scarcity mindset.</w:t>
      </w:r>
    </w:p>
    <w:p>
      <w:r>
        <w:t>Have past financial experiences reinforced certain beliefs?</w:t>
      </w:r>
    </w:p>
    <w:p>
      <w:r>
        <w:t>Think about key moments in your life—both successes and challenges—that may have shaped your thoughts about money.</w:t>
      </w:r>
    </w:p>
    <w:p>
      <w:r>
        <w:t>What cultural or societal messages have influenced you?</w:t>
      </w:r>
    </w:p>
    <w:p>
      <w:r>
        <w:t>Reflect on how your community or culture portrays wealth, poverty, and success.</w:t>
      </w:r>
    </w:p>
    <w:p>
      <w:r>
        <w:t>Connecting your current beliefs to their origins can help you see them more objectively.</w:t>
      </w:r>
    </w:p>
    <w:p>
      <w:r>
        <w:t>Step 4: Challenge Your Beliefs</w:t>
      </w:r>
    </w:p>
    <w:p>
      <w:r>
        <w:t>Review what you’ve written and ask yourself:</w:t>
      </w:r>
    </w:p>
    <w:p>
      <w:r>
        <w:t>Which beliefs are serving you, and which are holding you back?</w:t>
      </w:r>
    </w:p>
    <w:p>
      <w:r>
        <w:t>For example, a belief like “I can’t manage money” may no longer be true and could be replaced with “I am capable of learning financial skills.”</w:t>
      </w:r>
    </w:p>
    <w:p>
      <w:r>
        <w:t>What evidence do you have to support or refute these beliefs?</w:t>
      </w:r>
    </w:p>
    <w:p>
      <w:r>
        <w:t>Look for examples in your life where your beliefs have been proven wrong.</w:t>
      </w:r>
    </w:p>
    <w:p>
      <w:r>
        <w:t>What would you like your new financial beliefs to be?</w:t>
      </w:r>
    </w:p>
    <w:p>
      <w:r>
        <w:t>Write down empowering beliefs, such as “I am worthy of financial success” or “Money flows easily and abundantly to me.”</w:t>
      </w:r>
    </w:p>
    <w:p>
      <w:r>
        <w:t>Step 5: Take Action</w:t>
      </w:r>
    </w:p>
    <w:p>
      <w:r>
        <w:t>Commit to one small action based on your reflection. This could be:</w:t>
      </w:r>
    </w:p>
    <w:p>
      <w:r>
        <w:t>Replacing a limiting belief with an empowering affirmation.</w:t>
      </w:r>
    </w:p>
    <w:p>
      <w:r>
        <w:t>Reading a book or taking a course to improve your financial skills.</w:t>
      </w:r>
    </w:p>
    <w:p>
      <w:r>
        <w:t>Having an open conversation about money with a trusted friend or partner.</w:t>
      </w:r>
    </w:p>
    <w:p>
      <w:r>
        <w:t>By becoming aware of your financial beliefs and their origins, you’ve taken the first step toward transforming your relationship with money. Keep this journal entry as a reference point as you continue your journey toward financial freedom.</w:t>
      </w:r>
    </w:p>
    <w:p>
      <w:r>
        <w:br w:type="page"/>
      </w:r>
    </w:p>
    <w:p>
      <w:r>
        <w:t>Chapter 2: The Emotional Cost of Limiting Beliefs</w:t>
      </w:r>
    </w:p>
    <w:p>
      <w:r>
        <w:t>How Beliefs Impact Emotions</w:t>
      </w:r>
    </w:p>
    <w:p>
      <w:r>
        <w:t>Limiting beliefs about money don’t just shape your financial decisions—they also have a profound impact on your emotional well-being. These beliefs create a ripple effect, fueling feelings of anxiety, guilt, and frustration that can influence every aspect of your life. To transform your relationship with money, it’s essential to understand how these emotions arise, how they manifest, and how they perpetuate cycles of financial struggle.</w:t>
      </w:r>
    </w:p>
    <w:p>
      <w:r>
        <w:br/>
        <w:t>Anxiety: The Fear of “What If”</w:t>
      </w:r>
    </w:p>
    <w:p>
      <w:r>
        <w:t>Anxiety is one of the most common emotional responses to limiting beliefs about money. It often stems from fears about the future, a sense of uncertainty, or a belief that you lack control over your financial situation.</w:t>
      </w:r>
    </w:p>
    <w:p>
      <w:r>
        <w:t>How Anxiety Arises</w:t>
      </w:r>
    </w:p>
    <w:p>
      <w:r>
        <w:t>Fear of Scarcity:</w:t>
      </w:r>
    </w:p>
    <w:p>
      <w:r>
        <w:t>Beliefs like “There’s never enough money” or “I’ll always be in debt” create a mindset of constant lack, making you feel as though you’re teetering on the edge of financial disaster.</w:t>
      </w:r>
    </w:p>
    <w:p>
      <w:r>
        <w:t>Example: Even with a stable income, you might worry excessively about unexpected expenses or future uncertainties.</w:t>
      </w:r>
    </w:p>
    <w:p>
      <w:r>
        <w:t>Overwhelm from Avoidance:</w:t>
      </w:r>
    </w:p>
    <w:p>
      <w:r>
        <w:t>When financial tasks like budgeting or checking your bank account feel daunting, avoidance can temporarily ease stress. However, the longer you delay, the more overwhelming these tasks become, leading to a cycle of mounting anxiety.</w:t>
      </w:r>
    </w:p>
    <w:p>
      <w:r>
        <w:t>Fear of Judgement:</w:t>
      </w:r>
    </w:p>
    <w:p>
      <w:r>
        <w:t>Beliefs like “I’m terrible with money” or “I should have more by now” can make you feel inadequate, causing anxiety about how others perceive your financial situation.</w:t>
      </w:r>
    </w:p>
    <w:p>
      <w:r>
        <w:t>How Anxiety Manifests</w:t>
      </w:r>
    </w:p>
    <w:p>
      <w:r>
        <w:t>Constant worry about money, even when things are stable.</w:t>
      </w:r>
    </w:p>
    <w:p>
      <w:r>
        <w:t>Difficulty sleeping due to financial concerns.</w:t>
      </w:r>
    </w:p>
    <w:p>
      <w:r>
        <w:t>Physical symptoms like a racing heart or tension during money-related conversations.</w:t>
      </w:r>
    </w:p>
    <w:p>
      <w:r>
        <w:t>Breaking the Cycle of Anxiety</w:t>
      </w:r>
    </w:p>
    <w:p>
      <w:r>
        <w:t>To reduce financial anxiety, focus on small, actionable steps:</w:t>
      </w:r>
    </w:p>
    <w:p>
      <w:r>
        <w:t>Start by writing down your biggest money worries. Identify which ones are within your control.</w:t>
      </w:r>
    </w:p>
    <w:p>
      <w:r>
        <w:t>Take one step, no matter how small, to address a controllable concern—such as reviewing a bill or setting up a savings account.</w:t>
      </w:r>
    </w:p>
    <w:p>
      <w:r>
        <w:t>Practice affirmations like: “I am capable of managing my finances with clarity and confidence.”</w:t>
      </w:r>
    </w:p>
    <w:p>
      <w:r>
        <w:br/>
        <w:t>Guilt: The Weight of “Should”</w:t>
      </w:r>
    </w:p>
    <w:p>
      <w:r>
        <w:t>Guilt around money often comes from a disconnect between your beliefs and your actions. Limiting beliefs can make you feel as though you’re not living up to your own expectations, or they can cause you to question whether you deserve financial success.</w:t>
      </w:r>
    </w:p>
    <w:p>
      <w:r>
        <w:t>How Guilt Arises</w:t>
      </w:r>
    </w:p>
    <w:p>
      <w:r>
        <w:t>Guilt About Spending:</w:t>
      </w:r>
    </w:p>
    <w:p>
      <w:r>
        <w:t>Beliefs like “Money should only be spent on necessities” or “I can’t afford anything fun” lead to feelings of guilt whenever you spend on yourself or non-essential items.</w:t>
      </w:r>
    </w:p>
    <w:p>
      <w:r>
        <w:t>Example: Treating yourself to a nice dinner might bring immediate joy but leave you feeling guilty afterward.</w:t>
      </w:r>
    </w:p>
    <w:p>
      <w:r>
        <w:t>Guilt About Success:</w:t>
      </w:r>
    </w:p>
    <w:p>
      <w:r>
        <w:t>Beliefs like “Rich people are greedy” or “Wanting money makes me selfish” can make you feel uncomfortable about financial success, as though earning more means compromising your values.</w:t>
      </w:r>
    </w:p>
    <w:p>
      <w:r>
        <w:t>Example: Receiving a raise might trigger guilt if you believe others are struggling while you thrive.</w:t>
      </w:r>
    </w:p>
    <w:p>
      <w:r>
        <w:t>Inherited Beliefs:</w:t>
      </w:r>
    </w:p>
    <w:p>
      <w:r>
        <w:t>If you grew up in an environment where money was scarce, you might feel guilty for having more than your family or for not sharing it as expected.</w:t>
      </w:r>
    </w:p>
    <w:p>
      <w:r>
        <w:t>How Guilt Manifests</w:t>
      </w:r>
    </w:p>
    <w:p>
      <w:r>
        <w:t>Reluctance to spend money, even on necessities.</w:t>
      </w:r>
    </w:p>
    <w:p>
      <w:r>
        <w:t>Avoiding financial success out of fear it will create conflict or judgment.</w:t>
      </w:r>
    </w:p>
    <w:p>
      <w:r>
        <w:t>Feelings of unease when discussing or enjoying financial achievements.</w:t>
      </w:r>
    </w:p>
    <w:p>
      <w:r>
        <w:t>Breaking the Cycle of Guilt</w:t>
      </w:r>
    </w:p>
    <w:p>
      <w:r>
        <w:t>Reframe your beliefs about money and deservingness:</w:t>
      </w:r>
    </w:p>
    <w:p>
      <w:r>
        <w:t>Replace “I shouldn’t spend money on myself” with “Investing in my well-being helps me show up better in other areas of life.”</w:t>
      </w:r>
    </w:p>
    <w:p>
      <w:r>
        <w:t>Create a guilt-free spending plan by budgeting a specific amount for fun or self-care.</w:t>
      </w:r>
    </w:p>
    <w:p>
      <w:r>
        <w:t>Remind yourself that financial success doesn’t diminish anyone else’s opportunities.</w:t>
      </w:r>
    </w:p>
    <w:p>
      <w:r>
        <w:br/>
        <w:t>Frustration: The Agony of “Why Me”</w:t>
      </w:r>
    </w:p>
    <w:p>
      <w:r>
        <w:t>Frustration is a natural emotional response to feeling stuck or powerless. When you believe that no matter what you do, your financial situation won’t improve, it’s easy to feel disheartened.</w:t>
      </w:r>
    </w:p>
    <w:p>
      <w:r>
        <w:t>How Frustration Arises</w:t>
      </w:r>
    </w:p>
    <w:p>
      <w:r>
        <w:t>Unrealistic Expectations:</w:t>
      </w:r>
    </w:p>
    <w:p>
      <w:r>
        <w:t>Beliefs like “I should have more money by now” or “I’ll never catch up financially” create pressure and dissatisfaction with where you are.</w:t>
      </w:r>
    </w:p>
    <w:p>
      <w:r>
        <w:t>Example: Comparing your progress to others’ can amplify feelings of inadequacy, even if your circumstances are vastly different.</w:t>
      </w:r>
    </w:p>
    <w:p>
      <w:r>
        <w:t>Self-Sabotaging Behaviors:</w:t>
      </w:r>
    </w:p>
    <w:p>
      <w:r>
        <w:t>Acting in ways that reinforce limiting beliefs—such as overspending, avoiding planning, or undercharging for your work—leads to repeated financial setbacks and mounting frustration.</w:t>
      </w:r>
    </w:p>
    <w:p>
      <w:r>
        <w:t>External Circumstances:</w:t>
      </w:r>
    </w:p>
    <w:p>
      <w:r>
        <w:t>Economic downturns, unexpected expenses, or systemic barriers can exacerbate frustration, especially if you already feel like you’re fighting an uphill battle.</w:t>
      </w:r>
    </w:p>
    <w:p>
      <w:r>
        <w:t>How Frustration Manifests</w:t>
      </w:r>
    </w:p>
    <w:p>
      <w:r>
        <w:t>Feeling stuck, as though no effort will lead to progress.</w:t>
      </w:r>
    </w:p>
    <w:p>
      <w:r>
        <w:t>Resentment toward others who seem to have financial success.</w:t>
      </w:r>
    </w:p>
    <w:p>
      <w:r>
        <w:t>Frequent complaints or negative self-talk about money.</w:t>
      </w:r>
    </w:p>
    <w:p>
      <w:r>
        <w:t>Breaking the Cycle of Frustration</w:t>
      </w:r>
    </w:p>
    <w:p>
      <w:r>
        <w:t>Shift your focus from what’s not working to what you can control:</w:t>
      </w:r>
    </w:p>
    <w:p>
      <w:r>
        <w:t>Break large financial goals into smaller, achievable milestones to create a sense of progress.</w:t>
      </w:r>
    </w:p>
    <w:p>
      <w:r>
        <w:t>Replace comparisons with inspiration: view others’ success as proof that improvement is possible.</w:t>
      </w:r>
    </w:p>
    <w:p>
      <w:r>
        <w:t>Use affirmations like: “I am in charge of my financial journey, and I celebrate every step forward.”</w:t>
      </w:r>
    </w:p>
    <w:p>
      <w:r>
        <w:br/>
        <w:t>The Emotional Feedback Loop</w:t>
      </w:r>
    </w:p>
    <w:p>
      <w:r>
        <w:t>Anxiety, guilt, and frustration don’t exist in isolation—they feed into each other, creating a self-perpetuating loop. For example:</w:t>
      </w:r>
    </w:p>
    <w:p>
      <w:r>
        <w:t>Anxiety about money might lead you to avoid financial planning.</w:t>
      </w:r>
    </w:p>
    <w:p>
      <w:r>
        <w:t>Avoidance can result in poor financial decisions, triggering guilt.</w:t>
      </w:r>
    </w:p>
    <w:p>
      <w:r>
        <w:t>Guilt over past mistakes can make you feel frustrated and stuck, which further fuels anxiety.</w:t>
      </w:r>
    </w:p>
    <w:p>
      <w:r>
        <w:t>This loop can feel overwhelming, but recognizing it is the first step to breaking free. By addressing the underlying beliefs that fuel these emotions, you can begin to replace the cycle with one of empowerment and progress.</w:t>
      </w:r>
    </w:p>
    <w:p>
      <w:r>
        <w:br/>
        <w:t>A Path Forward</w:t>
      </w:r>
    </w:p>
    <w:p>
      <w:r>
        <w:t>Understanding how limiting beliefs shape your emotions about money is crucial to breaking free from their hold. Here’s how you can take action:</w:t>
      </w:r>
    </w:p>
    <w:p>
      <w:r>
        <w:t>Acknowledge Your Emotions:</w:t>
      </w:r>
    </w:p>
    <w:p>
      <w:r>
        <w:t>Identify whether anxiety, guilt, or frustration is dominating your financial mindset.</w:t>
      </w:r>
    </w:p>
    <w:p>
      <w:r>
        <w:t>Give yourself permission to feel these emotions without judgment.</w:t>
      </w:r>
    </w:p>
    <w:p>
      <w:r>
        <w:t>Connect Emotions to Beliefs:</w:t>
      </w:r>
    </w:p>
    <w:p>
      <w:r>
        <w:t>Ask yourself: “What belief is driving this feeling?”</w:t>
      </w:r>
    </w:p>
    <w:p>
      <w:r>
        <w:t>Anxiety might stem from “I’ll never have enough money.”</w:t>
      </w:r>
    </w:p>
    <w:p>
      <w:r>
        <w:t>Guilt could arise from “I don’t deserve financial success.”</w:t>
      </w:r>
    </w:p>
    <w:p>
      <w:r>
        <w:t>Frustration might be linked to “I’m not capable of improving my finances.”</w:t>
      </w:r>
    </w:p>
    <w:p>
      <w:r>
        <w:t>Challenge the Beliefs:</w:t>
      </w:r>
    </w:p>
    <w:p>
      <w:r>
        <w:t>Question the validity of these beliefs and replace them with empowering alternatives.</w:t>
      </w:r>
    </w:p>
    <w:p>
      <w:r>
        <w:t>“I’ll never have enough” becomes “I have the resources and skills to build financial security.”</w:t>
      </w:r>
    </w:p>
    <w:p>
      <w:r>
        <w:t>Take Small Steps:</w:t>
      </w:r>
    </w:p>
    <w:p>
      <w:r>
        <w:t>Focus on actions that address the source of your emotions.</w:t>
      </w:r>
    </w:p>
    <w:p>
      <w:r>
        <w:t>If anxiety stems from avoidance, start with one financial task, like reviewing your bank statements.</w:t>
      </w:r>
    </w:p>
    <w:p>
      <w:r>
        <w:t>If guilt comes from spending, set aside a guilt-free budget for self-care.</w:t>
      </w:r>
    </w:p>
    <w:p>
      <w:r>
        <w:t>Seek Support:</w:t>
      </w:r>
    </w:p>
    <w:p>
      <w:r>
        <w:t>Share your feelings with a trusted friend, mentor, or financial advisor. Sometimes, simply talking through your emotions can provide clarity and relief.</w:t>
      </w:r>
    </w:p>
    <w:p>
      <w:r>
        <w:br/>
        <w:t>Conclusion</w:t>
      </w:r>
    </w:p>
    <w:p>
      <w:r>
        <w:t>The emotions tied to limiting beliefs—anxiety, guilt, and frustration—can feel overwhelming, but they are not permanent. By understanding how these emotions arise and recognizing the beliefs behind them, you can begin to take control of your financial mindset. The next step in this journey is identifying how these emotions influence behaviors, which we’ll explore in the next section.</w:t>
      </w:r>
    </w:p>
    <w:p>
      <w:r>
        <w:t>Self-Sabotaging Behaviors: Breaking the Cycle of Financial Struggle</w:t>
      </w:r>
    </w:p>
    <w:p>
      <w:r>
        <w:t>Self-sabotage occurs when your actions or inactions undermine your goals, often driven by unconscious beliefs or emotions. In the context of money, self-sabotaging behaviors can keep you trapped in cycles of financial struggle, even when you have the resources or opportunities to improve your situation. These behaviors stem from limiting beliefs about money, worthiness, or scarcity, and they manifest in ways that reinforce those beliefs.</w:t>
      </w:r>
    </w:p>
    <w:p>
      <w:r>
        <w:t>This chapter explores the most common self-sabotaging behaviors, their underlying causes, and actionable steps to overcome them.</w:t>
      </w:r>
    </w:p>
    <w:p>
      <w:r>
        <w:br/>
        <w:t>1. Avoiding Money Management</w:t>
      </w:r>
    </w:p>
    <w:p>
      <w:r>
        <w:t>The Behavior</w:t>
      </w:r>
    </w:p>
    <w:p>
      <w:r>
        <w:t>Avoidance is one of the most pervasive self-sabotaging behaviors when it comes to money. It can include:</w:t>
      </w:r>
    </w:p>
    <w:p>
      <w:r>
        <w:t>Avoiding budgeting or tracking expenses.</w:t>
      </w:r>
    </w:p>
    <w:p>
      <w:r>
        <w:t>Ignoring bills, statements, or bank notifications.</w:t>
      </w:r>
    </w:p>
    <w:p>
      <w:r>
        <w:t>Procrastinating on financial decisions, like paying off debt or setting up savings accounts.</w:t>
      </w:r>
    </w:p>
    <w:p>
      <w:r>
        <w:t>Why It Happens</w:t>
      </w:r>
    </w:p>
    <w:p>
      <w:r>
        <w:t>Avoidance often stems from fear, shame, or a sense of overwhelm:</w:t>
      </w:r>
    </w:p>
    <w:p>
      <w:r>
        <w:t>Fear of Confrontation: If you believe “I’m bad with money,” looking at your finances can feel like confronting evidence of failure.</w:t>
      </w:r>
    </w:p>
    <w:p>
      <w:r>
        <w:t>Shame Over Mistakes: Past financial missteps, like overspending or falling behind on payments, can create guilt that makes you want to avoid the topic altogether.</w:t>
      </w:r>
    </w:p>
    <w:p>
      <w:r>
        <w:t>Overwhelm: Without clear financial knowledge or skills, managing money can feel daunting, leading to procrastination.</w:t>
      </w:r>
    </w:p>
    <w:p>
      <w:r>
        <w:t>The Consequences</w:t>
      </w:r>
    </w:p>
    <w:p>
      <w:r>
        <w:t>Missed payments can lead to late fees and damage to your credit score.</w:t>
      </w:r>
    </w:p>
    <w:p>
      <w:r>
        <w:t>Unchecked spending can create debt and financial instability.</w:t>
      </w:r>
    </w:p>
    <w:p>
      <w:r>
        <w:t>Avoidance perpetuates a lack of control, reinforcing the belief that money is overwhelming or unmanageable.</w:t>
      </w:r>
    </w:p>
    <w:p>
      <w:r>
        <w:t>How to Overcome Avoidance</w:t>
      </w:r>
    </w:p>
    <w:p>
      <w:r>
        <w:t>Start Small: Commit to one small action, like reviewing a single bill or setting up an autopay feature.</w:t>
      </w:r>
    </w:p>
    <w:p>
      <w:r>
        <w:t>Create a Judgment-Free Zone: Remind yourself that understanding your finances is a step toward empowerment, not a punishment.</w:t>
      </w:r>
    </w:p>
    <w:p>
      <w:r>
        <w:t>Build a Routine: Schedule a “money date” once a week to review your finances in a structured, low-pressure way.</w:t>
      </w:r>
    </w:p>
    <w:p>
      <w:r>
        <w:br/>
        <w:t>2. Overspending to Cope with Emotions</w:t>
      </w:r>
    </w:p>
    <w:p>
      <w:r>
        <w:t>The Behavior</w:t>
      </w:r>
    </w:p>
    <w:p>
      <w:r>
        <w:t>Emotional spending occurs when you use purchases to soothe negative emotions or celebrate positive ones. This might include:</w:t>
      </w:r>
    </w:p>
    <w:p>
      <w:r>
        <w:t>Shopping when stressed, bored, or sad.</w:t>
      </w:r>
    </w:p>
    <w:p>
      <w:r>
        <w:t>Overindulging in “treats” after small wins or tough days.</w:t>
      </w:r>
    </w:p>
    <w:p>
      <w:r>
        <w:t>Impulse buying to distract from deeper issues.</w:t>
      </w:r>
    </w:p>
    <w:p>
      <w:r>
        <w:t>Why It Happens</w:t>
      </w:r>
    </w:p>
    <w:p>
      <w:r>
        <w:t>Overspending often fills an emotional void:</w:t>
      </w:r>
    </w:p>
    <w:p>
      <w:r>
        <w:t>Seeking Comfort: Retail therapy can provide a temporary boost in mood, distracting from stress or unhappiness.</w:t>
      </w:r>
    </w:p>
    <w:p>
      <w:r>
        <w:t>Rewarding Hardship: If you believe “I work hard, so I deserve this,” spending may feel like a justified treat, even if it harms your long-term finances.</w:t>
      </w:r>
    </w:p>
    <w:p>
      <w:r>
        <w:t>Masking Insecurity: For some, spending on status symbols or luxury items is a way to project success and combat feelings of inadequacy.</w:t>
      </w:r>
    </w:p>
    <w:p>
      <w:r>
        <w:t>The Consequences</w:t>
      </w:r>
    </w:p>
    <w:p>
      <w:r>
        <w:t>Accumulating debt or draining savings.</w:t>
      </w:r>
    </w:p>
    <w:p>
      <w:r>
        <w:t>Reinforcing the belief that you can’t manage money responsibly.</w:t>
      </w:r>
    </w:p>
    <w:p>
      <w:r>
        <w:t>Creating cycles of guilt and shame after the initial satisfaction fades.</w:t>
      </w:r>
    </w:p>
    <w:p>
      <w:r>
        <w:t>How to Overcome Overspending</w:t>
      </w:r>
    </w:p>
    <w:p>
      <w:r>
        <w:t>Identify Emotional Triggers: Track your spending habits and note the emotions tied to each purchase.</w:t>
      </w:r>
    </w:p>
    <w:p>
      <w:r>
        <w:t>Create Non-Financial Coping Mechanisms: Find healthier ways to process emotions, like journaling, exercising, or connecting with friends.</w:t>
      </w:r>
    </w:p>
    <w:p>
      <w:r>
        <w:t>Set Spending Rules: Limit impulse buys by instituting a “24-hour rule” before making non-essential purchases.</w:t>
      </w:r>
    </w:p>
    <w:p>
      <w:r>
        <w:br/>
        <w:t>3. Undercharging for Your Work</w:t>
      </w:r>
    </w:p>
    <w:p>
      <w:r>
        <w:t>The Behavior</w:t>
      </w:r>
    </w:p>
    <w:p>
      <w:r>
        <w:t>Undercharging occurs when you set prices too low for your products or services, accept low-paying jobs, or fail to negotiate fair compensation. Signs include:</w:t>
      </w:r>
    </w:p>
    <w:p>
      <w:r>
        <w:t>Consistently earning less than market value.</w:t>
      </w:r>
    </w:p>
    <w:p>
      <w:r>
        <w:t>Hesitating to ask for raises or promotions.</w:t>
      </w:r>
    </w:p>
    <w:p>
      <w:r>
        <w:t>Undervaluing your skills, experience, or time.</w:t>
      </w:r>
    </w:p>
    <w:p>
      <w:r>
        <w:t>Why It Happens</w:t>
      </w:r>
    </w:p>
    <w:p>
      <w:r>
        <w:t>Undercharging often stems from worthiness beliefs:</w:t>
      </w:r>
    </w:p>
    <w:p>
      <w:r>
        <w:t>Fear of Rejection: If you believe “I’m not worth that much,” you may worry that asking for more will result in losing opportunities.</w:t>
      </w:r>
    </w:p>
    <w:p>
      <w:r>
        <w:t>Imposter Syndrome: Feeling like you’re not truly qualified or deserving of success can lead to undervaluing yourself.</w:t>
      </w:r>
    </w:p>
    <w:p>
      <w:r>
        <w:t>Cultural Conditioning: Societal or cultural norms, especially for women or marginalized groups, often discourage assertiveness around money.</w:t>
      </w:r>
    </w:p>
    <w:p>
      <w:r>
        <w:t>The Consequences</w:t>
      </w:r>
    </w:p>
    <w:p>
      <w:r>
        <w:t>Stagnant income that limits financial growth.</w:t>
      </w:r>
    </w:p>
    <w:p>
      <w:r>
        <w:t>Increased workload to compensate for low pay.</w:t>
      </w:r>
    </w:p>
    <w:p>
      <w:r>
        <w:t>Reinforcing the belief that your contributions are less valuable than they truly are.</w:t>
      </w:r>
    </w:p>
    <w:p>
      <w:r>
        <w:t>How to Overcome Undercharging</w:t>
      </w:r>
    </w:p>
    <w:p>
      <w:r>
        <w:t>Research Market Rates: Know the fair value for your skills or services and set your rates accordingly.</w:t>
      </w:r>
    </w:p>
    <w:p>
      <w:r>
        <w:t>Practice Assertiveness: Prepare scripts or talking points for salary negotiations or client discussions.</w:t>
      </w:r>
    </w:p>
    <w:p>
      <w:r>
        <w:t>Focus on Value: Shift your mindset from “Am I worth this?” to “What value do I bring?”</w:t>
      </w:r>
    </w:p>
    <w:p>
      <w:r>
        <w:br/>
        <w:t>4. Overworking as a Substitute for Financial Growth</w:t>
      </w:r>
    </w:p>
    <w:p>
      <w:r>
        <w:t>The Behavior</w:t>
      </w:r>
    </w:p>
    <w:p>
      <w:r>
        <w:t>Overworking involves excessive hours, often at the expense of health, relationships, and personal well-being. This might include:</w:t>
      </w:r>
    </w:p>
    <w:p>
      <w:r>
        <w:t>Taking on too many side hustles or jobs.</w:t>
      </w:r>
    </w:p>
    <w:p>
      <w:r>
        <w:t>Saying yes to every project or client, even when it’s unsustainable.</w:t>
      </w:r>
    </w:p>
    <w:p>
      <w:r>
        <w:t>Equating long hours with financial security or worthiness.</w:t>
      </w:r>
    </w:p>
    <w:p>
      <w:r>
        <w:t>Why It Happens</w:t>
      </w:r>
    </w:p>
    <w:p>
      <w:r>
        <w:t>Overworking is often driven by scarcity or worthiness beliefs:</w:t>
      </w:r>
    </w:p>
    <w:p>
      <w:r>
        <w:t>Fear of Scarcity: Beliefs like “You have to work hard for every penny” can make overworking feel necessary to avoid financial ruin.</w:t>
      </w:r>
    </w:p>
    <w:p>
      <w:r>
        <w:t>Proving Worthiness: Overworking can be a way to justify success or silence internal doubts about deserving wealth.</w:t>
      </w:r>
    </w:p>
    <w:p>
      <w:r>
        <w:t>Avoiding Financial Risks: For some, overworking feels safer than pursuing smarter, higher-impact financial strategies.</w:t>
      </w:r>
    </w:p>
    <w:p>
      <w:r>
        <w:t>The Consequences</w:t>
      </w:r>
    </w:p>
    <w:p>
      <w:r>
        <w:t>Burnout and decreased productivity.</w:t>
      </w:r>
    </w:p>
    <w:p>
      <w:r>
        <w:t>Strained relationships due to lack of time or energy.</w:t>
      </w:r>
    </w:p>
    <w:p>
      <w:r>
        <w:t>Missing opportunities for strategic financial growth, like investing or skill-building.</w:t>
      </w:r>
    </w:p>
    <w:p>
      <w:r>
        <w:t>How to Overcome Overworking</w:t>
      </w:r>
    </w:p>
    <w:p>
      <w:r>
        <w:t>Set Boundaries: Establish clear work hours and prioritize rest and self-care.</w:t>
      </w:r>
    </w:p>
    <w:p>
      <w:r>
        <w:t>Focus on Efficiency: Seek ways to work smarter, not harder, such as automating tasks or delegating.</w:t>
      </w:r>
    </w:p>
    <w:p>
      <w:r>
        <w:t>Redefine Success: Replace the belief “I have to work hard to succeed” with “I deserve success without sacrificing my well-being.”</w:t>
      </w:r>
    </w:p>
    <w:p>
      <w:r>
        <w:br/>
        <w:t>5. Ignoring Opportunities for Growth</w:t>
      </w:r>
    </w:p>
    <w:p>
      <w:r>
        <w:t>The Behavior</w:t>
      </w:r>
    </w:p>
    <w:p>
      <w:r>
        <w:t>Avoiding financial growth opportunities includes:</w:t>
      </w:r>
    </w:p>
    <w:p>
      <w:r>
        <w:t>Skipping promotions, raises, or better-paying roles.</w:t>
      </w:r>
    </w:p>
    <w:p>
      <w:r>
        <w:t>Avoiding investments or savings plans due to fear of risk.</w:t>
      </w:r>
    </w:p>
    <w:p>
      <w:r>
        <w:t>Refusing to pursue education or training that could increase earning potential.</w:t>
      </w:r>
    </w:p>
    <w:p>
      <w:r>
        <w:t>Why It Happens</w:t>
      </w:r>
    </w:p>
    <w:p>
      <w:r>
        <w:t>Growth avoidance is often tied to fear and comfort-zone thinking:</w:t>
      </w:r>
    </w:p>
    <w:p>
      <w:r>
        <w:t>Fear of Failure: Beliefs like “I’m not capable” or “It’s too risky” discourage taking chances.</w:t>
      </w:r>
    </w:p>
    <w:p>
      <w:r>
        <w:t>Settling for Familiarity: Staying in a stable but underpaying situation can feel safer than pursuing change.</w:t>
      </w:r>
    </w:p>
    <w:p>
      <w:r>
        <w:t>Perceived Complexity: Financial strategies like investing may feel too intimidating or complicated to approach.</w:t>
      </w:r>
    </w:p>
    <w:p>
      <w:r>
        <w:t>The Consequences</w:t>
      </w:r>
    </w:p>
    <w:p>
      <w:r>
        <w:t>Stagnation in income and career progression.</w:t>
      </w:r>
    </w:p>
    <w:p>
      <w:r>
        <w:t>Missed opportunities to build wealth or achieve financial security.</w:t>
      </w:r>
    </w:p>
    <w:p>
      <w:r>
        <w:t>Reinforcing the belief that financial growth is unattainable.</w:t>
      </w:r>
    </w:p>
    <w:p>
      <w:r>
        <w:t>How to Overcome Growth Avoidance</w:t>
      </w:r>
    </w:p>
    <w:p>
      <w:r>
        <w:t>Start Small: Take one manageable step toward growth, like opening a savings account or attending a professional workshop.</w:t>
      </w:r>
    </w:p>
    <w:p>
      <w:r>
        <w:t>Educate Yourself: Learn about financial concepts or opportunities through books, courses, or mentors.</w:t>
      </w:r>
    </w:p>
    <w:p>
      <w:r>
        <w:t>Challenge Comfort Zones: Replace “It’s too risky” with “I can take calculated risks for my future.”</w:t>
      </w:r>
    </w:p>
    <w:p>
      <w:r>
        <w:br/>
        <w:t>Conclusion: Rewriting Your Financial Story</w:t>
      </w:r>
    </w:p>
    <w:p>
      <w:r>
        <w:t>Self-sabotaging behaviors are not evidence of failure—they’re signals that your current beliefs about money need to be challenged and reframed. By identifying these behaviors, understanding their roots, and taking actionable steps to address them, you can break free from cycles of financial struggle and create a healthier, more empowered relationship with money.</w:t>
      </w:r>
    </w:p>
    <w:p>
      <w:r>
        <w:t>The key to change lies in small, consistent actions that align with your financial goals. In the next section, we’ll explore the ripple effect of these behaviors and how they impact relationships, mental health, and opportunities for growth.</w:t>
      </w:r>
    </w:p>
    <w:p>
      <w:r>
        <w:t>The Ripple Effect on Life: How Financial Stress Impacts Relationships, Health, and Opportunities</w:t>
      </w:r>
    </w:p>
    <w:p>
      <w:r>
        <w:t>Financial stress doesn’t exist in isolation. It weaves its way through various aspects of life, creating a ripple effect that affects relationships, mental and physical health, and career or growth opportunities. Understanding these connections is essential for addressing the root causes of financial strain and reclaiming a sense of control over your life.</w:t>
      </w:r>
    </w:p>
    <w:p>
      <w:r>
        <w:t>This section explores how financial stress manifests in three major areas and offers actionable strategies to mitigate its impact.</w:t>
      </w:r>
    </w:p>
    <w:p>
      <w:r>
        <w:br/>
        <w:t>1. The Impact of Financial Stress on Relationships</w:t>
      </w:r>
    </w:p>
    <w:p>
      <w:r>
        <w:t>Money is often cited as one of the leading causes of tension in relationships. Whether it’s between romantic partners, family members, or friends, financial stress can create misunderstandings, conflict, and emotional distance.</w:t>
      </w:r>
    </w:p>
    <w:p>
      <w:r>
        <w:t>Romantic Relationships</w:t>
      </w:r>
    </w:p>
    <w:p>
      <w:r>
        <w:t>Conflicts Over Spending and Saving:</w:t>
      </w:r>
    </w:p>
    <w:p>
      <w:r>
        <w:t>Differences in financial priorities can lead to arguments. For example:</w:t>
      </w:r>
    </w:p>
    <w:p>
      <w:r>
        <w:t>One partner may prioritize saving for the future, while the other focuses on immediate needs or wants.</w:t>
      </w:r>
    </w:p>
    <w:p>
      <w:r>
        <w:t>Beliefs like “I need to be in control of our finances” can cause power struggles.</w:t>
      </w:r>
    </w:p>
    <w:p>
      <w:r>
        <w:t>Lack of Transparency:</w:t>
      </w:r>
    </w:p>
    <w:p>
      <w:r>
        <w:t>Financial secrecy, such as hiding purchases or debts, can erode trust.</w:t>
      </w:r>
    </w:p>
    <w:p>
      <w:r>
        <w:t>Example: A partner may fear judgment for overspending and choose to conceal credit card debt, leading to long-term issues.</w:t>
      </w:r>
    </w:p>
    <w:p>
      <w:r>
        <w:t>Emotional Toll:</w:t>
      </w:r>
    </w:p>
    <w:p>
      <w:r>
        <w:t>Financial stress can exacerbate feelings of inadequacy, making individuals withdraw emotionally or feel unworthy in the relationship.</w:t>
      </w:r>
    </w:p>
    <w:p>
      <w:r>
        <w:t>Family Dynamics</w:t>
      </w:r>
    </w:p>
    <w:p>
      <w:r>
        <w:t>Intergenerational Stress:</w:t>
      </w:r>
    </w:p>
    <w:p>
      <w:r>
        <w:t>Parents often feel pressure to provide for their children, while adult children may feel obligated to support aging parents.</w:t>
      </w:r>
    </w:p>
    <w:p>
      <w:r>
        <w:t>Beliefs like “Family comes first, no matter the cost” can lead to overextending finances.</w:t>
      </w:r>
    </w:p>
    <w:p>
      <w:r>
        <w:t>Siblings and Inheritance Disputes:</w:t>
      </w:r>
    </w:p>
    <w:p>
      <w:r>
        <w:t>Financial stress can surface in disagreements over how to divide resources, such as inheritances or shared expenses.</w:t>
      </w:r>
    </w:p>
    <w:p>
      <w:r>
        <w:t>Friendships</w:t>
      </w:r>
    </w:p>
    <w:p>
      <w:r>
        <w:t>Social Comparison:</w:t>
      </w:r>
    </w:p>
    <w:p>
      <w:r>
        <w:t>Comparing financial situations with friends can breed jealousy, shame, or resentment, especially if one party feels left out of shared activities.</w:t>
      </w:r>
    </w:p>
    <w:p>
      <w:r>
        <w:t>Strain from Lending Money:</w:t>
      </w:r>
    </w:p>
    <w:p>
      <w:r>
        <w:t>Lending or borrowing money between friends often leads to misunderstandings or feelings of obligation.</w:t>
      </w:r>
    </w:p>
    <w:p>
      <w:r>
        <w:t>How to Manage Financial Stress in Relationships</w:t>
      </w:r>
    </w:p>
    <w:p>
      <w:r>
        <w:t>Practice Open Communication:</w:t>
      </w:r>
    </w:p>
    <w:p>
      <w:r>
        <w:t>Discuss financial goals and challenges with transparency and empathy.</w:t>
      </w:r>
    </w:p>
    <w:p>
      <w:r>
        <w:t>Example: Schedule regular check-ins with your partner to align on budgets and priorities.</w:t>
      </w:r>
    </w:p>
    <w:p>
      <w:r>
        <w:t>Set Boundaries:</w:t>
      </w:r>
    </w:p>
    <w:p>
      <w:r>
        <w:t>Learn to say no to financial requests that jeopardize your stability.</w:t>
      </w:r>
    </w:p>
    <w:p>
      <w:r>
        <w:t>Seek Professional Guidance:</w:t>
      </w:r>
    </w:p>
    <w:p>
      <w:r>
        <w:t>Consider working with a financial advisor or counselor to mediate discussions and create actionable plans.</w:t>
      </w:r>
    </w:p>
    <w:p>
      <w:r>
        <w:br/>
        <w:t>2. The Impact of Financial Stress on Mental and Physical Health</w:t>
      </w:r>
    </w:p>
    <w:p>
      <w:r>
        <w:t>The link between financial stress and overall well-being is well-documented. Persistent worry about money can manifest as both mental and physical symptoms, creating a vicious cycle of stress and diminished health.</w:t>
      </w:r>
    </w:p>
    <w:p>
      <w:r>
        <w:t>Mental Health</w:t>
      </w:r>
    </w:p>
    <w:p>
      <w:r>
        <w:t>Anxiety and Depression:</w:t>
      </w:r>
    </w:p>
    <w:p>
      <w:r>
        <w:t>Worrying about bills, debt, or financial insecurity can lead to chronic anxiety or feelings of hopelessness.</w:t>
      </w:r>
    </w:p>
    <w:p>
      <w:r>
        <w:t>Example: Beliefs like “I’ll never get out of debt” can contribute to a sense of defeat, exacerbating depressive symptoms.</w:t>
      </w:r>
    </w:p>
    <w:p>
      <w:r>
        <w:t>Shame and Low Self-Esteem:</w:t>
      </w:r>
    </w:p>
    <w:p>
      <w:r>
        <w:t>Financial struggles often lead to feelings of inadequacy or failure, eroding self-worth.</w:t>
      </w:r>
    </w:p>
    <w:p>
      <w:r>
        <w:t>Example: Someone who believes “I’m bad with money” may avoid seeking help, reinforcing their struggles.</w:t>
      </w:r>
    </w:p>
    <w:p>
      <w:r>
        <w:t>Decision Fatigue:</w:t>
      </w:r>
    </w:p>
    <w:p>
      <w:r>
        <w:t>Constantly weighing financial decisions can overwhelm mental bandwidth, leading to poor choices or procrastination.</w:t>
      </w:r>
    </w:p>
    <w:p>
      <w:r>
        <w:t>Physical Health</w:t>
      </w:r>
    </w:p>
    <w:p>
      <w:r>
        <w:t>Stress-Related Illnesses:</w:t>
      </w:r>
    </w:p>
    <w:p>
      <w:r>
        <w:t>Chronic financial stress can contribute to conditions like high blood pressure, heart disease, or weakened immunity.</w:t>
      </w:r>
    </w:p>
    <w:p>
      <w:r>
        <w:t>Sleep Disturbances:</w:t>
      </w:r>
    </w:p>
    <w:p>
      <w:r>
        <w:t>Worrying about money often disrupts sleep, leading to fatigue and reduced focus.</w:t>
      </w:r>
    </w:p>
    <w:p>
      <w:r>
        <w:t>Example: A person may lie awake calculating how to pay bills, worsening their stress.</w:t>
      </w:r>
    </w:p>
    <w:p>
      <w:r>
        <w:t>Neglecting Healthcare:</w:t>
      </w:r>
    </w:p>
    <w:p>
      <w:r>
        <w:t>Financial concerns may lead to delaying doctor visits, skipping medications, or forgoing insurance, worsening long-term health outcomes.</w:t>
      </w:r>
    </w:p>
    <w:p>
      <w:r>
        <w:t>How to Manage Financial Stress for Better Health</w:t>
      </w:r>
    </w:p>
    <w:p>
      <w:r>
        <w:t>Develop a Financial Plan:</w:t>
      </w:r>
    </w:p>
    <w:p>
      <w:r>
        <w:t>Creating a budget or repayment strategy can provide a sense of control and reduce anxiety.</w:t>
      </w:r>
    </w:p>
    <w:p>
      <w:r>
        <w:t>Prioritize Self-Care:</w:t>
      </w:r>
    </w:p>
    <w:p>
      <w:r>
        <w:t>Incorporate stress-reducing activities like exercise, meditation, or hobbies into your routine.</w:t>
      </w:r>
    </w:p>
    <w:p>
      <w:r>
        <w:t>Seek Support:</w:t>
      </w:r>
    </w:p>
    <w:p>
      <w:r>
        <w:t>Reach out to mental health professionals or support groups to process emotions related to financial stress.</w:t>
      </w:r>
    </w:p>
    <w:p>
      <w:r>
        <w:br/>
        <w:t>3. The Impact of Financial Stress on Opportunities</w:t>
      </w:r>
    </w:p>
    <w:p>
      <w:r>
        <w:t>Financial stress can limit your ability to take advantage of opportunities that could improve your situation. This often creates a self-reinforcing cycle where limiting beliefs and actions prevent growth.</w:t>
      </w:r>
    </w:p>
    <w:p>
      <w:r>
        <w:t>Career and Professional Growth</w:t>
      </w:r>
    </w:p>
    <w:p>
      <w:r>
        <w:t>Staying in “Safe” Jobs:</w:t>
      </w:r>
    </w:p>
    <w:p>
      <w:r>
        <w:t>Fear of financial instability can keep you in a job that feels secure but limits your earning potential or career satisfaction.</w:t>
      </w:r>
    </w:p>
    <w:p>
      <w:r>
        <w:t>Avoiding Negotiation:</w:t>
      </w:r>
    </w:p>
    <w:p>
      <w:r>
        <w:t>Beliefs like “I’m not worth more” may stop you from negotiating for better pay, promotions, or contracts.</w:t>
      </w:r>
    </w:p>
    <w:p>
      <w:r>
        <w:t>Missed Education or Training Opportunities:</w:t>
      </w:r>
    </w:p>
    <w:p>
      <w:r>
        <w:t>Financial stress can deter you from investing in skills or certifications that could lead to higher earnings.</w:t>
      </w:r>
    </w:p>
    <w:p>
      <w:r>
        <w:t>Entrepreneurship and Investment</w:t>
      </w:r>
    </w:p>
    <w:p>
      <w:r>
        <w:t>Fear of Risk:</w:t>
      </w:r>
    </w:p>
    <w:p>
      <w:r>
        <w:t>Beliefs like “Money is too hard to earn to risk losing it” can discourage starting a business or investing in growth opportunities.</w:t>
      </w:r>
    </w:p>
    <w:p>
      <w:r>
        <w:t>Lack of Confidence:</w:t>
      </w:r>
    </w:p>
    <w:p>
      <w:r>
        <w:t>Financial insecurity can make you second-guess your abilities, holding you back from pursuing entrepreneurial ventures.</w:t>
      </w:r>
    </w:p>
    <w:p>
      <w:r>
        <w:t>Personal Development and Lifestyle Opportunities</w:t>
      </w:r>
    </w:p>
    <w:p>
      <w:r>
        <w:t>Postponing Major Life Goals:</w:t>
      </w:r>
    </w:p>
    <w:p>
      <w:r>
        <w:t>Financial stress can delay milestones like buying a home, starting a family, or pursuing higher education.</w:t>
      </w:r>
    </w:p>
    <w:p>
      <w:r>
        <w:t>Limited Experiences:</w:t>
      </w:r>
    </w:p>
    <w:p>
      <w:r>
        <w:t>Beliefs like “I can’t afford to enjoy life” can lead to avoiding travel, hobbies, or activities that bring joy and fulfillment.</w:t>
      </w:r>
    </w:p>
    <w:p>
      <w:r>
        <w:t>How to Break Free and Embrace Opportunities</w:t>
      </w:r>
    </w:p>
    <w:p>
      <w:r>
        <w:t>Reframe Your Beliefs:</w:t>
      </w:r>
    </w:p>
    <w:p>
      <w:r>
        <w:t>Replace “I can’t afford to take risks” with “I can take calculated risks to create growth.”</w:t>
      </w:r>
    </w:p>
    <w:p>
      <w:r>
        <w:t>Start Small:</w:t>
      </w:r>
    </w:p>
    <w:p>
      <w:r>
        <w:t>Begin with low-risk investments or incremental changes in your career path to build confidence.</w:t>
      </w:r>
    </w:p>
    <w:p>
      <w:r>
        <w:t>Invest in Yourself:</w:t>
      </w:r>
    </w:p>
    <w:p>
      <w:r>
        <w:t>Prioritize opportunities that align with your long-term goals, such as education or networking.</w:t>
      </w:r>
    </w:p>
    <w:p>
      <w:r>
        <w:br/>
        <w:t>The Interconnected Nature of Financial Stress</w:t>
      </w:r>
    </w:p>
    <w:p>
      <w:r>
        <w:t>The effects of financial stress are rarely confined to one area of life. Struggles in relationships, health, or opportunities often reinforce each other, creating a compounding effect. For example:</w:t>
      </w:r>
    </w:p>
    <w:p>
      <w:r>
        <w:t>Financial stress might cause arguments with a partner, leading to emotional strain.</w:t>
      </w:r>
    </w:p>
    <w:p>
      <w:r>
        <w:t>The resulting tension may disrupt sleep, affecting mental and physical health.</w:t>
      </w:r>
    </w:p>
    <w:p>
      <w:r>
        <w:t>Fatigue and stress can limit productivity, preventing you from pursuing growth opportunities.</w:t>
      </w:r>
    </w:p>
    <w:p>
      <w:r>
        <w:t>Breaking this cycle requires addressing the underlying causes of financial stress while building healthier habits and beliefs.</w:t>
      </w:r>
    </w:p>
    <w:p>
      <w:r>
        <w:br/>
        <w:t>Action Steps to Mitigate Financial Stress</w:t>
      </w:r>
    </w:p>
    <w:p>
      <w:r>
        <w:t>Acknowledge the Impact:</w:t>
      </w:r>
    </w:p>
    <w:p>
      <w:r>
        <w:t>Reflect on how financial stress has affected your relationships, health, and opportunities.</w:t>
      </w:r>
    </w:p>
    <w:p>
      <w:r>
        <w:t>Use journaling to identify specific areas where you feel the strain most acutely.</w:t>
      </w:r>
    </w:p>
    <w:p>
      <w:r>
        <w:t>Set Clear Priorities:</w:t>
      </w:r>
    </w:p>
    <w:p>
      <w:r>
        <w:t>Focus on one area at a time—such as improving communication with a partner, building a health-focused routine, or exploring career opportunities.</w:t>
      </w:r>
    </w:p>
    <w:p>
      <w:r>
        <w:t>Develop a Growth Mindset:</w:t>
      </w:r>
    </w:p>
    <w:p>
      <w:r>
        <w:t>View financial stress as a challenge to overcome, not a permanent obstacle.</w:t>
      </w:r>
    </w:p>
    <w:p>
      <w:r>
        <w:t>Affirmations like “I am capable of creating stability and growth in my life” can help shift your perspective.</w:t>
      </w:r>
    </w:p>
    <w:p>
      <w:r>
        <w:t>Seek Professional Support:</w:t>
      </w:r>
    </w:p>
    <w:p>
      <w:r>
        <w:t>Financial advisors, counselors, and coaches can provide guidance and accountability.</w:t>
      </w:r>
    </w:p>
    <w:p>
      <w:r>
        <w:br/>
        <w:t>Conclusion</w:t>
      </w:r>
    </w:p>
    <w:p>
      <w:r>
        <w:t>Financial stress ripples outward, impacting relationships, health, and opportunities in profound ways. By recognizing these effects and taking intentional steps to address them, you can begin to rebuild a foundation of stability, trust, and growth. The next chapter will explore how to identify and challenge the limiting beliefs that contribute to this stress, paving the way for long-term transformation.</w:t>
      </w:r>
    </w:p>
    <w:p>
      <w:r>
        <w:t>Interactive Element: Journaling Prompts to Explore Emotional Reactions to Money</w:t>
      </w:r>
    </w:p>
    <w:p>
      <w:r>
        <w:t>Journaling is a powerful tool for uncovering hidden emotions and beliefs about money. It provides a safe space to reflect, gain clarity, and begin shifting your mindset. The following prompts are designed to help you explore the emotional side of your relationship with money, focusing on uncovering fears, guilt, and frustrations while paving the way for growth and empowerment.</w:t>
      </w:r>
    </w:p>
    <w:p>
      <w:r>
        <w:br/>
        <w:t>Step 1: Reflecting on Your Current Emotions</w:t>
      </w:r>
    </w:p>
    <w:p>
      <w:r>
        <w:t>Start by identifying how you currently feel about money. Write openly and honestly—there are no wrong answers.</w:t>
      </w:r>
    </w:p>
    <w:p>
      <w:r>
        <w:t>How do I feel when I think about my finances?</w:t>
      </w:r>
    </w:p>
    <w:p>
      <w:r>
        <w:t>Do words like "secure," "stressed," or "overwhelmed" come to mind? Why?</w:t>
      </w:r>
    </w:p>
    <w:p>
      <w:r>
        <w:t>What emotions surface when I manage money (e.g., budgeting, paying bills, or making purchases)?</w:t>
      </w:r>
    </w:p>
    <w:p>
      <w:r>
        <w:t>Is it confidence, fear, guilt, or something else? What might be driving these feelings?</w:t>
      </w:r>
    </w:p>
    <w:p>
      <w:r>
        <w:t>When I see others who seem more financially successful, how do I feel?</w:t>
      </w:r>
    </w:p>
    <w:p>
      <w:r>
        <w:t>Do you feel inspired, envious, or indifferent? Reflect on the reasons behind these reactions.</w:t>
      </w:r>
    </w:p>
    <w:p>
      <w:r>
        <w:br/>
        <w:t>Step 2: Exploring the Roots of Your Emotions</w:t>
      </w:r>
    </w:p>
    <w:p>
      <w:r>
        <w:t>Dive deeper into where your emotions about money might come from. This step will help you connect current feelings to past experiences or beliefs.</w:t>
      </w:r>
    </w:p>
    <w:p>
      <w:r>
        <w:t>What messages about money did I hear growing up?</w:t>
      </w:r>
    </w:p>
    <w:p>
      <w:r>
        <w:t>Examples: “Money is the root of all evil” or “You have to work hard for every penny.”</w:t>
      </w:r>
    </w:p>
    <w:p>
      <w:r>
        <w:t>How have these messages shaped my current beliefs and emotions?</w:t>
      </w:r>
    </w:p>
    <w:p>
      <w:r>
        <w:t>What financial experiences from my past still affect me today?</w:t>
      </w:r>
    </w:p>
    <w:p>
      <w:r>
        <w:t>Reflect on positive or negative moments, such as receiving a raise, losing a job, or making a financial mistake.</w:t>
      </w:r>
    </w:p>
    <w:p>
      <w:r>
        <w:t>What emotions about money did I inherit from my family?</w:t>
      </w:r>
    </w:p>
    <w:p>
      <w:r>
        <w:t>Was money associated with stress, joy, secrecy, or pride? How does this influence my behavior now?</w:t>
      </w:r>
    </w:p>
    <w:p>
      <w:r>
        <w:br/>
        <w:t>Step 3: Identifying Patterns</w:t>
      </w:r>
    </w:p>
    <w:p>
      <w:r>
        <w:t>Now that you’ve explored your emotions and their origins, look for recurring themes or patterns.</w:t>
      </w:r>
    </w:p>
    <w:p>
      <w:r>
        <w:t>Are there specific triggers that make me feel anxious, guilty, or frustrated about money?</w:t>
      </w:r>
    </w:p>
    <w:p>
      <w:r>
        <w:t>Examples: Unexpected expenses, discussions about debt, or comparing yourself to others.</w:t>
      </w:r>
    </w:p>
    <w:p>
      <w:r>
        <w:t>What financial behaviors do I repeat that reinforce these emotions?</w:t>
      </w:r>
    </w:p>
    <w:p>
      <w:r>
        <w:t>Example: Avoiding budgeting because it feels overwhelming or overspending to relieve stress.</w:t>
      </w:r>
    </w:p>
    <w:p>
      <w:r>
        <w:t>How do these patterns affect other areas of my life, such as my relationships or career?</w:t>
      </w:r>
    </w:p>
    <w:p>
      <w:r>
        <w:t>Write about any connections you notice between your emotions about money and your daily decisions.</w:t>
      </w:r>
    </w:p>
    <w:p>
      <w:r>
        <w:br/>
        <w:t>Step 4: Reframing Emotional Reactions</w:t>
      </w:r>
    </w:p>
    <w:p>
      <w:r>
        <w:t>Begin to shift your perspective by focusing on empowerment and growth.</w:t>
      </w:r>
    </w:p>
    <w:p>
      <w:r>
        <w:t>What would I like my relationship with money to feel like?</w:t>
      </w:r>
    </w:p>
    <w:p>
      <w:r>
        <w:t>Describe your ideal emotions when handling finances—calm, confident, or joyful, for example.</w:t>
      </w:r>
    </w:p>
    <w:p>
      <w:r>
        <w:t>What’s one limiting belief or emotion I’m ready to release?</w:t>
      </w:r>
    </w:p>
    <w:p>
      <w:r>
        <w:t>Example: “I’m bad with money” can become “I am capable of learning and improving my financial skills.”</w:t>
      </w:r>
    </w:p>
    <w:p>
      <w:r>
        <w:t>What’s one small step I can take today to shift my mindset?</w:t>
      </w:r>
    </w:p>
    <w:p>
      <w:r>
        <w:t>Example: Create a gratitude list for the financial resources you already have or set a simple financial goal.</w:t>
      </w:r>
    </w:p>
    <w:p>
      <w:r>
        <w:br/>
        <w:t>Step 5: Affirm Your Intentions</w:t>
      </w:r>
    </w:p>
    <w:p>
      <w:r>
        <w:t>End your journaling session by setting an empowering intention for your financial journey. Write a statement that reflects the emotions and mindset you want to cultivate moving forward. Examples include:</w:t>
      </w:r>
    </w:p>
    <w:p>
      <w:r>
        <w:t>“I choose to approach money with confidence and clarity.”</w:t>
      </w:r>
    </w:p>
    <w:p>
      <w:r>
        <w:t>“I release guilt and embrace abundance.”</w:t>
      </w:r>
    </w:p>
    <w:p>
      <w:r>
        <w:t>“I am grateful for the opportunities to grow and improve my finances.”</w:t>
      </w:r>
    </w:p>
    <w:p>
      <w:r>
        <w:br/>
        <w:t>Next Steps</w:t>
      </w:r>
    </w:p>
    <w:p>
      <w:r>
        <w:t>Return to these prompts regularly to track your progress and notice how your emotional reactions evolve. Journaling consistently can help you uncover new insights, reinforce positive changes, and deepen your connection to a healthier financial mindset.</w:t>
      </w:r>
    </w:p>
    <w:p/>
    <w:p>
      <w:r>
        <w:br w:type="page"/>
      </w:r>
    </w:p>
    <w:p>
      <w:r>
        <w:t>Chapter 3: Recognizing Your Limiting Beliefs</w:t>
      </w:r>
    </w:p>
    <w:p>
      <w:r>
        <w:t>Signs of Limiting Beliefs (1,000 words)</w:t>
      </w:r>
    </w:p>
    <w:p>
      <w:r>
        <w:t>Limiting beliefs are often deeply ingrained patterns of thought that influence how we approach money. While these beliefs are personal and can vary widely from person to person, there are common signs to look for. Recognizing these patterns of thought and behavior is the first step toward transforming your financial mindset. Here are the key signs that limiting beliefs may be influencing your financial life.</w:t>
      </w:r>
    </w:p>
    <w:p>
      <w:r>
        <w:t>1. Repetitive Negative Thought Patterns</w:t>
      </w:r>
    </w:p>
    <w:p>
      <w:r>
        <w:t>Limiting beliefs often manifest as repetitive negative thoughts, especially when you think about money. These thoughts are typically rooted in self-doubt or fear and can create a cycle of negativity that keeps you stuck.</w:t>
      </w:r>
    </w:p>
    <w:p>
      <w:r>
        <w:t>Examples of Limiting Thoughts:</w:t>
      </w:r>
    </w:p>
    <w:p>
      <w:r>
        <w:t>“I’ll never get ahead financially.”</w:t>
      </w:r>
    </w:p>
    <w:p>
      <w:r>
        <w:t>“I don’t deserve to be wealthy.”</w:t>
      </w:r>
    </w:p>
    <w:p>
      <w:r>
        <w:t>“Money is hard to come by.”</w:t>
      </w:r>
    </w:p>
    <w:p>
      <w:r>
        <w:t>“I always struggle to make ends meet.”</w:t>
      </w:r>
    </w:p>
    <w:p>
      <w:r>
        <w:t>These recurring thoughts can create a sense of helplessness and reinforce the belief that you’re unable to achieve financial success. Over time, they become self-fulfilling prophecies, affecting your decision-making and the actions you take toward building wealth.</w:t>
      </w:r>
    </w:p>
    <w:p>
      <w:r>
        <w:t>2. Emotional Reactions to Financial Situations</w:t>
      </w:r>
    </w:p>
    <w:p>
      <w:r>
        <w:t>How you feel when you think about money can offer important clues about your limiting beliefs. If you experience feelings of anxiety, guilt, shame, or frustration when dealing with finances, it's a sign that these emotions are connected to deeper beliefs about money.</w:t>
      </w:r>
    </w:p>
    <w:p>
      <w:r>
        <w:t>Common Emotional Reactions:</w:t>
      </w:r>
    </w:p>
    <w:p>
      <w:r>
        <w:t>Guilt when spending money on yourself, believing you don’t deserve to enjoy it.</w:t>
      </w:r>
    </w:p>
    <w:p>
      <w:r>
        <w:t>Anxiety about checking your bank balance or dealing with bills.</w:t>
      </w:r>
    </w:p>
    <w:p>
      <w:r>
        <w:t>Frustration when you encounter financial setbacks, feeling like you’ll never get ahead.</w:t>
      </w:r>
    </w:p>
    <w:p>
      <w:r>
        <w:t>Shame when talking about money, often linked to beliefs of inadequacy.</w:t>
      </w:r>
    </w:p>
    <w:p>
      <w:r>
        <w:t>These emotional reactions can serve as a "red flag," signaling that limiting beliefs are influencing your decisions and behaviors.</w:t>
      </w:r>
    </w:p>
    <w:p>
      <w:r>
        <w:t>3. Self-Sabotaging Behaviors</w:t>
      </w:r>
    </w:p>
    <w:p>
      <w:r>
        <w:t>Self-sabotage occurs when your actions contradict your desires or goals, often due to subconscious beliefs. If you consistently take actions that hurt your financial situation—despite knowing that they’re detrimental—it may be because limiting beliefs are steering your behavior.</w:t>
      </w:r>
    </w:p>
    <w:p>
      <w:r>
        <w:t>Examples of Self-Sabotaging Behaviors:</w:t>
      </w:r>
    </w:p>
    <w:p>
      <w:r>
        <w:t>Avoidance of Financial Tasks: If you avoid looking at your bank account, checking your credit score, or creating a budget, it may stem from the belief that you're "not good with money."</w:t>
      </w:r>
    </w:p>
    <w:p>
      <w:r>
        <w:t>Overspending: Impulse buying or spending beyond your means can result from a belief that you’ll never have enough money, leading you to try to "enjoy it while it lasts."</w:t>
      </w:r>
    </w:p>
    <w:p>
      <w:r>
        <w:t>Procrastination: Delaying decisions like saving for retirement or investing because of the belief that "it's too late" or "it's not worth it."</w:t>
      </w:r>
    </w:p>
    <w:p>
      <w:r>
        <w:t>Undercharging for Work: If you have a business or freelance career, consistently underpricing yourself may indicate a belief that your skills aren’t valuable enough to charge higher rates.</w:t>
      </w:r>
    </w:p>
    <w:p>
      <w:r>
        <w:t>Self-sabotage often stems from underlying beliefs about self-worth, scarcity, or financial capability. It’s a sign that the belief is powerful enough to overcome your logical understanding of what's best for your financial future.</w:t>
      </w:r>
    </w:p>
    <w:p>
      <w:r>
        <w:t>4. Difficulty Setting or Achieving Financial Goals</w:t>
      </w:r>
    </w:p>
    <w:p>
      <w:r>
        <w:t>If setting and achieving financial goals feels difficult or overwhelming, it could be a sign that limiting beliefs are standing in your way. These beliefs may make you feel unworthy of success or make you doubt that your goals are achievable, no matter how realistic they might be.</w:t>
      </w:r>
    </w:p>
    <w:p>
      <w:r>
        <w:t>Signs of Struggling with Goals:</w:t>
      </w:r>
    </w:p>
    <w:p>
      <w:r>
        <w:t>Unrealistic Goals: Setting goals that are too lofty or vague—like “I’ll save $100,000 this year”—without creating actionable steps to achieve them.</w:t>
      </w:r>
    </w:p>
    <w:p>
      <w:r>
        <w:t>Giving Up Quickly: Starting strong with a financial goal but losing motivation or giving up halfway through due to the belief that it's "impossible."</w:t>
      </w:r>
    </w:p>
    <w:p>
      <w:r>
        <w:t>Inconsistent Effort: Working hard toward a goal, but lacking consistency because of doubts about your abilities or the belief that it won’t matter in the end.</w:t>
      </w:r>
    </w:p>
    <w:p>
      <w:r>
        <w:t>Limiting beliefs make it difficult to create achievable, meaningful financial goals, leading to a lack of progress and feelings of defeat.</w:t>
      </w:r>
    </w:p>
    <w:p>
      <w:r>
        <w:t>5. Fear of Success</w:t>
      </w:r>
    </w:p>
    <w:p>
      <w:r>
        <w:t>It may sound strange, but some people have a subconscious fear of financial success. This fear can be tied to beliefs about the negative consequences of having wealth, such as increased responsibility, judgment from others, or fear of losing it all. People who fear success may self-sabotage by resisting opportunities for growth.</w:t>
      </w:r>
    </w:p>
    <w:p>
      <w:r>
        <w:t>Signs of Fear of Success:</w:t>
      </w:r>
    </w:p>
    <w:p>
      <w:r>
        <w:t>Self-Doubt: The belief that you're not "worthy" of financial success.</w:t>
      </w:r>
    </w:p>
    <w:p>
      <w:r>
        <w:t>Fear of Being Judged: Worrying that others will criticize you for having wealth or thinking that money will change your relationships.</w:t>
      </w:r>
    </w:p>
    <w:p>
      <w:r>
        <w:t>Fear of Losing It All: Anxiety about wealth bringing more problems, such as the fear of losing money or the responsibility of managing it.</w:t>
      </w:r>
    </w:p>
    <w:p>
      <w:r>
        <w:t>This fear can be paralyzing and prevent you from taking actions that would lead to financial growth and success.</w:t>
      </w:r>
    </w:p>
    <w:p>
      <w:r>
        <w:t>6. Comparison with Others</w:t>
      </w:r>
    </w:p>
    <w:p>
      <w:r>
        <w:t>Comparing your financial situation to others is a sure sign that limiting beliefs are at play. These comparisons can create feelings of inadequacy or reinforce beliefs like “I’ll never be able to afford that” or “People like me don’t get rich.”</w:t>
      </w:r>
    </w:p>
    <w:p>
      <w:r>
        <w:t>Signs of Comparison Thinking:</w:t>
      </w:r>
    </w:p>
    <w:p>
      <w:r>
        <w:t>Judging Others’ Wealth: Thinking negatively about people who are financially successful, believing they are “greedy” or “lucky.”</w:t>
      </w:r>
    </w:p>
    <w:p>
      <w:r>
        <w:t>Undervaluing Yourself: Feeling like others are more deserving of financial success than you, and therefore, not taking steps to improve your own situation.</w:t>
      </w:r>
    </w:p>
    <w:p>
      <w:r>
        <w:t>Dismissing Opportunities: Fearing that you will never be able to match the success of others, so you avoid opportunities that could lead to financial growth.</w:t>
      </w:r>
    </w:p>
    <w:p>
      <w:r>
        <w:t>While it’s natural to compare yourself to others, it’s important to recognize when it’s damaging your financial confidence or self-worth. Limiting beliefs often thrive in this comparison, creating feelings of defeat or jealousy.</w:t>
      </w:r>
    </w:p>
    <w:p/>
    <w:p>
      <w:r>
        <w:t>Conclusion</w:t>
      </w:r>
    </w:p>
    <w:p>
      <w:r>
        <w:t>Recognizing the signs of limiting beliefs is crucial for breaking free from their grip. Whether it’s through negative thought patterns, emotional reactions, self-sabotaging behaviors, or difficulty setting goals, these signs indicate that limiting beliefs are influencing your financial mindset. By becoming aware of these patterns, you’re taking the first step toward reclaiming control over your financial future.</w:t>
      </w:r>
    </w:p>
    <w:p>
      <w:r>
        <w:t>Uncovering the Root Cause (Expanded)</w:t>
      </w:r>
    </w:p>
    <w:p>
      <w:r>
        <w:t>Understanding the origin of your limiting beliefs is crucial to breaking free from them and transforming your financial life. These beliefs are not innate—they are shaped by various factors such as childhood experiences, cultural conditioning, personal events, and societal messages. By uncovering where these beliefs stem from, you can identify their hold over your life and begin the work of replacing them with empowering thoughts that open the door to greater financial success.</w:t>
      </w:r>
    </w:p>
    <w:p>
      <w:r>
        <w:t>In this section, we'll dive deeper into the exercises that will help you uncover the roots of your limiting beliefs. By reflecting on your past, examining cultural influences, and analyzing personal experiences, you'll begin to uncover the subconscious beliefs that are preventing you from reaching your full financial potential.</w:t>
      </w:r>
    </w:p>
    <w:p/>
    <w:p>
      <w:r>
        <w:t>1. Reflecting on Early Money Experiences</w:t>
      </w:r>
    </w:p>
    <w:p>
      <w:r>
        <w:t>Your relationship with money is often shaped in the formative years of childhood. The experiences, messages, and behaviors you were exposed to by your caregivers, family, and environment all contribute to how you view and interact with money as an adult.</w:t>
      </w:r>
    </w:p>
    <w:p>
      <w:r>
        <w:t>Exercise 1: Childhood Money Reflection</w:t>
      </w:r>
    </w:p>
    <w:p>
      <w:r>
        <w:t>Start by taking a moment to think back to your earliest experiences with money. Consider the following questions, and allow yourself to recall as many details as possible. The goal is not to judge or criticize, but to observe how your environment may have influenced your financial mindset.</w:t>
      </w:r>
    </w:p>
    <w:p/>
    <w:p>
      <w:r>
        <w:t>What are my earliest memories of money?</w:t>
        <w:br/>
        <w:t>Was money a frequent topic of discussion in your home? Were there specific moments that stand out where money either played a positive or negative role? Perhaps you recall your parents arguing over bills or saving for something special. These memories can help identify early feelings about money.</w:t>
      </w:r>
    </w:p>
    <w:p/>
    <w:p/>
    <w:p>
      <w:r>
        <w:t>How did my parents or caregivers talk about money?</w:t>
        <w:br/>
        <w:t>Were discussions about money framed positively or negatively? Did they see it as something abundant or scarce? Did they ever use phrases like, “We can’t afford that” or “Money doesn’t grow on trees”? These messages, whether direct or indirect, form the foundation for how you approach finances later in life.</w:t>
      </w:r>
    </w:p>
    <w:p/>
    <w:p/>
    <w:p>
      <w:r>
        <w:t>How did financial stress manifest in my family?</w:t>
        <w:br/>
        <w:t>If money was a source of stress in your home, how did it show up? Did your family argue about it or hide it away as a taboo topic? If there was financial hardship, how was it managed? Understanding how financial difficulties were handled can reveal how you’ve internalized them.</w:t>
      </w:r>
    </w:p>
    <w:p/>
    <w:p/>
    <w:p>
      <w:r>
        <w:t>How did my family model money management?</w:t>
        <w:br/>
        <w:t>Was your family frugal or did they spend freely? Were there instances of saving for the future or spontaneous spending? These early models of money management can shape how you perceive spending, saving, and investing today.</w:t>
      </w:r>
    </w:p>
    <w:p/>
    <w:p>
      <w:r>
        <w:t>Take your time with these questions. Journal your reflections and try to identify patterns that may have shaped your belief system around money. Do you see themes of scarcity, abundance, fear, or confidence in your answers? This is the first step in identifying limiting beliefs that began in your childhood.</w:t>
      </w:r>
    </w:p>
    <w:p/>
    <w:p>
      <w:r>
        <w:t>2. Analyzing Cultural and Societal Influences</w:t>
      </w:r>
    </w:p>
    <w:p>
      <w:r>
        <w:t>Our culture, community, and society often impose additional layers of belief about wealth and money. These messages may be explicit or subtle, but they can deeply influence how we think about our own financial prospects. Social expectations about wealth, success, and self-worth play a critical role in shaping how we approach money.</w:t>
      </w:r>
    </w:p>
    <w:p>
      <w:r>
        <w:t>Exercise 2: Cultural and Societal Belief Exploration</w:t>
      </w:r>
    </w:p>
    <w:p>
      <w:r>
        <w:t>Take a moment to reflect on the cultural messages you've absorbed about money. These could come from your community, social groups, or even the media. Consider the following:</w:t>
      </w:r>
    </w:p>
    <w:p/>
    <w:p>
      <w:r>
        <w:t>What does my culture or community say about wealth?</w:t>
        <w:br/>
        <w:t>Is wealth viewed positively in your culture as a sign of success, or is it viewed negatively, perhaps linked to greed or selfishness? For instance, some cultures emphasize collective prosperity and deemphasize individual wealth accumulation, while others celebrate entrepreneurship and financial independence.</w:t>
      </w:r>
    </w:p>
    <w:p/>
    <w:p/>
    <w:p>
      <w:r>
        <w:t>Were there common sayings or beliefs in my community about money?</w:t>
        <w:br/>
        <w:t>Every community has its own set of financial wisdom, some of which might reinforce limiting beliefs. For example, sayings like “Money can’t buy happiness” or “Only hard work will bring you success” can imply that money is something you either work for tirelessly or something that you should avoid seeking altogether.</w:t>
      </w:r>
    </w:p>
    <w:p/>
    <w:p/>
    <w:p>
      <w:r>
        <w:t>How did the media portray wealthy individuals when I was growing up?</w:t>
        <w:br/>
        <w:t>Media plays a huge role in shaping our perceptions of wealth. Was wealth depicted as something aspirational, or was it portrayed as the domain of corrupt or out-of-touch elites? Movies, advertisements, and television shows can shape the narrative about who deserves wealth and how it is obtained.</w:t>
      </w:r>
    </w:p>
    <w:p/>
    <w:p/>
    <w:p>
      <w:r>
        <w:t>What kind of messages about money did I hear from my peers or mentors?</w:t>
        <w:br/>
        <w:t>Consider the financial attitudes and behaviors you witnessed in your social groups—whether from family friends, teachers, or mentors. Were these messages empowering or limiting? Were you encouraged to dream big and create wealth, or did people focus on being content with what you had?</w:t>
      </w:r>
    </w:p>
    <w:p/>
    <w:p>
      <w:r>
        <w:t>This exercise will help you understand how your community and society have shaped your beliefs about money. It’s important to notice if there are any collective beliefs that you’ve adopted without questioning their validity. Once identified, these beliefs can be challenged and reframed.</w:t>
      </w:r>
    </w:p>
    <w:p/>
    <w:p>
      <w:r>
        <w:t>3. Tracing Personal Experiences with Money</w:t>
      </w:r>
    </w:p>
    <w:p>
      <w:r>
        <w:t>While your childhood and cultural influences play a significant role, personal experiences also shape your financial beliefs. Positive and negative events in your life can solidify the ideas you have about money—especially if they were emotional or life-altering moments.</w:t>
      </w:r>
    </w:p>
    <w:p>
      <w:r>
        <w:t>Exercise 3: Reflecting on Personal Financial Experiences</w:t>
      </w:r>
    </w:p>
    <w:p>
      <w:r>
        <w:t>Now, reflect on key financial moments in your life. These can be experiences of success, failure, or anything that had a significant emotional impact. Think about:</w:t>
      </w:r>
    </w:p>
    <w:p/>
    <w:p>
      <w:r>
        <w:t>Have you experienced financial trauma?</w:t>
        <w:br/>
        <w:t>For example, losing a job, going bankrupt, or dealing with overwhelming debt can cause deep emotional scars. These experiences often lead to beliefs such as “I’ll never be financially secure” or “Money is always unstable.” Reflect on any traumatic financial events and how they might have shaped your mindset.</w:t>
      </w:r>
    </w:p>
    <w:p/>
    <w:p/>
    <w:p>
      <w:r>
        <w:t>What were your emotions surrounding financial gains or losses?</w:t>
        <w:br/>
        <w:t>When you made your first significant purchase, paid off debt, or received a large windfall, how did you feel? Did you feel pride, relief, or perhaps guilt? These emotional responses can reveal limiting beliefs that are tied to feelings of worthiness or undeservingness.</w:t>
      </w:r>
    </w:p>
    <w:p/>
    <w:p/>
    <w:p>
      <w:r>
        <w:t>Have you ever had a financial setback?</w:t>
        <w:br/>
        <w:t>Think about times when financial setbacks occurred, such as bad investments or missed opportunities. Did these experiences lead you to form beliefs like “Investing is too risky” or “I’ll never succeed with money”? These setbacks can be powerful moments where limiting beliefs are formed.</w:t>
      </w:r>
    </w:p>
    <w:p/>
    <w:p>
      <w:r>
        <w:t>The goal of this exercise is to connect your personal financial history to the beliefs you hold today. Every financial experience, whether positive or negative, has contributed to your current mindset. Understanding these experiences and how they shaped your beliefs will help you challenge them more effectively.</w:t>
      </w:r>
    </w:p>
    <w:p/>
    <w:p>
      <w:r>
        <w:t>4. Identifying Key Messages and Themes</w:t>
      </w:r>
    </w:p>
    <w:p>
      <w:r>
        <w:t>After reflecting on your childhood, cultural influences, and personal experiences, the next step is to synthesize your findings and identify common messages or themes. These themes are the core beliefs that have shaped your financial outlook over the years.</w:t>
      </w:r>
    </w:p>
    <w:p>
      <w:r>
        <w:t>Exercise 4: Key Message Identification</w:t>
      </w:r>
    </w:p>
    <w:p>
      <w:r>
        <w:t>Take all the notes you’ve gathered and look for recurring themes. For example, did you notice a consistent belief in scarcity, such as “There’s never enough money” or “We have to work hard for every penny”? Alternatively, did you observe themes around the unworthiness of financial success or guilt about pursuing wealth?</w:t>
      </w:r>
    </w:p>
    <w:p>
      <w:r>
        <w:t>Make a list of the key messages that have stood out from the previous exercises. Then, ask yourself:</w:t>
      </w:r>
    </w:p>
    <w:p/>
    <w:p>
      <w:r>
        <w:t>Are these beliefs true?</w:t>
        <w:br/>
        <w:t>Challenge the validity of each belief. Do you have evidence that contradicts these beliefs? For example, “Money is scarce” might not hold up if you’ve had periods of financial abundance in your life.</w:t>
      </w:r>
    </w:p>
    <w:p/>
    <w:p/>
    <w:p>
      <w:r>
        <w:t>Do these beliefs align with my current goals?</w:t>
        <w:br/>
        <w:t>Reflect on whether these beliefs align with the life you want to create. If they don’t, it’s time to reframe them and adopt new, empowering beliefs.</w:t>
      </w:r>
    </w:p>
    <w:p/>
    <w:p/>
    <w:p>
      <w:r>
        <w:t>5. Bringing Awareness to Hidden Beliefs</w:t>
      </w:r>
    </w:p>
    <w:p>
      <w:r>
        <w:t>Many limiting beliefs operate at a subconscious level. They influence your decisions and actions without you even realizing it. To break free from these beliefs, you need to bring them into conscious awareness.</w:t>
      </w:r>
    </w:p>
    <w:p>
      <w:r>
        <w:t>Exercise 5: Bringing Awareness to Hidden Beliefs</w:t>
      </w:r>
    </w:p>
    <w:p>
      <w:r>
        <w:t>Start paying close attention to your financial decisions, particularly when you feel strong emotions or hesitation. Practice mindfulness around your money habits by asking yourself:</w:t>
      </w:r>
    </w:p>
    <w:p/>
    <w:p>
      <w:r>
        <w:t>What thoughts come up when I make financial decisions?</w:t>
        <w:br/>
        <w:t>Notice if any negative thoughts arise, such as “I can’t afford this” or “This is too risky.” These thoughts often point to a limiting belief in action.</w:t>
      </w:r>
    </w:p>
    <w:p/>
    <w:p/>
    <w:p>
      <w:r>
        <w:t>What emotions do I experience when I think about money?</w:t>
        <w:br/>
        <w:t>Feelings of anxiety, guilt, or shame may indicate a limiting belief at play. Recognize these emotions as signals to explore underlying beliefs.</w:t>
      </w:r>
    </w:p>
    <w:p/>
    <w:p/>
    <w:p>
      <w:r>
        <w:t>How can I reframe these thoughts to create a more empowering mindset?</w:t>
        <w:br/>
        <w:t>Practice shifting limiting thoughts to more empowering ones. For example, instead of thinking “I’m terrible with money,” reframe it to “I am learning to manage my finances better every day.”</w:t>
      </w:r>
    </w:p>
    <w:p/>
    <w:p>
      <w:r>
        <w:t>By observing your financial behaviors and thoughts, you can identify limiting beliefs in action and begin to replace them with healthier, more supportive beliefs.</w:t>
      </w:r>
    </w:p>
    <w:p/>
    <w:p>
      <w:r>
        <w:t>Conclusion</w:t>
      </w:r>
    </w:p>
    <w:p>
      <w:r>
        <w:t>Uncovering the root causes of your limiting beliefs is a transformative process. By reflecting on childhood experiences, cultural conditioning, and personal events, you can identify the subconscious beliefs that have been holding you back. Once you uncover these beliefs, you can begin to challenge their validity and replace them with empowering beliefs that support your financial goals.</w:t>
      </w:r>
    </w:p>
    <w:p>
      <w:r>
        <w:t>In the next section, we’ll explore mindfulness techniques to help you create awareness and actively challenge these limiting beliefs in real-time. By recognizing when they arise, you can break free from their influence and start making decisions that align with your financial aspirations.</w:t>
      </w:r>
    </w:p>
    <w:p/>
    <w:p>
      <w:r>
        <w:t>Creating Awareness: Noticing Limiting Beliefs in Action (1,000–1,200 words)</w:t>
      </w:r>
    </w:p>
    <w:p>
      <w:r>
        <w:t>Recognizing and acknowledging your limiting beliefs is an essential step in transforming your financial mindset. These beliefs often operate at a subconscious level, subtly influencing your behavior and decisions in ways you might not even be aware of. The first key to breaking free from them is awareness—specifically, the awareness of when and how these beliefs are impacting your thoughts, emotions, and actions related to money.</w:t>
      </w:r>
    </w:p>
    <w:p>
      <w:r>
        <w:t>The goal of this chapter is to introduce mindfulness techniques that will help you recognize limiting beliefs in action. Through mindfulness, you can begin to notice when these beliefs arise, understand their triggers, and take conscious steps to challenge them. The more aware you become of these beliefs, the easier it will be to shift them and replace them with empowering thoughts.</w:t>
      </w:r>
    </w:p>
    <w:p>
      <w:r>
        <w:t>The Power of Awareness</w:t>
      </w:r>
    </w:p>
    <w:p>
      <w:r>
        <w:t>Awareness is the foundation for personal growth and change. By simply bringing something into conscious awareness, you immediately gain the power to transform it. When it comes to limiting beliefs about money, being aware of their existence is the first step toward liberating yourself from their grip.</w:t>
      </w:r>
    </w:p>
    <w:p>
      <w:r>
        <w:t>Here are a few key reasons why awareness is so powerful:</w:t>
      </w:r>
    </w:p>
    <w:p>
      <w:r>
        <w:t>Understanding Triggers: By becoming aware of the situations or emotions that trigger your limiting beliefs, you can anticipate them and manage your reactions more effectively.</w:t>
      </w:r>
    </w:p>
    <w:p>
      <w:r>
        <w:t>Creating Space for Change: Awareness helps create mental space to consciously choose a new response, one that aligns with your goals and values.</w:t>
      </w:r>
    </w:p>
    <w:p>
      <w:r>
        <w:t>Breaking the Cycle of Reactivity: Often, limiting beliefs cause knee-jerk reactions that sabotage our financial progress. Mindfulness allows us to break this automatic cycle and make more intentional choices.</w:t>
      </w:r>
    </w:p>
    <w:p>
      <w:r>
        <w:t>The Role of Mindfulness in Financial Transformation</w:t>
      </w:r>
    </w:p>
    <w:p>
      <w:r>
        <w:t>Mindfulness is the practice of being present and fully engaged with your thoughts, feelings, and environment in the current moment. When you apply mindfulness to your financial life, you become more attuned to your automatic thoughts and reactions regarding money.</w:t>
      </w:r>
    </w:p>
    <w:p>
      <w:r>
        <w:t>Mindfulness can help you:</w:t>
      </w:r>
    </w:p>
    <w:p>
      <w:r>
        <w:t>Observe your thoughts without judgment or attachment.</w:t>
      </w:r>
    </w:p>
    <w:p>
      <w:r>
        <w:t>Identify automatic patterns that are influenced by limiting beliefs.</w:t>
      </w:r>
    </w:p>
    <w:p>
      <w:r>
        <w:t>Create space between stimulus and response, allowing you to choose a more empowering action.</w:t>
      </w:r>
    </w:p>
    <w:p>
      <w:r>
        <w:t>By cultivating mindfulness, you can begin to notice when limiting beliefs are affecting your financial behavior, whether you're managing a budget, making an investment decision, or dealing with financial stress.</w:t>
      </w:r>
    </w:p>
    <w:p>
      <w:r>
        <w:t>Mindfulness Techniques to Notice Limiting Beliefs in Action</w:t>
      </w:r>
    </w:p>
    <w:p>
      <w:r>
        <w:t>Let’s dive into specific mindfulness techniques that you can use to bring awareness to your limiting beliefs. These exercises will help you recognize when these beliefs show up and give you the tools to challenge them in real-time.</w:t>
      </w:r>
    </w:p>
    <w:p>
      <w:r>
        <w:t>1. The Body Scan: Listening to Your Body's Response</w:t>
      </w:r>
    </w:p>
    <w:p>
      <w:r>
        <w:t>Limiting beliefs often manifest physically before they become conscious thoughts. Stress, anxiety, and discomfort are common physical responses to financial decision-making, especially if there’s an underlying limiting belief at play.</w:t>
      </w:r>
    </w:p>
    <w:p>
      <w:r>
        <w:t>Exercise 1: The Body Scan</w:t>
      </w:r>
    </w:p>
    <w:p>
      <w:r>
        <w:t>Find a quiet space where you can sit comfortably for 10-15 minutes without distractions.</w:t>
      </w:r>
    </w:p>
    <w:p>
      <w:r>
        <w:t>Close your eyes and take a few deep breaths to center yourself.</w:t>
      </w:r>
    </w:p>
    <w:p>
      <w:r>
        <w:t>Focus on your body from head to toe. Notice any sensations that arise—tightness in your chest, tension in your shoulders, or discomfort in your stomach. These physical sensations often signal an emotional response to a situation.</w:t>
      </w:r>
    </w:p>
    <w:p>
      <w:r>
        <w:t>Ask yourself: What financial thought or situation am I responding to in this moment? For example, do you feel anxious when you think about paying bills? Does the thought of checking your bank balance make you feel uneasy or tense? Write down your observations.</w:t>
      </w:r>
    </w:p>
    <w:p>
      <w:r>
        <w:t>Notice any patterns: Do certain financial activities trigger specific physical responses? Do you feel stress when thinking about saving, spending, or investing? These physical cues can help you identify when limiting beliefs are active.</w:t>
      </w:r>
    </w:p>
    <w:p>
      <w:r>
        <w:t>By practicing the body scan regularly, you’ll start to identify when your body is reacting to limiting beliefs, giving you the opportunity to pause and reflect before reacting impulsively.</w:t>
      </w:r>
    </w:p>
    <w:p/>
    <w:p>
      <w:r>
        <w:t>2. Thought Awareness: Observing Your Financial Thoughts</w:t>
      </w:r>
    </w:p>
    <w:p>
      <w:r>
        <w:t>Limiting beliefs often show up as automatic, self-critical, or fearful thoughts that govern our financial decisions. By observing these thoughts without judgment, you can begin to detach from them and see them for what they are—unhelpful mental patterns rather than truths.</w:t>
      </w:r>
    </w:p>
    <w:p>
      <w:r>
        <w:t>Exercise 2: Thought Awareness Practice</w:t>
      </w:r>
    </w:p>
    <w:p>
      <w:r>
        <w:t>Over the next few days, pay close attention to your thoughts related to money. Start by noticing your thoughts during key financial moments, such as:</w:t>
      </w:r>
    </w:p>
    <w:p>
      <w:r>
        <w:t>Looking at your bank account balance</w:t>
      </w:r>
    </w:p>
    <w:p>
      <w:r>
        <w:t>Deciding whether to make a purchase</w:t>
      </w:r>
    </w:p>
    <w:p>
      <w:r>
        <w:t>Setting a financial goal or budget</w:t>
      </w:r>
    </w:p>
    <w:p>
      <w:r>
        <w:t>Write down your thoughts as they come up. For example, you might think, “I’ll never have enough money to save” or “I don’t deserve to enjoy luxury.”</w:t>
      </w:r>
    </w:p>
    <w:p>
      <w:r>
        <w:t>Ask yourself these questions:</w:t>
      </w:r>
    </w:p>
    <w:p>
      <w:r>
        <w:t>Are these thoughts rooted in reality? Are they based on actual evidence or assumptions?</w:t>
      </w:r>
    </w:p>
    <w:p>
      <w:r>
        <w:t>Where did these beliefs come from? Are they from childhood, societal influences, or personal experiences?</w:t>
      </w:r>
    </w:p>
    <w:p>
      <w:r>
        <w:t>How do these thoughts make me feel emotionally? How do they impact my financial actions?</w:t>
      </w:r>
    </w:p>
    <w:p>
      <w:r>
        <w:t>Challenge the thought: Once you identify a limiting thought, consciously reframe it. For example, instead of thinking, “I’ll never get ahead,” try thinking, “I am capable of learning how to manage money effectively, and I will get better with time.”</w:t>
      </w:r>
    </w:p>
    <w:p>
      <w:r>
        <w:t>This exercise will help you become more aware of the thoughts that govern your financial decisions. By noticing these thoughts, you can take conscious action to change them, leading to better financial outcomes.</w:t>
      </w:r>
    </w:p>
    <w:p/>
    <w:p>
      <w:r>
        <w:t>3. Emotional Awareness: Identifying the Link Between Feelings and Beliefs</w:t>
      </w:r>
    </w:p>
    <w:p>
      <w:r>
        <w:t>Our emotions are powerful indicators of our beliefs. When we feel anxious, frustrated, or guilty about money, it’s often a sign that we have limiting beliefs that are influencing our behavior. Emotional awareness can help you identify when your financial decisions are being guided by fear or scarcity.</w:t>
      </w:r>
    </w:p>
    <w:p>
      <w:r>
        <w:t>Exercise 3: Emotional Awareness Journaling</w:t>
      </w:r>
    </w:p>
    <w:p>
      <w:r>
        <w:t>Throughout the day, observe your emotions as you interact with money. When do you feel tense, fearful, or uncomfortable? When do you feel confident, calm, or excited?</w:t>
      </w:r>
    </w:p>
    <w:p>
      <w:r>
        <w:t>Write down your emotions as they relate to specific financial situations. For example, you might feel anxious when making a large purchase or excited when you receive a paycheck.</w:t>
      </w:r>
    </w:p>
    <w:p>
      <w:r>
        <w:t>Identify the connection between your emotions and your limiting beliefs. For example, if you feel guilty when spending money on yourself, it may be tied to a belief that “I don’t deserve to spend money on myself.” If you feel anxious about saving, it may be because you believe that money is scarce or hard to come by.</w:t>
      </w:r>
    </w:p>
    <w:p>
      <w:r>
        <w:t>Reframe the emotional belief: When you identify a negative emotional belief, consciously challenge it. For example, instead of feeling guilty about spending on yourself, remind yourself that investing in your well-being is an important part of self-care and personal growth.</w:t>
      </w:r>
    </w:p>
    <w:p>
      <w:r>
        <w:t>By becoming emotionally aware, you can start to separate your true feelings from the limiting beliefs that cause unnecessary stress or guilt. This emotional awareness will empower you to make financial decisions that align with your long-term goals.</w:t>
      </w:r>
    </w:p>
    <w:p/>
    <w:p>
      <w:r>
        <w:t>4. Mindful Spending: Being Present in Your Financial Decisions</w:t>
      </w:r>
    </w:p>
    <w:p>
      <w:r>
        <w:t>Mindfulness can also be applied to your spending habits. Often, limiting beliefs lead to automatic, impulsive spending decisions that are not in line with your values or financial goals. Mindful spending involves pausing and being present with each purchasing decision, allowing you to make intentional choices that reflect your true desires and values.</w:t>
      </w:r>
    </w:p>
    <w:p>
      <w:r>
        <w:t>Exercise 4: Mindful Spending Practice</w:t>
      </w:r>
    </w:p>
    <w:p>
      <w:r>
        <w:t>Before making a purchase, pause for a moment. Take a few deep breaths to ground yourself in the present moment.</w:t>
      </w:r>
    </w:p>
    <w:p>
      <w:r>
        <w:t>Ask yourself: Is this purchase aligned with my financial goals? Does it bring me true value or happiness? Am I buying this out of habit, fear, or emotional desire?</w:t>
      </w:r>
    </w:p>
    <w:p>
      <w:r>
        <w:t>Reflect on your decision: After making a purchase, take a moment to reflect on how it made you feel. Did you feel empowered, calm, and in control, or did you feel anxious, guilty, or impulsive?</w:t>
      </w:r>
    </w:p>
    <w:p>
      <w:r>
        <w:t>Journal your experience: Write down your reflections and notice any patterns of behavior that suggest a limiting belief is at play. For example, if you often buy things impulsively when feeling stressed, it may be linked to a belief about scarcity or the need to compensate for emotional discomfort.</w:t>
      </w:r>
    </w:p>
    <w:p>
      <w:r>
        <w:t>By practicing mindful spending, you’ll begin to notice when you’re making purchases based on limiting beliefs, rather than conscious choices that align with your values and goals.</w:t>
      </w:r>
    </w:p>
    <w:p/>
    <w:p>
      <w:r>
        <w:t>Conclusion</w:t>
      </w:r>
    </w:p>
    <w:p>
      <w:r>
        <w:t>Awareness is the first step toward financial transformation. Through mindfulness, you can begin to recognize when limiting beliefs are influencing your financial thoughts, emotions, and behaviors. By practicing mindfulness techniques such as body scanning, thought awareness, emotional awareness, and mindful spending, you can identify these beliefs in action and create a conscious shift toward healthier financial habits.</w:t>
      </w:r>
    </w:p>
    <w:p>
      <w:r>
        <w:t>As you develop this awareness, you will also develop the ability to challenge these beliefs and replace them with more empowering narratives. The more you practice mindfulness, the easier it will become to catch limiting beliefs before they have a chance to derail your financial progress. Your financial journey is about becoming empowered, present, and intentional in every decision you make.</w:t>
      </w:r>
    </w:p>
    <w:p/>
    <w:p/>
    <w:p/>
    <w:p/>
    <w:p>
      <w:r>
        <w:t>Checklist of Common Money Beliefs (500 words)</w:t>
      </w:r>
    </w:p>
    <w:p>
      <w:r>
        <w:t>To help you pinpoint your own financial blocks, it’s essential to have a diagnostic tool that encourages self-reflection. Below is a checklist of common money beliefs that many people hold, either consciously or subconsciously. These beliefs can be either empowering or limiting, and understanding where you stand is the first step toward transforming your financial mindset.</w:t>
      </w:r>
    </w:p>
    <w:p>
      <w:r>
        <w:t>Take a moment to reflect on each statement and note how it resonates with you. Use this checklist to identify any beliefs that might be holding you back from achieving your financial goals.</w:t>
      </w:r>
    </w:p>
    <w:p/>
    <w:p>
      <w:r>
        <w:t>Common Limiting Money Beliefs</w:t>
      </w:r>
    </w:p>
    <w:p/>
    <w:p>
      <w:r>
        <w:t>Money is the root of all evil.</w:t>
      </w:r>
    </w:p>
    <w:p/>
    <w:p>
      <w:r>
        <w:t>Do you believe that money is inherently bad or that wealth leads to corruption and greed? This belief can create an unconscious resistance to wealth accumulation and may make you feel guilty about pursuing financial success.</w:t>
      </w:r>
    </w:p>
    <w:p/>
    <w:p>
      <w:r>
        <w:t>I’ll never be financially secure.</w:t>
      </w:r>
    </w:p>
    <w:p/>
    <w:p>
      <w:r>
        <w:t>Do you often feel that no matter what you do, you’ll never achieve true financial stability? This belief can create a sense of hopelessness and prevent you from taking the necessary steps to improve your financial situation.</w:t>
      </w:r>
    </w:p>
    <w:p/>
    <w:p>
      <w:r>
        <w:t>Money doesn’t grow on trees.</w:t>
      </w:r>
    </w:p>
    <w:p/>
    <w:p>
      <w:r>
        <w:t>Do you believe that money is scarce or hard to come by? This scarcity mindset can prevent you from seeing the abundant opportunities that exist for creating wealth.</w:t>
      </w:r>
    </w:p>
    <w:p/>
    <w:p>
      <w:r>
        <w:t>I’m not good with money.</w:t>
      </w:r>
    </w:p>
    <w:p/>
    <w:p>
      <w:r>
        <w:t>Have you internalized the belief that you are incapable of managing money effectively? This belief can create a self-fulfilling prophecy, where you avoid managing your finances or taking control of your financial future.</w:t>
      </w:r>
    </w:p>
    <w:p/>
    <w:p>
      <w:r>
        <w:t>Rich people are greedy or corrupt.</w:t>
      </w:r>
    </w:p>
    <w:p/>
    <w:p>
      <w:r>
        <w:t>Do you feel uncomfortable or even judgmental about wealthy individuals? This belief can stem from societal messages about wealth, creating a negative association with financial success.</w:t>
      </w:r>
    </w:p>
    <w:p/>
    <w:p>
      <w:r>
        <w:t>I don’t deserve to be wealthy.</w:t>
      </w:r>
    </w:p>
    <w:p/>
    <w:p>
      <w:r>
        <w:t>Do you feel unworthy of financial abundance or success? This belief can prevent you from pursuing opportunities that could lead to financial growth, as you might feel that you don’t deserve the rewards.</w:t>
      </w:r>
    </w:p>
    <w:p/>
    <w:p>
      <w:r>
        <w:t>It’s better to play it safe than to take risks.</w:t>
      </w:r>
    </w:p>
    <w:p/>
    <w:p>
      <w:r>
        <w:t>Do you avoid financial risks, even when they could lead to significant rewards, because you believe that taking risks is inherently dangerous or irresponsible? This belief can prevent you from exploring investment opportunities or entrepreneurial ventures.</w:t>
      </w:r>
    </w:p>
    <w:p/>
    <w:p>
      <w:r>
        <w:t>I must work hard for every penny.</w:t>
      </w:r>
    </w:p>
    <w:p/>
    <w:p>
      <w:r>
        <w:t>Do you believe that money is only earned through hard, grueling work? This belief can create burnout and exhaustion, as you may overwork yourself without seeing the financial results you desire.</w:t>
      </w:r>
    </w:p>
    <w:p/>
    <w:p>
      <w:r>
        <w:t>We’re just not the kind of people who get rich.</w:t>
      </w:r>
    </w:p>
    <w:p/>
    <w:p>
      <w:r>
        <w:t>Do you feel that wealth is reserved for certain people or families, but not for you? This belief can limit your aspirations and hold you back from pursuing financial success.</w:t>
      </w:r>
    </w:p>
    <w:p/>
    <w:p>
      <w:r>
        <w:t>If I make more money, people will expect more from me.</w:t>
      </w:r>
    </w:p>
    <w:p/>
    <w:p>
      <w:r>
        <w:t>Are you afraid that achieving financial success will bring higher expectations or more responsibility than you’re willing to take on? This belief can lead to a subconscious fear of success, preventing you from fully embracing opportunities for growth.</w:t>
      </w:r>
    </w:p>
    <w:p/>
    <w:p>
      <w:r>
        <w:t>Instructions for Using the Checklist</w:t>
      </w:r>
    </w:p>
    <w:p/>
    <w:p>
      <w:r>
        <w:t>Reflect: Go through each belief and reflect on whether you resonate with it. Be honest with yourself—these beliefs often reside in the subconscious and may not be immediately obvious.</w:t>
      </w:r>
    </w:p>
    <w:p/>
    <w:p/>
    <w:p>
      <w:r>
        <w:t>Rate Your Agreement: For each belief, rate your agreement on a scale from 1 to 5:</w:t>
      </w:r>
    </w:p>
    <w:p/>
    <w:p>
      <w:r>
        <w:t>1 = Strongly Disagree</w:t>
      </w:r>
    </w:p>
    <w:p>
      <w:r>
        <w:t>2 = Disagree</w:t>
      </w:r>
    </w:p>
    <w:p>
      <w:r>
        <w:t>3 = Neutral</w:t>
      </w:r>
    </w:p>
    <w:p>
      <w:r>
        <w:t>4 = Agree</w:t>
      </w:r>
    </w:p>
    <w:p>
      <w:r>
        <w:t>5 = Strongly Agree</w:t>
      </w:r>
    </w:p>
    <w:p/>
    <w:p>
      <w:r>
        <w:t>Identify Patterns: After completing the checklist, review the statements you agree with the most. These beliefs are likely having a significant impact on your financial behavior and decision-making.</w:t>
      </w:r>
    </w:p>
    <w:p/>
    <w:p/>
    <w:p>
      <w:r>
        <w:t>Reframe the Limiting Beliefs: Once you’ve identified your limiting beliefs, it’s time to challenge them. Ask yourself:</w:t>
      </w:r>
    </w:p>
    <w:p/>
    <w:p>
      <w:r>
        <w:t>Is this belief truly valid, or is it something I’ve learned or adopted over time?</w:t>
      </w:r>
    </w:p>
    <w:p>
      <w:r>
        <w:t>How can I reframe this belief in a way that empowers me to achieve financial success?</w:t>
      </w:r>
    </w:p>
    <w:p>
      <w:r>
        <w:t>What would my life look like if I no longer believed this?</w:t>
      </w:r>
    </w:p>
    <w:p>
      <w:r>
        <w:t>By using this checklist, you can begin to identify the limiting beliefs that are preventing you from reaching your financial potential. Awareness is the first step in changing these beliefs, and the process of reframing them will help you develop a healthier, more positive relationship with money.</w:t>
      </w:r>
    </w:p>
    <w:p/>
    <w:p>
      <w:r>
        <w:t>Conclusion</w:t>
      </w:r>
    </w:p>
    <w:p>
      <w:r>
        <w:t>This checklist serves as a diagnostic tool to help you identify the personal money blocks that might be preventing you from achieving financial success. By becoming aware of these limiting beliefs, you’re taking the first step toward breaking free from their grip and transforming your financial mindset. Once you’ve identified your limiting beliefs, you can start the work of reframing them into empowering, growth-oriented beliefs that will support your financial goals.</w:t>
      </w:r>
    </w:p>
    <w:p/>
    <w:p/>
    <w:p>
      <w:r>
        <w:br w:type="page"/>
      </w:r>
    </w:p>
    <w:p>
      <w:r>
        <w:t>Chapter 4: Reframing Your Money Mindset</w:t>
      </w:r>
    </w:p>
    <w:p>
      <w:r>
        <w:t>Reframing your money mindset is one of the most powerful tools for transforming your financial life. The way you think about money shapes your actions, influences your behavior, and ultimately determines your financial future. If your beliefs about money are limiting or negative, they can act as barriers to wealth and financial success. However, by learning to challenge and reframe these beliefs, you can unlock your true financial potential.</w:t>
      </w:r>
    </w:p>
    <w:p>
      <w:r>
        <w:t>This chapter focuses on how to reframe your money mindset by addressing the false beliefs that may have been holding you back. Through cognitive reframing techniques, you will learn how to question, dismantle, and replace these harmful beliefs with empowering ones that foster growth, abundance, and financial freedom.</w:t>
      </w:r>
    </w:p>
    <w:p>
      <w:r>
        <w:t>Challenging False Beliefs: Cognitive Reframing Techniques</w:t>
      </w:r>
    </w:p>
    <w:p>
      <w:r>
        <w:t>Cognitive reframing is a powerful psychological technique that allows you to change the way you perceive a situation, belief, or experience. It involves identifying negative thought patterns and replacing them with healthier, more balanced perspectives. The process of reframing is about shifting your mindset from one of limitation to one of possibility, from scarcity to abundance.</w:t>
      </w:r>
    </w:p>
    <w:p>
      <w:r>
        <w:t>In this section, we will explore how cognitive reframing can help you challenge and transform your money beliefs.</w:t>
      </w:r>
    </w:p>
    <w:p>
      <w:r>
        <w:t>Understanding the Power of Beliefs</w:t>
      </w:r>
    </w:p>
    <w:p>
      <w:r>
        <w:t>Before we dive into the techniques of reframing, it's important to understand the impact that beliefs have on your life. Beliefs are the filters through which you view the world. They shape how you perceive your abilities, opportunities, and the actions you take. Beliefs about money are particularly powerful because they affect how you earn, save, spend, and invest.</w:t>
      </w:r>
    </w:p>
    <w:p>
      <w:r>
        <w:t>For example, if you believe that “Money doesn’t grow on trees,” you may limit yourself by feeling like money is scarce and hard to come by. You may avoid taking financial risks, fail to ask for raises, or miss opportunities to invest. On the other hand, if you believe that “There is an abundance of wealth in the world, and I can tap into it,” you will likely be more open to opportunities, take risks, and be more proactive in creating financial success.</w:t>
      </w:r>
    </w:p>
    <w:p>
      <w:r>
        <w:t>By recognizing and challenging these limiting beliefs, you can start to reprogram your mind for financial success.</w:t>
      </w:r>
    </w:p>
    <w:p>
      <w:r>
        <w:t>Step 1: Identifying Limiting Beliefs</w:t>
      </w:r>
    </w:p>
    <w:p>
      <w:r>
        <w:t>The first step in the reframing process is identifying the limiting beliefs you hold about money. These beliefs can be deeply ingrained and subconscious, which is why they often go unnoticed. However, once you become aware of them, you can begin the process of challenging them.</w:t>
      </w:r>
    </w:p>
    <w:p>
      <w:r>
        <w:t>Start by reflecting on your financial habits and thought patterns. Are there certain beliefs that keep you stuck in a cycle of financial stress or insecurity? Do you find yourself thinking things like:</w:t>
      </w:r>
    </w:p>
    <w:p>
      <w:r>
        <w:t>“I’ll never be able to save enough for retirement.”</w:t>
      </w:r>
    </w:p>
    <w:p>
      <w:r>
        <w:t>“I don’t deserve to have money.”</w:t>
      </w:r>
    </w:p>
    <w:p>
      <w:r>
        <w:t>“Money is the root of all evil.”</w:t>
      </w:r>
    </w:p>
    <w:p>
      <w:r>
        <w:t>These thoughts are often linked to underlying beliefs that need to be challenged. Write them down and examine them carefully. Ask yourself:</w:t>
      </w:r>
    </w:p>
    <w:p>
      <w:r>
        <w:t>Where did this belief come from?</w:t>
      </w:r>
    </w:p>
    <w:p>
      <w:r>
        <w:t>Is it based on past experiences or societal conditioning?</w:t>
      </w:r>
    </w:p>
    <w:p>
      <w:r>
        <w:t>Is this belief helping or hindering my financial goals?</w:t>
      </w:r>
    </w:p>
    <w:p>
      <w:r>
        <w:t>Once you identify the limiting beliefs, you can begin the work of reframing them.</w:t>
      </w:r>
    </w:p>
    <w:p>
      <w:r>
        <w:t>Step 2: Questioning the Belief</w:t>
      </w:r>
    </w:p>
    <w:p>
      <w:r>
        <w:t>Cognitive reframing begins with questioning the validity of your beliefs. Often, we accept beliefs as truths without ever challenging them. By asking probing questions, you can start to see these beliefs for what they are: false assumptions that no longer serve you.</w:t>
      </w:r>
    </w:p>
    <w:p>
      <w:r>
        <w:t>Here are some questions you can ask yourself to challenge your limiting beliefs:</w:t>
      </w:r>
    </w:p>
    <w:p/>
    <w:p>
      <w:r>
        <w:t>Is this belief really true?</w:t>
        <w:br/>
        <w:t>Challenge the evidence behind the belief. For example, if you believe that “I’ll never get ahead financially,” ask yourself: What evidence do I have that contradicts this belief? Perhaps you’ve had moments of financial success in the past, or maybe you’ve successfully navigated financial challenges before.</w:t>
      </w:r>
    </w:p>
    <w:p/>
    <w:p/>
    <w:p>
      <w:r>
        <w:t>What would happen if I didn’t believe this?</w:t>
        <w:br/>
        <w:t>Imagine what your life would look like if you no longer held this limiting belief. For example, if you stopped believing that “Money is hard to come by,” how would your behavior change? Would you be more open to opportunities, ask for a raise, or pursue investments? This exercise helps you see the potential for growth that exists once the limiting belief is removed.</w:t>
      </w:r>
    </w:p>
    <w:p/>
    <w:p/>
    <w:p>
      <w:r>
        <w:t>Is this belief based on facts, or is it based on assumptions?</w:t>
        <w:br/>
        <w:t>Many of our beliefs about money are based on assumptions rather than facts. For example, the belief that “I’m terrible with money” may stem from a past financial mistake, but it doesn’t define your ability to manage money today. Challenge whether this belief is grounded in objective reality or if it’s just an assumption you’ve carried with you.</w:t>
      </w:r>
    </w:p>
    <w:p/>
    <w:p>
      <w:r>
        <w:t>Step 3: Replacing Limiting Beliefs with Empowering Ones</w:t>
      </w:r>
    </w:p>
    <w:p>
      <w:r>
        <w:t>Once you’ve questioned the validity of your limiting beliefs, the next step is to replace them with empowering beliefs that support your financial growth. This is the heart of cognitive reframing—transforming your mindset from one of limitation to one of possibility.</w:t>
      </w:r>
    </w:p>
    <w:p>
      <w:r>
        <w:t>Here are some examples of how you can reframe limiting beliefs:</w:t>
      </w:r>
    </w:p>
    <w:p/>
    <w:p>
      <w:r>
        <w:t>Limiting Belief: “I’ll never be able to save enough for retirement.”</w:t>
        <w:br/>
        <w:t>Reframed Belief: “I can take small, consistent steps toward saving for retirement, and I will see progress over time.”</w:t>
      </w:r>
    </w:p>
    <w:p/>
    <w:p/>
    <w:p>
      <w:r>
        <w:t>Limiting Belief: “I don’t deserve to have money.”</w:t>
        <w:br/>
        <w:t>Reframed Belief: “I am worthy of financial success, and I am capable of managing wealth responsibly.”</w:t>
      </w:r>
    </w:p>
    <w:p/>
    <w:p/>
    <w:p>
      <w:r>
        <w:t>Limiting Belief: “Money is the root of all evil.”</w:t>
        <w:br/>
        <w:t>Reframed Belief: “Money is a tool that can be used for good. It allows me to create positive change in my life and the lives of others.”</w:t>
      </w:r>
    </w:p>
    <w:p/>
    <w:p>
      <w:r>
        <w:t>When reframing your beliefs, it’s important to make them specific, positive, and actionable. Avoid vague or generalized affirmations. Instead of saying, “I am financially successful,” reframe it to say, “I am taking intentional steps every day to improve my financial situation, and I am confident that I will achieve financial stability.”</w:t>
      </w:r>
    </w:p>
    <w:p/>
    <w:p>
      <w:r>
        <w:t>Techniques for Reframing Your Money Mindset</w:t>
      </w:r>
    </w:p>
    <w:p>
      <w:r>
        <w:t>In addition to questioning and replacing limiting beliefs, there are several techniques that can help reinforce your new mindset. These techniques will support your efforts in shifting from a scarcity mindset to one of abundance.</w:t>
      </w:r>
    </w:p>
    <w:p>
      <w:r>
        <w:t>1. Affirmations: Rewiring Your Subconscious Mind</w:t>
      </w:r>
    </w:p>
    <w:p>
      <w:r>
        <w:t>Affirmations are positive statements that help you rewire your subconscious mind. By repeating these affirmations daily, you begin to replace limiting beliefs with empowering ones.</w:t>
      </w:r>
    </w:p>
    <w:p>
      <w:r>
        <w:t>How to Use Affirmations:</w:t>
      </w:r>
    </w:p>
    <w:p>
      <w:r>
        <w:t>Write down 3-5 affirmations that challenge your limiting beliefs and support your financial goals.</w:t>
      </w:r>
    </w:p>
    <w:p>
      <w:r>
        <w:t>Repeat these affirmations aloud each morning and before bed.</w:t>
      </w:r>
    </w:p>
    <w:p>
      <w:r>
        <w:t>Visualize yourself living in alignment with these beliefs, such as seeing yourself confidently managing your finances or building wealth over time.</w:t>
      </w:r>
    </w:p>
    <w:p>
      <w:r>
        <w:t>For example:</w:t>
      </w:r>
    </w:p>
    <w:p>
      <w:r>
        <w:t>“I am capable of creating financial abundance.”</w:t>
      </w:r>
    </w:p>
    <w:p>
      <w:r>
        <w:t>“Money flows to me easily and effortlessly.”</w:t>
      </w:r>
    </w:p>
    <w:p>
      <w:r>
        <w:t>“I am worthy of financial freedom and security.”</w:t>
      </w:r>
    </w:p>
    <w:p>
      <w:r>
        <w:t>2. Visualization: Creating a Mental Picture of Financial Success</w:t>
      </w:r>
    </w:p>
    <w:p>
      <w:r>
        <w:t>Visualization is a powerful technique used by successful people to achieve their goals. By creating a vivid mental picture of your financial success, you train your mind to recognize opportunities and take actions that align with your goals.</w:t>
      </w:r>
    </w:p>
    <w:p>
      <w:r>
        <w:t>How to Use Visualization:</w:t>
      </w:r>
    </w:p>
    <w:p>
      <w:r>
        <w:t>Close your eyes and imagine yourself living your ideal financial life. See yourself with a healthy bank account, feeling secure and confident about your finances.</w:t>
      </w:r>
    </w:p>
    <w:p>
      <w:r>
        <w:t>Imagine the positive emotions you would feel in this scenario—pride, relief, joy, or freedom.</w:t>
      </w:r>
    </w:p>
    <w:p>
      <w:r>
        <w:t>Visualize yourself taking specific actions to reach this goal, such as budgeting, saving, investing, or negotiating your salary.</w:t>
      </w:r>
    </w:p>
    <w:p>
      <w:r>
        <w:t>Practice this visualization daily to reinforce your belief that financial success is within reach.</w:t>
      </w:r>
    </w:p>
    <w:p>
      <w:r>
        <w:t>3. Action Steps: Taking Intentional Financial Actions</w:t>
      </w:r>
    </w:p>
    <w:p>
      <w:r>
        <w:t>Reframing your mindset also requires taking intentional actions that align with your new beliefs. Action is the key to turning your new mindset into reality.</w:t>
      </w:r>
    </w:p>
    <w:p>
      <w:r>
        <w:t>Action Steps to Reinforce Your New Belief:</w:t>
      </w:r>
    </w:p>
    <w:p>
      <w:r>
        <w:t>Start by setting clear financial goals, both short-term and long-term.</w:t>
      </w:r>
    </w:p>
    <w:p>
      <w:r>
        <w:t>Create a budget or savings plan that reflects your new mindset of abundance.</w:t>
      </w:r>
    </w:p>
    <w:p>
      <w:r>
        <w:t>Take small, consistent steps to improve your financial situation, such as setting up automatic savings or investing in your education.</w:t>
      </w:r>
    </w:p>
    <w:p>
      <w:r>
        <w:t>Regularly review your progress and celebrate small wins along the way.</w:t>
      </w:r>
    </w:p>
    <w:p>
      <w:r>
        <w:t>By taking deliberate actions, you reinforce the new beliefs you are adopting and make them a reality in your financial life.</w:t>
      </w:r>
    </w:p>
    <w:p/>
    <w:p>
      <w:r>
        <w:t>Conclusion</w:t>
      </w:r>
    </w:p>
    <w:p>
      <w:r>
        <w:t>Challenging and reframing your money mindset is a powerful process that can help you overcome the limiting beliefs that have been holding you back. By questioning your false beliefs, replacing them with empowering ones, and taking intentional action, you can create a new financial reality for yourself—one that is abundant, empowering, and filled with possibilities.</w:t>
      </w:r>
    </w:p>
    <w:p>
      <w:r>
        <w:t>In the next section, we’ll explore the power of affirmations and visualization in greater detail, providing you with additional tools to reinforce your new mindset and achieve financial success.</w:t>
      </w:r>
    </w:p>
    <w:p>
      <w:r>
        <w:t>The Power of Affirmations: Crafting and Using Them Effectively</w:t>
      </w:r>
    </w:p>
    <w:p>
      <w:r>
        <w:t>Affirmations are one of the most powerful tools you can use to transform your mindset, especially when it comes to your relationship with money. They are positive, empowering statements that help reprogram your subconscious mind, replacing negative thought patterns with constructive and growth-oriented beliefs. By consistently using affirmations, you can begin to shift your financial mindset, break free from limiting beliefs, and unlock the path to financial success.</w:t>
      </w:r>
    </w:p>
    <w:p>
      <w:r>
        <w:t>In this section, we will explore the power of affirmations in detail. We’ll discuss why they work, how to craft effective affirmations, and provide guidance on how to use them to create lasting change in your financial life.</w:t>
      </w:r>
    </w:p>
    <w:p/>
    <w:p>
      <w:r>
        <w:t>Why Affirmations Work</w:t>
      </w:r>
    </w:p>
    <w:p>
      <w:r>
        <w:t>At the core of every affirmation is the idea that your thoughts influence your actions, which in turn create your reality. The concept of affirmations is rooted in the principle that the subconscious mind holds powerful sway over your behavior. Often, the beliefs you hold about yourself, your money, and your worth are formed in childhood and reinforced through societal conditioning. These beliefs often operate on an automatic level, dictating how you manage finances, view opportunities, and approach wealth.</w:t>
      </w:r>
    </w:p>
    <w:p>
      <w:r>
        <w:t>Affirmations work by interrupting these automatic thought patterns and replacing them with new, empowering beliefs. Here's why affirmations are so effective:</w:t>
      </w:r>
    </w:p>
    <w:p>
      <w:r>
        <w:t>Subconscious Reprogramming: The subconscious mind doesn’t distinguish between positive and negative thoughts; it simply accepts whatever beliefs you feed it. Repeating positive affirmations over time helps to overwrite old, limiting beliefs with new, empowering ones.</w:t>
      </w:r>
    </w:p>
    <w:p>
      <w:r>
        <w:t>Consistency: Just like any habit, the more you practice affirmations, the more they become ingrained in your daily life. Consistent repetition helps solidify new mental patterns, reinforcing a positive financial mindset.</w:t>
      </w:r>
    </w:p>
    <w:p>
      <w:r>
        <w:t>Emotional Alignment: Affirmations help you connect your mental beliefs with your emotional energy. The emotional impact of affirmations boosts their power, enabling you to align both your thoughts and feelings with your financial goals.</w:t>
      </w:r>
    </w:p>
    <w:p/>
    <w:p>
      <w:r>
        <w:t>How to Craft Effective Affirmations</w:t>
      </w:r>
    </w:p>
    <w:p>
      <w:r>
        <w:t>Not all affirmations are created equal. The key to crafting effective affirmations is making sure they are clear, specific, and emotionally resonant. Let’s explore how to craft affirmations that will have the greatest impact on your financial transformation.</w:t>
      </w:r>
    </w:p>
    <w:p>
      <w:r>
        <w:t>1. Use Present-Tense Language</w:t>
      </w:r>
    </w:p>
    <w:p>
      <w:r>
        <w:t>The subconscious mind is most responsive to statements that are framed in the present tense. Even if you haven’t yet achieved the desired outcome, the use of the present tense signals to your brain that this reality is already true for you.</w:t>
      </w:r>
    </w:p>
    <w:p>
      <w:r>
        <w:t>Example:</w:t>
      </w:r>
    </w:p>
    <w:p>
      <w:r>
        <w:t>Limiting belief: “I will be rich one day.”</w:t>
      </w:r>
    </w:p>
    <w:p>
      <w:r>
        <w:t>Affirmation: “I am attracting wealth and abundance into my life every day.”</w:t>
      </w:r>
    </w:p>
    <w:p>
      <w:r>
        <w:t>By using the present tense, you bring the affirmation into your current reality, making it feel more immediate and achievable.</w:t>
      </w:r>
    </w:p>
    <w:p>
      <w:r>
        <w:t>2. Be Specific and Positive</w:t>
      </w:r>
    </w:p>
    <w:p>
      <w:r>
        <w:t>Affirmations should be specific and positively phrased. Avoid vague statements like “I will get better with money.” Instead, make your affirmation actionable, concrete, and focused on what you want, not what you don’t want.</w:t>
      </w:r>
    </w:p>
    <w:p>
      <w:r>
        <w:t>Example:</w:t>
      </w:r>
    </w:p>
    <w:p>
      <w:r>
        <w:t>Vague affirmation: “I am good with money.”</w:t>
      </w:r>
    </w:p>
    <w:p>
      <w:r>
        <w:t>Specific and positive affirmation: “I manage my finances wisely, and I make conscious, empowered decisions with money.”</w:t>
      </w:r>
    </w:p>
    <w:p>
      <w:r>
        <w:t>This kind of affirmation not only affirms your current ability but also empowers you to take positive action.</w:t>
      </w:r>
    </w:p>
    <w:p>
      <w:r>
        <w:t>3. Align with Your Values</w:t>
      </w:r>
    </w:p>
    <w:p>
      <w:r>
        <w:t>Your affirmations should resonate with your core values. If your affirmation is aligned with your personal values, you’ll feel more motivated to take action. If your belief about money doesn’t align with your values, it will create an internal conflict that can hinder your progress.</w:t>
      </w:r>
    </w:p>
    <w:p>
      <w:r>
        <w:t>Example: If you value security and freedom, an affirmation like “I am building a secure financial future that allows me to live a life of freedom and choice” might resonate more deeply than simply saying “I am financially free.”</w:t>
      </w:r>
    </w:p>
    <w:p>
      <w:r>
        <w:t>By tying your affirmations to your deeper values, you anchor them in a sense of purpose and direction, which increases their impact.</w:t>
      </w:r>
    </w:p>
    <w:p>
      <w:r>
        <w:t>4. Focus on Abundance, Not Scarcity</w:t>
      </w:r>
    </w:p>
    <w:p>
      <w:r>
        <w:t>Affirmations work best when they are rooted in an abundance mindset rather than a scarcity mindset. Scarcity-based affirmations—such as “I am not afraid of losing money”—tend to keep you focused on lack. On the other hand, abundance-based affirmations—like “Money flows easily into my life, and I am grateful for the abundance I have”—empower you to embrace financial success and opportunities.</w:t>
      </w:r>
    </w:p>
    <w:p>
      <w:r>
        <w:t>Example:</w:t>
      </w:r>
    </w:p>
    <w:p>
      <w:r>
        <w:t>Scarcity-based affirmation: “I will never run out of money.”</w:t>
      </w:r>
    </w:p>
    <w:p>
      <w:r>
        <w:t>Abundance-based affirmation: “I am open to new opportunities, and money flows freely to me in abundance.”</w:t>
      </w:r>
    </w:p>
    <w:p>
      <w:r>
        <w:t>When you focus on abundance, you begin to attract more opportunities and financial flow into your life.</w:t>
      </w:r>
    </w:p>
    <w:p/>
    <w:p>
      <w:r>
        <w:t>Using Affirmations Effectively</w:t>
      </w:r>
    </w:p>
    <w:p>
      <w:r>
        <w:t>Now that you know how to craft powerful affirmations, let’s discuss how to use them effectively to create lasting change in your financial mindset.</w:t>
      </w:r>
    </w:p>
    <w:p>
      <w:r>
        <w:t>1. Make Affirmations a Daily Practice</w:t>
      </w:r>
    </w:p>
    <w:p>
      <w:r>
        <w:t>The key to success with affirmations is repetition. For your affirmations to truly take hold, they must become a daily habit. Start each day by saying your affirmations out loud, ideally in front of a mirror where you can look yourself in the eye. This helps to solidify the connection between your words and your sense of self-worth.</w:t>
      </w:r>
    </w:p>
    <w:p>
      <w:r>
        <w:t>Action Step: Set aside a specific time each day for affirmations. Morning or evening works best for most people, but find what works for you. The more consistent you are, the more powerful your affirmations will become.</w:t>
      </w:r>
    </w:p>
    <w:p>
      <w:r>
        <w:t>2. Use Visualization with Affirmations</w:t>
      </w:r>
    </w:p>
    <w:p>
      <w:r>
        <w:t>Visualization is one of the most powerful tools you can pair with affirmations. By visualizing yourself living in alignment with your affirmation, you create a mental image of success that aligns with your affirmation.</w:t>
      </w:r>
    </w:p>
    <w:p>
      <w:r>
        <w:t>How to Pair Visualization with Affirmations:</w:t>
      </w:r>
    </w:p>
    <w:p>
      <w:r>
        <w:t>As you say your affirmation, close your eyes and imagine yourself living the reality you’re affirming.</w:t>
      </w:r>
    </w:p>
    <w:p>
      <w:r>
        <w:t>For example, if your affirmation is “I am financially secure and confidently making money decisions,” visualize yourself managing a healthy bank account, making wise financial choices, and feeling empowered.</w:t>
      </w:r>
    </w:p>
    <w:p>
      <w:r>
        <w:t>The more vivid and emotional your visualization, the stronger the connection between your affirmation and your reality.</w:t>
      </w:r>
    </w:p>
    <w:p>
      <w:r>
        <w:t>Visualization allows you to engage both your mind and your emotions, enhancing the effectiveness of your affirmations.</w:t>
      </w:r>
    </w:p>
    <w:p>
      <w:r>
        <w:t>3. Use Affirmations to Challenge Limiting Beliefs</w:t>
      </w:r>
    </w:p>
    <w:p>
      <w:r>
        <w:t>When you notice a limiting belief arising—such as “I don’t have enough money to invest” or “I’m not good at managing my finances”— use an affirmation to counteract it. For example:</w:t>
      </w:r>
    </w:p>
    <w:p>
      <w:r>
        <w:t>Limiting belief: “I’m terrible with money.”</w:t>
      </w:r>
    </w:p>
    <w:p>
      <w:r>
        <w:t>Affirmation: “I am becoming better with money every day, and I trust myself to make sound financial decisions.”</w:t>
      </w:r>
    </w:p>
    <w:p>
      <w:r>
        <w:t>Whenever you catch a limiting belief, immediately replace it with a positive affirmation that challenges that belief. This helps to weaken the negative thought and replace it with a more empowering one.</w:t>
      </w:r>
    </w:p>
    <w:p>
      <w:r>
        <w:t>4. Say Affirmations with Emotion</w:t>
      </w:r>
    </w:p>
    <w:p>
      <w:r>
        <w:t>The emotional component of affirmations is just as important as the words themselves. When you say your affirmations, truly believe in them. Allow yourself to feel the emotions of the affirmation as if it has already come true.</w:t>
      </w:r>
    </w:p>
    <w:p>
      <w:r>
        <w:t>Action Step: While reciting your affirmations, take a deep breath and connect with the positive feelings they inspire. Feel the gratitude, joy, and abundance as if they already exist in your life.</w:t>
      </w:r>
    </w:p>
    <w:p>
      <w:r>
        <w:t>The more emotionally connected you are to your affirmations, the more effectively they will reprogram your subconscious mind.</w:t>
      </w:r>
    </w:p>
    <w:p/>
    <w:p>
      <w:r>
        <w:t>Examples of Powerful Financial Affirmations</w:t>
      </w:r>
    </w:p>
    <w:p>
      <w:r>
        <w:t>To help you get started, here are some examples of financial affirmations you can use:</w:t>
      </w:r>
    </w:p>
    <w:p>
      <w:r>
        <w:t>“I am worthy of financial abundance and prosperity.”</w:t>
      </w:r>
    </w:p>
    <w:p>
      <w:r>
        <w:t>“Money comes to me easily and effortlessly.”</w:t>
      </w:r>
    </w:p>
    <w:p>
      <w:r>
        <w:t>“I am confident in my ability to make smart financial decisions.”</w:t>
      </w:r>
    </w:p>
    <w:p>
      <w:r>
        <w:t>“Every day, I am growing my wealth and securing my financial future.”</w:t>
      </w:r>
    </w:p>
    <w:p>
      <w:r>
        <w:t>“I am in control of my finances, and I am creating a life of financial freedom.”</w:t>
      </w:r>
    </w:p>
    <w:p/>
    <w:p>
      <w:r>
        <w:t>Conclusion</w:t>
      </w:r>
    </w:p>
    <w:p>
      <w:r>
        <w:t>Affirmations are a transformative tool that can help you reframe your money mindset and shift from scarcity to abundance. By crafting specific, positive, and emotionally resonant affirmations, and by using them consistently, you can replace limiting beliefs with empowering ones that support your financial success.</w:t>
      </w:r>
    </w:p>
    <w:p>
      <w:r>
        <w:t>Affirmations, when used correctly, serve as a bridge between your current reality and the future you desire. As you integrate affirmations into your daily routine, you will gradually reprogram your subconscious mind to believe in your ability to achieve financial freedom, wealth, and success.</w:t>
      </w:r>
    </w:p>
    <w:p>
      <w:r>
        <w:t>The more consistently you use affirmations, the stronger the connection between your beliefs and your financial reality will become. With time, patience, and practice, you’ll find that the affirmations you use today become the beliefs that shape your financial success tomorrow.</w:t>
      </w:r>
    </w:p>
    <w:p>
      <w:r>
        <w:t>In the next section, we’ll dive deeper into the power of visualization and how to pair it with affirmations to accelerate your financial transformation.</w:t>
      </w:r>
    </w:p>
    <w:p>
      <w:r>
        <w:t>Visualization Exercises: Guiding You Through Imagining Financial Success</w:t>
      </w:r>
    </w:p>
    <w:p>
      <w:r>
        <w:t>Visualization is one of the most powerful tools you can use to manifest your financial goals. It is the practice of creating vivid mental images of your desired outcomes and experiencing the emotions associated with those outcomes. Visualization allows you to connect with your future success on a deep, emotional level and can help you stay motivated, focused, and aligned with your financial aspirations.</w:t>
      </w:r>
    </w:p>
    <w:p>
      <w:r>
        <w:t>In this section, we’ll walk through several visualization exercises that will guide you in imagining financial success. By using these exercises, you will train your mind to see financial abundance and success as a reality, which will then influence your actions and mindset. The more vividly and frequently you engage in these visualizations, the more powerful the impact they will have on your financial life.</w:t>
      </w:r>
    </w:p>
    <w:p>
      <w:r>
        <w:t>Why Visualization Works</w:t>
      </w:r>
    </w:p>
    <w:p>
      <w:r>
        <w:t>Visualization is rooted in the idea that the brain cannot distinguish between vivid mental images and real-life experiences. When you visualize something happening, your brain activates similar neural pathways as if it were happening in reality. Essentially, by visualizing success, you are programming your brain for that success to unfold.</w:t>
      </w:r>
    </w:p>
    <w:p>
      <w:r>
        <w:t>When it comes to money, visualization helps you:</w:t>
      </w:r>
    </w:p>
    <w:p>
      <w:r>
        <w:t>Overcome limiting beliefs by showing your subconscious mind that financial success is possible for you.</w:t>
      </w:r>
    </w:p>
    <w:p>
      <w:r>
        <w:t>Increase motivation to take the necessary actions that align with your financial goals.</w:t>
      </w:r>
    </w:p>
    <w:p>
      <w:r>
        <w:t>Shift your mindset from scarcity and fear to abundance and possibility.</w:t>
      </w:r>
    </w:p>
    <w:p>
      <w:r>
        <w:t>Research has shown that athletes and successful business people use visualization to achieve their goals. The power of mental imagery can be just as effective for manifesting financial success, and the more detailed and emotionally charged your visualization is, the more powerful it becomes.</w:t>
      </w:r>
    </w:p>
    <w:p/>
    <w:p>
      <w:r>
        <w:t>Exercise 1: Visualizing Financial Abundance</w:t>
      </w:r>
    </w:p>
    <w:p>
      <w:r>
        <w:t>The first exercise focuses on creating a mental image of your desired financial reality. This visualization will help you connect emotionally with the outcome you desire, making it feel more achievable and real.</w:t>
      </w:r>
    </w:p>
    <w:p>
      <w:r>
        <w:t>How to Visualize Financial Abundance:</w:t>
      </w:r>
    </w:p>
    <w:p/>
    <w:p>
      <w:r>
        <w:t>Find a Quiet Space:</w:t>
        <w:br/>
        <w:t>Choose a quiet place where you won’t be disturbed. Sit in a comfortable position, close your eyes, and take a few deep breaths to calm your mind and center yourself.</w:t>
      </w:r>
    </w:p>
    <w:p/>
    <w:p/>
    <w:p>
      <w:r>
        <w:t>Create Your Financial Future: Begin by imagining a day in your life when you are financially successful. Picture yourself waking up in the morning with a sense of peace and security. You are no longer stressed about bills or money, and you feel confident in your ability to manage your finances.</w:t>
      </w:r>
    </w:p>
    <w:p/>
    <w:p/>
    <w:p>
      <w:r>
        <w:t>Imagine Your Ideal Financial Situation: See yourself living the life you’ve always dreamed of. Perhaps you’ve paid off your debts, built a substantial savings account, or invested wisely for the future. Maybe you’re able to buy the home of your dreams, travel to new places, or start a business. Imagine the exact details of what success looks like to you.</w:t>
      </w:r>
    </w:p>
    <w:p/>
    <w:p/>
    <w:p>
      <w:r>
        <w:t>Engage Your Senses: As you visualize, engage all of your senses. Feel the sense of relief and happiness that comes with financial freedom. Imagine the sights, sounds, and smells of your successful life. Hear the conversations with friends or family members where they compliment you on your financial achievements. Feel the pride of making smart decisions that led you to this point.</w:t>
      </w:r>
    </w:p>
    <w:p/>
    <w:p/>
    <w:p>
      <w:r>
        <w:t>Feel the Emotion: Emotion is what drives the power of visualization. Allow yourself to feel the positive emotions associated with your success. Feel proud, secure, grateful, and confident. The stronger the emotions, the more deeply your mind will connect with the vision.</w:t>
      </w:r>
    </w:p>
    <w:p/>
    <w:p/>
    <w:p>
      <w:r>
        <w:t>Affirm Your Success: As you finish the visualization, say to yourself, “I am worthy of financial success, and I am capable of achieving all of my financial goals.” Repeat this affirmation several times to reinforce your belief in your ability to succeed.</w:t>
      </w:r>
    </w:p>
    <w:p/>
    <w:p>
      <w:r>
        <w:t>By regularly visualizing this financial success, you begin to program your subconscious mind to align with your goals. This exercise helps you to feel empowered, motivated, and focused on your financial future.</w:t>
      </w:r>
    </w:p>
    <w:p/>
    <w:p>
      <w:r>
        <w:t>Exercise 2: Visualizing Financial Decision-Making</w:t>
      </w:r>
    </w:p>
    <w:p>
      <w:r>
        <w:t>In addition to visualizing your end goals, it’s also powerful to visualize the decisions you will make along the way to achieve financial success. This exercise focuses on helping you imagine yourself taking proactive, confident financial actions.</w:t>
      </w:r>
    </w:p>
    <w:p>
      <w:r>
        <w:t>How to Visualize Confident Financial Decision-Making:</w:t>
      </w:r>
    </w:p>
    <w:p/>
    <w:p>
      <w:r>
        <w:t>Sit Quietly and Center Yourself:</w:t>
        <w:br/>
        <w:t>Find a quiet space, close your eyes, and take a few deep breaths. Focus on bringing your mind to a calm, centered place.</w:t>
      </w:r>
    </w:p>
    <w:p/>
    <w:p/>
    <w:p>
      <w:r>
        <w:t>Imagine a Financial Decision: Think about an important financial decision you need to make, such as setting a budget, investing in stocks, or negotiating a raise. Visualize yourself in the moment of making this decision.</w:t>
      </w:r>
    </w:p>
    <w:p/>
    <w:p/>
    <w:p>
      <w:r>
        <w:t>See Yourself Taking Empowered Action: Imagine that you are making the decision with clarity and confidence. If you are creating a budget, picture yourself planning your finances with ease, allocating money to savings, investments, and expenses without feeling stressed. If you are negotiating a raise, visualize yourself articulating your value to your boss in a confident, calm, and persuasive manner.</w:t>
      </w:r>
    </w:p>
    <w:p/>
    <w:p/>
    <w:p>
      <w:r>
        <w:t>Focus on the Details: Pay attention to the small details of the situation. What tools or resources do you use to make this decision (such as a financial app, spreadsheet, or professional advice)? What thoughts are going through your mind as you feel assured in your decision-making process?</w:t>
      </w:r>
    </w:p>
    <w:p/>
    <w:p/>
    <w:p>
      <w:r>
        <w:t>Feel the Empowerment: As you visualize yourself making this decision, notice the feelings of confidence, empowerment, and control that come with it. You are taking charge of your financial future, and this action will lead to positive results.</w:t>
      </w:r>
    </w:p>
    <w:p/>
    <w:p/>
    <w:p>
      <w:r>
        <w:t>Affirm the Action: As you conclude the visualization, say to yourself, “I trust myself to make wise financial decisions, and I am confident in my ability to manage my money.” Repeat this affirmation to reinforce the sense of empowerment and trust in your abilities.</w:t>
      </w:r>
    </w:p>
    <w:p/>
    <w:p>
      <w:r>
        <w:t>By practicing this visualization, you condition yourself to approach financial decisions with confidence and clarity. This will make it easier to take aligned actions in real-life situations, knowing that you have the tools and mindset to make decisions that support your goals.</w:t>
      </w:r>
    </w:p>
    <w:p/>
    <w:p>
      <w:r>
        <w:t>Exercise 3: Visualizing Financial Freedom and Security</w:t>
      </w:r>
    </w:p>
    <w:p>
      <w:r>
        <w:t>The final visualization exercise focuses on seeing yourself fully enjoying the benefits of financial freedom and security. This exercise will help you feel the sense of peace and empowerment that comes with having your financial house in order.</w:t>
      </w:r>
    </w:p>
    <w:p>
      <w:r>
        <w:t>How to Visualize Financial Freedom:</w:t>
      </w:r>
    </w:p>
    <w:p/>
    <w:p>
      <w:r>
        <w:t>Prepare Yourself:</w:t>
        <w:br/>
        <w:t>Find a quiet space and sit in a comfortable position. Close your eyes and take a few deep breaths, focusing on clearing your mind.</w:t>
      </w:r>
    </w:p>
    <w:p/>
    <w:p/>
    <w:p>
      <w:r>
        <w:t>Picture Your Financial Freedom: Imagine your life once you have achieved complete financial freedom. Visualize your bank account with a comfortable balance, see your investments growing, and feel the sense of security that comes from knowing you’re financially independent.</w:t>
      </w:r>
    </w:p>
    <w:p/>
    <w:p/>
    <w:p>
      <w:r>
        <w:t>Imagine Living Without Financial Worries: Picture yourself living your life without the stress of living paycheck to paycheck or worrying about paying bills. Imagine the peace of mind that comes with knowing you are financially secure and that money is working for you, rather than against you.</w:t>
      </w:r>
    </w:p>
    <w:p/>
    <w:p/>
    <w:p>
      <w:r>
        <w:t>Feel the Emotions of Freedom: As you visualize, allow yourself to feel the emotions that come with financial freedom: peace, relief, gratitude, joy, and confidence. Experience the emotional weight lifting off your shoulders as you realize you are no longer burdened by financial stress.</w:t>
      </w:r>
    </w:p>
    <w:p/>
    <w:p/>
    <w:p>
      <w:r>
        <w:t>Affirm Your Financial Security: As you finish the visualization, repeat the affirmation, “I am financially secure, and I am grateful for the freedom and peace that comes with financial abundance.” Allow this affirmation to sink in as you feel the gratitude for the financial security you’ve achieved.</w:t>
      </w:r>
    </w:p>
    <w:p/>
    <w:p>
      <w:r>
        <w:t>This exercise allows you to embody the feeling of financial freedom, helping you attract opportunities that will bring you closer to that reality. The more you visualize living without financial stress, the more you will align with the actions and mindset needed to manifest it in your life.</w:t>
      </w:r>
    </w:p>
    <w:p/>
    <w:p>
      <w:r>
        <w:t>Conclusion</w:t>
      </w:r>
    </w:p>
    <w:p>
      <w:r>
        <w:t>Visualization is a powerful tool for achieving financial success. By regularly practicing these exercises, you will reprogram your mind to see financial abundance as a real possibility. Whether you are visualizing your ideal financial future, taking empowered financial actions, or experiencing the peace of financial freedom, the more you engage in these visualizations, the more they will shape your reality.</w:t>
      </w:r>
    </w:p>
    <w:p>
      <w:r>
        <w:t>Visualization helps you feel the emotions of success before it even happens, which creates a magnetic pull toward your goals. The more vivid and consistent your visualizations are, the more likely you are to take the necessary actions that will bring you closer to your financial aspirations.</w:t>
      </w:r>
    </w:p>
    <w:p>
      <w:r>
        <w:t>Now, it’s time to start visualizing your success. With practice and dedication, you will begin to see the changes in your mindset, your habits, and, most importantly, your financial reality. The power is in your hands, and your financial future is waiting to unfold.</w:t>
      </w:r>
    </w:p>
    <w:p>
      <w:r>
        <w:t>Interactive Tools: Exercises to Practice Reframing in Real-Life Situations</w:t>
      </w:r>
    </w:p>
    <w:p>
      <w:r>
        <w:t>Reframing your money mindset is a process that requires consistent practice, especially in real-life situations. The key to making lasting change is to apply the reframing techniques when you encounter limiting beliefs in your everyday life. This section provides practical exercises that you can use to practice reframing during common financial moments. By using these exercises, you can turn potential obstacles into opportunities for growth and transformation.</w:t>
      </w:r>
    </w:p>
    <w:p/>
    <w:p>
      <w:r>
        <w:t>Exercise 1: Reframing Financial Stress</w:t>
      </w:r>
    </w:p>
    <w:p>
      <w:r>
        <w:t>Financial stress often arises from feelings of fear, scarcity, or overwhelm. When faced with a situation that triggers stress, such as reviewing your budget or looking at bills, it’s easy to default to limiting beliefs like “I’ll never get ahead,” or “There’s too much to fix.” The goal is to shift your focus from fear to empowerment by reframing the situation.</w:t>
      </w:r>
    </w:p>
    <w:p>
      <w:r>
        <w:t>How to Reframe Financial Stress:</w:t>
      </w:r>
    </w:p>
    <w:p/>
    <w:p>
      <w:r>
        <w:t>Identify the Stressor:</w:t>
        <w:br/>
        <w:t>When you start to feel stressed about money, pause and pinpoint the specific situation causing the stress. It could be an unexpected bill, a large purchase, or an overwhelming financial goal.</w:t>
      </w:r>
    </w:p>
    <w:p/>
    <w:p/>
    <w:p>
      <w:r>
        <w:t>Acknowledge Your Feelings:</w:t>
        <w:br/>
        <w:t>Instead of suppressing the stress, acknowledge it. Say to yourself, “I am feeling stressed about my finances right now. It’s okay to feel this way, but I know I have the power to change this.” Accepting the emotion creates space for you to reframe it.</w:t>
      </w:r>
    </w:p>
    <w:p/>
    <w:p/>
    <w:p>
      <w:r>
        <w:t>Challenge the Limiting Belief:</w:t>
        <w:br/>
        <w:t>Ask yourself questions such as:</w:t>
      </w:r>
    </w:p>
    <w:p/>
    <w:p>
      <w:r>
        <w:t>“What is the evidence that supports this stress?”</w:t>
      </w:r>
    </w:p>
    <w:p>
      <w:r>
        <w:t>“What is the worst-case scenario, and how can I cope with it?”</w:t>
      </w:r>
    </w:p>
    <w:p>
      <w:r>
        <w:t>By challenging the belief, you can often realize that the situation is not as dire as it may seem.</w:t>
      </w:r>
    </w:p>
    <w:p/>
    <w:p>
      <w:r>
        <w:t>Reframe the Situation:</w:t>
        <w:br/>
        <w:t>Now, consciously reframe the situation. For example:</w:t>
      </w:r>
    </w:p>
    <w:p/>
    <w:p>
      <w:r>
        <w:t>Instead of “I can’t afford this,” reframe it to “This is an opportunity to review my budget and find areas for improvement. I can make a plan to manage this expense.”</w:t>
      </w:r>
    </w:p>
    <w:p>
      <w:r>
        <w:t>Instead of “I’ll never get ahead financially,” reframe it to “I am taking proactive steps to improve my financial situation, and every small step gets me closer to my goal.”</w:t>
      </w:r>
    </w:p>
    <w:p>
      <w:r>
        <w:t>This shift in perspective helps reduce stress and empowers you to take positive action.</w:t>
      </w:r>
    </w:p>
    <w:p/>
    <w:p>
      <w:r>
        <w:t>Exercise 2: Reframing Spending Guilt</w:t>
      </w:r>
    </w:p>
    <w:p>
      <w:r>
        <w:t>Many people experience guilt or shame after making a purchase, especially if it’s something they didn’t plan for or if it feels like an indulgence. This guilt often stems from a limiting belief that “I don’t deserve to spend money on myself,” or “Spending money is bad.” The exercise is to challenge this guilt and reframe it into a healthier perspective.</w:t>
      </w:r>
    </w:p>
    <w:p>
      <w:r>
        <w:t>How to Reframe Spending Guilt:</w:t>
      </w:r>
    </w:p>
    <w:p/>
    <w:p>
      <w:r>
        <w:t>Recognize the Guilt:</w:t>
        <w:br/>
        <w:t>When you start to feel guilty after a purchase, acknowledge it. Notice the thoughts that arise, such as “I shouldn’t have bought this,” or “I could have saved that money instead.”</w:t>
      </w:r>
    </w:p>
    <w:p/>
    <w:p/>
    <w:p>
      <w:r>
        <w:t>Identify the Belief Behind the Guilt:</w:t>
        <w:br/>
        <w:t>Ask yourself, “What belief is causing this guilt? Is it a belief that I don’t deserve to spend money on myself?” Or perhaps it’s a belief that “Money should only be used for necessities.”</w:t>
      </w:r>
    </w:p>
    <w:p/>
    <w:p/>
    <w:p>
      <w:r>
        <w:t>Challenge the Belief:</w:t>
        <w:br/>
        <w:t>Challenge the belief by asking:</w:t>
      </w:r>
    </w:p>
    <w:p/>
    <w:p>
      <w:r>
        <w:t>“What’s wrong with spending money on things that bring me joy or value?”</w:t>
      </w:r>
    </w:p>
    <w:p>
      <w:r>
        <w:t>“Does this purchase really harm my financial well-being, or is it simply an enjoyable experience?”</w:t>
      </w:r>
    </w:p>
    <w:p>
      <w:r>
        <w:t>This helps you recognize that spending money, especially on things that improve your well-being, can be aligned with a healthy financial mindset.</w:t>
      </w:r>
    </w:p>
    <w:p/>
    <w:p>
      <w:r>
        <w:t>Reframe the Guilt:</w:t>
        <w:br/>
        <w:t>Reframe the situation by saying:</w:t>
      </w:r>
    </w:p>
    <w:p/>
    <w:p>
      <w:r>
        <w:t>Instead of “I shouldn’t have bought this,” say, “I’ve carefully considered this purchase, and it aligns with my values and goals. I am worthy of enjoying life and treating myself.”</w:t>
      </w:r>
    </w:p>
    <w:p>
      <w:r>
        <w:t>Instead of “I could have saved this money instead,” reframe it to “This purchase adds value to my life, and I can still make progress toward my savings goals while enjoying this experience.”</w:t>
      </w:r>
    </w:p>
    <w:p>
      <w:r>
        <w:t>By reframing spending guilt, you learn to embrace your choices and reduce the emotional weight tied to spending money.</w:t>
      </w:r>
    </w:p>
    <w:p/>
    <w:p>
      <w:r>
        <w:t>Exercise 3: Reframing the Fear of Investing</w:t>
      </w:r>
    </w:p>
    <w:p>
      <w:r>
        <w:t>One of the most common limiting beliefs around money is the fear of investing. Many people hold the belief that investing is too risky, or they fear losing money. However, reframing this fear can help you see investing as an opportunity for growth rather than a threat.</w:t>
      </w:r>
    </w:p>
    <w:p>
      <w:r>
        <w:t>How to Reframe the Fear of Investing:</w:t>
      </w:r>
    </w:p>
    <w:p/>
    <w:p>
      <w:r>
        <w:t>Acknowledge the Fear:</w:t>
        <w:br/>
        <w:t>The first step in reframing the fear of investing is to recognize the feeling. If you are hesitant to invest, admit the fear by saying, “I’m feeling anxious about investing my money right now.”</w:t>
      </w:r>
    </w:p>
    <w:p/>
    <w:p/>
    <w:p>
      <w:r>
        <w:t>Identify the Root of the Fear:</w:t>
        <w:br/>
        <w:t>Reflect on where the fear is coming from. Is it due to a past loss or a general fear of risk? Is it the result of hearing negative messages about investing? Understanding the root of the fear helps you put it into perspective.</w:t>
      </w:r>
    </w:p>
    <w:p/>
    <w:p/>
    <w:p>
      <w:r>
        <w:t>Challenge the Limiting Belief:</w:t>
        <w:br/>
        <w:t>Ask yourself:</w:t>
      </w:r>
    </w:p>
    <w:p/>
    <w:p>
      <w:r>
        <w:t>“What is the real risk of investing versus the risk of not investing?”</w:t>
      </w:r>
    </w:p>
    <w:p>
      <w:r>
        <w:t>“What are the benefits of investing? How can it help me build wealth over time?”</w:t>
      </w:r>
    </w:p>
    <w:p>
      <w:r>
        <w:t>Recognizing that some risk is inherent in any financial decision can help you evaluate the true potential of investing rather than fearing it.</w:t>
      </w:r>
    </w:p>
    <w:p/>
    <w:p>
      <w:r>
        <w:t>Reframe the Fear:</w:t>
        <w:br/>
        <w:t>Now, reframe the fear by shifting your perspective:</w:t>
      </w:r>
    </w:p>
    <w:p/>
    <w:p>
      <w:r>
        <w:t>Instead of “Investing is too risky, and I’ll lose my money,” reframe it to “Investing carries some risk, but it’s also an opportunity for growth. I can educate myself, make informed decisions, and manage the risk.”</w:t>
      </w:r>
    </w:p>
    <w:p>
      <w:r>
        <w:t>Instead of “I don’t know enough to invest,” reframe it to “I am learning and educating myself about investing, and I’m confident that I will make smart, informed choices.”</w:t>
      </w:r>
    </w:p>
    <w:p>
      <w:r>
        <w:t>By reframing the fear of investing, you open yourself up to opportunities for growth and long-term financial success.</w:t>
      </w:r>
    </w:p>
    <w:p/>
    <w:p>
      <w:r>
        <w:t>Exercise 4: Reframing Financial Setbacks</w:t>
      </w:r>
    </w:p>
    <w:p>
      <w:r>
        <w:t>Financial setbacks, such as unexpected expenses or investments that don’t pay off, are common, but they can be seen as opportunities for growth or lessons rather than as failures. Reframing setbacks helps you maintain a positive mindset and view challenges as part of the journey toward financial success.</w:t>
      </w:r>
    </w:p>
    <w:p>
      <w:r>
        <w:t>How to Reframe Financial Setbacks:</w:t>
      </w:r>
    </w:p>
    <w:p/>
    <w:p>
      <w:r>
        <w:t>Recognize the Setback:</w:t>
        <w:br/>
        <w:t>When faced with a financial setback, acknowledge the emotions you feel, such as frustration or disappointment. Rather than immediately reacting negatively, pause and assess the situation.</w:t>
      </w:r>
    </w:p>
    <w:p/>
    <w:p/>
    <w:p>
      <w:r>
        <w:t>Identify the Beliefs Behind the Setback:</w:t>
        <w:br/>
        <w:t>Ask yourself, “What do I believe about this setback? Do I believe it means I’m bad with money or that I will never succeed?”</w:t>
      </w:r>
    </w:p>
    <w:p/>
    <w:p/>
    <w:p>
      <w:r>
        <w:t>Challenge the Belief:</w:t>
        <w:br/>
        <w:t>Challenge your negative thoughts by asking:</w:t>
      </w:r>
    </w:p>
    <w:p/>
    <w:p>
      <w:r>
        <w:t>“Is this setback temporary? What can I learn from this experience?”</w:t>
      </w:r>
    </w:p>
    <w:p>
      <w:r>
        <w:t>“Have I faced setbacks in the past, and how did I overcome them?”</w:t>
      </w:r>
    </w:p>
    <w:p/>
    <w:p>
      <w:r>
        <w:t>Reframe the Setback:</w:t>
        <w:br/>
        <w:t>Reframe the situation by saying:</w:t>
      </w:r>
    </w:p>
    <w:p/>
    <w:p>
      <w:r>
        <w:t>Instead of “This setback proves I can’t handle money,” reframe it to “This setback is an opportunity for growth. I will learn from it and improve my financial strategy moving forward.”</w:t>
      </w:r>
    </w:p>
    <w:p>
      <w:r>
        <w:t>Instead of “I’m never going to get ahead,” reframe it to “Setbacks are a normal part of the financial journey. I am resilient, and I will keep moving forward.”</w:t>
      </w:r>
    </w:p>
    <w:p>
      <w:r>
        <w:t>By reframing setbacks, you empower yourself to bounce back stronger and stay focused on your long-term financial goals.</w:t>
      </w:r>
    </w:p>
    <w:p/>
    <w:p>
      <w:r>
        <w:t>Conclusion</w:t>
      </w:r>
    </w:p>
    <w:p>
      <w:r>
        <w:t>Reframing is a powerful tool that allows you to take control of your financial life and shift your mindset from scarcity to abundance. By practicing these exercises in real-life situations, you can transform the way you think about money and make decisions that support your financial success.</w:t>
      </w:r>
    </w:p>
    <w:p>
      <w:r>
        <w:t>The more you practice reframing, the more natural it will become to shift your mindset and approach challenges with confidence. Remember, reframing is not about ignoring the challenges but about choosing to see them from a perspective that empowers you to take positive, constructive action.</w:t>
      </w:r>
    </w:p>
    <w:p>
      <w:r>
        <w:t>By consistently applying these reframing techniques, you will strengthen your ability to navigate financial situations with a mindset that supports wealth-building, financial freedom, and long-term success.</w:t>
      </w:r>
    </w:p>
    <w:p/>
    <w:p>
      <w:r>
        <w:br w:type="page"/>
      </w:r>
    </w:p>
    <w:p>
      <w:r>
        <w:t>Chapter 5: Building New Financial Habits</w:t>
      </w:r>
    </w:p>
    <w:p>
      <w:r>
        <w:t>Building new financial habits is one of the most important steps you can take to create lasting financial success. The habits you form today will determine your financial future. Just as your current financial situation is the result of your past actions (or inactions), your future financial reality will be shaped by the choices you make today. By adopting habits that align with abundance, you can create a life of financial stability, growth, and freedom.</w:t>
      </w:r>
    </w:p>
    <w:p>
      <w:r>
        <w:t>In this chapter, we will introduce key financial habits that support long-term success—saving, budgeting, and goal-setting. These habits not only create the foundation for financial security but also help you develop a positive relationship with money. When practiced consistently, they provide you with the tools and mindset needed to take control of your finances and achieve your financial goals.</w:t>
      </w:r>
    </w:p>
    <w:p/>
    <w:p>
      <w:r>
        <w:t>The Importance of Financial Habits</w:t>
      </w:r>
    </w:p>
    <w:p>
      <w:r>
        <w:t>Habits are powerful. They shape how we behave, often without us realizing it. Financial habits, in particular, influence how we manage money, make decisions, and ultimately achieve financial success. Whether it’s the habit of saving a portion of your income, tracking your expenses, or setting clear financial goals, these habits create a framework for achieving the financial security you desire.</w:t>
      </w:r>
    </w:p>
    <w:p>
      <w:r>
        <w:t>Good financial habits help you:</w:t>
      </w:r>
    </w:p>
    <w:p>
      <w:r>
        <w:t>Reduce stress: Having a clear system in place for managing your money brings peace of mind and reduces the uncertainty around your financial situation.</w:t>
      </w:r>
    </w:p>
    <w:p>
      <w:r>
        <w:t>Increase control: By developing strong financial habits, you take charge of your financial future rather than letting circumstances dictate your financial outcomes.</w:t>
      </w:r>
    </w:p>
    <w:p>
      <w:r>
        <w:t>Build wealth over time: Consistent habits like saving and investing allow you to build wealth gradually, creating financial independence and the freedom to live life on your own terms.</w:t>
      </w:r>
    </w:p>
    <w:p>
      <w:r>
        <w:t>Now, let’s explore three core habits that will lay the foundation for a prosperous financial life: saving, budgeting, and goal-setting.</w:t>
      </w:r>
    </w:p>
    <w:p/>
    <w:p>
      <w:r>
        <w:t>1. Saving: The Habit of Financial Security</w:t>
      </w:r>
    </w:p>
    <w:p>
      <w:r>
        <w:t>Saving is the cornerstone of any solid financial plan. The habit of saving allows you to build an emergency fund, prepare for future goals, and create the financial security you need to weather any storms that may come your way. Saving isn’t about depriving yourself or being overly frugal; it’s about setting aside money for your future and for the unexpected.</w:t>
      </w:r>
    </w:p>
    <w:p>
      <w:r>
        <w:t>Why Saving is Essential</w:t>
      </w:r>
    </w:p>
    <w:p>
      <w:r>
        <w:t>Saving money is essential because it:</w:t>
      </w:r>
    </w:p>
    <w:p>
      <w:r>
        <w:t>Provides financial security: An emergency fund protects you from the unexpected, such as a job loss, medical bills, or urgent repairs.</w:t>
      </w:r>
    </w:p>
    <w:p>
      <w:r>
        <w:t>Prevents debt accumulation: By having savings, you reduce the need to rely on credit or loans for emergencies.</w:t>
      </w:r>
    </w:p>
    <w:p>
      <w:r>
        <w:t>Enables you to pursue your goals: Whether it’s buying a home, starting a business, or going on a vacation, savings enable you to fund your dreams.</w:t>
      </w:r>
    </w:p>
    <w:p>
      <w:r>
        <w:t>How to Build the Habit of Saving</w:t>
      </w:r>
    </w:p>
    <w:p>
      <w:r>
        <w:t>To make saving a habit, you need to create a system that works for you. Here are some actionable steps:</w:t>
      </w:r>
    </w:p>
    <w:p>
      <w:r>
        <w:t>Set a savings goal: Start by setting a clear, achievable savings goal. Whether it's building an emergency fund of 3-6 months’ worth of expenses, saving for a big purchase, or investing for the future, having a goal will keep you motivated and focused.</w:t>
      </w:r>
    </w:p>
    <w:p>
      <w:r>
        <w:t>Automate your savings: One of the most effective ways to make saving a habit is to automate it. Set up an automatic transfer from your checking account to your savings account every payday. By making savings automatic, you remove the temptation to spend the money elsewhere.</w:t>
      </w:r>
    </w:p>
    <w:p>
      <w:r>
        <w:t>Pay yourself first: Prioritize saving by treating it like a bill. Before paying for anything else, set aside a portion of your income for savings. This habit ensures that saving is a non-negotiable part of your financial routine.</w:t>
      </w:r>
    </w:p>
    <w:p>
      <w:r>
        <w:t>Start small and increase over time: If you’re new to saving, start small. Even saving a small percentage of your income is better than nothing. Over time, as you build this habit, you can gradually increase the amount you save.</w:t>
      </w:r>
    </w:p>
    <w:p>
      <w:r>
        <w:t>Overcoming Obstacles to Saving</w:t>
      </w:r>
    </w:p>
    <w:p>
      <w:r>
        <w:t>Many people find it challenging to save, often due to the belief that they don’t have enough money to save or that saving is difficult. Here are a few strategies to overcome these obstacles:</w:t>
      </w:r>
    </w:p>
    <w:p>
      <w:r>
        <w:t>Change your mindset about saving: Start viewing saving as a form of self-care and empowerment. Rather than seeing it as a sacrifice, see it as an investment in your future and your peace of mind.</w:t>
      </w:r>
    </w:p>
    <w:p>
      <w:r>
        <w:t>Cut unnecessary expenses: Look for areas in your budget where you can reduce spending, even if it’s just a small amount. Cutting back on non-essential items (like dining out or impulse purchases) frees up money that can be redirected into savings.</w:t>
      </w:r>
    </w:p>
    <w:p>
      <w:r>
        <w:t>Start with a small, achievable goal: If saving a large amount seems overwhelming, start with a smaller, more achievable goal. Once you’ve reached that goal, you’ll feel more motivated to keep going.</w:t>
      </w:r>
    </w:p>
    <w:p/>
    <w:p>
      <w:r>
        <w:t>2. Budgeting: The Habit of Financial Control</w:t>
      </w:r>
    </w:p>
    <w:p>
      <w:r>
        <w:t>Budgeting is the habit of tracking and managing your income and expenses. It’s a tool that allows you to make conscious decisions about where your money goes, ensuring that you are living within your means and working toward your financial goals. A well-structured budget provides clarity and control over your financial situation, helping you make better financial choices.</w:t>
      </w:r>
    </w:p>
    <w:p>
      <w:r>
        <w:t>Why Budgeting is Important</w:t>
      </w:r>
    </w:p>
    <w:p>
      <w:r>
        <w:t>Budgeting allows you to:</w:t>
      </w:r>
    </w:p>
    <w:p>
      <w:r>
        <w:t>Track your spending: By knowing exactly where your money is going, you can make adjustments and identify areas where you can cut back.</w:t>
      </w:r>
    </w:p>
    <w:p>
      <w:r>
        <w:t>Ensure financial goals are being met: A budget helps you allocate money for short-term and long-term goals, ensuring you are working towards them every month.</w:t>
      </w:r>
    </w:p>
    <w:p>
      <w:r>
        <w:t>Reduce financial stress: With a clear budget in place, you can avoid surprises and the anxiety that comes from not knowing where your money is going.</w:t>
      </w:r>
    </w:p>
    <w:p>
      <w:r>
        <w:t>How to Build the Habit of Budgeting</w:t>
      </w:r>
    </w:p>
    <w:p>
      <w:r>
        <w:t>Creating a sustainable budgeting habit involves making budgeting a regular part of your financial routine. Here’s how to get started:</w:t>
      </w:r>
    </w:p>
    <w:p>
      <w:r>
        <w:t>Choose a budgeting method that works for you: There are various budgeting methods to choose from, including the 50/30/20 rule (50% for needs, 30% for wants, 20% for savings and debt repayment), zero-based budgeting, or the envelope system. Choose the method that suits your lifestyle and financial goals.</w:t>
      </w:r>
    </w:p>
    <w:p>
      <w:r>
        <w:t>Track every expense: Make it a habit to track every expense, no matter how small. Use apps like Mint, YNAB (You Need a Budget), or a simple spreadsheet to log your spending and stay accountable.</w:t>
      </w:r>
    </w:p>
    <w:p>
      <w:r>
        <w:t>Review and adjust regularly: At the end of each month, review your budget to see if you met your financial goals. Adjust your spending categories if necessary, and evaluate areas where you can improve.</w:t>
      </w:r>
    </w:p>
    <w:p>
      <w:r>
        <w:t>Make it a monthly habit: Set aside time at the beginning or end of each month to review your finances, track your expenses, and plan for the upcoming month. The consistency of this practice will ensure that budgeting becomes second nature.</w:t>
      </w:r>
    </w:p>
    <w:p>
      <w:r>
        <w:t>Overcoming Obstacles to Budgeting</w:t>
      </w:r>
    </w:p>
    <w:p>
      <w:r>
        <w:t>Budgeting can feel restrictive or difficult, especially when you’re not used to tracking every dollar. Here are some tips to help you overcome common obstacles:</w:t>
      </w:r>
    </w:p>
    <w:p>
      <w:r>
        <w:t>Focus on the benefits: Instead of viewing budgeting as a restrictive task, focus on the benefits. A budget gives you the power to decide where your money goes and ensures that you are living in alignment with your financial goals.</w:t>
      </w:r>
    </w:p>
    <w:p>
      <w:r>
        <w:t>Start small: If creating a detailed budget feels overwhelming, start by tracking your biggest expenses first (e.g., rent/mortgage, utilities, groceries). Once you’re comfortable with this, you can expand the budget to include other categories.</w:t>
      </w:r>
    </w:p>
    <w:p>
      <w:r>
        <w:t>Be flexible: Your budget isn’t set in stone. Life changes, and your budget should adapt to those changes. If you overspend in one category, adjust your budget for the following month to accommodate.</w:t>
      </w:r>
    </w:p>
    <w:p/>
    <w:p>
      <w:r>
        <w:t>3. Goal-Setting: The Habit of Financial Progress</w:t>
      </w:r>
    </w:p>
    <w:p>
      <w:r>
        <w:t>Setting clear, achievable financial goals is essential for success. Without goals, it’s easy to lose sight of your financial vision and fall into reactive financial habits. Financial goals give you a roadmap and purpose, helping you stay focused on your long-term vision.</w:t>
      </w:r>
    </w:p>
    <w:p>
      <w:r>
        <w:t>Why Goal-Setting is Essential</w:t>
      </w:r>
    </w:p>
    <w:p>
      <w:r>
        <w:t>Financial goal-setting allows you to:</w:t>
      </w:r>
    </w:p>
    <w:p>
      <w:r>
        <w:t>Create direction: With specific goals, you can measure your progress and stay motivated.</w:t>
      </w:r>
    </w:p>
    <w:p>
      <w:r>
        <w:t>Break down big goals into manageable steps: Large goals, such as saving for retirement or buying a home, can feel overwhelming. By setting smaller, actionable steps, you can make progress one step at a time.</w:t>
      </w:r>
    </w:p>
    <w:p>
      <w:r>
        <w:t>Track your progress: Setting clear milestones enables you to monitor your progress and adjust your strategy if necessary.</w:t>
      </w:r>
    </w:p>
    <w:p>
      <w:r>
        <w:t>How to Build the Habit of Goal-Setting</w:t>
      </w:r>
    </w:p>
    <w:p>
      <w:r>
        <w:t>Setting goals is easy, but achieving them requires consistent effort. Here are some strategies to make goal-setting a successful habit:</w:t>
      </w:r>
    </w:p>
    <w:p>
      <w:r>
        <w:t>Use the SMART method: SMART goals are specific, measurable, achievable, relevant, and time-bound. By using this method, you ensure that your goals are clear and realistic. For example, “I will save $5,000 for an emergency fund by December 31st.”</w:t>
      </w:r>
    </w:p>
    <w:p>
      <w:r>
        <w:t>Break down large goals into smaller steps: Large goals can feel intimidating, so break them down into smaller, more manageable actions. If your goal is to save for a vacation, start by setting a monthly savings target and tracking your progress.</w:t>
      </w:r>
    </w:p>
    <w:p>
      <w:r>
        <w:t>Write your goals down and review them regularly: Writing down your goals increases the likelihood of achieving them. Keep your goals visible, whether on a vision board, in a journal, or on your phone. Review them regularly to stay motivated and adjust them as necessary.</w:t>
      </w:r>
    </w:p>
    <w:p>
      <w:r>
        <w:t>Celebrate small wins: Achieving small milestones along the way helps keep you motivated. Celebrate your progress, whether it’s saving a certain amount or sticking to your budget.</w:t>
      </w:r>
    </w:p>
    <w:p>
      <w:r>
        <w:t>Overcoming Obstacles to Goal-Setting</w:t>
      </w:r>
    </w:p>
    <w:p>
      <w:r>
        <w:t>While goal-setting is essential for success, it’s easy to encounter roadblocks. Here are some tips to overcome common obstacles:</w:t>
      </w:r>
    </w:p>
    <w:p>
      <w:r>
        <w:t>Be flexible: Life is unpredictable, and financial goals may need to be adjusted along the way. If your circumstances change, don’t be afraid to modify your goals.</w:t>
      </w:r>
    </w:p>
    <w:p>
      <w:r>
        <w:t>Stay accountable: Share your goals with a friend, family member, or mentor who can hold you accountable and provide support.</w:t>
      </w:r>
    </w:p>
    <w:p>
      <w:r>
        <w:t>Track progress and make adjustments: Regularly check in with your goals and adjust your actions to ensure you stay on track.</w:t>
      </w:r>
    </w:p>
    <w:p/>
    <w:p>
      <w:r>
        <w:t>Conclusion</w:t>
      </w:r>
    </w:p>
    <w:p>
      <w:r>
        <w:t>Building new financial habits is essential for achieving lasting success. By cultivating habits like saving, budgeting, and goal-setting, you can create a foundation of financial security and abundance. These habits empower you to take control of your financial future, make conscious decisions, and stay aligned with your goals.</w:t>
      </w:r>
    </w:p>
    <w:p>
      <w:r>
        <w:t>As you begin to implement these habits, remember that consistency is key. It’s not about perfection but about progress. With time, patience, and dedication, you’ll transform your financial life and create a future filled with financial freedom and prosperity.</w:t>
      </w:r>
    </w:p>
    <w:p/>
    <w:p/>
    <w:p>
      <w:r>
        <w:t>Connecting Habits to Beliefs: How Habits Reinforce a Positive Money Mindset</w:t>
      </w:r>
    </w:p>
    <w:p>
      <w:r>
        <w:t>One of the most powerful ways to reinforce a positive money mindset is through the habits you practice daily. Your financial beliefs shape your thoughts, emotions, and decisions, but your habits provide the practical structure that supports these beliefs in real life. Simply put, your beliefs and your habits are intertwined, and each influences the other. If you want to strengthen your positive money mindset, you need to focus on developing habits that align with your new beliefs and work to reinforce them on a daily basis.</w:t>
      </w:r>
    </w:p>
    <w:p>
      <w:r>
        <w:t>In this section, we will explore the relationship between your financial habits and the beliefs you hold about money. By the end of this chapter, you will understand how certain financial habits can solidify and support a positive, abundance-driven mindset, making it easier for you to achieve your financial goals. The connection between habits and beliefs is essential for creating lasting financial change.</w:t>
      </w:r>
    </w:p>
    <w:p/>
    <w:p>
      <w:r>
        <w:t>The Mindset-Habits Connection</w:t>
      </w:r>
    </w:p>
    <w:p>
      <w:r>
        <w:t>To fully understand how your habits can reinforce your beliefs, it’s helpful to explore the connection between mindset and behavior. Our mindset is the lens through which we view the world. It affects how we perceive opportunities, challenges, and ourselves. Our beliefs—whether they are positive or limiting—shape the way we respond to situations and opportunities.</w:t>
      </w:r>
    </w:p>
    <w:p>
      <w:r>
        <w:t>For example, someone with a scarcity mindset may believe that there is never enough money to go around. This belief can lead to habits like overspending, avoiding saving, or procrastinating on financial decisions. Conversely, someone with an abundance mindset believes that there is plenty of opportunity for everyone, and that financial success is achievable. This belief may lead to habits such as regular saving, budgeting, and seeking out investment opportunities.</w:t>
      </w:r>
    </w:p>
    <w:p>
      <w:r>
        <w:t>Your habits are the actions you take to align with your beliefs. When your actions reinforce positive beliefs, they build momentum, creating a feedback loop that strengthens your mindset. The more consistently you engage in positive financial behaviors, the more you affirm your positive beliefs about money, which further supports your positive mindset.</w:t>
      </w:r>
    </w:p>
    <w:p/>
    <w:p>
      <w:r>
        <w:t>How Habits Reinforce a Positive Money Mindset</w:t>
      </w:r>
    </w:p>
    <w:p>
      <w:r>
        <w:t>Let’s explore how some key financial habits can strengthen a positive money mindset. These habits not only improve your financial situation but also reinforce the abundance, growth, and success that you are working to manifest.</w:t>
      </w:r>
    </w:p>
    <w:p>
      <w:r>
        <w:t>1. Saving: Reinforcing the Belief in Financial Abundance</w:t>
      </w:r>
    </w:p>
    <w:p>
      <w:r>
        <w:t>Saving money is an essential habit that directly supports an abundance mindset. When you save, you are sending a powerful message to your subconscious mind that there is enough money to go around, and that you are worthy of financial security. Saving is a direct reflection of the belief that there will always be more money and that you are creating a stable foundation for the future.</w:t>
      </w:r>
    </w:p>
    <w:p>
      <w:r>
        <w:t>When you make saving a consistent habit, you affirm the belief that you have the capacity to create financial abundance. As you build your savings, your confidence in your ability to manage money increases. This strengthens the belief that you are capable of achieving your financial goals.</w:t>
      </w:r>
    </w:p>
    <w:p>
      <w:r>
        <w:t>Additionally, saving allows you to tap into the law of abundance—the idea that by acting as though you already have more than enough, you will attract more of it into your life. Every dollar you save reinforces the belief that you are in control of your financial destiny and that your financial future is secure.</w:t>
      </w:r>
    </w:p>
    <w:p>
      <w:r>
        <w:t>Reframing Saving as Empowerment: Instead of viewing saving as a sacrifice or restriction, begin to reframe it as a tool for empowerment. For example:</w:t>
      </w:r>
    </w:p>
    <w:p>
      <w:r>
        <w:t>Instead of thinking, “I’m depriving myself of things by saving,” reframe it to “I am taking proactive steps toward creating the financial security I deserve.”</w:t>
      </w:r>
    </w:p>
    <w:p>
      <w:r>
        <w:t>Instead of feeling that saving is a burden, embrace it as an opportunity to be in charge of your financial future.</w:t>
      </w:r>
    </w:p>
    <w:p>
      <w:r>
        <w:t>When you change the way you think about saving, the habit becomes a powerful tool to reinforce your belief in abundance.</w:t>
      </w:r>
    </w:p>
    <w:p>
      <w:r>
        <w:t>2. Budgeting: Aligning with the Belief of Financial Control</w:t>
      </w:r>
    </w:p>
    <w:p>
      <w:r>
        <w:t>Budgeting is another key habit that strengthens the belief that you have control over your finances. A budget is a roadmap to financial success. It helps you allocate your money intentionally, track your spending, and ensure that you are living within your means while still working toward your goals.</w:t>
      </w:r>
    </w:p>
    <w:p>
      <w:r>
        <w:t>A well-organized budget supports the belief that you are in control of your financial life. It shows that you have the ability to manage your money effectively and that financial freedom is possible. Every time you sit down to track your income and expenses, you are affirming that you are capable of making intentional financial decisions.</w:t>
      </w:r>
    </w:p>
    <w:p>
      <w:r>
        <w:t>Reframing Budgeting as an Empowering Habit: Many people view budgeting as restrictive, but when you align your mindset with the idea that budgeting provides freedom, it becomes a positive habit. Instead of thinking:</w:t>
      </w:r>
    </w:p>
    <w:p>
      <w:r>
        <w:t>“I can’t spend money freely with a budget,” reframe it to “A budget allows me to spend wisely, ensuring I have the freedom to enjoy the things that matter most.”</w:t>
      </w:r>
    </w:p>
    <w:p>
      <w:r>
        <w:t>A budget is not about limiting yourself—it’s about ensuring that you are directing your resources toward the things that are truly important to you, whether that’s saving for a goal, investing for the future, or enjoying life experiences. When you make budgeting a habit, you reinforce the belief that you are in control of your money, and that financial success is within your reach.</w:t>
      </w:r>
    </w:p>
    <w:p>
      <w:r>
        <w:t>3. Goal-Setting: Reinforcing the Belief in Growth and Progress</w:t>
      </w:r>
    </w:p>
    <w:p>
      <w:r>
        <w:t>Goal-setting is one of the most important habits for reinforcing a growth mindset. Setting clear, achievable financial goals allows you to create a concrete plan for success. By breaking down larger financial objectives into smaller, manageable tasks, you build confidence and momentum, showing yourself that progress is possible, one step at a time.</w:t>
      </w:r>
    </w:p>
    <w:p>
      <w:r>
        <w:t>When you set goals, you reinforce the belief that you can achieve financial success. Setting clear targets helps you visualize your financial future and gives you something concrete to work toward. As you achieve smaller goals, you prove to yourself that financial success is not just a distant dream—it is an achievable reality.</w:t>
      </w:r>
    </w:p>
    <w:p>
      <w:r>
        <w:t>Reframing Goal-Setting as a Habit of Empowerment: Rather than viewing goal-setting as a rigid exercise or a source of pressure, approach it with the mindset that goals are opportunities for growth and progress. Instead of thinking:</w:t>
      </w:r>
    </w:p>
    <w:p>
      <w:r>
        <w:t>“I’ll never reach my financial goals,” reframe it to “I can break my goals down into manageable steps, and each small victory brings me closer to my vision.”</w:t>
      </w:r>
    </w:p>
    <w:p>
      <w:r>
        <w:t>As you consistently set and achieve financial goals, you reinforce the belief that you are capable of achieving anything you set your mind to. This reinforces your positive money mindset and strengthens your ability to take actionable steps toward financial success.</w:t>
      </w:r>
    </w:p>
    <w:p/>
    <w:p>
      <w:r>
        <w:t>4. Tracking Your Spending: Reinforcing the Belief of Financial Awareness</w:t>
      </w:r>
    </w:p>
    <w:p>
      <w:r>
        <w:t>Tracking your spending is an essential habit that reinforces the belief that you are fully aware of where your money is going. By tracking your spending, you eliminate the fear of the unknown and take control of your finances. This habit helps you identify areas where you can cut back or make adjustments, ensuring that your spending aligns with your values and financial goals.</w:t>
      </w:r>
    </w:p>
    <w:p>
      <w:r>
        <w:t>When you consistently track your spending, you reinforce the belief that you are actively engaged with your money, rather than allowing it to slip through your fingers. It shows that you are intentional with your finances and committed to creating the financial life you desire.</w:t>
      </w:r>
    </w:p>
    <w:p>
      <w:r>
        <w:t>Reframing Tracking Spending as a Habit of Empowerment: Rather than seeing tracking your spending as a tedious or restrictive task, reframe it as a habit that empowers you to make better decisions. Instead of thinking:</w:t>
      </w:r>
    </w:p>
    <w:p>
      <w:r>
        <w:t>“I don’t want to track my spending—it feels like a chore,” reframe it to “Tracking my spending empowers me to take control of my finances and ensures that I’m living in alignment with my values.”</w:t>
      </w:r>
    </w:p>
    <w:p>
      <w:r>
        <w:t>Tracking your spending is not about limiting yourself—it's about creating a clear picture of where your money is going so that you can make conscious choices about how to allocate it.</w:t>
      </w:r>
    </w:p>
    <w:p/>
    <w:p>
      <w:r>
        <w:t>5. Automating Your Finances: Reinforcing the Belief in Ease and Consistency</w:t>
      </w:r>
    </w:p>
    <w:p>
      <w:r>
        <w:t>One of the most powerful habits you can develop is automating your finances. Automation allows you to set up recurring transfers for savings, investments, and bill payments, making sure that you stay on track without having to think about it every month. This habit reinforces the belief that financial success is easy and can be achieved consistently with little effort.</w:t>
      </w:r>
    </w:p>
    <w:p>
      <w:r>
        <w:t>When you automate your finances, you free up mental energy and reduce the chances of making impulsive decisions that could derail your financial goals. By making saving and investing automatic, you reinforce the belief that you can create financial stability without constant effort.</w:t>
      </w:r>
    </w:p>
    <w:p>
      <w:r>
        <w:t>Reframing Automation as a Habit of Ease: Rather than seeing automation as an impersonal or detached approach to managing money, reframe it as a habit that makes your financial life easier and more consistent. Instead of thinking:</w:t>
      </w:r>
    </w:p>
    <w:p>
      <w:r>
        <w:t>“I don’t want to automate everything—I want to have control over every penny,” reframe it to “Automating my finances helps me stay consistent and ensures that I am always moving toward my goals, effortlessly.”</w:t>
      </w:r>
    </w:p>
    <w:p>
      <w:r>
        <w:t>Automation allows you to streamline your financial management, making it easier to build wealth over time.</w:t>
      </w:r>
    </w:p>
    <w:p/>
    <w:p>
      <w:r>
        <w:t>Conclusion</w:t>
      </w:r>
    </w:p>
    <w:p>
      <w:r>
        <w:t>Building new financial habits is one of the most effective ways to reinforce a positive money mindset. By consistently practicing habits like saving, budgeting, goal-setting, tracking spending, and automating your finances, you align your actions with the positive beliefs you are working to cultivate. These habits not only support your financial goals but also strengthen the belief that you are capable of achieving financial success.</w:t>
      </w:r>
    </w:p>
    <w:p>
      <w:r>
        <w:t>The more you practice these habits, the more ingrained they will become in your daily routine. As your habits reinforce your positive beliefs, you will see real, tangible progress toward your financial goals. In the end, the connection between your habits and beliefs will create a powerful, unstoppable force for financial success.</w:t>
      </w:r>
    </w:p>
    <w:p>
      <w:r>
        <w:t>Practical Strategies for Building Financial Success</w:t>
      </w:r>
    </w:p>
    <w:p>
      <w:r>
        <w:t>Achieving financial success requires more than just having the right mindset; it involves taking practical, actionable steps that align with your goals and reinforce the positive beliefs you’ve adopted about money. In this section, we’ll explore several key tools and strategies that can help you implement your financial habits effectively and create a sustainable financial foundation.</w:t>
      </w:r>
    </w:p>
    <w:p>
      <w:r>
        <w:t>The strategies we will cover include automation, financial tracking, and planning. Each of these tools is designed to make your financial life easier, more organized, and more aligned with your long-term goals. By integrating these strategies into your routine, you will be better equipped to manage your money, reduce stress, and ultimately achieve financial freedom.</w:t>
      </w:r>
    </w:p>
    <w:p/>
    <w:p>
      <w:r>
        <w:t>1. Automation: Streamlining Your Finances</w:t>
      </w:r>
    </w:p>
    <w:p>
      <w:r>
        <w:t>Automation is one of the most effective ways to build financial success without requiring constant effort. By automating key financial processes, you can ensure that your savings, bill payments, and investments happen consistently, without having to think about it every month. Automation eliminates the temptation to overspend or skip important financial tasks, helping you stay on track to achieve your goals.</w:t>
      </w:r>
    </w:p>
    <w:p>
      <w:r>
        <w:t>Why Automation is Key</w:t>
      </w:r>
    </w:p>
    <w:p>
      <w:r>
        <w:t>The primary benefit of automation is consistency. With automation, your financial systems run smoothly and reliably without requiring active involvement. It ensures that you are always saving, investing, and paying your bills on time—without the mental energy it would take to remember every transaction.</w:t>
      </w:r>
    </w:p>
    <w:p>
      <w:r>
        <w:t>By automating your finances, you create a system where saving and investing become second nature. Your money is automatically directed toward your priorities, such as building an emergency fund, contributing to retirement savings, or paying off debt.</w:t>
      </w:r>
    </w:p>
    <w:p>
      <w:r>
        <w:t>How to Automate Your Finances</w:t>
      </w:r>
    </w:p>
    <w:p/>
    <w:p>
      <w:r>
        <w:t>Set Up Automatic Transfers for Savings: One of the easiest ways to automate your finances is by setting up automatic transfers from your checking account to a savings account. This can be done weekly, biweekly, or monthly—whatever frequency works best for you. By automating savings, you ensure that you pay yourself first and prioritize your future financial security.</w:t>
      </w:r>
    </w:p>
    <w:p/>
    <w:p>
      <w:r>
        <w:t>For example, if your goal is to save $200 per month for an emergency fund, set up an automatic transfer of $50 each week. This system will prevent you from spending the money before it has a chance to be saved.</w:t>
      </w:r>
    </w:p>
    <w:p/>
    <w:p/>
    <w:p>
      <w:r>
        <w:t>Automate Bill Payments: Avoid late fees and the stress of tracking due dates by automating your bill payments. Many service providers offer automatic payment options, allowing you to link your bank account or credit card to make payments on your behalf. Bills such as utilities, rent/mortgage, and even credit card payments can be automated, ensuring that your financial obligations are met on time, every time.</w:t>
      </w:r>
    </w:p>
    <w:p/>
    <w:p>
      <w:r>
        <w:t>Automating bill payments also protects your credit score by preventing missed or late payments, which can have long-term financial consequences.</w:t>
      </w:r>
    </w:p>
    <w:p/>
    <w:p/>
    <w:p>
      <w:r>
        <w:t>Contribute to Retirement Accounts Automatically: If your employer offers automatic contributions to a retirement savings account, like a 401(k), be sure to take full advantage. You can also set up automatic transfers to a personal retirement account (IRA or Roth IRA). By making regular contributions, even in small amounts, you gradually build wealth over time, taking advantage of the power of compound interest.</w:t>
      </w:r>
    </w:p>
    <w:p/>
    <w:p/>
    <w:p>
      <w:r>
        <w:t>Automate Investments: If you are investing for the future, you can set up automatic transfers to an investment account. Many online brokerages and robo-advisors offer automatic investment services, where your funds are automatically allocated to stocks, bonds, or other investment vehicles based on your financial goals and risk tolerance.</w:t>
      </w:r>
    </w:p>
    <w:p/>
    <w:p>
      <w:r>
        <w:t>Automating your investments ensures that you are consistently growing your wealth without having to make active decisions each month.</w:t>
      </w:r>
    </w:p>
    <w:p/>
    <w:p/>
    <w:p>
      <w:r>
        <w:t>2. Financial Tracking: Gaining Clarity and Control</w:t>
      </w:r>
    </w:p>
    <w:p>
      <w:r>
        <w:t>Financial tracking is an essential tool for anyone looking to gain control over their money and make more informed decisions. By tracking your income, expenses, savings, and investments, you gain a clear picture of your financial situation, which empowers you to make better choices and reach your financial goals faster.</w:t>
      </w:r>
    </w:p>
    <w:p>
      <w:r>
        <w:t>Why Financial Tracking is Essential</w:t>
      </w:r>
    </w:p>
    <w:p>
      <w:r>
        <w:t>Tracking your finances provides clarity and awareness. It helps you see where your money is going, so you can identify areas where you might be overspending or where you could allocate more funds toward your savings and investments. Financial tracking also provides motivation, as you can clearly see your progress toward your financial goals.</w:t>
      </w:r>
    </w:p>
    <w:p>
      <w:r>
        <w:t>If you are not tracking your finances, it’s easy to overspend or forget about small purchases that can add up over time. Financial tracking keeps you accountable and helps you stay focused on your objectives.</w:t>
      </w:r>
    </w:p>
    <w:p>
      <w:r>
        <w:t>How to Track Your Finances Effectively</w:t>
      </w:r>
    </w:p>
    <w:p/>
    <w:p>
      <w:r>
        <w:t>Use a Budgeting App: There are many apps available that make financial tracking easy. Apps like Mint, YNAB (You Need a Budget), or EveryDollar link to your bank account and credit cards to automatically track your income and expenses. These apps categorize your spending and provide you with a clear breakdown of where your money is going each month.</w:t>
      </w:r>
    </w:p>
    <w:p/>
    <w:p>
      <w:r>
        <w:t>Setting up a monthly budget using an app can help you stay on track, avoid overspending, and make adjustments as needed. You can set limits for each category (e.g., groceries, entertainment, dining out) and monitor your spending in real time.</w:t>
      </w:r>
    </w:p>
    <w:p/>
    <w:p/>
    <w:p>
      <w:r>
        <w:t>Manual Tracking via Spreadsheets: If you prefer a more hands-on approach, creating a financial spreadsheet is another effective way to track your finances. You can use tools like Google Sheets or Excel to set up a simple income and expense tracker. Many templates are available online that provide pre-built categories for tracking your spending and calculating savings.</w:t>
      </w:r>
    </w:p>
    <w:p/>
    <w:p>
      <w:r>
        <w:t>A spreadsheet is a good option if you like to have more control over how you organize your finances and prefer to manually input the information.</w:t>
      </w:r>
    </w:p>
    <w:p/>
    <w:p/>
    <w:p>
      <w:r>
        <w:t>Track Your Net Worth: Tracking your net worth is an excellent way to measure your financial progress over time. Your net worth is the difference between your assets (things you own, such as your house, car, savings, and investments) and your liabilities (debts like mortgages, credit cards, student loans, etc.).</w:t>
      </w:r>
    </w:p>
    <w:p/>
    <w:p>
      <w:r>
        <w:t>Tracking your net worth helps you see how your assets and liabilities evolve, giving you a clearer picture of your financial health.</w:t>
      </w:r>
    </w:p>
    <w:p/>
    <w:p/>
    <w:p>
      <w:r>
        <w:t>Monitor Your Cash Flow: Cash flow is the movement of money in and out of your bank account. Keeping track of your cash flow will help you ensure that you have enough income to cover your expenses and identify areas where you may need to cut back. By tracking cash flow, you can ensure that your spending aligns with your income and that you are consistently saving or investing for the future.</w:t>
      </w:r>
    </w:p>
    <w:p/>
    <w:p/>
    <w:p>
      <w:r>
        <w:t>3. Financial Planning: Creating a Roadmap for Your Future</w:t>
      </w:r>
    </w:p>
    <w:p>
      <w:r>
        <w:t>Financial planning is the process of setting goals, developing strategies, and implementing actions to achieve those goals. A well-thought-out financial plan helps you allocate your resources efficiently, avoid unnecessary debt, and stay on track to meet both short-term and long-term financial objectives.</w:t>
      </w:r>
    </w:p>
    <w:p>
      <w:r>
        <w:t>Why Financial Planning is Crucial</w:t>
      </w:r>
    </w:p>
    <w:p>
      <w:r>
        <w:t>Financial planning allows you to set clear, actionable goals and develop a strategy to achieve them. It takes the guesswork out of managing money and provides a roadmap for your financial journey. Financial planning also helps you stay focused on your goals, measure your progress, and adjust your strategies as needed.</w:t>
      </w:r>
    </w:p>
    <w:p>
      <w:r>
        <w:t>How to Create a Financial Plan</w:t>
      </w:r>
    </w:p>
    <w:p/>
    <w:p>
      <w:r>
        <w:t>Set Clear Financial Goals: The first step in creating a financial plan is to identify your financial goals. These goals should be specific, measurable, and achievable. Some examples of financial goals include:</w:t>
      </w:r>
    </w:p>
    <w:p/>
    <w:p>
      <w:r>
        <w:t>Saving for a down payment on a house</w:t>
      </w:r>
    </w:p>
    <w:p>
      <w:r>
        <w:t>Paying off credit card debt</w:t>
      </w:r>
    </w:p>
    <w:p>
      <w:r>
        <w:t>Building an emergency fund</w:t>
      </w:r>
    </w:p>
    <w:p>
      <w:r>
        <w:t>Saving for retirement</w:t>
      </w:r>
    </w:p>
    <w:p>
      <w:r>
        <w:t>When setting goals, be sure to prioritize them. For example, if you have high-interest credit card debt, paying it off may be a top priority before saving for other goals.</w:t>
      </w:r>
    </w:p>
    <w:p/>
    <w:p>
      <w:r>
        <w:t>Create a Timeline: For each financial goal, create a timeline. Determine how long it will take to achieve each goal based on your current income, expenses, and savings rate. This timeline helps you break down your goals into manageable steps, making it easier to stay on track and motivated.</w:t>
      </w:r>
    </w:p>
    <w:p/>
    <w:p>
      <w:r>
        <w:t>Use your budget and financial tracking tools to ensure that you are consistently working toward your goals and making adjustments as necessary.</w:t>
      </w:r>
    </w:p>
    <w:p/>
    <w:p/>
    <w:p>
      <w:r>
        <w:t>Develop a Strategy: Once you’ve set your financial goals and timeline, develop a strategy for achieving them. This strategy may include steps like:</w:t>
      </w:r>
    </w:p>
    <w:p/>
    <w:p>
      <w:r>
        <w:t>Setting up automatic transfers to savings</w:t>
      </w:r>
    </w:p>
    <w:p>
      <w:r>
        <w:t>Cutting back on discretionary spending</w:t>
      </w:r>
    </w:p>
    <w:p>
      <w:r>
        <w:t>Increasing your income through side gigs or additional work</w:t>
      </w:r>
    </w:p>
    <w:p>
      <w:r>
        <w:t>Investing for the future</w:t>
      </w:r>
    </w:p>
    <w:p>
      <w:r>
        <w:t>Your strategy should align with your goals and help you stay accountable to the actions that will move you closer to financial freedom.</w:t>
      </w:r>
    </w:p>
    <w:p/>
    <w:p>
      <w:r>
        <w:t>Review and Adjust Regularly: Financial planning is not a one-time task—it’s an ongoing process. Review your financial plan regularly (e.g., every 3–6 months) to assess your progress and make any necessary adjustments. Life changes, and your financial plan should be flexible enough to adapt to those changes.</w:t>
      </w:r>
    </w:p>
    <w:p/>
    <w:p/>
    <w:p>
      <w:r>
        <w:t>Conclusion</w:t>
      </w:r>
    </w:p>
    <w:p>
      <w:r>
        <w:t>Practical strategies like automation, financial tracking, and planning are essential tools for building a secure financial future. These strategies not only simplify the process of managing your finances but also reinforce the positive mindset and behaviors you’ve adopted throughout this journey.</w:t>
      </w:r>
    </w:p>
    <w:p>
      <w:r>
        <w:t>By automating key financial tasks, tracking your spending, and creating a clear financial plan, you will ensure that your financial habits align with your goals, enabling you to take control of your financial life and work toward the future you desire. Remember, consistency and discipline are the keys to making these strategies work for you. With time, these tools will help you build the financial success you’ve always dreamed of.</w:t>
      </w:r>
    </w:p>
    <w:p>
      <w:r>
        <w:t>Interactive Element: Financial Habits Plan Template</w:t>
      </w:r>
    </w:p>
    <w:p>
      <w:r>
        <w:t>Creating a Financial Habits Plan is an essential step toward aligning your daily actions with your long-term financial goals. By identifying key habits and setting clear intentions, you’ll be able to stay on track and ensure that your financial journey remains focused and purposeful. This template is designed to guide you in identifying and developing the financial habits that will set you up for success.</w:t>
      </w:r>
    </w:p>
    <w:p>
      <w:r>
        <w:t>Fill out each section thoughtfully, and revisit your plan regularly to assess your progress. Adjust your goals and strategies as needed to ensure that you are continuously moving forward on your financial path.</w:t>
      </w:r>
    </w:p>
    <w:p/>
    <w:p>
      <w:r>
        <w:t>Financial Habits Plan Template</w:t>
      </w:r>
    </w:p>
    <w:p>
      <w:r>
        <w:t>1. Financial Goals</w:t>
      </w:r>
    </w:p>
    <w:p>
      <w:r>
        <w:t>Start by identifying your financial goals. These are the outcomes you want to achieve, both in the short-term and long-term. Be specific and realistic. You may want to prioritize goals like saving for an emergency fund, paying off debt, or building wealth for retirement.</w:t>
      </w:r>
    </w:p>
    <w:p/>
    <w:p>
      <w:r>
        <w:t>Short-Term Goals (0-1 year):</w:t>
      </w:r>
    </w:p>
    <w:p/>
    <w:p>
      <w:r>
        <w:t>Goal 1: _______________________________________</w:t>
      </w:r>
    </w:p>
    <w:p>
      <w:r>
        <w:t>Goal 2: _______________________________________</w:t>
      </w:r>
    </w:p>
    <w:p>
      <w:r>
        <w:t>Goal 3: _______________________________________</w:t>
      </w:r>
    </w:p>
    <w:p/>
    <w:p>
      <w:r>
        <w:t>Long-Term Goals (1-5 years or more):</w:t>
      </w:r>
    </w:p>
    <w:p/>
    <w:p>
      <w:r>
        <w:t>Goal 1: _______________________________________</w:t>
      </w:r>
    </w:p>
    <w:p>
      <w:r>
        <w:t>Goal 2: _______________________________________</w:t>
      </w:r>
    </w:p>
    <w:p>
      <w:r>
        <w:t>Goal 3: _______________________________________</w:t>
      </w:r>
    </w:p>
    <w:p>
      <w:r>
        <w:t>2. Key Financial Habits</w:t>
      </w:r>
    </w:p>
    <w:p>
      <w:r>
        <w:t>Next, focus on the habits that will help you achieve your goals. Consider habits related to saving, budgeting, spending, investing, and tracking your money. Choose the habits that will make the most impact on your financial situation and help you stay aligned with your goals.</w:t>
      </w:r>
    </w:p>
    <w:p/>
    <w:p>
      <w:r>
        <w:t>Saving:</w:t>
      </w:r>
    </w:p>
    <w:p/>
    <w:p>
      <w:r>
        <w:t>Habit: _______________________________________</w:t>
      </w:r>
    </w:p>
    <w:p>
      <w:r>
        <w:t>Frequency (e.g., weekly, monthly): _______________</w:t>
      </w:r>
    </w:p>
    <w:p>
      <w:r>
        <w:t>Amount to save: _______________________________</w:t>
      </w:r>
    </w:p>
    <w:p>
      <w:r>
        <w:t>Notes: _______________________________________</w:t>
      </w:r>
    </w:p>
    <w:p/>
    <w:p>
      <w:r>
        <w:t>Budgeting:</w:t>
      </w:r>
    </w:p>
    <w:p/>
    <w:p>
      <w:r>
        <w:t>Habit: _______________________________________</w:t>
      </w:r>
    </w:p>
    <w:p>
      <w:r>
        <w:t>Frequency: ___________________________________</w:t>
      </w:r>
    </w:p>
    <w:p>
      <w:r>
        <w:t>Notes: _______________________________________</w:t>
      </w:r>
    </w:p>
    <w:p/>
    <w:p>
      <w:r>
        <w:t>Investing:</w:t>
      </w:r>
    </w:p>
    <w:p/>
    <w:p>
      <w:r>
        <w:t>Habit: _______________________________________</w:t>
      </w:r>
    </w:p>
    <w:p>
      <w:r>
        <w:t>Frequency: ___________________________________</w:t>
      </w:r>
    </w:p>
    <w:p>
      <w:r>
        <w:t>Amount to invest: _____________________________</w:t>
      </w:r>
    </w:p>
    <w:p>
      <w:r>
        <w:t>Notes: _______________________________________</w:t>
      </w:r>
    </w:p>
    <w:p/>
    <w:p>
      <w:r>
        <w:t>Spending:</w:t>
      </w:r>
    </w:p>
    <w:p/>
    <w:p>
      <w:r>
        <w:t>Habit: _______________________________________</w:t>
      </w:r>
    </w:p>
    <w:p>
      <w:r>
        <w:t>Frequency: ___________________________________</w:t>
      </w:r>
    </w:p>
    <w:p>
      <w:r>
        <w:t>Notes: _______________________________________</w:t>
      </w:r>
    </w:p>
    <w:p/>
    <w:p>
      <w:r>
        <w:t>Tracking:</w:t>
      </w:r>
    </w:p>
    <w:p/>
    <w:p>
      <w:r>
        <w:t>Habit: _______________________________________</w:t>
      </w:r>
    </w:p>
    <w:p>
      <w:r>
        <w:t>Frequency: ___________________________________</w:t>
      </w:r>
    </w:p>
    <w:p>
      <w:r>
        <w:t>Notes: _______________________________________</w:t>
      </w:r>
    </w:p>
    <w:p>
      <w:r>
        <w:t>3. Accountability and Motivation</w:t>
      </w:r>
    </w:p>
    <w:p>
      <w:r>
        <w:t>How will you hold yourself accountable to these habits? Accountability is crucial to forming lasting habits, as it keeps you focused and motivated. Consider sharing your plan with a friend, family member, or financial advisor, or use a tracking system that keeps you engaged with your goals.</w:t>
      </w:r>
    </w:p>
    <w:p>
      <w:r>
        <w:t>Accountability Partner (if applicable): ____________________</w:t>
      </w:r>
    </w:p>
    <w:p>
      <w:r>
        <w:t>Tracking Tools (e.g., apps, spreadsheets): ___________________</w:t>
      </w:r>
    </w:p>
    <w:p>
      <w:r>
        <w:t>Motivational Strategies (e.g., rewards, affirmations): ___________</w:t>
      </w:r>
    </w:p>
    <w:p>
      <w:r>
        <w:t>4. Timeline and Milestones</w:t>
      </w:r>
    </w:p>
    <w:p>
      <w:r>
        <w:t>Set a timeline for achieving each goal, and identify milestones to track your progress. Milestones will help you celebrate small wins along the way, which can keep you motivated.</w:t>
      </w:r>
    </w:p>
    <w:p/>
    <w:p>
      <w:r>
        <w:t>Goal 1:</w:t>
      </w:r>
    </w:p>
    <w:p/>
    <w:p>
      <w:r>
        <w:t>Milestone 1: _______________________________________</w:t>
      </w:r>
    </w:p>
    <w:p>
      <w:r>
        <w:t>Milestone 2: _______________________________________</w:t>
      </w:r>
    </w:p>
    <w:p>
      <w:r>
        <w:t>Milestone 3: _______________________________________</w:t>
      </w:r>
    </w:p>
    <w:p>
      <w:r>
        <w:t>Completion Date: _________________________________</w:t>
      </w:r>
    </w:p>
    <w:p/>
    <w:p>
      <w:r>
        <w:t>Goal 2:</w:t>
      </w:r>
    </w:p>
    <w:p/>
    <w:p>
      <w:r>
        <w:t>Milestone 1: _______________________________________</w:t>
      </w:r>
    </w:p>
    <w:p>
      <w:r>
        <w:t>Milestone 2: _______________________________________</w:t>
      </w:r>
    </w:p>
    <w:p>
      <w:r>
        <w:t>Milestone 3: _______________________________________</w:t>
      </w:r>
    </w:p>
    <w:p>
      <w:r>
        <w:t>Completion Date: _________________________________</w:t>
      </w:r>
    </w:p>
    <w:p/>
    <w:p>
      <w:r>
        <w:t>Goal 3:</w:t>
      </w:r>
    </w:p>
    <w:p/>
    <w:p>
      <w:r>
        <w:t>Milestone 1: _______________________________________</w:t>
      </w:r>
    </w:p>
    <w:p>
      <w:r>
        <w:t>Milestone 2: _______________________________________</w:t>
      </w:r>
    </w:p>
    <w:p>
      <w:r>
        <w:t>Milestone 3: _______________________________________</w:t>
      </w:r>
    </w:p>
    <w:p>
      <w:r>
        <w:t>Completion Date: _________________________________</w:t>
      </w:r>
    </w:p>
    <w:p>
      <w:r>
        <w:t>5. Overcoming Obstacles</w:t>
      </w:r>
    </w:p>
    <w:p>
      <w:r>
        <w:t>Think about the potential obstacles you may face in building and maintaining these financial habits. Identifying challenges ahead of time helps you prepare solutions and stay resilient when obstacles arise.</w:t>
      </w:r>
    </w:p>
    <w:p/>
    <w:p>
      <w:r>
        <w:t>Potential Obstacles:</w:t>
      </w:r>
    </w:p>
    <w:p/>
    <w:p/>
    <w:p/>
    <w:p/>
    <w:p/>
    <w:p/>
    <w:p/>
    <w:p/>
    <w:p>
      <w:r>
        <w:t>Solutions to Overcome Obstacles:</w:t>
      </w:r>
    </w:p>
    <w:p/>
    <w:p/>
    <w:p/>
    <w:p/>
    <w:p/>
    <w:p/>
    <w:p/>
    <w:p/>
    <w:p/>
    <w:p/>
    <w:p>
      <w:r>
        <w:t>6. Reflection and Review</w:t>
      </w:r>
    </w:p>
    <w:p>
      <w:r>
        <w:t>To ensure that your financial habits are effective, it’s important to review your progress regularly. Set aside time each month or quarter to reflect on how well you’ve adhered to your plan, identify areas for improvement, and celebrate your successes.</w:t>
      </w:r>
    </w:p>
    <w:p>
      <w:r>
        <w:t>Review Frequency: ________________________</w:t>
      </w:r>
    </w:p>
    <w:p>
      <w:r>
        <w:t>Reflection Questions:</w:t>
      </w:r>
    </w:p>
    <w:p>
      <w:r>
        <w:t>What financial habits have I successfully developed?</w:t>
      </w:r>
    </w:p>
    <w:p>
      <w:r>
        <w:t>Which habits need more focus or adjustment?</w:t>
      </w:r>
    </w:p>
    <w:p>
      <w:r>
        <w:t>What has worked well, and what hasn’t?</w:t>
      </w:r>
    </w:p>
    <w:p>
      <w:r>
        <w:t>What can I do to stay motivated and on track?</w:t>
      </w:r>
    </w:p>
    <w:p/>
    <w:p>
      <w:r>
        <w:t>Conclusion</w:t>
      </w:r>
    </w:p>
    <w:p>
      <w:r>
        <w:t>This Financial Habits Plan is your roadmap to achieving financial success. By setting clear goals, identifying key habits, and holding yourself accountable, you’ll be well on your way to transforming your financial life. Remember that consistency is key—small, intentional steps taken over time can lead to significant progress. Regularly reflect on your progress, adjust your strategies as needed, and celebrate your milestones along the way. Your financial future is in your hands, and with the right habits, you have the power to make it bright and abundant.</w:t>
      </w:r>
    </w:p>
    <w:p/>
    <w:p>
      <w:r>
        <w:br w:type="page"/>
      </w:r>
    </w:p>
    <w:p>
      <w:r>
        <w:t>Chapter 6: Overcoming Setbacks</w:t>
      </w:r>
    </w:p>
    <w:p>
      <w:r>
        <w:t>Expecting and Accepting Challenges</w:t>
      </w:r>
    </w:p>
    <w:p>
      <w:r>
        <w:t>When it comes to personal finance, it’s easy to think that once we set goals, build habits, and establish a plan, we’ll be on a smooth, uninterrupted path to success. However, the reality is that setbacks are an inevitable part of the financial journey. Whether it’s an unexpected expense, a change in income, or a failed investment, challenges are bound to arise. How you respond to these obstacles can be the deciding factor between financial success and stagnation.</w:t>
      </w:r>
    </w:p>
    <w:p>
      <w:r>
        <w:t>In this section, we will explore how to expect, accept, and navigate financial setbacks. Instead of viewing them as signs of failure, we’ll shift our perspective and see them as opportunities for growth. By the end of this chapter, you’ll understand how to build resilience in the face of setbacks, learn to stay focused on your long-term goals, and develop strategies to overcome obstacles as they arise.</w:t>
      </w:r>
    </w:p>
    <w:p/>
    <w:p>
      <w:r>
        <w:t>The Reality of Financial Setbacks</w:t>
      </w:r>
    </w:p>
    <w:p>
      <w:r>
        <w:t>Financial setbacks come in many forms. Some may feel small—such as a minor overspending on an impulse purchase—while others can feel like a major derailment, such as a job loss or a medical emergency that puts your finances in jeopardy. Regardless of their size, setbacks can trigger emotional reactions such as frustration, disappointment, and even self-doubt. These emotions can lead to unhealthy financial behaviors, such as avoidance, denial, or making hasty decisions out of panic.</w:t>
      </w:r>
    </w:p>
    <w:p>
      <w:r>
        <w:t>The key to overcoming setbacks is acknowledging that they will happen. No matter how well you plan, life can throw curveballs that may temporarily knock you off course. However, these challenges don’t have to define your financial journey. In fact, how you respond to setbacks is often more important than the setback itself.</w:t>
      </w:r>
    </w:p>
    <w:p/>
    <w:p>
      <w:r>
        <w:t>Common Financial Obstacles</w:t>
      </w:r>
    </w:p>
    <w:p>
      <w:r>
        <w:t>Let’s explore some of the most common financial setbacks people face, along with strategies for navigating each situation. Understanding these obstacles will help you anticipate potential challenges and develop a proactive approach to overcoming them.</w:t>
      </w:r>
    </w:p>
    <w:p>
      <w:r>
        <w:t>1. Unexpected Expenses</w:t>
      </w:r>
    </w:p>
    <w:p>
      <w:r>
        <w:t>Unexpected expenses, such as car repairs, medical bills, or emergency home maintenance, can quickly throw a wrench in your financial plan. Even if you’ve created a budget or built an emergency fund, these expenses can still cause stress if they exceed your anticipated savings or disrupt your planned spending.</w:t>
      </w:r>
    </w:p>
    <w:p>
      <w:r>
        <w:t>How to Navigate Unexpected Expenses:</w:t>
      </w:r>
    </w:p>
    <w:p/>
    <w:p>
      <w:r>
        <w:t>Plan for the Unexpected: Having an emergency fund is your first line of defense against unexpected expenses. An emergency fund is money set aside specifically for emergencies, typically covering 3-6 months of living expenses. If you don’t yet have one, prioritize building it up as soon as possible.</w:t>
      </w:r>
    </w:p>
    <w:p/>
    <w:p/>
    <w:p>
      <w:r>
        <w:t>Evaluate the Expense: When an unexpected expense arises, take a step back and evaluate its urgency. If it’s a true emergency (e.g., medical bills), take action right away. However, if it’s a less urgent expense (e.g., a broken appliance), consider whether it can be postponed or whether you can find a less expensive solution.</w:t>
      </w:r>
    </w:p>
    <w:p/>
    <w:p/>
    <w:p>
      <w:r>
        <w:t>Adjust Your Budget: If an unexpected expense exceeds your available savings, consider adjusting your budget temporarily to accommodate the new expense. This might mean cutting back on discretionary spending or delaying certain goals for a short period.</w:t>
      </w:r>
    </w:p>
    <w:p/>
    <w:p>
      <w:r>
        <w:t>2. Income Instability</w:t>
      </w:r>
    </w:p>
    <w:p>
      <w:r>
        <w:t>Job loss, reduced hours, or a change in income can create a major setback, especially if you rely on a single source of income. Even if you have a solid financial foundation, a sudden loss of income can quickly deplete savings or make it harder to meet financial obligations.</w:t>
      </w:r>
    </w:p>
    <w:p>
      <w:r>
        <w:t>How to Navigate Income Instability:</w:t>
      </w:r>
    </w:p>
    <w:p/>
    <w:p>
      <w:r>
        <w:t>Diversify Your Income Sources: One of the best ways to protect yourself from income instability is to create multiple streams of income. This can include side jobs, freelancing, or passive income sources such as investments or rental income. Having more than one source of income reduces the financial strain when one income stream is disrupted.</w:t>
      </w:r>
    </w:p>
    <w:p/>
    <w:p/>
    <w:p>
      <w:r>
        <w:t>Cut Back on Expenses: When your income is reduced, it’s crucial to adjust your spending habits accordingly. Review your budget and focus on cutting non-essential expenses. While it may be uncomfortable in the short term, cutting back on discretionary spending allows you to weather income instability without jeopardizing your financial security.</w:t>
      </w:r>
    </w:p>
    <w:p/>
    <w:p/>
    <w:p>
      <w:r>
        <w:t>Focus on Building an Emergency Fund: If you haven’t already built an emergency fund, now is the time to do so. Having a cushion of savings will allow you to manage income disruptions without going into debt.</w:t>
      </w:r>
    </w:p>
    <w:p/>
    <w:p>
      <w:r>
        <w:t>3. Debt Accumulation</w:t>
      </w:r>
    </w:p>
    <w:p>
      <w:r>
        <w:t>Debt can be a significant financial setback, especially if it accumulates beyond your ability to pay it off. High-interest debts, like credit card balances or payday loans, can feel particularly overwhelming, as they quickly compound and make it difficult to stay on top of payments.</w:t>
      </w:r>
    </w:p>
    <w:p>
      <w:r>
        <w:t>How to Navigate Debt Accumulation:</w:t>
      </w:r>
    </w:p>
    <w:p/>
    <w:p>
      <w:r>
        <w:t>Prioritize Debt Repayment: If you’re facing multiple debts, prioritize paying off high-interest debt first. The debt avalanche method, where you pay off the highest-interest debt first while making minimum payments on others, is an effective strategy to reduce the overall cost of debt.</w:t>
      </w:r>
    </w:p>
    <w:p/>
    <w:p/>
    <w:p>
      <w:r>
        <w:t>Consider Debt Consolidation or Refinancing: If you’re struggling with multiple debts, consolidation or refinancing may help. Debt consolidation combines multiple debts into a single loan, often with a lower interest rate, making it easier to manage. Refinancing can also help reduce the interest rate on loans such as mortgages or student loans.</w:t>
      </w:r>
    </w:p>
    <w:p/>
    <w:p/>
    <w:p>
      <w:r>
        <w:t>Avoid Accumulating More Debt: One of the most important things you can do is stop accumulating more debt. Cut back on unnecessary spending and focus on paying down existing balances before taking on new obligations.</w:t>
      </w:r>
    </w:p>
    <w:p/>
    <w:p>
      <w:r>
        <w:t>4. Lack of Financial Education</w:t>
      </w:r>
    </w:p>
    <w:p>
      <w:r>
        <w:t>A common financial setback many people experience is simply not knowing where to start. Financial literacy is essential for making informed decisions about budgeting, saving, investing, and managing debt. Without the proper education, it’s easy to make costly mistakes or miss out on opportunities.</w:t>
      </w:r>
    </w:p>
    <w:p>
      <w:r>
        <w:t>How to Navigate Financial Illiteracy:</w:t>
      </w:r>
    </w:p>
    <w:p/>
    <w:p>
      <w:r>
        <w:t>Invest in Financial Education: Take the time to educate yourself about personal finance. There are many free resources available, such as blogs, podcasts, online courses, and books, that can help you understand the basics of managing money.</w:t>
      </w:r>
    </w:p>
    <w:p/>
    <w:p/>
    <w:p>
      <w:r>
        <w:t>Consult a Financial Advisor: If you’re unsure where to begin or how to develop a plan, consider consulting a financial advisor. A professional can help you assess your current financial situation, create a plan, and provide guidance on budgeting, investing, and saving for the future.</w:t>
      </w:r>
    </w:p>
    <w:p/>
    <w:p/>
    <w:p>
      <w:r>
        <w:t>Building Resilience: Navigating Setbacks with Strength</w:t>
      </w:r>
    </w:p>
    <w:p>
      <w:r>
        <w:t>Setbacks, no matter how big or small, are an inevitable part of the financial journey. The key to overcoming them is resilience—the ability to bounce back from adversity. Building resilience requires a combination of emotional strength, a positive mindset, and a strategic approach.</w:t>
      </w:r>
    </w:p>
    <w:p>
      <w:r>
        <w:t>Here are some strategies to help you build financial resilience and navigate setbacks effectively:</w:t>
      </w:r>
    </w:p>
    <w:p>
      <w:r>
        <w:t>1. Change Your Perspective on Setbacks</w:t>
      </w:r>
    </w:p>
    <w:p>
      <w:r>
        <w:t>Instead of viewing setbacks as roadblocks, see them as opportunities for growth. Each challenge presents a chance to learn, adapt, and become more financially capable. When faced with a setback, ask yourself:</w:t>
      </w:r>
    </w:p>
    <w:p>
      <w:r>
        <w:t>“What can I learn from this situation?”</w:t>
      </w:r>
    </w:p>
    <w:p>
      <w:r>
        <w:t>“How can I use this experience to improve my financial habits?”</w:t>
      </w:r>
    </w:p>
    <w:p>
      <w:r>
        <w:t>Reframing setbacks in a positive light will help you maintain a proactive mindset rather than falling into despair or giving up.</w:t>
      </w:r>
    </w:p>
    <w:p>
      <w:r>
        <w:t>2. Focus on What You Can Control</w:t>
      </w:r>
    </w:p>
    <w:p>
      <w:r>
        <w:t>In times of financial uncertainty, it’s easy to feel overwhelmed by what’s outside of your control. However, focusing on the actions you can take helps reduce feelings of helplessness. For example:</w:t>
      </w:r>
    </w:p>
    <w:p>
      <w:r>
        <w:t>“I can cut back on discretionary spending.”</w:t>
      </w:r>
    </w:p>
    <w:p>
      <w:r>
        <w:t>“I can explore additional income streams.”</w:t>
      </w:r>
    </w:p>
    <w:p>
      <w:r>
        <w:t>“I can reach out for financial advice.”</w:t>
      </w:r>
    </w:p>
    <w:p>
      <w:r>
        <w:t>Focusing on your ability to take action puts you back in the driver’s seat and empowers you to take control of your financial future.</w:t>
      </w:r>
    </w:p>
    <w:p>
      <w:r>
        <w:t>3. Practice Patience and Persistence</w:t>
      </w:r>
    </w:p>
    <w:p>
      <w:r>
        <w:t>Financial setbacks rarely resolve overnight. Building financial stability takes time, effort, and persistence. Remain patient and stick to your plan. Even if progress feels slow, remember that small, consistent actions will compound over time.</w:t>
      </w:r>
    </w:p>
    <w:p>
      <w:r>
        <w:t>4. Lean on Your Support System</w:t>
      </w:r>
    </w:p>
    <w:p>
      <w:r>
        <w:t>Don’t be afraid to reach out to friends, family, or a financial advisor for support. Talking about your financial challenges can provide relief and new perspectives. A strong support system can offer encouragement and help you stay on track during tough times.</w:t>
      </w:r>
    </w:p>
    <w:p/>
    <w:p>
      <w:r>
        <w:t>Conclusion</w:t>
      </w:r>
    </w:p>
    <w:p>
      <w:r>
        <w:t>Expecting and accepting financial setbacks is essential for building long-term financial resilience. Setbacks are inevitable, but how you respond to them determines your ultimate success. By reframing setbacks as opportunities for growth, staying focused on your goals, and implementing strategic actions to overcome obstacles, you can navigate any financial challenge with confidence.</w:t>
      </w:r>
    </w:p>
    <w:p>
      <w:r>
        <w:t>Remember, setbacks don’t define your financial future. Your ability to bounce back, learn from mistakes, and continue working toward your goals will determine your success. Every financial challenge you face is a chance to build your financial resilience and grow stronger in your journey toward financial freedom.</w:t>
      </w:r>
    </w:p>
    <w:p/>
    <w:p>
      <w:r>
        <w:t>Building Resilience: Strategies for Staying Committed During Tough Times</w:t>
      </w:r>
    </w:p>
    <w:p>
      <w:r>
        <w:t>Financial setbacks and challenges are inevitable, but resilience is what allows you to navigate these obstacles effectively and continue moving forward on your journey toward financial success. Resilience is the ability to bounce back, to adapt, and to stay committed even when things don't go as planned. Financial resilience is built by developing the right mindset, creating systems that support you, and maintaining a level of emotional strength that helps you push through tough times.</w:t>
      </w:r>
    </w:p>
    <w:p>
      <w:r>
        <w:t>In this section, we’ll explore strategies to build financial resilience. These strategies will help you remain committed to your goals even in the face of challenges, setbacks, or obstacles that may arise. By building resilience, you’ll be better equipped to handle financial stress, stay on track with your goals, and emerge stronger from each challenge you face.</w:t>
      </w:r>
    </w:p>
    <w:p/>
    <w:p>
      <w:r>
        <w:t>The Importance of Financial Resilience</w:t>
      </w:r>
    </w:p>
    <w:p>
      <w:r>
        <w:t>Resilience is what helps you get back up when life knocks you down. In financial terms, resilience is the ability to continue pursuing your goals despite setbacks. Whether it’s an unexpected expense, income loss, or a temporary inability to save as planned, resilience keeps you from giving up or falling into self-defeating behaviors.</w:t>
      </w:r>
    </w:p>
    <w:p>
      <w:r>
        <w:t>Financial resilience doesn’t mean avoiding setbacks altogether—it means being prepared for them, managing your emotions, and using challenges as opportunities for growth. By strengthening your ability to adapt and persevere, you build the skills necessary to achieve lasting financial success.</w:t>
      </w:r>
    </w:p>
    <w:p>
      <w:r>
        <w:t>The following strategies will help you build resilience so you can continue striving for financial stability and abundance, no matter what challenges come your way.</w:t>
      </w:r>
    </w:p>
    <w:p/>
    <w:p>
      <w:r>
        <w:t>1. Develop a Growth Mindset</w:t>
      </w:r>
    </w:p>
    <w:p>
      <w:r>
        <w:t>One of the most important elements of resilience is developing a growth mindset. A growth mindset is the belief that your abilities, intelligence, and financial circumstances can improve through effort, learning, and persistence. When you approach challenges with a growth mindset, you see setbacks not as failures but as opportunities to learn and grow.</w:t>
      </w:r>
    </w:p>
    <w:p>
      <w:r>
        <w:t>How to Cultivate a Growth Mindset:</w:t>
      </w:r>
    </w:p>
    <w:p/>
    <w:p>
      <w:r>
        <w:t>Embrace Challenges as Learning Opportunities: View financial challenges as learning experiences rather than setbacks. Ask yourself, “What can I learn from this situation?” and “How can this help me improve my financial habits or strategies?” By focusing on growth, you’ll be better equipped to overcome obstacles in the future.</w:t>
      </w:r>
    </w:p>
    <w:p/>
    <w:p/>
    <w:p>
      <w:r>
        <w:t>Replace Negative Self-Talk with Empowering Beliefs: Pay attention to the inner dialogue you have when faced with a setback. Instead of thinking, “I’ll never get ahead,” reframe it to “I can learn from this situation and become stronger.” Positive self-talk helps you build confidence and maintain motivation during difficult times.</w:t>
      </w:r>
    </w:p>
    <w:p/>
    <w:p/>
    <w:p>
      <w:r>
        <w:t>Celebrate Progress, Not Perfection: Resilience comes from recognizing your progress, no matter how small. Celebrate your achievements and the steps you’ve taken toward your financial goals, even if they aren’t perfect. Acknowledging progress keeps you motivated and helps you stay committed to your journey.</w:t>
      </w:r>
    </w:p>
    <w:p/>
    <w:p/>
    <w:p>
      <w:r>
        <w:t>2. Build a Financial Safety Net</w:t>
      </w:r>
    </w:p>
    <w:p>
      <w:r>
        <w:t>A crucial aspect of resilience is having a financial safety net in place. This safety net acts as a cushion, giving you the security you need to navigate setbacks without falling into financial distress. When you know you have a backup plan, it becomes easier to stay calm and focused in challenging situations.</w:t>
      </w:r>
    </w:p>
    <w:p>
      <w:r>
        <w:t>How to Build a Financial Safety Net:</w:t>
      </w:r>
    </w:p>
    <w:p/>
    <w:p>
      <w:r>
        <w:t>Create an Emergency Fund: An emergency fund is a key component of financial resilience. Set aside money that can cover 3-6 months of living expenses in case of unexpected events, such as job loss or medical emergencies. Having an emergency fund reduces the stress that comes from financial uncertainty and provides you with the ability to navigate setbacks with confidence.</w:t>
      </w:r>
    </w:p>
    <w:p/>
    <w:p/>
    <w:p>
      <w:r>
        <w:t>Diversify Income Streams: Relying solely on one source of income can be risky, especially in times of economic instability. Building multiple income streams—such as freelancing, part-time work, or passive income sources—provides you with a safety net that helps reduce the impact of income loss.</w:t>
      </w:r>
    </w:p>
    <w:p/>
    <w:p/>
    <w:p>
      <w:r>
        <w:t>Maintain Insurance Coverage: Insurance is an essential part of your financial safety net. Health insurance, home insurance, auto insurance, and even disability insurance can help protect you from significant financial setbacks. Ensure that you have adequate coverage to shield you from potential risks that could impact your finances.</w:t>
      </w:r>
    </w:p>
    <w:p/>
    <w:p/>
    <w:p>
      <w:r>
        <w:t>3. Establish a Strong Support System</w:t>
      </w:r>
    </w:p>
    <w:p>
      <w:r>
        <w:t>Resilience is not something you need to build alone. Having a strong support system can make a big difference when you’re facing financial challenges. Your support system can include friends, family, mentors, or even financial professionals who can provide guidance, encouragement, and accountability during difficult times.</w:t>
      </w:r>
    </w:p>
    <w:p>
      <w:r>
        <w:t>How to Build a Support System:</w:t>
      </w:r>
    </w:p>
    <w:p/>
    <w:p>
      <w:r>
        <w:t>Lean on Friends and Family: Reach out to friends or family members who understand your financial goals and can offer encouragement when you need it. Sharing your challenges with someone you trust can provide emotional support and help you stay committed to your journey.</w:t>
      </w:r>
    </w:p>
    <w:p/>
    <w:p/>
    <w:p>
      <w:r>
        <w:t>Join Financial Communities: Consider joining a financial support group or online community where you can connect with others who are also working toward financial freedom. These groups can provide motivation, share resources, and offer guidance based on their experiences.</w:t>
      </w:r>
    </w:p>
    <w:p/>
    <w:p/>
    <w:p>
      <w:r>
        <w:t>Work with a Financial Advisor or Coach: A financial advisor or coach can help you develop a plan, navigate setbacks, and stay focused on your goals. They can provide the expertise and accountability you need to make informed decisions and build resilience over time.</w:t>
      </w:r>
    </w:p>
    <w:p/>
    <w:p/>
    <w:p>
      <w:r>
        <w:t>4. Create a Contingency Plan</w:t>
      </w:r>
    </w:p>
    <w:p>
      <w:r>
        <w:t>A contingency plan is a backup strategy that helps you stay prepared for unexpected events. Having a contingency plan in place provides peace of mind and allows you to navigate financial setbacks with greater ease.</w:t>
      </w:r>
    </w:p>
    <w:p>
      <w:r>
        <w:t>How to Create a Contingency Plan:</w:t>
      </w:r>
    </w:p>
    <w:p/>
    <w:p>
      <w:r>
        <w:t>Identify Potential Setbacks: Start by identifying potential setbacks that could disrupt your financial plan, such as job loss, medical emergencies, or unexpected expenses. Once you’ve identified these scenarios, outline the steps you would take to handle each situation.</w:t>
      </w:r>
    </w:p>
    <w:p/>
    <w:p/>
    <w:p>
      <w:r>
        <w:t>Allocate Resources: Ensure that you have resources available to address potential setbacks. This could include your emergency fund, lines of credit, or even support from family members if necessary. Knowing what resources are available can help reduce the stress of navigating challenges.</w:t>
      </w:r>
    </w:p>
    <w:p/>
    <w:p/>
    <w:p>
      <w:r>
        <w:t>Develop an Action Plan: For each potential setback, create an action plan that outlines the specific steps you would take to address it. For example, if you were to lose your job, your action plan might include updating your resume, reaching out to professional contacts, and applying for unemployment benefits.</w:t>
      </w:r>
    </w:p>
    <w:p/>
    <w:p>
      <w:r>
        <w:t>Having a contingency plan allows you to respond to setbacks proactively rather than reactively. It provides structure and guidance in times of uncertainty, which helps you maintain resilience and stay committed to your financial goals.</w:t>
      </w:r>
    </w:p>
    <w:p/>
    <w:p>
      <w:r>
        <w:t>5. Practice Self-Compassion</w:t>
      </w:r>
    </w:p>
    <w:p>
      <w:r>
        <w:t>Building resilience requires more than just financial strategies—it also involves being kind to yourself during tough times. Self-compassion is the practice of treating yourself with the same understanding and care that you would offer a friend. When faced with financial setbacks, it’s easy to fall into the trap of self-criticism or blame, but this only adds to the emotional burden and makes it harder to stay committed.</w:t>
      </w:r>
    </w:p>
    <w:p>
      <w:r>
        <w:t>How to Practice Self-Compassion:</w:t>
      </w:r>
    </w:p>
    <w:p/>
    <w:p>
      <w:r>
        <w:t>Acknowledge Your Efforts: Remind yourself that setbacks are part of the financial journey, and that you are doing your best. Acknowledge your efforts and recognize that challenges are not a reflection of your worth or abilities.</w:t>
      </w:r>
    </w:p>
    <w:p/>
    <w:p/>
    <w:p>
      <w:r>
        <w:t>Practice Forgiveness: If you’ve made a financial mistake, forgive yourself and focus on what you can do differently moving forward. Everyone makes mistakes, and dwelling on them will only hold you back. Instead, treat the mistake as a learning opportunity and use it to improve your habits and decision-making.</w:t>
      </w:r>
    </w:p>
    <w:p/>
    <w:p/>
    <w:p>
      <w:r>
        <w:t>Take Care of Your Well-Being: Financial setbacks can take an emotional toll, which is why it’s important to prioritize self-care. Take time to relax, meditate, exercise, or engage in activities that bring you joy. Taking care of your well-being helps you stay mentally and emotionally resilient, which in turn strengthens your ability to navigate challenges.</w:t>
      </w:r>
    </w:p>
    <w:p/>
    <w:p/>
    <w:p>
      <w:r>
        <w:t>6. Stay Focused on Your Long-Term Goals</w:t>
      </w:r>
    </w:p>
    <w:p>
      <w:r>
        <w:t>One of the most effective ways to maintain resilience during tough times is to stay focused on your long-term financial goals. When faced with setbacks, it’s easy to lose sight of the bigger picture and feel discouraged. However, keeping your goals at the forefront of your mind will help you stay motivated and committed, even in the face of challenges.</w:t>
      </w:r>
    </w:p>
    <w:p>
      <w:r>
        <w:t>How to Stay Focused on Your Long-Term Goals:</w:t>
      </w:r>
    </w:p>
    <w:p/>
    <w:p>
      <w:r>
        <w:t>Visualize Your Goals: Take time to visualize what achieving your financial goals will look and feel like. Imagine the freedom and security you’ll experience once you’ve reached your objectives. Visualization helps reinforce your commitment and keeps you motivated to push through obstacles.</w:t>
      </w:r>
    </w:p>
    <w:p/>
    <w:p/>
    <w:p>
      <w:r>
        <w:t>Break Goals into Smaller Steps: Large goals can feel overwhelming, especially when you’re facing setbacks. Break down your long-term goals into smaller, manageable steps. Focusing on one small step at a time makes it easier to stay on track and maintain momentum.</w:t>
      </w:r>
    </w:p>
    <w:p/>
    <w:p/>
    <w:p>
      <w:r>
        <w:t>Remind Yourself of Your “Why”: Remember why you set your financial goals in the first place. Whether it’s providing for your family, achieving financial independence, or creating a comfortable retirement, staying connected to your “why” will give you the strength to persevere when challenges arise.</w:t>
      </w:r>
    </w:p>
    <w:p/>
    <w:p/>
    <w:p>
      <w:r>
        <w:t>Conclusion</w:t>
      </w:r>
    </w:p>
    <w:p>
      <w:r>
        <w:t>Building financial resilience is an essential part of achieving long-term financial success. Resilience allows you to face setbacks with confidence, stay committed to your goals, and continue moving forward, even when things get tough. By cultivating a growth mindset, creating a financial safety net, building a support system, developing a contingency plan, practicing self-compassion, and staying focused on your long-term goals, you’ll be well-equipped to handle any challenges that come your way.</w:t>
      </w:r>
    </w:p>
    <w:p>
      <w:r>
        <w:t>Remember, setbacks are not roadblocks—they are opportunities for growth and learning. Each time you navigate a financial challenge, you become stronger, more adaptable, and more capable of achieving your financial dreams. Financial resilience is not about avoiding setbacks; it’s about facing them with strength, perseverance, and the belief that you have the power to create the financial future you desire.</w:t>
      </w:r>
    </w:p>
    <w:p/>
    <w:p/>
    <w:p>
      <w:r>
        <w:t>Learning from Failure: Shifting Your Perspective to See Setbacks as Opportunities</w:t>
      </w:r>
    </w:p>
    <w:p>
      <w:r>
        <w:t>Failure is often viewed as something to avoid at all costs—a sign that we weren’t good enough, prepared enough, or capable enough. However, failure is an inevitable part of life, and especially a part of our financial journey. It is not a reflection of our worth, but rather a necessary component of growth and learning. The key to resilience and long-term financial success lies in how you respond to setbacks and how you use them as opportunities for improvement.</w:t>
      </w:r>
    </w:p>
    <w:p>
      <w:r>
        <w:t>In this section, we will explore how to shift your perspective on failure and transform setbacks into valuable lessons. By embracing failure and recognizing its role in personal and financial development, you can use every setback as an opportunity to build a stronger foundation for the future.</w:t>
      </w:r>
    </w:p>
    <w:p/>
    <w:p>
      <w:r>
        <w:t>Failure as a Stepping Stone to Success</w:t>
      </w:r>
    </w:p>
    <w:p>
      <w:r>
        <w:t>The road to financial success is rarely linear. It is often filled with detours, unexpected expenses, and moments where things don’t go as planned. Setbacks and failures are an inherent part of this journey, and how you respond to them will determine your long-term success.</w:t>
      </w:r>
    </w:p>
    <w:p>
      <w:r>
        <w:t>Failure does not mean that you are incapable—it means that you are trying. When you shift your perspective and begin to see failure as a stepping stone rather than a roadblock, you open yourself up to new possibilities. Each setback is an opportunity to learn, adapt, and make better decisions moving forward.</w:t>
      </w:r>
    </w:p>
    <w:p>
      <w:r>
        <w:t>Think of failure as a form of feedback. It provides valuable information about what works, what doesn’t, and where you need to make adjustments. The only true failure is giving up. As long as you continue to learn and make progress, you are moving in the right direction.</w:t>
      </w:r>
    </w:p>
    <w:p/>
    <w:p>
      <w:r>
        <w:t>Reframing Financial Setbacks as Opportunities</w:t>
      </w:r>
    </w:p>
    <w:p>
      <w:r>
        <w:t>Changing the way you view setbacks requires a shift in mindset. Instead of seeing failure as an end point, view it as a moment to pause, reflect, and recalibrate. The following strategies will help you shift your perspective and use failure as a tool for growth.</w:t>
      </w:r>
    </w:p>
    <w:p>
      <w:r>
        <w:t>1. Embrace a Growth Mindset</w:t>
      </w:r>
    </w:p>
    <w:p>
      <w:r>
        <w:t>A growth mindset is the belief that your abilities and intelligence can be developed through hard work, learning, and perseverance. When you approach challenges with a growth mindset, failure becomes a natural part of the learning process. Instead of thinking, “I’m just not good with money,” you reframe it to “I may have made mistakes, but I can learn and improve my financial skills.”</w:t>
      </w:r>
    </w:p>
    <w:p>
      <w:r>
        <w:t>Embracing a growth mindset allows you to see each setback as a chance to grow and become more capable. With this mindset, financial failures become less daunting because they are viewed as temporary challenges rather than permanent limitations.</w:t>
      </w:r>
    </w:p>
    <w:p>
      <w:r>
        <w:t>2. Find the Lessons in Every Setback</w:t>
      </w:r>
    </w:p>
    <w:p>
      <w:r>
        <w:t>One of the most powerful ways to transform failure into an opportunity is by identifying the lessons that come from it. When you experience a financial setback—whether it’s overspending, missing a savings target, or making a poor investment—take a moment to reflect on what went wrong and why.</w:t>
      </w:r>
    </w:p>
    <w:p>
      <w:r>
        <w:t>Ask Yourself:</w:t>
      </w:r>
    </w:p>
    <w:p>
      <w:r>
        <w:t>What can I learn from this situation?</w:t>
      </w:r>
    </w:p>
    <w:p>
      <w:r>
        <w:t>What could I have done differently?</w:t>
      </w:r>
    </w:p>
    <w:p>
      <w:r>
        <w:t>How can I use this experience to improve my financial habits moving forward?</w:t>
      </w:r>
    </w:p>
    <w:p>
      <w:r>
        <w:t>For example, if you missed your monthly savings goal, take the time to analyze why. Was your goal too ambitious? Did unexpected expenses arise that weren’t factored into your budget? Were there spending habits that could be adjusted? By reflecting on these questions, you can gain insight and make changes to prevent similar setbacks in the future.</w:t>
      </w:r>
    </w:p>
    <w:p>
      <w:r>
        <w:t>3. Reframe Negative Self-Talk</w:t>
      </w:r>
    </w:p>
    <w:p>
      <w:r>
        <w:t>When we experience failure, it’s common to engage in negative self-talk—thoughts like, “I’m terrible with money,” or “I’ll never be able to achieve my financial goals.” These thoughts can be discouraging and prevent you from making progress.</w:t>
      </w:r>
    </w:p>
    <w:p>
      <w:r>
        <w:t>Instead of allowing negative self-talk to take hold, practice reframing these thoughts into something more constructive. For example:</w:t>
      </w:r>
    </w:p>
    <w:p>
      <w:r>
        <w:t>Instead of “I’ll never be good with money,” reframe it to “I’m learning how to manage my finances better every day.”</w:t>
      </w:r>
    </w:p>
    <w:p>
      <w:r>
        <w:t>Instead of “I made a mistake, so I’m a failure,” reframe it to “I made a mistake, but I’m learning from it, and I’m better equipped to make a different choice next time.”</w:t>
      </w:r>
    </w:p>
    <w:p>
      <w:r>
        <w:t>The language you use with yourself is powerful. By reframing negative thoughts, you shift your perspective and create a more positive, resilient mindset that can withstand financial setbacks.</w:t>
      </w:r>
    </w:p>
    <w:p>
      <w:r>
        <w:t>4. Take Ownership of Your Mistakes</w:t>
      </w:r>
    </w:p>
    <w:p>
      <w:r>
        <w:t>Taking ownership of your mistakes is a crucial part of learning from failure. It’s easy to blame external factors for financial setbacks—“The market was unpredictable,” or “I had no choice but to overspend.” While it’s true that external circumstances can impact your finances, taking ownership of your actions empowers you to make positive changes.</w:t>
      </w:r>
    </w:p>
    <w:p>
      <w:r>
        <w:t>Taking Ownership Means:</w:t>
      </w:r>
    </w:p>
    <w:p>
      <w:r>
        <w:t>Acknowledging your role in the outcome.</w:t>
      </w:r>
    </w:p>
    <w:p>
      <w:r>
        <w:t>Accepting responsibility for your actions, even if they led to a mistake.</w:t>
      </w:r>
    </w:p>
    <w:p>
      <w:r>
        <w:t>Focusing on what you can control moving forward, rather than dwelling on the past.</w:t>
      </w:r>
    </w:p>
    <w:p>
      <w:r>
        <w:t>Taking ownership is not about blaming yourself—it’s about recognizing that you have the power to make different choices in the future. When you own your mistakes, you also own your ability to change your financial behaviors and outcomes.</w:t>
      </w:r>
    </w:p>
    <w:p>
      <w:r>
        <w:t>5. Setbacks as Part of the Process</w:t>
      </w:r>
    </w:p>
    <w:p>
      <w:r>
        <w:t>Failure is not a reflection of your abilities; it is a natural part of the process of growth and development. Think of any successful person you admire—whether in business, sports, or personal finance. Behind every success story, there are countless failures, setbacks, and challenges that had to be overcome.</w:t>
      </w:r>
    </w:p>
    <w:p>
      <w:r>
        <w:t>Reframe Setbacks as Steps on the Path to Success:</w:t>
      </w:r>
    </w:p>
    <w:p>
      <w:r>
        <w:t>View each setback as a building block that gets you closer to your goal.</w:t>
      </w:r>
    </w:p>
    <w:p>
      <w:r>
        <w:t>Recognize that setbacks are not a deviation from your path—they are an integral part of the journey.</w:t>
      </w:r>
    </w:p>
    <w:p>
      <w:r>
        <w:t>Understand that every successful person has faced and overcome challenges, and that the ability to persevere is what ultimately leads to success.</w:t>
      </w:r>
    </w:p>
    <w:p>
      <w:r>
        <w:t>When you accept that setbacks are part of the process, you are less likely to feel defeated by them. Instead, you are better prepared to use each setback as an opportunity to improve and grow stronger.</w:t>
      </w:r>
    </w:p>
    <w:p/>
    <w:p>
      <w:r>
        <w:t>Practical Steps for Learning from Financial Failures</w:t>
      </w:r>
    </w:p>
    <w:p>
      <w:r>
        <w:t>To truly benefit from failure, it’s important to take actionable steps that will help you learn and grow from setbacks. Here are some practical steps to guide you through the process of turning failure into a valuable learning experience:</w:t>
      </w:r>
    </w:p>
    <w:p>
      <w:r>
        <w:t>1. Reflect on the Setback</w:t>
      </w:r>
    </w:p>
    <w:p>
      <w:r>
        <w:t>Take time to reflect on what happened. Write down the specific details of the setback and any emotions that arose as a result. Reflection is an important part of the learning process because it allows you to understand the reasons behind the failure.</w:t>
      </w:r>
    </w:p>
    <w:p>
      <w:r>
        <w:t>2. Identify What Worked and What Didn’t</w:t>
      </w:r>
    </w:p>
    <w:p>
      <w:r>
        <w:t>Consider both the positive and negative aspects of the situation. Identifying what worked well will help you replicate successful strategies in the future. Understanding what didn’t work will help you identify changes that need to be made.</w:t>
      </w:r>
    </w:p>
    <w:p>
      <w:r>
        <w:t>3. Create a Plan for Improvement</w:t>
      </w:r>
    </w:p>
    <w:p>
      <w:r>
        <w:t>Use what you’ve learned from the setback to create a plan for improvement. If you’ve identified specific areas where your financial habits need work, set goals that will help you strengthen those areas. For example:</w:t>
      </w:r>
    </w:p>
    <w:p>
      <w:r>
        <w:t>If you realize that your budgeting method wasn’t effective, try a different budgeting approach or use a new tool to track your spending.</w:t>
      </w:r>
    </w:p>
    <w:p>
      <w:r>
        <w:t>If you overspent on discretionary expenses, consider setting stricter limits for those categories in the future.</w:t>
      </w:r>
    </w:p>
    <w:p>
      <w:r>
        <w:t>4. Take Action</w:t>
      </w:r>
    </w:p>
    <w:p>
      <w:r>
        <w:t>Learning from failure requires action. Once you’ve identified what needs to change, take steps to put your plan into practice. Even small actions, taken consistently, can lead to significant progress over time.</w:t>
      </w:r>
    </w:p>
    <w:p>
      <w:r>
        <w:t>5. Track Your Progress and Adjust as Needed</w:t>
      </w:r>
    </w:p>
    <w:p>
      <w:r>
        <w:t>Monitor your progress and make adjustments along the way. Building resilience means recognizing that setbacks are part of the journey, and being willing to adapt as necessary. Tracking your progress will help you stay accountable and stay committed to your financial goals.</w:t>
      </w:r>
    </w:p>
    <w:p/>
    <w:p>
      <w:r>
        <w:t>Conclusion</w:t>
      </w:r>
    </w:p>
    <w:p>
      <w:r>
        <w:t>Failure is not something to fear or avoid—it is an opportunity to grow, learn, and become better equipped for the future. By shifting your perspective on failure and viewing setbacks as opportunities, you can build resilience, learn from your experiences, and make better financial decisions moving forward.</w:t>
      </w:r>
    </w:p>
    <w:p>
      <w:r>
        <w:t>Remember that the road to financial success is rarely free of obstacles. Embrace the setbacks as part of the journey and recognize that each failure brings you one step closer to achieving your goals. By developing a growth mindset, reframing negative self-talk, taking ownership of your mistakes, and using setbacks as learning opportunities, you will build the resilience needed to navigate any financial challenge.</w:t>
      </w:r>
    </w:p>
    <w:p>
      <w:r>
        <w:t>Your financial success is not determined by the setbacks you face, but by how you respond to them. Learn from each experience, make the necessary adjustments, and continue to move forward with confidence and determination. With each lesson learned, you are building a stronger foundation for a bright financial future.</w:t>
      </w:r>
    </w:p>
    <w:p/>
    <w:p>
      <w:r>
        <w:t>Interactive Element: Reflecting on Past Financial Setbacks and Lessons Learned</w:t>
      </w:r>
    </w:p>
    <w:p>
      <w:r>
        <w:t>Understanding and learning from your past financial setbacks is a powerful way to move forward with greater clarity, confidence, and resilience. In this guided exercise, you will take the time to reflect on your past experiences, identify key lessons, and develop new strategies for future growth. The goal of this exercise is to help you view setbacks as opportunities for learning, rather than as moments of failure. By engaging in thoughtful reflection, you can turn your financial challenges into stepping stones toward success.</w:t>
      </w:r>
    </w:p>
    <w:p/>
    <w:p>
      <w:r>
        <w:t>Step 1: Recall a Recent Financial Setback</w:t>
      </w:r>
    </w:p>
    <w:p>
      <w:r>
        <w:t>Take a moment to think about a financial setback you've experienced recently or in the past. This could be anything from overspending, accumulating unexpected debt, failing to reach a savings goal, or making a poor financial decision. Choose a specific setback that stands out to you.</w:t>
      </w:r>
    </w:p>
    <w:p>
      <w:r>
        <w:t>Describe the Setback:</w:t>
      </w:r>
    </w:p>
    <w:p>
      <w:r>
        <w:t>What was the situation?</w:t>
      </w:r>
    </w:p>
    <w:p>
      <w:r>
        <w:t>What happened, and how did it impact your finances?</w:t>
      </w:r>
    </w:p>
    <w:p>
      <w:r>
        <w:t>Write a few sentences describing the experience in detail.</w:t>
      </w:r>
    </w:p>
    <w:p>
      <w:r>
        <w:t>Example: "I planned to save $500 in my emergency fund last month, but I ended up spending the money on unnecessary online purchases. This setback left me feeling frustrated and worried about my ability to save for the future."</w:t>
      </w:r>
    </w:p>
    <w:p/>
    <w:p>
      <w:r>
        <w:t>Step 2: Explore Your Feelings</w:t>
      </w:r>
    </w:p>
    <w:p>
      <w:r>
        <w:t>Reflect on the emotions you felt when you experienced this setback. Financial challenges often trigger strong emotions, such as stress, shame, frustration, or guilt. Understanding your emotional response is an important step toward making positive changes.</w:t>
      </w:r>
    </w:p>
    <w:p>
      <w:r>
        <w:t>Identify Your Feelings:</w:t>
      </w:r>
    </w:p>
    <w:p>
      <w:r>
        <w:t>How did you feel during and after the setback?</w:t>
      </w:r>
    </w:p>
    <w:p>
      <w:r>
        <w:t>Write down at least three emotions you experienced.</w:t>
      </w:r>
    </w:p>
    <w:p>
      <w:r>
        <w:t>Example: "I felt guilty for not sticking to my savings plan, frustrated with myself for giving in to impulse buying, and worried about my ability to achieve my financial goals."</w:t>
      </w:r>
    </w:p>
    <w:p/>
    <w:p>
      <w:r>
        <w:t>Step 3: Identify the Root Cause</w:t>
      </w:r>
    </w:p>
    <w:p>
      <w:r>
        <w:t>Take some time to think about why this setback happened. Was it a result of a limiting belief, poor planning, or external factors beyond your control? Understanding the root cause of the setback helps you take ownership and develop strategies to avoid similar situations in the future.</w:t>
      </w:r>
    </w:p>
    <w:p>
      <w:r>
        <w:t>Determine the Root Cause:</w:t>
      </w:r>
    </w:p>
    <w:p>
      <w:r>
        <w:t>What factors contributed to this setback?</w:t>
      </w:r>
    </w:p>
    <w:p>
      <w:r>
        <w:t>Was there a specific trigger or behavior that led to this outcome?</w:t>
      </w:r>
    </w:p>
    <w:p>
      <w:r>
        <w:t>Write down your thoughts.</w:t>
      </w:r>
    </w:p>
    <w:p>
      <w:r>
        <w:t>Example: "I think the setback happened because I was stressed and used shopping as a way to feel better. I didn't have a solid plan for dealing with emotional spending, which made it easy to use the money I had intended to save."</w:t>
      </w:r>
    </w:p>
    <w:p/>
    <w:p>
      <w:r>
        <w:t>Step 4: Find the Lesson</w:t>
      </w:r>
    </w:p>
    <w:p>
      <w:r>
        <w:t>Every setback provides an opportunity for learning. What can you take away from this experience? Consider how you can use this lesson to make better financial decisions moving forward.</w:t>
      </w:r>
    </w:p>
    <w:p>
      <w:r>
        <w:t>Reflect on the Lesson:</w:t>
      </w:r>
    </w:p>
    <w:p>
      <w:r>
        <w:t>What did you learn from this experience?</w:t>
      </w:r>
    </w:p>
    <w:p>
      <w:r>
        <w:t>How can this lesson help you improve your financial habits in the future?</w:t>
      </w:r>
    </w:p>
    <w:p>
      <w:r>
        <w:t>Write down the key lesson you learned.</w:t>
      </w:r>
    </w:p>
    <w:p>
      <w:r>
        <w:t>Example: "I learned that emotional spending is a trigger for me, especially when I’m stressed. In the future, I need to have healthier coping strategies that don't involve spending money."</w:t>
      </w:r>
    </w:p>
    <w:p/>
    <w:p>
      <w:r>
        <w:t>Step 5: Create a New Plan</w:t>
      </w:r>
    </w:p>
    <w:p>
      <w:r>
        <w:t>Now that you’ve identified the lesson, it’s time to create a new plan to address similar situations in the future. Think about how you can make changes to prevent this setback from happening again. This could include setting boundaries, creating new habits, or developing specific action steps.</w:t>
      </w:r>
    </w:p>
    <w:p>
      <w:r>
        <w:t>Set a New Plan:</w:t>
      </w:r>
    </w:p>
    <w:p>
      <w:r>
        <w:t>What steps can you take to avoid a similar setback?</w:t>
      </w:r>
    </w:p>
    <w:p>
      <w:r>
        <w:t>How can you use the lessons you've learned to create a positive change in your financial habits?</w:t>
      </w:r>
    </w:p>
    <w:p>
      <w:r>
        <w:t>Write down your action plan.</w:t>
      </w:r>
    </w:p>
    <w:p>
      <w:r>
        <w:t>Example: "I will create a list of activities that help me manage stress, such as going for a walk, journaling, or practicing meditation. When I feel the urge to spend money impulsively, I will refer to this list instead of shopping. I will also set up a separate savings account that is less accessible, to reduce the temptation to dip into my emergency fund."</w:t>
      </w:r>
    </w:p>
    <w:p/>
    <w:p>
      <w:r>
        <w:t>Step 6: Commit to Growth</w:t>
      </w:r>
    </w:p>
    <w:p>
      <w:r>
        <w:t>To wrap up this exercise, take a moment to write an affirmation or commitment to yourself. Remind yourself that setbacks are part of the journey and that you are capable of learning, growing, and making progress.</w:t>
      </w:r>
    </w:p>
    <w:p>
      <w:r>
        <w:t>Write Your Commitment:</w:t>
      </w:r>
    </w:p>
    <w:p>
      <w:r>
        <w:t>What promise are you making to yourself to ensure future growth?</w:t>
      </w:r>
    </w:p>
    <w:p>
      <w:r>
        <w:t>Write down your commitment.</w:t>
      </w:r>
    </w:p>
    <w:p>
      <w:r>
        <w:t>Example: "I commit to using setbacks as opportunities for growth and to approaching my financial journey with patience and resilience. I am capable of learning from my mistakes and becoming stronger as a result."</w:t>
      </w:r>
    </w:p>
    <w:p/>
    <w:p>
      <w:r>
        <w:t>Conclusion</w:t>
      </w:r>
    </w:p>
    <w:p>
      <w:r>
        <w:t>This guided reflection exercise is designed to help you transform past financial setbacks into opportunities for growth and change. By understanding the root cause of your setbacks, identifying the lessons learned, and creating a new plan, you can continue to make positive progress on your financial journey. Remember that failure is not the end—it's simply part of the process. Every setback brings you closer to the financial success you are working toward.</w:t>
      </w:r>
    </w:p>
    <w:p/>
    <w:p>
      <w:r>
        <w:br w:type="page"/>
      </w:r>
    </w:p>
    <w:p>
      <w:r>
        <w:t>Chapter 7: Cultivating a Wealth Mindset</w:t>
      </w:r>
    </w:p>
    <w:p/>
    <w:p>
      <w:r>
        <w:t>The Psychology of Abundance (1,500 Words)</w:t>
      </w:r>
    </w:p>
    <w:p>
      <w:r>
        <w:t>Developing a wealth mindset is about more than just learning how to budget or invest; it’s about embracing a belief in abundance. The psychology of abundance is rooted in the understanding that there is enough wealth, opportunity, and success available for everyone. It’s the ability to focus on possibilities rather than limitations, and to trust that you have what it takes to live a prosperous life.</w:t>
      </w:r>
    </w:p>
    <w:p>
      <w:r>
        <w:t>Two of the most powerful tools for cultivating an abundance mindset are gratitude and generosity. These practices can shift your mental outlook from a scarcity perspective to one of wealth and opportunity, creating the foundation for a healthy relationship with money. In this section, we will explore how gratitude and generosity work to nurture abundance and how you can integrate these practices into your daily life to transform your financial journey.</w:t>
      </w:r>
    </w:p>
    <w:p/>
    <w:p>
      <w:r>
        <w:t>Gratitude: The Foundation of Abundance</w:t>
      </w:r>
    </w:p>
    <w:p>
      <w:r>
        <w:t>Gratitude is the foundation on which the mindset of abundance is built. It is the practice of focusing on and appreciating the positive aspects of your life—those things that bring you joy, comfort, and fulfillment. Practicing gratitude shifts your focus from what you lack to what you already have, which helps you see the wealth that surrounds you every day. This positive shift in focus changes your energy, your emotions, and even your financial habits, making it easier to attract and build upon what you have.</w:t>
      </w:r>
    </w:p>
    <w:p>
      <w:r>
        <w:t>How Gratitude Impacts Your Financial Mindset</w:t>
      </w:r>
    </w:p>
    <w:p>
      <w:r>
        <w:t>When you’re focused on scarcity—on what you don’t have—it becomes easy to feel like there’s never enough. This scarcity mindset can lead to anxiety, stress, and the belief that you are stuck in your current financial situation. A scarcity mindset can also cause you to make poor financial decisions, such as hoarding money out of fear or engaging in impulse spending to fill an emotional void.</w:t>
      </w:r>
    </w:p>
    <w:p>
      <w:r>
        <w:t>Gratitude helps disrupt the scarcity mindset by creating a sense of contentment and appreciation for what you already have. By regularly practicing gratitude, you start to notice the abundance that is already present in your life. You may not have millions in the bank, but perhaps you have enough to provide for your family, a roof over your head, food on your table, and friends or family who support you. These are forms of abundance that deserve recognition and appreciation.</w:t>
      </w:r>
    </w:p>
    <w:p>
      <w:r>
        <w:t>When you consistently recognize the wealth that already exists in your life, you begin to feel more secure and less anxious. This, in turn, allows you to make better decisions about your finances—decisions that are rooted in confidence rather than fear.</w:t>
      </w:r>
    </w:p>
    <w:p>
      <w:r>
        <w:t>The Science Behind Gratitude</w:t>
      </w:r>
    </w:p>
    <w:p>
      <w:r>
        <w:t>There is significant scientific evidence that practicing gratitude can have a positive impact on your mental and emotional well-being. Studies have shown that gratitude can reduce stress, lower levels of anxiety and depression, improve sleep, and even increase overall happiness. These benefits are not only good for your emotional health but also for your financial health.</w:t>
      </w:r>
    </w:p>
    <w:p>
      <w:r>
        <w:t>When you feel less anxious and more positive, you’re better equipped to make sound financial decisions. Instead of making choices out of fear or desperation, you make them from a place of calm and clarity. Practicing gratitude regularly can therefore directly contribute to improved financial outcomes.</w:t>
      </w:r>
    </w:p>
    <w:p>
      <w:r>
        <w:t>Daily Gratitude Practices for an Abundant Mindset</w:t>
      </w:r>
    </w:p>
    <w:p>
      <w:r>
        <w:t>To cultivate a mindset of abundance, it’s important to make gratitude a regular part of your routine. Here are a few ways to incorporate gratitude into your daily life:</w:t>
      </w:r>
    </w:p>
    <w:p>
      <w:r>
        <w:t>1. Gratitude Journal</w:t>
        <w:br/>
        <w:t>Set aside a few minutes each day to write down three to five things you are grateful for. These could be related to your financial life, such as having a stable job, paying off debt, or having the means to buy healthy food. The key is to be specific and genuine. Over time, you’ll notice that your perspective shifts, and you begin to see opportunities and abundance more easily.</w:t>
      </w:r>
    </w:p>
    <w:p>
      <w:r>
        <w:t>2. Morning and Evening Reflections</w:t>
        <w:br/>
        <w:t>Take a moment each morning to think about what you’re grateful for as you start your day. Similarly, end each day by reflecting on what went well and what you appreciate. These reflections can help you go to bed feeling content and wake up with a positive outlook.</w:t>
      </w:r>
    </w:p>
    <w:p>
      <w:r>
        <w:t>3. Express Gratitude to Others</w:t>
        <w:br/>
        <w:t>Expressing gratitude to those around you can also help cultivate a mindset of abundance. Whether it’s thanking a coworker for their support, expressing appreciation to a loved one, or simply acknowledging the efforts of someone in your community, spreading gratitude helps you recognize the wealth of positive relationships and experiences in your life.</w:t>
      </w:r>
    </w:p>
    <w:p>
      <w:r>
        <w:t>Gratitude opens the door to abundance by helping you appreciate what you already have. It encourages a mindset of positivity, appreciation, and confidence—qualities that are essential for building lasting wealth.</w:t>
      </w:r>
    </w:p>
    <w:p/>
    <w:p>
      <w:r>
        <w:t>Generosity: Expanding Your Capacity to Receive</w:t>
      </w:r>
    </w:p>
    <w:p>
      <w:r>
        <w:t>Generosity is another cornerstone of an abundant mindset. It is the practice of freely giving your time, resources, or energy without expecting anything in return. Generosity shifts your focus from lack to abundance, reinforcing the belief that there is always enough to go around. When you give freely, you acknowledge that you have something valuable to share, and this belief helps cultivate a sense of prosperity.</w:t>
      </w:r>
    </w:p>
    <w:p>
      <w:r>
        <w:t>How Generosity Cultivates Abundance</w:t>
      </w:r>
    </w:p>
    <w:p>
      <w:r>
        <w:t>Generosity is rooted in the law of circulation—the idea that what you give comes back to you in some form. When you give, whether it’s money, time, or support, you create a flow of energy that contributes to the overall sense of abundance in your life. The act of giving reinforces the belief that there is plenty to share, and this belief becomes a self-fulfilling prophecy.</w:t>
      </w:r>
    </w:p>
    <w:p>
      <w:r>
        <w:t>Generosity also helps to combat fear and scarcity. When you’re focused solely on accumulating wealth or holding on to what you have, you may become fearful of losing it. This fear can lead to hoarding behaviors, where you are so afraid of losing money that you’re unwilling to spend it or use it in productive ways. Generosity helps break this cycle by encouraging you to trust in the natural flow of giving and receiving.</w:t>
      </w:r>
    </w:p>
    <w:p>
      <w:r>
        <w:t>The Emotional Benefits of Generosity</w:t>
      </w:r>
    </w:p>
    <w:p>
      <w:r>
        <w:t>Giving to others doesn’t just benefit the recipient—it also has a profound impact on the giver. Acts of generosity trigger the release of endorphins, often referred to as the “feel-good” chemicals in the brain. These chemicals create a sense of happiness, fulfillment, and well-being. When you feel good, you’re more likely to make positive decisions and take actions that align with your financial goals.</w:t>
      </w:r>
    </w:p>
    <w:p>
      <w:r>
        <w:t>Generosity also fosters connection and community. By giving to others, you strengthen your relationships and build a support network that can uplift you during challenging times. This sense of connection contributes to an overall sense of security and abundance.</w:t>
      </w:r>
    </w:p>
    <w:p>
      <w:r>
        <w:t>Ways to Practice Generosity</w:t>
      </w:r>
    </w:p>
    <w:p>
      <w:r>
        <w:t>Generosity doesn’t always have to involve giving large sums of money. There are countless ways to be generous, and each one contributes to a mindset of abundance. Here are some simple ways to incorporate generosity into your life:</w:t>
      </w:r>
    </w:p>
    <w:p>
      <w:r>
        <w:t>1. Donate a Portion of Your Income</w:t>
        <w:br/>
        <w:t>Consider setting aside a small percentage of your income each month to donate to a cause you care about. It doesn’t have to be a lot—even a small amount can make a difference. The key is to make giving a regular habit, which reinforces the belief that you have enough to share.</w:t>
      </w:r>
    </w:p>
    <w:p>
      <w:r>
        <w:t>2. Volunteer Your Time</w:t>
        <w:br/>
        <w:t>Generosity is not limited to financial giving. Volunteering your time to help others is a powerful way to give back. Whether it’s helping out at a local shelter, mentoring someone, or participating in a community project, giving your time can have a meaningful impact on both others and yourself.</w:t>
      </w:r>
    </w:p>
    <w:p>
      <w:r>
        <w:t>3. Offer Your Skills or Expertise</w:t>
        <w:br/>
        <w:t>If you have a particular skill or expertise, consider offering it to someone in need. This could be as simple as helping a friend with their resume, offering financial advice, or sharing your knowledge in a community workshop. Sharing your skills not only helps others but also reinforces your own sense of capability and abundance.</w:t>
      </w:r>
    </w:p>
    <w:p>
      <w:r>
        <w:t>4. Acts of Kindness</w:t>
        <w:br/>
        <w:t>Small acts of kindness can also contribute to a generous spirit. Paying for someone’s coffee, holding the door open, or writing a heartfelt note to someone you appreciate are all ways to practice generosity. These small acts help create a positive ripple effect that fosters a culture of abundance.</w:t>
      </w:r>
    </w:p>
    <w:p>
      <w:r>
        <w:t>Generosity as a Reflection of Wealth</w:t>
      </w:r>
    </w:p>
    <w:p>
      <w:r>
        <w:t>Generosity is a powerful affirmation of abundance. By giving, you are signaling to yourself and the universe that you trust in the flow of wealth—that there is enough for everyone, including you. This trust helps to open up more opportunities for wealth and prosperity to enter your life.</w:t>
      </w:r>
    </w:p>
    <w:p>
      <w:r>
        <w:t>Many people mistakenly believe that they must wait until they have a certain amount of money before they can be generous. However, generosity is not about how much you have; it’s about the spirit in which you give. When you practice generosity, even in small ways, you begin to experience a sense of abundance that can transform your financial outlook.</w:t>
      </w:r>
    </w:p>
    <w:p/>
    <w:p>
      <w:r>
        <w:t>Gratitude and Generosity: A Powerful Combination</w:t>
      </w:r>
    </w:p>
    <w:p>
      <w:r>
        <w:t>Gratitude and generosity are two sides of the same coin when it comes to cultivating a wealth mindset. Gratitude helps you recognize the abundance you already have, while generosity allows you to share that abundance with others. Together, these practices create a cycle of positivity and prosperity that expands your capacity to receive even more.</w:t>
      </w:r>
    </w:p>
    <w:p>
      <w:r>
        <w:t>By practicing gratitude, you shift your focus from lack to abundance. By practicing generosity, you create a flow of giving and receiving that reinforces the belief in abundance. These practices help you overcome limiting beliefs about scarcity and replace them with empowering beliefs that support your financial growth.</w:t>
      </w:r>
    </w:p>
    <w:p>
      <w:r>
        <w:t>The psychology of abundance is not about accumulating more for the sake of having more; it’s about creating a mindset that welcomes wealth, opportunity, and prosperity into your life. Gratitude and generosity are tools that help you do just that. They shift your focus, change your energy, and ultimately attract more of what you desire.</w:t>
      </w:r>
    </w:p>
    <w:p>
      <w:r>
        <w:t>As you continue on your journey to cultivate a wealth mindset, remember that abundance starts within. It starts with how you think, how you feel, and how you act. By incorporating gratitude and generosity into your daily life, you create the fertile ground needed for financial success to flourish.</w:t>
      </w:r>
    </w:p>
    <w:p>
      <w:r>
        <w:t>Emotional Alignment: Aligning Emotions with Financial Goals (1,000 Words)</w:t>
      </w:r>
    </w:p>
    <w:p>
      <w:r>
        <w:t>Emotions are the driving force behind many of our financial decisions. Whether consciously or subconsciously, emotions like fear, joy, anxiety, or confidence play a significant role in how we manage our money, how we perceive our financial goals, and the actions we take to achieve them. To cultivate a wealth mindset, it's essential to align positive emotions—such as joy, confidence, and hope—with your financial goals. Emotional alignment empowers you to overcome limiting beliefs, take inspired action, and create a healthy relationship with your finances.</w:t>
      </w:r>
    </w:p>
    <w:p>
      <w:r>
        <w:t>In this section, we’ll explore how emotional alignment works, why it's important, and practical ways you can cultivate positive emotions that support your financial journey. By aligning your emotions with your financial aspirations, you create an energetic environment that attracts wealth, prosperity, and growth.</w:t>
      </w:r>
    </w:p>
    <w:p/>
    <w:p>
      <w:r>
        <w:t>The Role of Emotions in Financial Success</w:t>
      </w:r>
    </w:p>
    <w:p>
      <w:r>
        <w:t>Emotions are powerful. They influence how we think, how we perceive opportunities, and ultimately, how we make decisions. When your emotions are in harmony with your financial goals, you're more likely to take actions that support your success. For example, if you feel confident in your ability to manage money, you’re more likely to make informed choices, stay on track with your budget, and seek out new opportunities for growth. Conversely, if you feel anxious or fearful about your finances, you may avoid taking necessary actions or make decisions based on scarcity.</w:t>
      </w:r>
    </w:p>
    <w:p>
      <w:r>
        <w:t>Aligning your emotions with your financial goals means consciously cultivating feelings that support abundance and success. It’s about shifting from fear-based emotions to positive ones, such as joy, hope, and confidence. When your emotions are aligned with your goals, you create a sense of flow that makes it easier to stay committed and motivated, even in the face of challenges.</w:t>
      </w:r>
    </w:p>
    <w:p/>
    <w:p>
      <w:r>
        <w:t>1. Cultivating Joy: Finding Happiness in Your Financial Journey</w:t>
      </w:r>
    </w:p>
    <w:p>
      <w:r>
        <w:t>One of the key emotions to align with your financial goals is joy. Joy is often thought of as a result of achieving something, but in reality, it can be cultivated throughout the journey. When you learn to find joy in the process of managing your finances—whether it’s budgeting, saving, or investing—you create a more positive relationship with money.</w:t>
      </w:r>
    </w:p>
    <w:p>
      <w:r>
        <w:t>Finding Joy in Small Wins</w:t>
      </w:r>
    </w:p>
    <w:p>
      <w:r>
        <w:t>It’s important to celebrate the small wins along the way to achieving your larger financial goals. Saving $50 might not seem significant when compared to a larger savings goal, but celebrating that $50 can bring a sense of joy and fulfillment. Recognizing and appreciating each step forward helps keep you motivated and engaged. This sense of joy turns the process into something you look forward to, rather than a chore.</w:t>
      </w:r>
    </w:p>
    <w:p>
      <w:r>
        <w:t>Transforming Routine into Ritual</w:t>
      </w:r>
    </w:p>
    <w:p>
      <w:r>
        <w:t>Another way to cultivate joy is by transforming financial routines into meaningful rituals. Instead of dreading your weekly budget review, create a positive environment for it. Light a candle, play relaxing music, and make it an enjoyable experience. By associating positive emotions with financial activities, you’re more likely to stay consistent and feel good about managing your money.</w:t>
      </w:r>
    </w:p>
    <w:p/>
    <w:p>
      <w:r>
        <w:t>2. Building Confidence: Trusting Yourself with Money</w:t>
      </w:r>
    </w:p>
    <w:p>
      <w:r>
        <w:t>Confidence is a crucial component of emotional alignment. When you feel confident in your ability to manage money, you are more likely to make decisions that align with your financial goals, take risks that are calculated and beneficial, and handle setbacks with resilience. Confidence comes from a belief in your ability to achieve what you set out to do, and it is essential for cultivating a wealth mindset.</w:t>
      </w:r>
    </w:p>
    <w:p>
      <w:r>
        <w:t>Focus on Your Strengths</w:t>
      </w:r>
    </w:p>
    <w:p>
      <w:r>
        <w:t>To build financial confidence, start by focusing on your strengths. Reflect on past financial successes—times when you managed money well, made a good financial decision, or achieved a financial goal. Remind yourself of these successes, and use them as evidence that you are capable of handling your finances effectively.</w:t>
      </w:r>
    </w:p>
    <w:p>
      <w:r>
        <w:t>Take Small, Consistent Actions</w:t>
      </w:r>
    </w:p>
    <w:p>
      <w:r>
        <w:t>Confidence is also built through action. Taking small, consistent actions toward your financial goals reinforces your belief in your ability to succeed. For example, setting up automatic transfers to your savings account, creating a budget, or paying off a small debt can all contribute to a growing sense of confidence. The more you act, the more your confidence will grow, and this positive emotion will help you stay committed to your goals.</w:t>
      </w:r>
    </w:p>
    <w:p>
      <w:r>
        <w:t>Use Affirmations for Confidence</w:t>
      </w:r>
    </w:p>
    <w:p>
      <w:r>
        <w:t>Affirmations are a powerful tool for building confidence. Create affirmations that reflect your financial goals and reinforce your belief in your ability to achieve them. For example:</w:t>
      </w:r>
    </w:p>
    <w:p>
      <w:r>
        <w:t>“I am capable of managing my finances wisely.”</w:t>
      </w:r>
    </w:p>
    <w:p>
      <w:r>
        <w:t>“I trust myself to make decisions that align with my financial goals.”</w:t>
      </w:r>
    </w:p>
    <w:p>
      <w:r>
        <w:t>“I have the knowledge and skills needed to achieve financial success.”</w:t>
      </w:r>
    </w:p>
    <w:p>
      <w:r>
        <w:t>Repeat these affirmations daily, and let them help you reprogram your mind for confidence and abundance.</w:t>
      </w:r>
    </w:p>
    <w:p/>
    <w:p>
      <w:r>
        <w:t>3. Embracing Hope: Believing in a Positive Future</w:t>
      </w:r>
    </w:p>
    <w:p>
      <w:r>
        <w:t>Hope is the emotion that keeps you moving forward, even when things don’t go as planned. It’s the belief that a positive future is possible and that your financial goals are within reach. Hope provides the motivation needed to stay focused on your aspirations, especially during challenging times.</w:t>
      </w:r>
    </w:p>
    <w:p>
      <w:r>
        <w:t>Visualizing Your Ideal Future</w:t>
      </w:r>
    </w:p>
    <w:p>
      <w:r>
        <w:t>One of the most effective ways to cultivate hope is through visualization. Spend time each day visualizing your ideal financial future. Picture yourself achieving your financial goals—whether it’s becoming debt-free, buying a home, or building a comfortable retirement fund. Imagine what your life will look like and how you will feel once you’ve achieved these goals. Visualization helps to keep your focus on what is possible rather than on the obstacles in your way.</w:t>
      </w:r>
    </w:p>
    <w:p>
      <w:r>
        <w:t>Set Meaningful Goals</w:t>
      </w:r>
    </w:p>
    <w:p>
      <w:r>
        <w:t>Setting meaningful financial goals is another way to cultivate hope. When your goals are aligned with your values and aspirations, they become more than just numbers on a page—they become a vision for your future. Set goals that excite you and give you something to look forward to. The anticipation of achieving these goals will help you stay hopeful and motivated, even when setbacks occur.</w:t>
      </w:r>
    </w:p>
    <w:p>
      <w:r>
        <w:t>Reframe Challenges as Opportunities</w:t>
      </w:r>
    </w:p>
    <w:p>
      <w:r>
        <w:t>Hope also requires a shift in perspective. Instead of seeing challenges as roadblocks, view them as opportunities for growth. Every setback is an opportunity to learn and improve. By embracing challenges and seeing them as part of the journey, you maintain hope and a positive outlook, which helps you stay aligned with your financial goals.</w:t>
      </w:r>
    </w:p>
    <w:p/>
    <w:p>
      <w:r>
        <w:t>Practical Steps for Emotional Alignment</w:t>
      </w:r>
    </w:p>
    <w:p>
      <w:r>
        <w:t>Aligning your emotions with your financial goals is not a one-time task; it’s an ongoing practice. Here are some practical steps you can take to ensure that your emotions support your financial journey:</w:t>
      </w:r>
    </w:p>
    <w:p>
      <w:r>
        <w:t>1. Daily Emotional Check-In</w:t>
        <w:br/>
        <w:t>Take a few minutes each day to check in with your emotions. Ask yourself how you’re feeling about your finances. Are you feeling confident, hopeful, or joyful? Or are you feeling anxious, fearful, or frustrated? By identifying your emotions, you can take steps to shift negative emotions into positive ones. For example, if you’re feeling anxious, take a moment to practice deep breathing, reflect on what you’re grateful for, or repeat a positive affirmation.</w:t>
      </w:r>
    </w:p>
    <w:p>
      <w:r>
        <w:t>2. Mindfulness Meditation</w:t>
        <w:br/>
        <w:t>Mindfulness meditation can help you become more aware of your emotions and how they impact your financial decisions. Spend 5-10 minutes each day practicing mindfulness, focusing on your breath, and letting go of any negative thoughts. Mindfulness helps you stay present and prevents you from getting caught up in negative emotional cycles that can hinder your financial progress.</w:t>
      </w:r>
    </w:p>
    <w:p>
      <w:r>
        <w:t>3. Journaling for Emotional Alignment</w:t>
        <w:br/>
        <w:t>Journaling is another powerful tool for aligning your emotions with your financial goals. Use journaling prompts to explore your emotions and identify any negative feelings that may be holding you back. For example:</w:t>
      </w:r>
    </w:p>
    <w:p>
      <w:r>
        <w:t>“What financial goal am I most excited about, and why?”</w:t>
      </w:r>
    </w:p>
    <w:p>
      <w:r>
        <w:t>“How can I bring more joy into my financial journey?”</w:t>
      </w:r>
    </w:p>
    <w:p>
      <w:r>
        <w:t>“What past success can I draw confidence from today?”</w:t>
      </w:r>
    </w:p>
    <w:p>
      <w:r>
        <w:t>By writing about your emotions, you gain clarity and can take steps to align them with your goals.</w:t>
      </w:r>
    </w:p>
    <w:p>
      <w:r>
        <w:t>4. Surround Yourself with Positive Influences</w:t>
        <w:br/>
        <w:t>The people you surround yourself with can have a significant impact on your emotional state. Make an effort to connect with individuals who are supportive of your goals and have a positive outlook on wealth and success. Whether it’s joining a financial community, following inspirational social media accounts, or spending time with friends who share similar values, surrounding yourself with positivity helps keep your emotions aligned with your aspirations.</w:t>
      </w:r>
    </w:p>
    <w:p>
      <w:r>
        <w:t>5. Practice Self-Compassion</w:t>
        <w:br/>
        <w:t>Remember that setbacks are a natural part of the financial journey. When things don’t go as planned, practice self-compassion. Remind yourself that everyone makes mistakes and that each setback is an opportunity to learn and grow. Treating yourself with kindness and understanding helps to maintain a positive emotional state, even during challenging times.</w:t>
      </w:r>
    </w:p>
    <w:p/>
    <w:p>
      <w:r>
        <w:t>Conclusion</w:t>
      </w:r>
    </w:p>
    <w:p>
      <w:r>
        <w:t>Emotional alignment is a powerful aspect of cultivating a wealth mindset. By consciously aligning positive emotions—such as joy, confidence, and hope—with your financial goals, you create an internal environment that supports abundance and success. Emotions are not just reactions; they are powerful tools that can help you achieve your financial aspirations.</w:t>
      </w:r>
    </w:p>
    <w:p>
      <w:r>
        <w:t>Cultivating joy in the journey, building confidence in your abilities, and maintaining hope for a positive future are all essential components of emotional alignment. By incorporating daily practices like gratitude, affirmations, visualization, and mindfulness, you can ensure that your emotions are working for you, not against you.</w:t>
      </w:r>
    </w:p>
    <w:p>
      <w:r>
        <w:t>Remember, your emotions are the energy behind your actions. When your emotions are aligned with your financial goals, you create a powerful force that propels you forward on your journey to financial success. With emotional alignment, you can navigate challenges with resilience, make empowered financial decisions, and ultimately achieve the prosperity you desire.</w:t>
      </w:r>
    </w:p>
    <w:p/>
    <w:p/>
    <w:p>
      <w:r>
        <w:t>Reinforcing Your New Beliefs: Daily Practices to Solidify Mindset Shifts (1,500–1,800 Words)</w:t>
      </w:r>
    </w:p>
    <w:p>
      <w:r>
        <w:t>Shifting your beliefs about money is the foundation of developing a wealth mindset, but sustaining those changes requires consistent effort and reinforcement. Your old beliefs were formed over time through repeated experiences and influences, and so it takes repeated, intentional practice to reinforce new beliefs until they become your default way of thinking. In this section, we will explore practical, daily practices that will help you solidify your mindset shifts, allowing your wealth mindset to grow stronger over time.</w:t>
      </w:r>
    </w:p>
    <w:p>
      <w:r>
        <w:t>The key to reinforcing your new beliefs is consistency. By incorporating these practices into your daily life, you can ensure that your new empowering beliefs take root and replace the limiting ones. Let’s dive into these effective strategies to help you cultivate lasting change.</w:t>
      </w:r>
    </w:p>
    <w:p/>
    <w:p>
      <w:r>
        <w:t>1. Morning Affirmations: Start Your Day with Empowerment</w:t>
      </w:r>
    </w:p>
    <w:p>
      <w:r>
        <w:t>Affirmations are a powerful tool for reprogramming your subconscious mind and reinforcing your new beliefs about money. By repeating positive, empowering statements each morning, you set the tone for the day and align your thoughts with your financial goals.</w:t>
      </w:r>
    </w:p>
    <w:p>
      <w:r>
        <w:t>How to Use Affirmations Effectively</w:t>
      </w:r>
    </w:p>
    <w:p>
      <w:r>
        <w:t>Affirmations should be specific, positive, and stated in the present tense. They are more effective when they are tied to your goals and when they evoke emotion. The key is to say them with conviction, even if you don’t fully believe them at first. Over time, repetition will help you internalize these beliefs.</w:t>
      </w:r>
    </w:p>
    <w:p>
      <w:r>
        <w:t>Here are some examples of affirmations that can help reinforce a wealth mindset:</w:t>
      </w:r>
    </w:p>
    <w:p>
      <w:r>
        <w:t>“I am worthy of financial abundance.”</w:t>
      </w:r>
    </w:p>
    <w:p>
      <w:r>
        <w:t>“Money flows to me easily and effortlessly.”</w:t>
      </w:r>
    </w:p>
    <w:p>
      <w:r>
        <w:t>“I make smart financial decisions that align with my goals.”</w:t>
      </w:r>
    </w:p>
    <w:p>
      <w:r>
        <w:t>“I have the power to create wealth and success.”</w:t>
      </w:r>
    </w:p>
    <w:p>
      <w:r>
        <w:t>Spend five minutes each morning either repeating these affirmations out loud or writing them down in a journal. By starting your day with positive, empowering thoughts, you create a mental framework that supports abundance and prosperity.</w:t>
      </w:r>
    </w:p>
    <w:p/>
    <w:p>
      <w:r>
        <w:t>2. Gratitude Practice: Shift Your Focus to What You Have</w:t>
      </w:r>
    </w:p>
    <w:p>
      <w:r>
        <w:t>Gratitude is one of the most effective ways to reinforce a mindset of abundance. When you focus on what you are grateful for, you train your mind to see the positive aspects of your life, including your financial situation. This practice helps to counteract the scarcity mindset and strengthens your belief that you already have enough and that more is on its way.</w:t>
      </w:r>
    </w:p>
    <w:p>
      <w:r>
        <w:t>Daily Gratitude Journaling</w:t>
      </w:r>
    </w:p>
    <w:p>
      <w:r>
        <w:t>Each day, take a few moments to write down three to five things you are grateful for. These could be related to your finances, such as being able to pay your bills, having a stable source of income, or receiving unexpected support or opportunities. You could also focus on non-financial aspects of your life that bring you joy and fulfillment.</w:t>
      </w:r>
    </w:p>
    <w:p>
      <w:r>
        <w:t>By making gratitude a daily habit, you reinforce the belief that you are already abundant. This shift in focus can help you feel more content and open to new opportunities for financial growth.</w:t>
      </w:r>
    </w:p>
    <w:p>
      <w:r>
        <w:t>Expressing Gratitude to Others</w:t>
      </w:r>
    </w:p>
    <w:p>
      <w:r>
        <w:t>Another way to practice gratitude is by expressing it to those around you. Whether it’s thanking a colleague for their support, appreciating a friend’s help, or acknowledging a loved one’s kindness, expressing gratitude strengthens your positive beliefs and enhances your relationships. When you acknowledge the abundance of support and positivity in your life, you reinforce your belief in the generosity of the universe.</w:t>
      </w:r>
    </w:p>
    <w:p/>
    <w:p>
      <w:r>
        <w:t>3. Visualization Exercises: See Yourself Succeeding</w:t>
      </w:r>
    </w:p>
    <w:p>
      <w:r>
        <w:t>Visualization is a powerful tool for reinforcing your new beliefs and aligning your mindset with your financial goals. By visualizing yourself achieving your financial goals, you create a mental image that helps you stay focused, motivated, and aligned with your desired outcome.</w:t>
      </w:r>
    </w:p>
    <w:p>
      <w:r>
        <w:t>Daily Visualization Practice</w:t>
      </w:r>
    </w:p>
    <w:p>
      <w:r>
        <w:t>Spend five to ten minutes each day visualizing your ideal financial future. Find a quiet space where you won’t be disturbed, close your eyes, and imagine yourself living the life you desire. Picture the specific details—what does your home look like? What are you doing for work? How are you spending your free time? Imagine yourself feeling confident, abundant, and at peace with your finances.</w:t>
      </w:r>
    </w:p>
    <w:p>
      <w:r>
        <w:t>The key to effective visualization is to engage all of your senses and emotions. Feel the joy of achieving your goals, the confidence that comes from financial security, and the excitement of living the life you’ve always dreamed of. By visualizing your success daily, you reinforce your belief that it is possible and within your reach.</w:t>
      </w:r>
    </w:p>
    <w:p/>
    <w:p>
      <w:r>
        <w:t>4. Mindfulness and Meditation: Stay Present and Aware</w:t>
      </w:r>
    </w:p>
    <w:p>
      <w:r>
        <w:t>Mindfulness is about staying present and aware of your thoughts, emotions, and actions. It helps you identify when old limiting beliefs are creeping back in so that you can replace them with your new empowering beliefs. Practicing mindfulness allows you to observe your thoughts without judgment and make conscious choices that align with your financial goals.</w:t>
      </w:r>
    </w:p>
    <w:p>
      <w:r>
        <w:t>Daily Mindfulness Practice</w:t>
      </w:r>
    </w:p>
    <w:p>
      <w:r>
        <w:t>Set aside ten minutes each day for mindfulness meditation. Sit in a comfortable position, close your eyes, and focus on your breath. If your mind starts to wander, gently bring your focus back to your breathing. During this practice, observe any thoughts or emotions that come up without trying to change them. Simply notice them and let them pass.</w:t>
      </w:r>
    </w:p>
    <w:p>
      <w:r>
        <w:t>Mindfulness helps you become more aware of the moments when old beliefs or negative thoughts arise. With this awareness, you can consciously choose to replace those thoughts with new, positive beliefs that support your wealth mindset.</w:t>
      </w:r>
    </w:p>
    <w:p>
      <w:r>
        <w:t>Mindful Spending</w:t>
      </w:r>
    </w:p>
    <w:p>
      <w:r>
        <w:t>Another way to practice mindfulness is by being mindful of your spending. Before making a purchase, take a moment to consider whether it aligns with your financial goals and whether it will bring you genuine value or happiness. Mindful spending helps reinforce your belief in intentional and purposeful financial choices, supporting your long-term goals.</w:t>
      </w:r>
    </w:p>
    <w:p/>
    <w:p>
      <w:r>
        <w:t>5. Surround Yourself with Positive Influences</w:t>
      </w:r>
    </w:p>
    <w:p>
      <w:r>
        <w:t>The people you spend time with have a significant impact on your mindset. Surrounding yourself with positive, supportive individuals can help reinforce your new beliefs and keep you motivated on your financial journey.</w:t>
      </w:r>
    </w:p>
    <w:p>
      <w:r>
        <w:t>Seek Out Like-Minded Communities</w:t>
      </w:r>
    </w:p>
    <w:p>
      <w:r>
        <w:t>Join a community of people who share your financial goals and values. This could be an online group focused on personal finance, a local meetup, or even a social circle that values growth and success. Being part of a community that encourages positive financial habits and celebrates each other’s successes can help you stay motivated and inspired.</w:t>
      </w:r>
    </w:p>
    <w:p>
      <w:r>
        <w:t>Limit Exposure to Negative Influences</w:t>
      </w:r>
    </w:p>
    <w:p>
      <w:r>
        <w:t>If there are people in your life who constantly reinforce scarcity, fear, or negativity around money, try to limit your exposure to those conversations. Instead, seek out relationships that uplift you and support your growth. The more you surround yourself with positive influences, the easier it will be to reinforce your new empowering beliefs.</w:t>
      </w:r>
    </w:p>
    <w:p/>
    <w:p>
      <w:r>
        <w:t>6. Reframing Negative Thoughts: Catch and Replace</w:t>
      </w:r>
    </w:p>
    <w:p>
      <w:r>
        <w:t>Old limiting beliefs can sometimes resurface, especially when you’re faced with challenges or setbacks. It’s important to catch these negative thoughts and reframe them into something positive and empowering. Reframing helps you reinforce your new beliefs and prevent old patterns from taking hold.</w:t>
      </w:r>
    </w:p>
    <w:p>
      <w:r>
        <w:t>How to Reframe Negative Thoughts</w:t>
      </w:r>
    </w:p>
    <w:p>
      <w:r>
        <w:t>When you notice a negative thought, pause and take a moment to challenge it. Ask yourself:</w:t>
      </w:r>
    </w:p>
    <w:p>
      <w:r>
        <w:t>“Is this thought based on fact, or is it a limiting belief?”</w:t>
      </w:r>
    </w:p>
    <w:p>
      <w:r>
        <w:t>“How can I look at this situation differently?”</w:t>
      </w:r>
    </w:p>
    <w:p>
      <w:r>
        <w:t>“What would I say to a friend who was having this thought?”</w:t>
      </w:r>
    </w:p>
    <w:p>
      <w:r>
        <w:t>For example, if you catch yourself thinking, “I’ll never be able to save enough money,” reframe it to “I am capable of saving, and I am making progress each day toward my goals.” By consciously replacing negative thoughts with positive ones, you reinforce your new beliefs and maintain a mindset of abundance.</w:t>
      </w:r>
    </w:p>
    <w:p/>
    <w:p>
      <w:r>
        <w:t>7. Track Your Progress: Celebrate Small Wins</w:t>
      </w:r>
    </w:p>
    <w:p>
      <w:r>
        <w:t>Tracking your progress is an important part of reinforcing your new beliefs. When you see tangible evidence of your progress, it strengthens your confidence and motivation, and it reminds you that your efforts are paying off.</w:t>
      </w:r>
    </w:p>
    <w:p>
      <w:r>
        <w:t>Create a Progress Journal</w:t>
      </w:r>
    </w:p>
    <w:p>
      <w:r>
        <w:t>Keep a journal to track your financial progress. Record milestones such as paying off debt, reaching a savings goal, or successfully sticking to your budget for a month. Celebrate these small wins and acknowledge the steps you’re taking toward your larger goals. Tracking your progress helps you see how far you’ve come and reinforces your belief in your ability to achieve financial success.</w:t>
      </w:r>
    </w:p>
    <w:p>
      <w:r>
        <w:t>Visual Progress Tools</w:t>
      </w:r>
    </w:p>
    <w:p>
      <w:r>
        <w:t>Consider creating a visual representation of your progress, such as a chart or graph that tracks your savings or debt repayment. Visual progress tools provide a powerful reminder of your accomplishments and help keep you motivated to continue moving forward.</w:t>
      </w:r>
    </w:p>
    <w:p/>
    <w:p>
      <w:r>
        <w:t>8. Practice Generosity: Reinforce the Flow of Abundance</w:t>
      </w:r>
    </w:p>
    <w:p>
      <w:r>
        <w:t>Generosity is a powerful way to reinforce your new beliefs about abundance. When you give, you affirm to yourself that you have enough to share and that there is always more where that came from. Generosity helps you let go of scarcity-based thinking and reinforces the belief that wealth is meant to flow.</w:t>
      </w:r>
    </w:p>
    <w:p>
      <w:r>
        <w:t>Incorporate Generosity into Your Routine</w:t>
      </w:r>
    </w:p>
    <w:p>
      <w:r>
        <w:t>Make generosity a regular part of your financial routine. This could mean donating a portion of your income to a cause you care about, helping a friend in need, or giving your time to volunteer. The act of giving, no matter how small, reinforces your belief in abundance and creates a positive flow of energy that attracts more wealth and prosperity into your life.</w:t>
      </w:r>
    </w:p>
    <w:p/>
    <w:p>
      <w:r>
        <w:t>9. Daily Reflection: Reinforce What You’ve Learned</w:t>
      </w:r>
    </w:p>
    <w:p>
      <w:r>
        <w:t>At the end of each day, take a few minutes to reflect on your thoughts, emotions, and actions. Ask yourself:</w:t>
      </w:r>
    </w:p>
    <w:p>
      <w:r>
        <w:t>“Did I act in alignment with my financial goals today?”</w:t>
      </w:r>
    </w:p>
    <w:p>
      <w:r>
        <w:t>“How did I reinforce my new beliefs?”</w:t>
      </w:r>
    </w:p>
    <w:p>
      <w:r>
        <w:t>“What can I improve on tomorrow?”</w:t>
      </w:r>
    </w:p>
    <w:p>
      <w:r>
        <w:t>Daily reflection helps you stay accountable and ensures that you are consistently reinforcing your new beliefs. It also provides an opportunity to celebrate your successes and identify areas where you can continue to grow.</w:t>
      </w:r>
    </w:p>
    <w:p/>
    <w:p>
      <w:r>
        <w:t>Conclusion</w:t>
      </w:r>
    </w:p>
    <w:p>
      <w:r>
        <w:t>Reinforcing your new beliefs about money is an ongoing journey that requires daily practice and intentional effort. By incorporating these daily practices—such as affirmations, gratitude, visualization, mindfulness, surrounding yourself with positive influences, reframing negative thoughts, tracking your progress, practicing generosity, and reflecting on your actions—you can solidify your mindset shifts and create a lasting wealth mindset.</w:t>
      </w:r>
    </w:p>
    <w:p>
      <w:r>
        <w:t>The more consistent you are with these practices, the stronger your new beliefs will become. Over time, they will replace old, limiting beliefs, and you’ll find that your thoughts, emotions, and actions naturally align with your financial goals. With each day that you commit to reinforcing your new beliefs, you are taking one step closer to achieving the financial success and abundance you desire.</w:t>
      </w:r>
    </w:p>
    <w:p>
      <w:r>
        <w:t>Interactive Element: Wealth Mindset Journal Prompts (500 Words)</w:t>
      </w:r>
    </w:p>
    <w:p>
      <w:r>
        <w:t>Journaling is a powerful tool for self-reflection and transformation, especially when it comes to cultivating a wealth mindset. By engaging in consistent journaling, you can explore your beliefs, feelings, and actions around money in a deeper way, allowing you to shift old patterns and reinforce new empowering beliefs. Below, you will find a series of journal prompts designed to help you cultivate and reinforce a wealth mindset. These prompts will guide you through examining your relationship with money, celebrating your successes, and envisioning a financially abundant future.</w:t>
      </w:r>
    </w:p>
    <w:p>
      <w:r>
        <w:t>Take your time with each prompt, and be as honest as possible with yourself. You may choose to use one prompt a day, or select the ones that resonate most with you at any given time. The key is consistency—make journaling a habit that allows you to create lasting shifts in your financial mindset.</w:t>
      </w:r>
    </w:p>
    <w:p/>
    <w:p>
      <w:r>
        <w:t>Gratitude for Financial Abundance</w:t>
      </w:r>
    </w:p>
    <w:p/>
    <w:p>
      <w:r>
        <w:t>What are three things you are grateful for today that are related to your finances?</w:t>
        <w:br/>
        <w:t>Gratitude shifts your focus from scarcity to abundance. Reflect on aspects of your financial life that bring you a sense of gratitude, whether it’s having the resources to pay bills, an opportunity that came your way, or simply the ability to save.</w:t>
      </w:r>
    </w:p>
    <w:p/>
    <w:p/>
    <w:p>
      <w:r>
        <w:t>How does practicing gratitude change your perspective on money and abundance?</w:t>
        <w:br/>
        <w:t>Consider how acknowledging the positive aspects of your financial life impacts your feelings and thoughts about money.</w:t>
      </w:r>
    </w:p>
    <w:p/>
    <w:p>
      <w:r>
        <w:t>Exploring Limiting Beliefs</w:t>
      </w:r>
    </w:p>
    <w:p/>
    <w:p>
      <w:r>
        <w:t>What limiting belief about money do you want to let go of?</w:t>
        <w:br/>
        <w:t>Identify a belief that has been holding you back. This could be something like “I’m not good with money” or “I’ll never earn enough to be comfortable.”</w:t>
      </w:r>
    </w:p>
    <w:p/>
    <w:p/>
    <w:p>
      <w:r>
        <w:t>Where do you think this limiting belief came from?</w:t>
        <w:br/>
        <w:t>Reflect on your past experiences, upbringing, or cultural influences that may have contributed to this belief.</w:t>
      </w:r>
    </w:p>
    <w:p/>
    <w:p/>
    <w:p>
      <w:r>
        <w:t>How can you reframe this belief into something empowering?</w:t>
        <w:br/>
        <w:t>Turn your limiting belief into a positive statement that supports your financial goals. For example, “I am learning to manage my money effectively, and I am capable of financial success.”</w:t>
      </w:r>
    </w:p>
    <w:p/>
    <w:p>
      <w:r>
        <w:t>Envisioning Financial Success</w:t>
      </w:r>
    </w:p>
    <w:p/>
    <w:p>
      <w:r>
        <w:t>Imagine yourself achieving your biggest financial goal. What does your life look like?</w:t>
        <w:br/>
        <w:t>Visualize your ideal financial future. Describe in detail how your life has changed, how you feel, and what opportunities are available to you.</w:t>
      </w:r>
    </w:p>
    <w:p/>
    <w:p/>
    <w:p>
      <w:r>
        <w:t>How will achieving this financial goal impact other areas of your life (e.g., relationships, health, happiness)?</w:t>
        <w:br/>
        <w:t>Consider the ripple effects of financial success and how abundance in one area can lead to improvements in other areas.</w:t>
      </w:r>
    </w:p>
    <w:p/>
    <w:p>
      <w:r>
        <w:t>Celebrating Progress</w:t>
      </w:r>
    </w:p>
    <w:p/>
    <w:p>
      <w:r>
        <w:t>What financial progress have you made recently that you are proud of?</w:t>
        <w:br/>
        <w:t>Acknowledge the steps you’ve taken toward your financial goals, no matter how small. Celebrating progress helps to reinforce positive behavior and motivates continued action.</w:t>
      </w:r>
    </w:p>
    <w:p/>
    <w:p/>
    <w:p>
      <w:r>
        <w:t>What steps did you take to make this progress, and how can you build on it?</w:t>
        <w:br/>
        <w:t>Reflect on the specific actions that led to your success and how you can continue building on those actions.</w:t>
      </w:r>
    </w:p>
    <w:p/>
    <w:p>
      <w:r>
        <w:t>Generosity and Abundance</w:t>
      </w:r>
    </w:p>
    <w:p/>
    <w:p>
      <w:r>
        <w:t>How can you practice generosity today?</w:t>
        <w:br/>
        <w:t>Think about ways you can give, whether it’s financially, with your time, or by sharing your skills. Generosity reinforces the belief that there is always enough to give and that abundance is available to everyone.</w:t>
      </w:r>
    </w:p>
    <w:p/>
    <w:p/>
    <w:p>
      <w:r>
        <w:t>How does giving make you feel?</w:t>
        <w:br/>
        <w:t>Reflect on how acts of generosity contribute to your sense of abundance and well-being. Consider how giving reinforces your belief in the flow of wealth.</w:t>
      </w:r>
    </w:p>
    <w:p/>
    <w:p/>
    <w:p>
      <w:r>
        <w:t>Conclusion</w:t>
      </w:r>
    </w:p>
    <w:p>
      <w:r>
        <w:t>Use these journal prompts to explore and strengthen your wealth mindset. Each time you put your thoughts and reflections on paper, you take another step toward shifting your beliefs and reinforcing a mindset of abundance and financial empowerment. Consistency is key—keep journaling, and let these prompts guide you on your journey to creating lasting wealth and prosperity.</w:t>
      </w:r>
    </w:p>
    <w:p>
      <w:r>
        <w:t>Let me know if you'd like me to format this content into a Word document or if there are any other elements you'd like to add or adjust!</w:t>
      </w:r>
    </w:p>
    <w:p/>
    <w:p>
      <w:r>
        <w:br w:type="page"/>
      </w:r>
    </w:p>
    <w:p>
      <w:r>
        <w:t>Chapter 8: Designing Your Financial Freedom Blueprint</w:t>
      </w:r>
    </w:p>
    <w:p/>
    <w:p>
      <w:r>
        <w:t>Mapping Out Your Goals: Create Short-Term and Long-Term Financial Goals (1,500–1,800 Words)</w:t>
      </w:r>
    </w:p>
    <w:p>
      <w:r>
        <w:t>Achieving financial freedom begins with a clear and purposeful plan. Designing a financial blueprint is about defining where you want to go and how you plan to get there. This chapter is focused on helping you map out your goals—both short-term and long-term—and creating a roadmap that guides you toward financial freedom.</w:t>
      </w:r>
    </w:p>
    <w:p>
      <w:r>
        <w:t>Financial goals are the compass that direct your actions. Without them, it's easy to drift from one paycheck to another, not fully knowing if you're making progress. By setting specific, actionable goals, you give yourself the clarity and motivation needed to build wealth and achieve financial stability. In this section, we'll explore how to create effective financial goals and ensure that they align with your personal values and aspirations.</w:t>
      </w:r>
    </w:p>
    <w:p/>
    <w:p>
      <w:r>
        <w:t>The Importance of Goal Setting in Financial Freedom</w:t>
      </w:r>
    </w:p>
    <w:p>
      <w:r>
        <w:t>Setting financial goals provides purpose and direction for your financial journey. It transforms abstract ideas like “I want to save more money” into clear, measurable actions like “I want to save $10,000 for an emergency fund within the next 12 months.” Having well-defined goals helps you stay motivated, focused, and accountable, allowing you to track your progress and celebrate milestones along the way.</w:t>
      </w:r>
    </w:p>
    <w:p>
      <w:r>
        <w:t>Short-Term vs. Long-Term Goals</w:t>
      </w:r>
    </w:p>
    <w:p>
      <w:r>
        <w:t>Financial goals can be categorized into two main types: short-term and long-term goals. Both are essential for building a comprehensive financial blueprint. Short-term goals help you address immediate financial needs and build a solid foundation, while long-term goals are about creating the future you desire—whether that’s retiring comfortably, buying your dream home, or achieving financial independence.</w:t>
      </w:r>
    </w:p>
    <w:p>
      <w:r>
        <w:t>Short-Term Goals: Goals that can typically be achieved within one year. These might include building an emergency fund, paying off a credit card, or saving for a vacation.</w:t>
      </w:r>
    </w:p>
    <w:p>
      <w:r>
        <w:t>Long-Term Goals: Goals that take more time to achieve, often several years or decades. These could include buying a home, saving for retirement, or becoming debt-free.</w:t>
      </w:r>
    </w:p>
    <w:p>
      <w:r>
        <w:t>By breaking down your financial vision into short-term and long-term goals, you create a step-by-step path to achieving financial freedom.</w:t>
      </w:r>
    </w:p>
    <w:p/>
    <w:p>
      <w:r>
        <w:t>Step 1: Define Your Financial Vision</w:t>
      </w:r>
    </w:p>
    <w:p>
      <w:r>
        <w:t>Before diving into specific goals, it's important to define your overall financial vision. This vision is your “why”—the reason you want to achieve financial freedom. Ask yourself:</w:t>
      </w:r>
    </w:p>
    <w:p>
      <w:r>
        <w:t>“What does financial freedom mean to me?”</w:t>
      </w:r>
    </w:p>
    <w:p>
      <w:r>
        <w:t>“What kind of life do I want to create for myself and my family?”</w:t>
      </w:r>
    </w:p>
    <w:p>
      <w:r>
        <w:t>“How would achieving financial freedom improve my quality of life?”</w:t>
      </w:r>
    </w:p>
    <w:p>
      <w:r>
        <w:t>Your financial vision might include being able to travel without financial stress, retiring early, providing for your family, or simply having the security to live life on your own terms. By defining your financial vision, you create a motivating force that will guide you through the goal-setting process.</w:t>
      </w:r>
    </w:p>
    <w:p/>
    <w:p>
      <w:r>
        <w:t>Step 2: Create Short-Term Financial Goals</w:t>
      </w:r>
    </w:p>
    <w:p>
      <w:r>
        <w:t>Short-term goals are the building blocks of your financial plan. These goals help you gain control over your finances, build a foundation for stability, and set the stage for achieving long-term success.</w:t>
      </w:r>
    </w:p>
    <w:p>
      <w:r>
        <w:t>Examples of Short-Term Goals</w:t>
      </w:r>
    </w:p>
    <w:p/>
    <w:p>
      <w:r>
        <w:t>Building an Emergency Fund</w:t>
        <w:br/>
        <w:t>One of the most important short-term goals is creating an emergency fund. This fund provides a financial safety net for unexpected expenses, such as car repairs or medical bills. A good initial goal is to save $1,000 as quickly as possible, followed by building a fund that covers 3-6 months of living expenses.</w:t>
      </w:r>
    </w:p>
    <w:p/>
    <w:p/>
    <w:p>
      <w:r>
        <w:t>Paying Off High-Interest Debt</w:t>
        <w:br/>
        <w:t>Another common short-term goal is paying off high-interest debt, such as credit card balances. High-interest debt can drain your finances and hinder your ability to save. By making it a priority to eliminate this debt, you free up money for other financial goals.</w:t>
      </w:r>
    </w:p>
    <w:p/>
    <w:p/>
    <w:p>
      <w:r>
        <w:t>Creating a Monthly Budget</w:t>
        <w:br/>
        <w:t>Developing a monthly budget is a short-term goal that can have a lasting impact on your financial health. A budget helps you understand your income and expenses, allowing you to allocate your money in a way that supports your goals.</w:t>
      </w:r>
    </w:p>
    <w:p/>
    <w:p/>
    <w:p>
      <w:r>
        <w:t>Saving for a Specific Purchase</w:t>
        <w:br/>
        <w:t>You might have a short-term goal to save for a specific purchase, such as a new appliance, a vacation, or an upcoming event. Setting aside money for these expenses helps you avoid taking on debt and allows you to enjoy your purchases guilt-free.</w:t>
      </w:r>
    </w:p>
    <w:p/>
    <w:p>
      <w:r>
        <w:t>How to Set Effective Short-Term Goals</w:t>
      </w:r>
    </w:p>
    <w:p>
      <w:r>
        <w:t>To set effective short-term goals, follow the SMART criteria:</w:t>
      </w:r>
    </w:p>
    <w:p>
      <w:r>
        <w:t>Specific: Clearly define what you want to achieve. For example, “Save $1,000 for an emergency fund by December.”</w:t>
      </w:r>
    </w:p>
    <w:p>
      <w:r>
        <w:t>Measurable: Make sure you can track your progress. Use specific numbers to measure success.</w:t>
      </w:r>
    </w:p>
    <w:p>
      <w:r>
        <w:t>Achievable: Set goals that are realistic given your current financial situation. If saving $1,000 in one month isn’t feasible, adjust the timeframe.</w:t>
      </w:r>
    </w:p>
    <w:p>
      <w:r>
        <w:t>Relevant: Ensure your goal aligns with your overall financial vision.</w:t>
      </w:r>
    </w:p>
    <w:p>
      <w:r>
        <w:t>Time-Bound: Set a deadline to stay motivated. For example, “Save $1,000 in three months.”</w:t>
      </w:r>
    </w:p>
    <w:p>
      <w:r>
        <w:t>By setting SMART short-term goals, you create a roadmap for immediate action and build the foundation needed for long-term success.</w:t>
      </w:r>
    </w:p>
    <w:p/>
    <w:p>
      <w:r>
        <w:t>Step 3: Set Long-Term Financial Goals</w:t>
      </w:r>
    </w:p>
    <w:p>
      <w:r>
        <w:t>Long-term goals are the aspirations that motivate you to keep going. These goals require planning, discipline, and a long-term commitment. While short-term goals provide stability, long-term goals are about building lasting wealth and financial independence.</w:t>
      </w:r>
    </w:p>
    <w:p>
      <w:r>
        <w:t>Examples of Long-Term Goals</w:t>
      </w:r>
    </w:p>
    <w:p/>
    <w:p>
      <w:r>
        <w:t>Saving for Retirement</w:t>
        <w:br/>
        <w:t>Retirement is one of the most significant long-term financial goals. Whether you plan to retire at the traditional age of 65 or hope to retire early, it’s important to start planning now. Determine how much you will need to live comfortably in retirement, and set up retirement accounts, such as a 401(k) or IRA, to start saving.</w:t>
      </w:r>
    </w:p>
    <w:p/>
    <w:p/>
    <w:p>
      <w:r>
        <w:t>Buying a Home</w:t>
        <w:br/>
        <w:t>If homeownership is part of your financial vision, it’s essential to create a long-term savings plan for a down payment. Saving for a home requires discipline and planning, but breaking this goal down into smaller, manageable steps can make it more achievable.</w:t>
      </w:r>
    </w:p>
    <w:p/>
    <w:p/>
    <w:p>
      <w:r>
        <w:t>Becoming Debt-Free</w:t>
        <w:br/>
        <w:t>Becoming completely debt-free is another common long-term goal. This might involve paying off student loans, a mortgage, or other large debts. The goal is to reduce your financial obligations and free up money for other purposes.</w:t>
      </w:r>
    </w:p>
    <w:p/>
    <w:p/>
    <w:p>
      <w:r>
        <w:t>Building Wealth Through Investments</w:t>
        <w:br/>
        <w:t>For many, financial freedom means building enough wealth to live off investment income. This long-term goal requires investing in assets like stocks, bonds, real estate, or businesses. The sooner you start investing, the more time your money has to grow.</w:t>
      </w:r>
    </w:p>
    <w:p/>
    <w:p>
      <w:r>
        <w:t>Breaking Down Long-Term Goals</w:t>
      </w:r>
    </w:p>
    <w:p>
      <w:r>
        <w:t>Long-term goals can feel overwhelming because they require a significant amount of time and money. To make them more achievable, break them down into smaller, actionable steps. For example, if your goal is to save $100,000 for retirement, break it down into an annual savings target, such as saving $10,000 per year for ten years.</w:t>
      </w:r>
    </w:p>
    <w:p>
      <w:r>
        <w:t>By breaking long-term goals into smaller milestones, you create a sense of progress and make the journey feel more manageable.</w:t>
      </w:r>
    </w:p>
    <w:p/>
    <w:p>
      <w:r>
        <w:t>Step 4: Align Your Goals with Your Values</w:t>
      </w:r>
    </w:p>
    <w:p>
      <w:r>
        <w:t>Financial goals are most powerful when they align with your personal values. Your values are what matter most to you—they are the principles that guide your life and give it meaning. When your financial goals align with your values, they become more meaningful, motivating, and achievable.</w:t>
      </w:r>
    </w:p>
    <w:p>
      <w:r>
        <w:t>Identifying Your Values</w:t>
      </w:r>
    </w:p>
    <w:p>
      <w:r>
        <w:t>To align your goals with your values, take some time to reflect on what matters most to you. Ask yourself questions like:</w:t>
      </w:r>
    </w:p>
    <w:p>
      <w:r>
        <w:t>“What brings me the most fulfillment and happiness?”</w:t>
      </w:r>
    </w:p>
    <w:p>
      <w:r>
        <w:t>“What kind of life do I want to create for myself and my family?”</w:t>
      </w:r>
    </w:p>
    <w:p>
      <w:r>
        <w:t>“What legacy do I want to leave behind?”</w:t>
      </w:r>
    </w:p>
    <w:p>
      <w:r>
        <w:t>Your values might include financial security, freedom, family, adventure, or giving back to the community. Once you’ve identified your values, make sure your financial goals support them. For example, if one of your values is family, you might set a long-term goal to create a college fund for your children. If you value freedom, you might set a goal to save for early retirement or travel.</w:t>
      </w:r>
    </w:p>
    <w:p/>
    <w:p>
      <w:r>
        <w:t>Step 5: Write Down Your Goals and Create an Action Plan</w:t>
      </w:r>
    </w:p>
    <w:p>
      <w:r>
        <w:t>Writing down your goals is a powerful way to reinforce your commitment to achieving them. When you write down your goals, they become tangible and real. It’s also important to create an action plan that outlines the steps you need to take to reach each goal.</w:t>
      </w:r>
    </w:p>
    <w:p>
      <w:r>
        <w:t>Creating Your Action Plan</w:t>
      </w:r>
    </w:p>
    <w:p/>
    <w:p>
      <w:r>
        <w:t>Write Down Each Goal</w:t>
        <w:br/>
        <w:t>Use a notebook, a financial planner, or a digital tool to write down your short-term and long-term goals. Be specific about what you want to achieve, the amount of money needed, and the timeframe.</w:t>
      </w:r>
    </w:p>
    <w:p/>
    <w:p/>
    <w:p>
      <w:r>
        <w:t>Identify the Steps Needed to Achieve Each Goal</w:t>
        <w:br/>
        <w:t>Break each goal down into smaller, actionable steps. For example, if your goal is to save $10,000 for an emergency fund in one year, your action steps might include creating a monthly budget, setting up automatic transfers to a savings account, and cutting discretionary expenses.</w:t>
      </w:r>
    </w:p>
    <w:p/>
    <w:p/>
    <w:p>
      <w:r>
        <w:t>Set Deadlines for Each Step</w:t>
        <w:br/>
        <w:t>Assign a deadline to each step to ensure you stay on track. For example, “Set up an automatic savings transfer by the end of this week.”</w:t>
      </w:r>
    </w:p>
    <w:p/>
    <w:p/>
    <w:p>
      <w:r>
        <w:t>Track Your Progress</w:t>
        <w:br/>
        <w:t>Regularly track your progress to stay accountable and make adjustments as needed. Celebrating small milestones along the way can help keep you motivated and on course.</w:t>
      </w:r>
    </w:p>
    <w:p/>
    <w:p/>
    <w:p>
      <w:r>
        <w:t>Step 6: Stay Flexible and Adjust as Needed</w:t>
      </w:r>
    </w:p>
    <w:p>
      <w:r>
        <w:t>Financial planning is not a one-time activity—it’s an ongoing process that requires flexibility. Life is unpredictable, and circumstances can change. It’s important to revisit your financial goals regularly to ensure they still align with your vision and make adjustments as needed.</w:t>
      </w:r>
    </w:p>
    <w:p>
      <w:r>
        <w:t>Reviewing Your Goals</w:t>
      </w:r>
    </w:p>
    <w:p>
      <w:r>
        <w:t>Schedule a time each quarter to review your financial goals. Ask yourself:</w:t>
      </w:r>
    </w:p>
    <w:p>
      <w:r>
        <w:t>“Am I making progress toward my goals?”</w:t>
      </w:r>
    </w:p>
    <w:p>
      <w:r>
        <w:t>“Do my goals still align with my values and vision?”</w:t>
      </w:r>
    </w:p>
    <w:p>
      <w:r>
        <w:t>“Do I need to adjust my action plan based on recent changes in my life?”</w:t>
      </w:r>
    </w:p>
    <w:p>
      <w:r>
        <w:t>By regularly reviewing and adjusting your goals, you can stay on track and continue moving toward financial freedom, even when unexpected challenges arise.</w:t>
      </w:r>
    </w:p>
    <w:p/>
    <w:p>
      <w:r>
        <w:t>Conclusion</w:t>
      </w:r>
    </w:p>
    <w:p>
      <w:r>
        <w:t>Mapping out your financial goals is a critical step in designing your financial freedom blueprint. By setting both short-term and long-term goals, you create a clear roadmap for your financial journey. Short-term goals provide the foundation for stability, while long-term goals focus on building lasting wealth and achieving your dreams.</w:t>
      </w:r>
    </w:p>
    <w:p>
      <w:r>
        <w:t>Remember to align your goals with your personal values, write them down, and create a detailed action plan. By breaking your goals into smaller, manageable steps, you make the journey to financial freedom achievable and rewarding.</w:t>
      </w:r>
    </w:p>
    <w:p>
      <w:r>
        <w:t>Stay consistent, stay motivated, and remember that every small step brings you closer to the financial freedom you desire. Let your goals guide your actions and keep you focused on building the life you’ve always envisioned.</w:t>
      </w:r>
    </w:p>
    <w:p/>
    <w:p/>
    <w:p/>
    <w:p/>
    <w:p/>
    <w:p/>
    <w:p/>
    <w:p/>
    <w:p/>
    <w:p/>
    <w:p/>
    <w:p/>
    <w:p>
      <w:r>
        <w:t>Steps to Execution: Breaking Goals into Actionable Steps (1,000 Words)</w:t>
      </w:r>
    </w:p>
    <w:p>
      <w:r>
        <w:t>Once you’ve defined your financial goals, the next step is to create an actionable plan for achieving them. A goal without a plan is just a wish—turning those goals into reality requires a clear and strategic approach that guides your actions. This section will show you how to break your financial goals down into actionable, manageable steps, helping you create a roadmap that moves you steadily toward financial freedom.</w:t>
      </w:r>
    </w:p>
    <w:p>
      <w:r>
        <w:t>Setting financial goals is empowering, but the true power lies in taking consistent, practical actions that bring you closer to those goals. Whether you're focused on short-term objectives like building an emergency fund or long-term dreams like buying a home, breaking your goals into smaller tasks makes them more achievable, less overwhelming, and easier to track.</w:t>
      </w:r>
    </w:p>
    <w:p/>
    <w:p>
      <w:r>
        <w:t>Step 1: Break Down Each Goal into Milestones</w:t>
      </w:r>
    </w:p>
    <w:p>
      <w:r>
        <w:t>The first step in executing your financial goals is to break them down into milestones. Milestones are smaller objectives that represent significant progress toward your ultimate goal. By breaking your larger goals into milestones, you make them more manageable and maintain a sense of achievement along the way.</w:t>
      </w:r>
    </w:p>
    <w:p>
      <w:r>
        <w:t>Examples of Milestones for Financial Goals:</w:t>
      </w:r>
    </w:p>
    <w:p/>
    <w:p>
      <w:r>
        <w:t>Emergency Fund: If your goal is to save $10,000 for an emergency fund, break it into milestones of $2,500 each. This makes the overall goal feel less intimidating and gives you something to celebrate along the way.</w:t>
      </w:r>
    </w:p>
    <w:p/>
    <w:p/>
    <w:p>
      <w:r>
        <w:t>Debt Payoff: If you have $15,000 in debt to pay off, set milestones at $5,000 intervals. Each time you reach a milestone, it serves as motivation to keep going.</w:t>
      </w:r>
    </w:p>
    <w:p/>
    <w:p>
      <w:r>
        <w:t>How to Define Milestones:</w:t>
      </w:r>
    </w:p>
    <w:p>
      <w:r>
        <w:t>Start by determining the timeline for achieving your goal. If you want to save $10,000 in 12 months, divide it into smaller monthly milestones (e.g., save $833 each month).</w:t>
      </w:r>
    </w:p>
    <w:p>
      <w:r>
        <w:t>Write down each milestone and set deadlines for when you plan to reach them. Creating specific, time-bound milestones helps you stay accountable and maintain momentum.</w:t>
      </w:r>
    </w:p>
    <w:p/>
    <w:p>
      <w:r>
        <w:t>Step 2: Identify the Action Steps for Each Milestone</w:t>
      </w:r>
    </w:p>
    <w:p>
      <w:r>
        <w:t>Once you’ve broken your goals into milestones, the next step is to identify the specific actions you need to take to reach each milestone. These action steps should be clear, concrete tasks that you can implement in your daily or weekly routine.</w:t>
      </w:r>
    </w:p>
    <w:p>
      <w:r>
        <w:t>Examples of Action Steps:</w:t>
      </w:r>
    </w:p>
    <w:p/>
    <w:p>
      <w:r>
        <w:t>Savings Goal: If you’re saving for an emergency fund, your action steps could include:</w:t>
      </w:r>
    </w:p>
    <w:p/>
    <w:p>
      <w:r>
        <w:t>Setting up an automatic transfer from your checking account to your savings account every payday.</w:t>
      </w:r>
    </w:p>
    <w:p>
      <w:r>
        <w:t>Cutting back on non-essential spending (e.g., dining out) to allocate more money to savings.</w:t>
      </w:r>
    </w:p>
    <w:p>
      <w:r>
        <w:t>Selling unused items online to generate extra income for your savings.</w:t>
      </w:r>
    </w:p>
    <w:p/>
    <w:p>
      <w:r>
        <w:t>Debt Payoff Goal: If your goal is to pay off debt, action steps might include:</w:t>
      </w:r>
    </w:p>
    <w:p/>
    <w:p>
      <w:r>
        <w:t>Making a list of all your debts, including interest rates and minimum payments.</w:t>
      </w:r>
    </w:p>
    <w:p>
      <w:r>
        <w:t>Creating a debt repayment plan using either the snowball method (paying off the smallest debt first) or the avalanche method (paying off the highest interest debt first).</w:t>
      </w:r>
    </w:p>
    <w:p>
      <w:r>
        <w:t>Finding opportunities to increase your income, such as taking on a side hustle, and applying the extra earnings toward your debt.</w:t>
      </w:r>
    </w:p>
    <w:p>
      <w:r>
        <w:t>Prioritizing Action Steps:</w:t>
      </w:r>
    </w:p>
    <w:p>
      <w:r>
        <w:t>Prioritize your action steps by focusing on the tasks that will have the most significant impact. For example, if high-interest debt is holding you back, prioritize paying it off before focusing on savings. By tackling the most important actions first, you make faster progress toward your milestones.</w:t>
      </w:r>
    </w:p>
    <w:p/>
    <w:p>
      <w:r>
        <w:t>Step 3: Create a Daily, Weekly, and Monthly Plan</w:t>
      </w:r>
    </w:p>
    <w:p>
      <w:r>
        <w:t>A key part of executing your financial goals is creating a plan that outlines what you need to do daily, weekly, and monthly. This approach helps you break down larger tasks into smaller, consistent actions, making it easier to stay on track.</w:t>
      </w:r>
    </w:p>
    <w:p>
      <w:r>
        <w:t>Daily Actions:</w:t>
      </w:r>
    </w:p>
    <w:p>
      <w:r>
        <w:t>Daily actions are small tasks that keep you moving forward consistently. These could include:</w:t>
      </w:r>
    </w:p>
    <w:p>
      <w:r>
        <w:t>Tracking your expenses to stay on budget.</w:t>
      </w:r>
    </w:p>
    <w:p>
      <w:r>
        <w:t>Reviewing your affirmations to reinforce your financial mindset.</w:t>
      </w:r>
    </w:p>
    <w:p>
      <w:r>
        <w:t>Avoiding unnecessary spending by practicing mindful purchasing.</w:t>
      </w:r>
    </w:p>
    <w:p>
      <w:r>
        <w:t>Weekly Actions:</w:t>
      </w:r>
    </w:p>
    <w:p>
      <w:r>
        <w:t>Weekly actions help you make more significant progress toward your goals. Examples include:</w:t>
      </w:r>
    </w:p>
    <w:p>
      <w:r>
        <w:t>Reviewing your spending for the week and adjusting your budget if necessary.</w:t>
      </w:r>
    </w:p>
    <w:p>
      <w:r>
        <w:t>Setting aside time each week to plan meals and grocery shop to reduce impulse spending.</w:t>
      </w:r>
    </w:p>
    <w:p>
      <w:r>
        <w:t>Making an extra payment on your credit card if you have additional income that week.</w:t>
      </w:r>
    </w:p>
    <w:p>
      <w:r>
        <w:t>Monthly Actions:</w:t>
      </w:r>
    </w:p>
    <w:p>
      <w:r>
        <w:t>Monthly actions are broader tasks that align with your overall financial plan. Examples include:</w:t>
      </w:r>
    </w:p>
    <w:p>
      <w:r>
        <w:t>Evaluating your progress toward your milestones and adjusting your strategy as needed.</w:t>
      </w:r>
    </w:p>
    <w:p>
      <w:r>
        <w:t>Reviewing your budget to see if there are areas for improvement.</w:t>
      </w:r>
    </w:p>
    <w:p>
      <w:r>
        <w:t>Assessing your financial accounts (e.g., savings, investments, debt) to track progress.</w:t>
      </w:r>
    </w:p>
    <w:p>
      <w:r>
        <w:t>By breaking your goals down into daily, weekly, and monthly tasks, you ensure that you’re always taking consistent action. This helps prevent procrastination and keeps your goals top of mind.</w:t>
      </w:r>
    </w:p>
    <w:p/>
    <w:p>
      <w:r>
        <w:t>Step 4: Automate Your Actions When Possible</w:t>
      </w:r>
    </w:p>
    <w:p>
      <w:r>
        <w:t>Automation is a powerful tool for executing financial goals because it takes the guesswork out of saving and investing. When you automate parts of your financial plan, you make progress without even thinking about it, which helps you stay consistent.</w:t>
      </w:r>
    </w:p>
    <w:p>
      <w:r>
        <w:t>How to Automate Your Financial Goals:</w:t>
      </w:r>
    </w:p>
    <w:p/>
    <w:p>
      <w:r>
        <w:t>Automate Savings: Set up automatic transfers to your savings account every payday. By automating your savings, you ensure that you’re consistently putting money toward your goals without the temptation to spend it elsewhere.</w:t>
      </w:r>
    </w:p>
    <w:p/>
    <w:p/>
    <w:p>
      <w:r>
        <w:t>Automate Bill Payments: Automate payments for bills and debts to avoid late fees and ensure that you’re always making progress on paying down your obligations.</w:t>
      </w:r>
    </w:p>
    <w:p/>
    <w:p/>
    <w:p>
      <w:r>
        <w:t>Automate Investments: Consider setting up automatic contributions to your retirement account or investment account. Regular, automated contributions help you take advantage of dollar-cost averaging and keep your investments growing consistently over time.</w:t>
      </w:r>
    </w:p>
    <w:p/>
    <w:p>
      <w:r>
        <w:t>Automation makes it easier to stick to your plan, removes the temptation to deviate from your goals, and saves you time and mental energy.</w:t>
      </w:r>
    </w:p>
    <w:p/>
    <w:p>
      <w:r>
        <w:t>Step 5: Track Your Progress Regularly</w:t>
      </w:r>
    </w:p>
    <w:p>
      <w:r>
        <w:t>Tracking your progress is essential for staying motivated and making adjustments as needed. When you see that you’re making progress—no matter how small—it reinforces your belief in your ability to achieve your goals.</w:t>
      </w:r>
    </w:p>
    <w:p>
      <w:r>
        <w:t>Methods for Tracking Progress:</w:t>
      </w:r>
    </w:p>
    <w:p/>
    <w:p>
      <w:r>
        <w:t>Use a Financial Journal: Keep a journal where you record your milestones, actions, and progress. Write down what you’ve accomplished each week and reflect on what’s working well and what needs improvement.</w:t>
      </w:r>
    </w:p>
    <w:p/>
    <w:p/>
    <w:p>
      <w:r>
        <w:t>Spreadsheets and Budgeting Apps: Use a spreadsheet or budgeting app to track your income, expenses, savings, and debt payments. Many apps allow you to set financial goals and provide visual feedback on your progress.</w:t>
      </w:r>
    </w:p>
    <w:p/>
    <w:p/>
    <w:p>
      <w:r>
        <w:t>Create a Visual Representation: Consider using a visual tool, like a chart or graph, to track your progress. For example, if you’re saving for a goal, create a progress bar that you fill in each time you reach a savings milestone. Visual representations help keep your goals top of mind and make progress more tangible.</w:t>
      </w:r>
    </w:p>
    <w:p/>
    <w:p/>
    <w:p>
      <w:r>
        <w:t>Step 6: Reward Yourself for Reaching Milestones</w:t>
      </w:r>
    </w:p>
    <w:p>
      <w:r>
        <w:t>Celebrating your progress is an important part of maintaining motivation and reinforcing positive behaviors. Each time you reach a milestone, take time to acknowledge your success and reward yourself.</w:t>
      </w:r>
    </w:p>
    <w:p>
      <w:r>
        <w:t>How to Reward Yourself:</w:t>
      </w:r>
    </w:p>
    <w:p/>
    <w:p>
      <w:r>
        <w:t>Choose Non-Financial Rewards: Celebrate your achievements with rewards that don’t derail your progress. For example, treat yourself to a special experience, like a day at the beach, a picnic, or a day trip.</w:t>
      </w:r>
    </w:p>
    <w:p/>
    <w:p/>
    <w:p>
      <w:r>
        <w:t>Make It Meaningful: Choose rewards that align with your values and bring you joy. This will help reinforce the positive emotions associated with your financial journey.</w:t>
      </w:r>
    </w:p>
    <w:p/>
    <w:p>
      <w:r>
        <w:t>Celebrating milestones helps you stay motivated and makes the process of working toward your financial goals more enjoyable. It reminds you that financial freedom is not just about sacrifice—it’s about building a life that brings you fulfillment.</w:t>
      </w:r>
    </w:p>
    <w:p/>
    <w:p>
      <w:r>
        <w:t>Step 7: Adjust and Adapt as Needed</w:t>
      </w:r>
    </w:p>
    <w:p>
      <w:r>
        <w:t>Life is full of changes, and your financial situation may evolve over time. It’s important to remain flexible and adjust your action plan as needed. Revisit your goals regularly to assess your progress and make adjustments based on changes in your circumstances.</w:t>
      </w:r>
    </w:p>
    <w:p>
      <w:r>
        <w:t>When to Adjust Your Plan:</w:t>
      </w:r>
    </w:p>
    <w:p/>
    <w:p>
      <w:r>
        <w:t>Unexpected Changes: If you experience a significant life event, such as a job change, relocation, or medical expense, revisit your financial goals and adjust your action plan accordingly.</w:t>
      </w:r>
    </w:p>
    <w:p/>
    <w:p/>
    <w:p>
      <w:r>
        <w:t>Progress Review: At the end of each month or quarter, assess your progress toward your goals. If you’re falling short, consider what changes you can make to get back on track.</w:t>
      </w:r>
    </w:p>
    <w:p/>
    <w:p>
      <w:r>
        <w:t>Being adaptable ensures that you stay committed to your financial goals, even when life throws unexpected challenges your way. Flexibility allows you to keep moving forward without becoming discouraged.</w:t>
      </w:r>
    </w:p>
    <w:p/>
    <w:p>
      <w:r>
        <w:t>Conclusion</w:t>
      </w:r>
    </w:p>
    <w:p>
      <w:r>
        <w:t>Breaking your financial goals into actionable steps is the key to transforming your vision into reality. By defining milestones, identifying daily, weekly, and monthly actions, automating your progress, and regularly tracking your achievements, you create a structured approach to achieving financial freedom. Remember, progress is made through small, consistent actions, and celebrating each milestone keeps you motivated to continue.</w:t>
      </w:r>
    </w:p>
    <w:p>
      <w:r>
        <w:t>Staying flexible and making adjustments along the way ensures that your plan evolves with your life circumstances. With a clear roadmap and a commitment to taking action, you can turn your financial dreams into tangible achievements and move confidently toward financial freedom.</w:t>
      </w:r>
    </w:p>
    <w:p/>
    <w:p>
      <w:r>
        <w:t>Accountability Strategies: Methods for Tracking Progress and Staying Motivated (1,500 Words)</w:t>
      </w:r>
    </w:p>
    <w:p>
      <w:r>
        <w:t>Setting financial goals is an essential step toward financial freedom, but turning those goals into reality requires consistent effort and accountability. Accountability strategies help you track your progress, stay motivated, and overcome obstacles along the way. When you hold yourself accountable—or have someone else to help you stay on track—it increases your likelihood of success by ensuring that you remain committed to your financial goals.</w:t>
      </w:r>
    </w:p>
    <w:p>
      <w:r>
        <w:t>In this section, we'll explore various methods for tracking your progress and maintaining the motivation needed to achieve financial freedom. Accountability isn't just about holding yourself responsible—it's about creating systems of support, celebrating your successes, and learning from setbacks.</w:t>
      </w:r>
    </w:p>
    <w:p/>
    <w:p>
      <w:r>
        <w:t>1. Set Clear Milestones and Track Progress Regularly</w:t>
      </w:r>
    </w:p>
    <w:p>
      <w:r>
        <w:t>Accountability begins with clarity. Breaking down your larger financial goals into smaller, specific milestones helps make progress more manageable and keeps you focused on each step of your journey. Once you’ve defined these milestones, it's crucial to track your progress regularly.</w:t>
      </w:r>
    </w:p>
    <w:p>
      <w:r>
        <w:t>How to Set Milestones:</w:t>
      </w:r>
    </w:p>
    <w:p>
      <w:r>
        <w:t>Break Down Long-Term Goals: Divide your long-term financial goals into smaller milestones. For example, if your goal is to save $12,000 over the next year, break it down into a monthly savings goal of $1,000.</w:t>
      </w:r>
    </w:p>
    <w:p>
      <w:r>
        <w:t>Set Deadlines: Assign deadlines to each milestone. Knowing when you want to reach a specific milestone creates a sense of urgency and keeps you motivated.</w:t>
      </w:r>
    </w:p>
    <w:p>
      <w:r>
        <w:t>Tools for Tracking Progress:</w:t>
      </w:r>
    </w:p>
    <w:p>
      <w:r>
        <w:t>Financial Journal: Keep a financial journal where you write down your goals, milestones, and progress. This can be a notebook or a digital document where you reflect on your successes and challenges.</w:t>
      </w:r>
    </w:p>
    <w:p>
      <w:r>
        <w:t>Budgeting Apps: Use budgeting apps like Mint, YNAB (You Need A Budget), or PocketGuard to track your spending, savings, and debt repayment. Many of these apps allow you to set financial goals and visually track your progress, which helps you stay accountable.</w:t>
      </w:r>
    </w:p>
    <w:p>
      <w:r>
        <w:t>Visual Progress Chart: Create a visual progress chart or graph to track your savings, debt repayment, or investment growth. Seeing your progress in a visual format can be highly motivating and serves as a reminder of how far you've come.</w:t>
      </w:r>
    </w:p>
    <w:p>
      <w:r>
        <w:t>By setting clear milestones and tracking your progress consistently, you can see the tangible results of your efforts, which helps to reinforce positive behavior and maintain motivation.</w:t>
      </w:r>
    </w:p>
    <w:p/>
    <w:p>
      <w:r>
        <w:t>2. Create a Financial Accountability Buddy System</w:t>
      </w:r>
    </w:p>
    <w:p>
      <w:r>
        <w:t>Having an accountability buddy can significantly increase your chances of staying on track with your financial goals. An accountability buddy is someone you trust who can support you, encourage you, and hold you accountable for your progress. This person can be a friend, family member, or even a colleague who shares similar financial aspirations.</w:t>
      </w:r>
    </w:p>
    <w:p>
      <w:r>
        <w:t>How to Choose an Accountability Buddy:</w:t>
      </w:r>
    </w:p>
    <w:p>
      <w:r>
        <w:t>Find Someone with Similar Goals: Look for someone who is also working toward financial goals, such as saving, paying off debt, or investing. Sharing similar goals makes it easier to support each other and stay motivated.</w:t>
      </w:r>
    </w:p>
    <w:p>
      <w:r>
        <w:t>Communicate Regularly: Set up regular check-ins with your accountability buddy. This could be a weekly phone call, a bi-weekly video chat, or even a monthly in-person meeting. During these check-ins, discuss your progress, celebrate wins, and address any challenges.</w:t>
      </w:r>
    </w:p>
    <w:p>
      <w:r>
        <w:t>Be Honest and Supportive: The key to a successful accountability buddy relationship is honesty and support. Be open about your challenges, and offer constructive feedback to help each other stay on track.</w:t>
      </w:r>
    </w:p>
    <w:p>
      <w:r>
        <w:t>Having an accountability buddy creates a sense of responsibility—not just to yourself, but also to someone else who is rooting for your success. Knowing that someone else is counting on you can be a powerful motivator to keep taking action.</w:t>
      </w:r>
    </w:p>
    <w:p/>
    <w:p>
      <w:r>
        <w:t>3. Use Social Accountability to Stay Committed</w:t>
      </w:r>
    </w:p>
    <w:p>
      <w:r>
        <w:t>Social accountability is another powerful strategy for staying on track with your financial goals. When you share your goals publicly or within a group, you create a sense of responsibility that can help keep you motivated.</w:t>
      </w:r>
    </w:p>
    <w:p>
      <w:r>
        <w:t>Ways to Use Social Accountability:</w:t>
      </w:r>
    </w:p>
    <w:p>
      <w:r>
        <w:t>Join a Financial Community: There are many online communities and forums dedicated to personal finance, such as Reddit’s r/personalfinance or Facebook groups focused on saving money or debt repayment. Joining a financial community allows you to share your goals, get advice, and stay accountable to a supportive group of people.</w:t>
      </w:r>
    </w:p>
    <w:p>
      <w:r>
        <w:t>Create a Public Commitment: Share your financial goals with friends or on social media. For example, you could post about your goal to pay off $5,000 in credit card debt over the next six months and provide updates along the way. Sharing your journey publicly can help you stay committed, as you’ll have others cheering you on and holding you accountable.</w:t>
      </w:r>
    </w:p>
    <w:p>
      <w:r>
        <w:t>Participate in Challenges: Many financial communities host challenges, such as a “no-spend month” or a “savings challenge.” Participating in these challenges adds an element of fun and competition, which can help keep you motivated to reach your goals.</w:t>
      </w:r>
    </w:p>
    <w:p>
      <w:r>
        <w:t>Social accountability works because it leverages the power of community and connection. Knowing that others are aware of your goals—and that they’re cheering you on—can help you stay committed, even when the going gets tough.</w:t>
      </w:r>
    </w:p>
    <w:p/>
    <w:p>
      <w:r>
        <w:t>4. Schedule Regular Financial Check-Ins with Yourself</w:t>
      </w:r>
    </w:p>
    <w:p>
      <w:r>
        <w:t>Holding yourself accountable means taking the time to assess your progress and make adjustments as needed. Regular financial check-ins are an opportunity to reflect on your progress, identify areas for improvement, and celebrate your successes.</w:t>
      </w:r>
    </w:p>
    <w:p>
      <w:r>
        <w:t>How to Conduct a Financial Check-In:</w:t>
      </w:r>
    </w:p>
    <w:p>
      <w:r>
        <w:t>Set a Regular Schedule: Schedule a financial check-in at the same time each week or month. For example, every Sunday evening or the first day of each month. Consistency is key to staying accountable.</w:t>
      </w:r>
    </w:p>
    <w:p>
      <w:r>
        <w:t>Review Your Goals and Milestones: During your check-in, review the financial goals and milestones you’ve set. Assess whether you’re on track, ahead, or behind schedule. If you’re behind, identify what changes you can make to get back on track.</w:t>
      </w:r>
    </w:p>
    <w:p>
      <w:r>
        <w:t>Track Your Spending and Savings: Use your financial check-in to review your spending and savings for the week or month. Compare your spending to your budget, and determine if you need to make adjustments.</w:t>
      </w:r>
    </w:p>
    <w:p>
      <w:r>
        <w:t>Reflect on Challenges and Wins: Reflect on any challenges you faced and how you overcame them. Also, celebrate the wins, no matter how small. Recognizing your successes helps to reinforce positive behavior and keep you motivated.</w:t>
      </w:r>
    </w:p>
    <w:p>
      <w:r>
        <w:t>Regular financial check-ins are an essential part of staying accountable. They help you identify what’s working, what’s not, and what adjustments need to be made to keep moving forward.</w:t>
      </w:r>
    </w:p>
    <w:p/>
    <w:p>
      <w:r>
        <w:t>5. Set Rewards for Achieving Milestones</w:t>
      </w:r>
    </w:p>
    <w:p>
      <w:r>
        <w:t>Rewarding yourself for reaching milestones is a powerful way to stay motivated and maintain momentum. Celebrating your progress reinforces the positive behavior that got you there, making it more likely that you’ll continue working toward your next goal.</w:t>
      </w:r>
    </w:p>
    <w:p>
      <w:r>
        <w:t>How to Set Meaningful Rewards:</w:t>
      </w:r>
    </w:p>
    <w:p>
      <w:r>
        <w:t>Align Rewards with Your Values: Choose rewards that are meaningful and aligned with your values. For example, if you value experiences, reward yourself with a day trip or a special outing. If you’re a foodie, treat yourself to a nice dinner or cooking class.</w:t>
      </w:r>
    </w:p>
    <w:p>
      <w:r>
        <w:t>Set Non-Financial Rewards: Avoid setting rewards that involve spending large sums of money, as this can undermine your progress. Instead, focus on non-financial rewards, such as a relaxing day at the park, a movie night, or a new book.</w:t>
      </w:r>
    </w:p>
    <w:p>
      <w:r>
        <w:t>Make Rewards Conditional: Make sure that rewards are conditional on achieving a specific milestone. This creates an incentive to stay committed to your goals and provides motivation during challenging times.</w:t>
      </w:r>
    </w:p>
    <w:p>
      <w:r>
        <w:t>Setting meaningful rewards helps to reinforce your progress and make the journey to financial freedom more enjoyable. It reminds you that financial growth is not just about sacrifice—it’s also about celebrating the life you’re building.</w:t>
      </w:r>
    </w:p>
    <w:p/>
    <w:p>
      <w:r>
        <w:t>6. Hire a Financial Coach or Advisor</w:t>
      </w:r>
    </w:p>
    <w:p>
      <w:r>
        <w:t>If you need additional support and accountability, consider hiring a financial coach or advisor. A financial coach can provide guidance, help you create a plan, and hold you accountable for reaching your goals. They can also help you navigate challenges and provide motivation when you need it most.</w:t>
      </w:r>
    </w:p>
    <w:p>
      <w:r>
        <w:t>Benefits of Hiring a Financial Coach or Advisor:</w:t>
      </w:r>
    </w:p>
    <w:p>
      <w:r>
        <w:t>Expert Guidance: A financial coach has the expertise to help you create a realistic and effective financial plan. They can guide you through budgeting, saving, debt repayment, and investing.</w:t>
      </w:r>
    </w:p>
    <w:p>
      <w:r>
        <w:t>Regular Accountability: A coach will hold you accountable by scheduling regular check-ins and tracking your progress. Knowing that someone is expecting you to take action can be a powerful motivator.</w:t>
      </w:r>
    </w:p>
    <w:p>
      <w:r>
        <w:t>Customized Support: A financial coach can provide personalized advice and strategies that align with your specific goals and financial situation.</w:t>
      </w:r>
    </w:p>
    <w:p>
      <w:r>
        <w:t>Hiring a financial coach or advisor is a valuable investment if you’re serious about achieving financial freedom and want additional support to stay accountable.</w:t>
      </w:r>
    </w:p>
    <w:p/>
    <w:p>
      <w:r>
        <w:t>7. Use Reminders and Visual Cues</w:t>
      </w:r>
    </w:p>
    <w:p>
      <w:r>
        <w:t>Reminders and visual cues are simple yet effective ways to hold yourself accountable and stay motivated. These cues serve as constant reminders of your financial goals and keep them top of mind.</w:t>
      </w:r>
    </w:p>
    <w:p>
      <w:r>
        <w:t>Examples of Reminders and Visual Cues:</w:t>
      </w:r>
    </w:p>
    <w:p>
      <w:r>
        <w:t>Sticky Notes: Write down your financial goals on sticky notes and place them in visible areas, such as your bathroom mirror, refrigerator, or computer screen. Seeing your goals each day serves as a reminder to stay committed.</w:t>
      </w:r>
    </w:p>
    <w:p>
      <w:r>
        <w:t>Vision Board: Create a vision board that represents your financial goals and dreams. Include images, words, and quotes that inspire you. Place your vision board somewhere you see it often, such as in your workspace or bedroom.</w:t>
      </w:r>
    </w:p>
    <w:p>
      <w:r>
        <w:t>Phone Reminders: Set up reminders on your phone to take specific financial actions, such as transferring money to your savings account, paying bills, or conducting a financial check-in. Technology can be a powerful tool for staying accountable.</w:t>
      </w:r>
    </w:p>
    <w:p>
      <w:r>
        <w:t>Visual cues help you stay focused on your goals and provide motivation when you need a boost. They keep your financial journey front and center, ensuring that you’re always taking action.</w:t>
      </w:r>
    </w:p>
    <w:p/>
    <w:p>
      <w:r>
        <w:t>Conclusion</w:t>
      </w:r>
    </w:p>
    <w:p>
      <w:r>
        <w:t>Accountability is the key to transforming your financial goals into reality. By setting clear milestones, tracking your progress, and creating systems of accountability, you increase your likelihood of success and stay motivated throughout your financial journey. Whether it’s finding an accountability buddy, joining a financial community, hiring a coach, or using visual reminders, these strategies help you stay on track and overcome challenges along the way.</w:t>
      </w:r>
    </w:p>
    <w:p>
      <w:r>
        <w:t>Financial freedom requires consistent action, and accountability ensures that you remain committed to taking those actions. Remember to celebrate your successes, adjust your plan when necessary, and keep moving forward—one step at a time. With accountability as part of your financial freedom blueprint, you have the support, motivation, and discipline needed to achieve your goals and create the life you desire.</w:t>
      </w:r>
    </w:p>
    <w:p/>
    <w:p>
      <w:r>
        <w:t>Interactive Element: Blueprint Template for Readers to Customize (500 Words)</w:t>
      </w:r>
    </w:p>
    <w:p>
      <w:r>
        <w:t>To help you create a practical and actionable roadmap for achieving financial freedom, this section provides a Financial Freedom Blueprint Template. This template is designed to guide you step-by-step in outlining your goals, breaking them down into actionable steps, and tracking your progress. Customizing this blueprint will allow you to develop a clear plan that is tailored to your unique financial situation and aspirations.</w:t>
      </w:r>
    </w:p>
    <w:p>
      <w:r>
        <w:t>Set aside some time to fill in this template thoughtfully, and be honest with yourself about your current financial situation, your desires, and your challenges. Use this as a guide to visualize your journey and stay focused on achieving financial independence.</w:t>
      </w:r>
    </w:p>
    <w:p/>
    <w:p>
      <w:r>
        <w:t>Financial Freedom Blueprint Template</w:t>
      </w:r>
    </w:p>
    <w:p>
      <w:r>
        <w:t>1. Vision Statement</w:t>
      </w:r>
    </w:p>
    <w:p>
      <w:r>
        <w:t>Describe your overall financial vision. What does financial freedom mean to you?</w:t>
        <w:br/>
        <w:t>Example: “Financial freedom means having enough income from my investments to cover my living expenses, allowing me to spend more time with my family and pursue my passions.”</w:t>
      </w:r>
    </w:p>
    <w:p/>
    <w:p>
      <w:r>
        <w:t>2. Short-Term Financial Goals (1 Year or Less)</w:t>
      </w:r>
    </w:p>
    <w:p>
      <w:r>
        <w:t>Goal 1:</w:t>
      </w:r>
    </w:p>
    <w:p>
      <w:r>
        <w:t>Description:</w:t>
        <w:br/>
        <w:t>Example: “Save $5,000 for an emergency fund within 12 months.”</w:t>
      </w:r>
    </w:p>
    <w:p>
      <w:r>
        <w:t>Milestones:</w:t>
        <w:br/>
        <w:t>Example: “Save $500 per month to reach my goal by December.”</w:t>
      </w:r>
    </w:p>
    <w:p>
      <w:r>
        <w:t>Action Steps:</w:t>
      </w:r>
    </w:p>
    <w:p>
      <w:r>
        <w:t>Set up automatic savings transfers.</w:t>
      </w:r>
    </w:p>
    <w:p>
      <w:r>
        <w:t>Reduce discretionary spending by $100 per month.</w:t>
      </w:r>
    </w:p>
    <w:p>
      <w:r>
        <w:t>Goal 2:</w:t>
      </w:r>
    </w:p>
    <w:p>
      <w:r>
        <w:t>Description:</w:t>
        <w:br/>
        <w:t>Example: “Pay off $3,000 in credit card debt within 10 months.”</w:t>
      </w:r>
    </w:p>
    <w:p>
      <w:r>
        <w:t>Milestones:</w:t>
        <w:br/>
        <w:t>Example: “Pay $300 per month toward my credit card balance.”</w:t>
      </w:r>
    </w:p>
    <w:p>
      <w:r>
        <w:t>Action Steps:</w:t>
      </w:r>
    </w:p>
    <w:p>
      <w:r>
        <w:t>Create a budget to free up $300 per month.</w:t>
      </w:r>
    </w:p>
    <w:p>
      <w:r>
        <w:t>Set up automatic payments to avoid missing due dates.</w:t>
      </w:r>
    </w:p>
    <w:p/>
    <w:p>
      <w:r>
        <w:t>3. Long-Term Financial Goals (5+ Years)</w:t>
      </w:r>
    </w:p>
    <w:p>
      <w:r>
        <w:t>Goal 1:</w:t>
      </w:r>
    </w:p>
    <w:p>
      <w:r>
        <w:t>Description:</w:t>
        <w:br/>
        <w:t>Example: “Save $100,000 for a down payment on a home within 5 years.”</w:t>
      </w:r>
    </w:p>
    <w:p>
      <w:r>
        <w:t>Milestones:</w:t>
        <w:br/>
        <w:t>Example: “Save $20,000 per year for the next 5 years.”</w:t>
      </w:r>
    </w:p>
    <w:p>
      <w:r>
        <w:t>Action Steps:</w:t>
      </w:r>
    </w:p>
    <w:p>
      <w:r>
        <w:t>Set up a dedicated savings account for the down payment.</w:t>
      </w:r>
    </w:p>
    <w:p>
      <w:r>
        <w:t>Review monthly expenses to find areas for savings.</w:t>
      </w:r>
    </w:p>
    <w:p>
      <w:r>
        <w:t>Goal 2:</w:t>
      </w:r>
    </w:p>
    <w:p>
      <w:r>
        <w:t>Description:</w:t>
        <w:br/>
        <w:t>Example: “Save $500,000 for retirement by age 65.”</w:t>
      </w:r>
    </w:p>
    <w:p>
      <w:r>
        <w:t>Milestones:</w:t>
        <w:br/>
        <w:t>Example: “Contribute $10,000 per year to my retirement account.”</w:t>
      </w:r>
    </w:p>
    <w:p>
      <w:r>
        <w:t>Action Steps:</w:t>
      </w:r>
    </w:p>
    <w:p>
      <w:r>
        <w:t>Set up automatic contributions to a retirement account (401(k) or IRA).</w:t>
      </w:r>
    </w:p>
    <w:p>
      <w:r>
        <w:t>Increase contributions by 2% annually to stay on track.</w:t>
      </w:r>
    </w:p>
    <w:p/>
    <w:p>
      <w:r>
        <w:t>4. Monthly Plan</w:t>
      </w:r>
    </w:p>
    <w:p>
      <w:r>
        <w:t>Describe the specific actions you will take each month to achieve your goals.</w:t>
        <w:br/>
        <w:t>Example: “Contribute $300 to my emergency fund, pay $250 toward my credit card balance, and track my expenses weekly.”</w:t>
      </w:r>
    </w:p>
    <w:p/>
    <w:p>
      <w:r>
        <w:t>5. Progress Tracking</w:t>
      </w:r>
    </w:p>
    <w:p>
      <w:r>
        <w:t>How will you track your progress toward each goal?</w:t>
      </w:r>
    </w:p>
    <w:p>
      <w:r>
        <w:t>Tracking Tools:</w:t>
        <w:br/>
        <w:t>Example: “Use a spreadsheet to track savings and debt repayment. Update the progress bar each month to visualize milestones.”</w:t>
      </w:r>
    </w:p>
    <w:p>
      <w:r>
        <w:t>Check-In Schedule:</w:t>
        <w:br/>
        <w:t>Example: “Review my financial goals and progress on the first Sunday of each month.”</w:t>
      </w:r>
    </w:p>
    <w:p/>
    <w:p>
      <w:r>
        <w:t>6. Accountability Plan</w:t>
      </w:r>
    </w:p>
    <w:p>
      <w:r>
        <w:t>How will you stay accountable to your financial goals?</w:t>
      </w:r>
    </w:p>
    <w:p>
      <w:r>
        <w:t>Accountability Partner:</w:t>
        <w:br/>
        <w:t>Example: “Share my goals with a friend and schedule monthly check-ins.”</w:t>
      </w:r>
    </w:p>
    <w:p>
      <w:r>
        <w:t>Reward System:</w:t>
        <w:br/>
        <w:t>Example: “Treat myself to a small reward, like a new book, each time I reach a savings milestone.”</w:t>
      </w:r>
    </w:p>
    <w:p/>
    <w:p>
      <w:r>
        <w:t>Using Your Blueprint</w:t>
      </w:r>
    </w:p>
    <w:p>
      <w:r>
        <w:t>This template is your guide to designing a financial freedom blueprint that works for you. Customizing each section will provide you with a clear and actionable roadmap to reach your goals. Keep this blueprint somewhere accessible so that you can revisit it, track your progress, and make adjustments as needed. Remember, financial freedom is a journey, and having a well-thought-out plan will help you stay focused, motivated, and on track to achieve your dreams.</w:t>
      </w:r>
    </w:p>
    <w:p/>
    <w:p>
      <w:r>
        <w:br w:type="page"/>
      </w:r>
    </w:p>
    <w:p>
      <w:r>
        <w:t>Conclusion: Embracing Your New Story</w:t>
      </w:r>
    </w:p>
    <w:p/>
    <w:p>
      <w:r>
        <w:t>Recap of Key Lessons: From Limiting Beliefs to Empowerment (1,000 Words)</w:t>
      </w:r>
    </w:p>
    <w:p>
      <w:r>
        <w:t>As you come to the end of this book, it's important to take a moment to reflect on the journey you've been on—one that has brought you from recognizing and understanding your limiting beliefs to feeling empowered to change your financial story. This journey has not just been about learning how to manage money, but about understanding the deeper layers that influence your financial life: your mindset, your emotions, and your actions. Let's recap the key lessons that have guided you toward a new, more empowered financial future.</w:t>
      </w:r>
    </w:p>
    <w:p/>
    <w:p>
      <w:r>
        <w:t>1. Understanding Limiting Beliefs</w:t>
      </w:r>
    </w:p>
    <w:p>
      <w:r>
        <w:t>The first step on this journey was recognizing the power of your beliefs and how they shape your financial reality. We explored the idea that your thoughts about money—often shaped by early experiences, cultural conditioning, and personal setbacks—act as invisible barriers that can keep you stuck in negative patterns.</w:t>
      </w:r>
    </w:p>
    <w:p>
      <w:r>
        <w:t>We defined limiting beliefs as deeply ingrained thoughts that restrict your potential. These beliefs often operate below the surface, influencing how you think, feel, and act when it comes to money. For many, these beliefs manifest as thoughts like:</w:t>
      </w:r>
    </w:p>
    <w:p>
      <w:r>
        <w:t>“I’m not good with money.”</w:t>
      </w:r>
    </w:p>
    <w:p>
      <w:r>
        <w:t>“Rich people are greedy.”</w:t>
      </w:r>
    </w:p>
    <w:p>
      <w:r>
        <w:t>“I’ll never be able to save enough to be financially comfortable.”</w:t>
      </w:r>
    </w:p>
    <w:p>
      <w:r>
        <w:t>We also discussed how these beliefs come from various sources—childhood conditioning, cultural influences, and personal experiences. Understanding where these beliefs come from is crucial to changing them, as it helps you realize that they are not inherent truths but learned perspectives that can be unlearned.</w:t>
      </w:r>
    </w:p>
    <w:p/>
    <w:p>
      <w:r>
        <w:t>2. Recognizing the Emotional Cost of Limiting Beliefs</w:t>
      </w:r>
    </w:p>
    <w:p>
      <w:r>
        <w:t>Next, we delved into the emotional toll that limiting beliefs can take on your life. Financial stress can lead to anxiety, guilt, and frustration, and these emotions can create a cycle of avoidance and inaction. We explored how limiting beliefs often lead to self-sabotaging behaviors, such as avoiding money management, overspending, or undercharging for your services, all of which keep you from reaching your financial goals.</w:t>
      </w:r>
    </w:p>
    <w:p>
      <w:r>
        <w:t>The key takeaway from this section was the importance of understanding the emotional side of money. Money is not just about numbers—it’s about emotions, habits, and the stories we tell ourselves. By recognizing the emotional impact of your limiting beliefs, you can begin to break the cycle and move toward a more positive and empowered relationship with money.</w:t>
      </w:r>
    </w:p>
    <w:p/>
    <w:p>
      <w:r>
        <w:t>3. Creating Awareness and Recognizing Limiting Beliefs</w:t>
      </w:r>
    </w:p>
    <w:p>
      <w:r>
        <w:t>Once we understood the nature and impact of limiting beliefs, we moved on to the process of creating awareness. Awareness is the foundation of change—before you can make any meaningful shifts in your mindset, you first need to be aware of the thoughts and beliefs that are holding you back.</w:t>
      </w:r>
    </w:p>
    <w:p>
      <w:r>
        <w:t>We discussed how to identify signs of limiting beliefs, such as negative self-talk, patterns of avoidance, and behaviors that keep you stuck. We also explored various mindfulness techniques that help you notice these limiting beliefs in action. By practicing mindfulness, you learn to observe your thoughts without judgment, giving you the opportunity to challenge and replace them.</w:t>
      </w:r>
    </w:p>
    <w:p>
      <w:r>
        <w:t>One of the key exercises in this part of the journey was creating a Checklist of Common Money Beliefs. This diagnostic tool helped you pinpoint your personal money blocks, bringing them into the light where they could be examined and questioned. The goal was to make these limiting beliefs visible so that they could be dismantled.</w:t>
      </w:r>
    </w:p>
    <w:p/>
    <w:p>
      <w:r>
        <w:t>4. Reframing Your Money Mindset</w:t>
      </w:r>
    </w:p>
    <w:p>
      <w:r>
        <w:t>After recognizing your limiting beliefs, the next step was to reframe your money mindset. Reframing is about taking a negative belief and transforming it into something empowering—something that supports your goals rather than holding you back.</w:t>
      </w:r>
    </w:p>
    <w:p>
      <w:r>
        <w:t>We introduced cognitive reframing techniques that help you question the validity of your limiting beliefs and replace them with new, empowering narratives. For example, instead of thinking, “I’m not good with money,” you can reframe it to “I am capable of learning how to manage my finances effectively.”</w:t>
      </w:r>
    </w:p>
    <w:p>
      <w:r>
        <w:t>We also discussed the power of affirmations as a tool for reprogramming your subconscious mind. Affirmations are positive statements that reinforce your new beliefs, and by repeating them consistently, you begin to internalize these beliefs as truths. Additionally, we explored visualization exercises that help you imagine your financial success, making it feel more real and attainable.</w:t>
      </w:r>
    </w:p>
    <w:p>
      <w:r>
        <w:t>The key takeaway from this section was that your beliefs are not set in stone—they are flexible, and with intentional effort, they can be reshaped to serve you better. By changing your thoughts, you change the way you feel and act, which ultimately changes your financial reality.</w:t>
      </w:r>
    </w:p>
    <w:p/>
    <w:p>
      <w:r>
        <w:t>5. Building New Financial Habits</w:t>
      </w:r>
    </w:p>
    <w:p>
      <w:r>
        <w:t>With your new, empowered mindset in place, the next step was to build new financial habits that align with your goals. Habits are the building blocks of long-term success. While mindset lays the foundation, it’s the daily actions you take that bring your goals to life.</w:t>
      </w:r>
    </w:p>
    <w:p>
      <w:r>
        <w:t>We discussed habits that align with abundance, such as saving, budgeting, and setting clear financial goals. We also explored the connection between habits and beliefs—how your habits reinforce your mindset and vice versa. For example, the habit of saving regularly reinforces the belief that you are capable of managing your money and building wealth.</w:t>
      </w:r>
    </w:p>
    <w:p>
      <w:r>
        <w:t>To support you in building new habits, we introduced practical strategies like automating your savings, tracking your spending, and creating a “Financial Habits Plan.” The key takeaway was that consistency is crucial—small, consistent actions lead to significant change over time. By building habits that align with your financial goals, you create a positive cycle that supports your journey to financial freedom.</w:t>
      </w:r>
    </w:p>
    <w:p/>
    <w:p>
      <w:r>
        <w:t>6. Overcoming Setbacks</w:t>
      </w:r>
    </w:p>
    <w:p>
      <w:r>
        <w:t>Every journey has its challenges, and the path to financial freedom is no different. That’s why we dedicated an entire chapter to overcoming setbacks. Setbacks are a natural part of the process, and learning how to navigate them with resilience is key to staying on track.</w:t>
      </w:r>
    </w:p>
    <w:p>
      <w:r>
        <w:t>We discussed the importance of expecting and accepting challenges. Financial setbacks—such as unexpected expenses or a dip in income—can be discouraging, but they don’t have to derail your progress. By expecting challenges and viewing them as opportunities for growth, you can maintain a positive mindset and stay committed to your goals.</w:t>
      </w:r>
    </w:p>
    <w:p>
      <w:r>
        <w:t>We also explored strategies for building resilience, such as focusing on what you can control, practicing self-compassion, and seeking support when needed. Additionally, we discussed how to learn from failure by shifting your perspective and seeing setbacks as valuable lessons. The key takeaway was that setbacks are not the end of the journey—they are part of the journey, and with the right mindset, you can use them to grow stronger.</w:t>
      </w:r>
    </w:p>
    <w:p/>
    <w:p>
      <w:r>
        <w:t>7. Cultivating a Wealth Mindset</w:t>
      </w:r>
    </w:p>
    <w:p>
      <w:r>
        <w:t>The final piece of the puzzle was cultivating a wealth mindset—a mindset that aligns with abundance, gratitude, and empowerment. A wealth mindset is about more than just money—it’s about creating a life that feels rich in every way, from financial security to personal fulfillment.</w:t>
      </w:r>
    </w:p>
    <w:p>
      <w:r>
        <w:t>We explored the psychology of abundance, emphasizing the power of gratitude and generosity. Gratitude shifts your focus from scarcity to abundance, helping you recognize and appreciate the wealth that already exists in your life. Generosity, on the other hand, reinforces the belief that there is always enough to give and that abundance flows to those who share.</w:t>
      </w:r>
    </w:p>
    <w:p>
      <w:r>
        <w:t>We also discussed the importance of emotional alignment—aligning your emotions, such as joy and confidence, with your financial goals. By cultivating positive emotions, you reinforce your new beliefs and create an environment that supports success. Finally, we introduced daily practices to reinforce your new beliefs, such as affirmations, mindfulness, and journaling.</w:t>
      </w:r>
    </w:p>
    <w:p>
      <w:r>
        <w:t>The key takeaway from this section was that a wealth mindset is cultivated through daily practices and intentional effort. By consistently reinforcing your new beliefs and aligning your actions with your goals, you create a lasting shift in your financial reality.</w:t>
      </w:r>
    </w:p>
    <w:p/>
    <w:p>
      <w:r>
        <w:t>Embracing Your New Story</w:t>
      </w:r>
    </w:p>
    <w:p>
      <w:r>
        <w:t>As you reflect on the journey from limiting beliefs to empowerment, it’s important to recognize that this is not an endpoint—it’s the beginning of a new story. A story where you are in control of your financial destiny, where you make empowered choices that align with your values, and where you have the tools and mindset needed to create the life you desire.</w:t>
      </w:r>
    </w:p>
    <w:p>
      <w:r>
        <w:t>Financial freedom is not just about having more money—it’s about feeling confident, capable, and in control of your financial life. It’s about letting go of the beliefs that have held you back and embracing new possibilities. It’s about recognizing that you have the power to shape your future and that, with the right mindset and habits, anything is possible.</w:t>
      </w:r>
    </w:p>
    <w:p>
      <w:r>
        <w:t>This journey has given you the knowledge, tools, and strategies needed to create lasting change. You’ve learned how to identify and reframe limiting beliefs, how to build habits that align with abundance, how to overcome setbacks, and how to cultivate a wealth mindset. Now, it’s time to take everything you’ve learned and put it into action.</w:t>
      </w:r>
    </w:p>
    <w:p>
      <w:r>
        <w:t>The journey to financial freedom is ongoing, and it requires consistent effort and commitment. But with each step you take, you move closer to the life you’ve always dreamed of—a life of financial security, freedom, and fulfillment. You have the power to rewrite your financial story, and that journey begins with the choices you make today.</w:t>
      </w:r>
    </w:p>
    <w:p>
      <w:r>
        <w:t>As you move forward, remember that change is a process, and progress is made one step at a time. Celebrate your wins, learn from your challenges, and keep your vision of financial freedom at the forefront of your mind. You are capable, you are deserving, and you have everything you need to create the life you desire.</w:t>
      </w:r>
    </w:p>
    <w:p>
      <w:r>
        <w:t>Your new story is waiting to be written. Embrace it, take action, and step confidently into your future. The journey to financial freedom starts now—one belief, one habit, and one empowered choice at a time.</w:t>
      </w:r>
    </w:p>
    <w:p/>
    <w:p>
      <w:r>
        <w:t>Inspiration for the Future: Motivating You to Keep Moving Forward (1,000–1,200 Words)</w:t>
      </w:r>
    </w:p>
    <w:p>
      <w:r>
        <w:t>Congratulations! You’ve made it to the end of this book, but more importantly, you’ve taken the first steps toward rewriting your financial story. You’ve faced your limiting beliefs, confronted the fears and doubts that have held you back, and begun the process of transforming your relationship with money. This journey is not about a one-time change—it’s about building a lifelong mindset of growth, resilience, and empowerment. As you stand at this point of reflection, it’s time to look toward the future and continue applying the principles you’ve learned, one step at a time.</w:t>
      </w:r>
    </w:p>
    <w:p>
      <w:r>
        <w:t>The journey to financial freedom is ongoing. It’s not about a destination you reach and then stop—it's about the choices you make every day to create a better future for yourself and those around you. It’s about committing to continuous growth, even in the face of challenges, and holding on to the belief that you are capable of achieving your dreams. In this closing section, let’s explore how to stay inspired and motivated, ensuring that the lessons from this book become part of your daily life as you continue the journey.</w:t>
      </w:r>
    </w:p>
    <w:p/>
    <w:p>
      <w:r>
        <w:t>1. Embrace Progress Over Perfection</w:t>
      </w:r>
    </w:p>
    <w:p>
      <w:r>
        <w:t>One of the most important principles to carry with you into the future is the idea of progress over perfection. Personal growth, particularly when it comes to your finances, is not a linear path. There will be times when you feel like you’re making great strides, and there will be times when you face setbacks or struggle to maintain the habits you’ve worked so hard to develop. That’s okay—it’s all part of the journey.</w:t>
      </w:r>
    </w:p>
    <w:p>
      <w:r>
        <w:t>Perfection is not the goal. The goal is to continue making progress, no matter how small the steps may seem. Celebrate your victories, no matter how minor they appear, and learn from your challenges. Every positive action you take—whether it’s saving a little more, cutting back on spending, or practicing gratitude—brings you closer to financial freedom. Embrace each step of the journey, knowing that every bit of progress counts.</w:t>
      </w:r>
    </w:p>
    <w:p>
      <w:r>
        <w:t>Remember, building a strong foundation for financial success doesn’t happen overnight. It takes time, commitment, and perseverance. When setbacks arise, remind yourself that they are temporary. Acknowledge them, adjust your course if needed, and keep moving forward. The key is to stay focused on your vision and trust that each small step contributes to a larger transformation.</w:t>
      </w:r>
    </w:p>
    <w:p/>
    <w:p>
      <w:r>
        <w:t>2. Create a Vision Board for Your Financial Future</w:t>
      </w:r>
    </w:p>
    <w:p>
      <w:r>
        <w:t>Visualization is a powerful tool, and it can help keep you motivated and focused on your long-term goals. If you haven’t done so already, consider creating a vision board that represents your financial dreams. Your vision board can include images, words, and symbols that reflect the goals you want to achieve—such as a picture of the home you want to buy, a map of a place you’d love to visit, or a symbol of the financial freedom you desire.</w:t>
      </w:r>
    </w:p>
    <w:p>
      <w:r>
        <w:t>Place your vision board somewhere you see it every day, such as in your bedroom or office. Let it serve as a reminder of why you’re doing this work and what you’re striving for. When you feel discouraged or overwhelmed, take a moment to look at your vision board, reconnect with your goals, and visualize the life you’re working toward. The clearer your vision is, the more motivated you will be to keep taking action, even when the path feels difficult.</w:t>
      </w:r>
    </w:p>
    <w:p>
      <w:r>
        <w:t>A vision board is not just a representation of your goals—it’s a visual declaration of your commitment to creating a better future for yourself. By keeping your dreams front and center, you can maintain the motivation needed to keep pushing forward.</w:t>
      </w:r>
    </w:p>
    <w:p/>
    <w:p>
      <w:r>
        <w:t>3. Surround Yourself with Support and Positivity</w:t>
      </w:r>
    </w:p>
    <w:p>
      <w:r>
        <w:t>Your environment plays a significant role in your success, and that includes the people you surround yourself with. Seek out supportive individuals who encourage your growth and want to see you succeed. Whether it’s friends, family, an accountability buddy, or a financial community, having a support network can make all the difference in staying motivated and focused on your journey.</w:t>
      </w:r>
    </w:p>
    <w:p>
      <w:r>
        <w:t>Consider joining a personal finance group, either in person or online, where you can share your progress, learn from others, and find inspiration. Engaging with like-minded individuals helps to reinforce your new beliefs and reminds you that you’re not alone. Many others are working toward similar goals, and their stories of success and perseverance can provide the encouragement you need when times get tough.</w:t>
      </w:r>
    </w:p>
    <w:p>
      <w:r>
        <w:t>It’s also important to guard your mind against negativity. Limit your exposure to influences that foster a sense of scarcity, fear, or defeat. This might mean unfollowing social media accounts that make you feel inadequate or avoiding people who constantly project their own financial fears onto you. Instead, surround yourself with positivity—books, podcasts, and people who inspire you to be the best version of yourself and keep you focused on abundance.</w:t>
      </w:r>
    </w:p>
    <w:p/>
    <w:p>
      <w:r>
        <w:t>4. Keep Revisiting and Refining Your Goals</w:t>
      </w:r>
    </w:p>
    <w:p>
      <w:r>
        <w:t>Your financial goals will evolve over time, and that’s a good thing. As you grow, learn, and achieve new milestones, your vision for the future may change. It’s important to revisit your goals regularly to ensure that they still align with your values and aspirations. As you reach certain milestones, you may want to set new, more ambitious goals that reflect where you are in your journey.</w:t>
      </w:r>
    </w:p>
    <w:p>
      <w:r>
        <w:t>Take time to reflect on your goals every few months or at least once a year. Ask yourself:</w:t>
      </w:r>
    </w:p>
    <w:p>
      <w:r>
        <w:t>“Do my current goals still reflect what I want for my future?”</w:t>
      </w:r>
    </w:p>
    <w:p>
      <w:r>
        <w:t>“What progress have I made, and what adjustments do I need to make?”</w:t>
      </w:r>
    </w:p>
    <w:p>
      <w:r>
        <w:t>“What new opportunities or dreams do I want to pursue?”</w:t>
      </w:r>
    </w:p>
    <w:p>
      <w:r>
        <w:t>By staying connected to your goals and refining them as needed, you keep your financial plan dynamic and aligned with your evolving vision of financial freedom. Reassessing your goals also helps you stay motivated, as you can clearly see the progress you’ve made and the steps you need to take next.</w:t>
      </w:r>
    </w:p>
    <w:p/>
    <w:p>
      <w:r>
        <w:t>5. Celebrate Your Wins, No Matter How Small</w:t>
      </w:r>
    </w:p>
    <w:p>
      <w:r>
        <w:t>Celebrating your successes is a key part of staying motivated and reinforcing positive behavior. Every time you reach a milestone—no matter how big or small—take time to acknowledge and celebrate your achievement. Whether it’s paying off a debt, reaching a savings goal, or sticking to your budget for the month, each success deserves recognition.</w:t>
      </w:r>
    </w:p>
    <w:p>
      <w:r>
        <w:t>Celebrating your wins reinforces the idea that you are making progress and that your efforts are paying off. It can be as simple as treating yourself to something you enjoy, sharing your success with a friend, or writing down your achievement in a journal. The point is to acknowledge the hard work you’ve put in and allow yourself to feel proud of your progress.</w:t>
      </w:r>
    </w:p>
    <w:p>
      <w:r>
        <w:t>Celebrations also help to maintain momentum. When you recognize the progress you’ve made, it motivates you to keep going, even when the road ahead seems challenging. Remember that the journey to financial freedom is a series of small steps, and each step is worth celebrating.</w:t>
      </w:r>
    </w:p>
    <w:p/>
    <w:p>
      <w:r>
        <w:t>6. Practice Gratitude and Generosity</w:t>
      </w:r>
    </w:p>
    <w:p>
      <w:r>
        <w:t>A wealth mindset is deeply rooted in gratitude and generosity. Gratitude helps you focus on what you have rather than what you lack, and it shifts your perspective from scarcity to abundance. Make it a habit to practice gratitude daily, especially when it comes to your finances. Take a moment each day to reflect on the financial blessings in your life, whether it’s having a roof over your head, the ability to pay your bills, or the opportunity to save for your future.</w:t>
      </w:r>
    </w:p>
    <w:p>
      <w:r>
        <w:t>Gratitude not only helps you feel more content with your current situation, but it also attracts more abundance into your life. The more you appreciate what you have, the more likely you are to recognize opportunities for growth and improvement.</w:t>
      </w:r>
    </w:p>
    <w:p>
      <w:r>
        <w:t>In addition to gratitude, practicing generosity is another powerful way to reinforce a wealth mindset. Giving, whether it’s your time, money, or resources, reinforces the belief that there is always enough to share. It helps you feel more connected to others and reminds you that abundance flows to those who give freely. Find ways to give back, whether it’s donating to a cause you care about, helping a friend in need, or volunteering your time. Generosity creates a positive cycle of abundance that benefits not only others but also yourself.</w:t>
      </w:r>
    </w:p>
    <w:p/>
    <w:p>
      <w:r>
        <w:t>7. Keep Learning and Growing</w:t>
      </w:r>
    </w:p>
    <w:p>
      <w:r>
        <w:t>The journey to financial freedom is also a journey of continuous learning. The more you learn about money, personal development, and wealth-building strategies, the more empowered you become to make informed decisions and take control of your financial future. Make it a goal to keep expanding your knowledge by reading books, listening to podcasts, or taking courses related to personal finance and mindset development.</w:t>
      </w:r>
    </w:p>
    <w:p>
      <w:r>
        <w:t>Remember that growth is not just about accumulating wealth—it’s also about becoming the person you need to be to manage and enjoy that wealth. Keep working on your mindset, your habits, and your skills. Each new piece of knowledge you gain is a tool that can help you on your journey to financial independence.</w:t>
      </w:r>
    </w:p>
    <w:p>
      <w:r>
        <w:t>Stay curious, stay open to new ideas, and be willing to adapt as you learn more. The financial world is always changing, and staying informed ensures that you’re always in a position to make the best choices for yourself and your future.</w:t>
      </w:r>
    </w:p>
    <w:p/>
    <w:p>
      <w:r>
        <w:t>Final Thoughts: Your Story, Your Future</w:t>
      </w:r>
    </w:p>
    <w:p>
      <w:r>
        <w:t>As you look toward the future, remember that the power to create the life you desire is within you. Your financial journey is unique, and it’s shaped by the choices you make each day. The principles you’ve learned in this book—challenging limiting beliefs, cultivating a wealth mindset, building positive habits, and staying resilient in the face of setbacks—are tools that will serve you for a lifetime.</w:t>
      </w:r>
    </w:p>
    <w:p>
      <w:r>
        <w:t>You are not defined by your past mistakes or the beliefs that once held you back. You have the ability to rewrite your financial story and create a future filled with abundance, freedom, and fulfillment. Every day is a new opportunity to take a step toward your goals, to practice gratitude, and to make empowered choices.</w:t>
      </w:r>
    </w:p>
    <w:p>
      <w:r>
        <w:t>The road ahead may have its challenges, but it is also filled with endless possibilities. Keep your vision clear, stay committed to your goals, and trust in your ability to achieve financial freedom. You have everything you need to create the life you’ve always dreamed of—one step, one choice, and one belief at a time.</w:t>
      </w:r>
    </w:p>
    <w:p>
      <w:r>
        <w:t>Your future is bright, and it starts now. Embrace it, take action, and continue to move forward with confidence and determination. The journey is yours—make it one that inspires, empowers, and fulfills you every step of the way.</w:t>
      </w:r>
    </w:p>
    <w:p/>
    <w:p>
      <w:r>
        <w:t>Final Reflection Exercise: Setting Your Next Steps (300 Words)</w:t>
      </w:r>
    </w:p>
    <w:p>
      <w:r>
        <w:t>As you conclude this book, it's time to turn your insights and aspirations into action. Reflection is a powerful tool for transformation, and putting your thoughts into writing helps solidify your intentions and keep you accountable. Take some time to complete this final reflection exercise and set the course for your financial journey ahead.</w:t>
      </w:r>
    </w:p>
    <w:p>
      <w:r>
        <w:t>Reflection Points for Your Growth:</w:t>
      </w:r>
    </w:p>
    <w:p/>
    <w:p>
      <w:r>
        <w:t>What Are Your Top Three Financial Goals? Write down the three financial goals that are most important to you right now. Be specific—whether it's building an emergency fund, paying off debt, or saving for a dream vacation, clarity will help you focus your energy.</w:t>
      </w:r>
    </w:p>
    <w:p/>
    <w:p/>
    <w:p>
      <w:r>
        <w:t>What Beliefs Are You Letting Go Of? Reflect on the limiting beliefs that have held you back. Write down one or two beliefs you are committed to releasing, and describe how you will replace them with empowering new thoughts.</w:t>
      </w:r>
    </w:p>
    <w:p/>
    <w:p/>
    <w:p>
      <w:r>
        <w:t>What Actions Will You Take This Month? Identify three specific actions you will take over the next month to move closer to your financial goals. Break these actions down into manageable steps, and set realistic deadlines for each.</w:t>
      </w:r>
    </w:p>
    <w:p/>
    <w:p/>
    <w:p>
      <w:r>
        <w:t>Who Can Support You on This Journey? Consider how you will create accountability. Will you share your goals with a trusted friend, join a financial group, or work with a coach? Write down the steps you'll take to build your support system.</w:t>
      </w:r>
    </w:p>
    <w:p/>
    <w:p>
      <w:r>
        <w:t>Your journey to financial freedom starts here. By writing down your next steps, you're committing to a new chapter in your financial story—one of empowerment, growth, and abundance. Keep this reflection as a reminder of your dedication, and revisit it whenever you need to reconnect with your purpose and motivation. Your future is in your hands, and today is the perfect day to start building it.</w:t>
      </w:r>
    </w:p>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