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heading=h.a8hhaz5058vq" w:id="0"/>
      <w:bookmarkEnd w:id="0"/>
      <w:r w:rsidDel="00000000" w:rsidR="00000000" w:rsidRPr="00000000">
        <w:rPr>
          <w:rtl w:val="0"/>
        </w:rPr>
        <w:t xml:space="preserve">Act 1: The Acquisition</w:t>
      </w:r>
    </w:p>
    <w:p w:rsidR="00000000" w:rsidDel="00000000" w:rsidP="00000000" w:rsidRDefault="00000000" w:rsidRPr="00000000" w14:paraId="00000002">
      <w:pPr>
        <w:pStyle w:val="Heading2"/>
        <w:rPr/>
      </w:pPr>
      <w:bookmarkStart w:colFirst="0" w:colLast="0" w:name="_heading=h.lou5j6njz4c0" w:id="1"/>
      <w:bookmarkEnd w:id="1"/>
      <w:r w:rsidDel="00000000" w:rsidR="00000000" w:rsidRPr="00000000">
        <w:rPr>
          <w:rtl w:val="0"/>
        </w:rPr>
        <w:br w:type="textWrapping"/>
        <w:t xml:space="preserve">Chapter 1: Normal Life Varia POV #</w:t>
      </w:r>
    </w:p>
    <w:p w:rsidR="00000000" w:rsidDel="00000000" w:rsidP="00000000" w:rsidRDefault="00000000" w:rsidRPr="00000000" w14:paraId="00000003">
      <w:pPr>
        <w:spacing w:before="200" w:line="360" w:lineRule="auto"/>
        <w:rPr>
          <w:sz w:val="24"/>
          <w:szCs w:val="24"/>
        </w:rPr>
      </w:pPr>
      <w:r w:rsidDel="00000000" w:rsidR="00000000" w:rsidRPr="00000000">
        <w:rPr>
          <w:sz w:val="24"/>
          <w:szCs w:val="24"/>
          <w:rtl w:val="0"/>
        </w:rPr>
        <w:br w:type="textWrapping"/>
        <w:tab/>
        <w:t xml:space="preserve">The tassel of Varia's graduation cap kept tickling her cheek as she waited in line with her fellow graduates. Her fingers traced the embossed letters on her history degree, a moment she'd dreamed about for four years. The spring breeze carried the scent of fresh-cut grass and possibility, but also a hint of anxiety. Tomorrow, the real work would begin - turning this expensive piece of paper into an actual career.</w:t>
        <w:br w:type="textWrapping"/>
        <w:tab/>
        <w:t xml:space="preserve"> This morning,  her mother informed her. "The Hendersons' daughter is graduating today too - Business Administration. Already has three job offers."</w:t>
        <w:br w:type="textWrapping"/>
        <w:tab/>
        <w:t xml:space="preserve">Varia's fingers tightened on the diploma. Four years of defending her choice of major, and still every conversation circled back to what she should have studied instead.</w:t>
        <w:br w:type="textWrapping"/>
        <w:tab/>
        <w:t xml:space="preserve">'Varia Mitchell!' Dean Thompson's voice boomed across the auditorium.</w:t>
        <w:br w:type="textWrapping"/>
        <w:tab/>
        <w:t xml:space="preserve">She took a deep breath, squared her shoulders, and walked across the stage, trying not to think about the twelve failed job applications sitting in her email inbox. Or her mother's helpful suggestions about MBA programs that still arrived daily in her inbox. The dean's handshake was firm, his smile genuine as he commented on her thesis work. At least someone appreciated her research into Victorian architecture and its hidden spaces.</w:t>
        <w:br w:type="textWrapping"/>
        <w:tab/>
        <w:t xml:space="preserve">The ceremony crowd dispersed into smaller clusters of proud families and beaming graduates. Varia spotted her parents near the fountain - her mother perfectly poised in her cream-colored dress suit, one hand resting on the pearl necklace she always wore. Patricia Mitchell had built her real estate empire from the ground up, and beneath her polished exterior was a warmth few outside the family ever saw.</w:t>
        <w:br w:type="textWrapping"/>
        <w:tab/>
        <w:t xml:space="preserve"> </w:t>
        <w:br w:type="textWrapping"/>
        <w:tab/>
        <w:t xml:space="preserve">Her father, Robert Mitchell, stood with his hands in his pockets, his salt-and-pepper hair catching the sunlight. As CFO of a major bank, he was usually all business, but today his kind eyes sparkled with unmistakable pride.</w:t>
        <w:br w:type="textWrapping"/>
        <w:tab/>
        <w:t xml:space="preserve">"There's our graduate!" Her father opened his arms for a hug, wrapping her in the familiar scent of his aftershave. "You looked so confident up there, sweetheart."</w:t>
        <w:br w:type="textWrapping"/>
        <w:tab/>
        <w:t xml:space="preserve">Her mother joined the embrace, careful not to crush her cream suit. "We're so proud of you, darling. Your thesis presentation last week was fascinating - I had no idea Victorian architecture could be so interesting." The surprise in her voice was genuine, and Varia felt a warm glow of appreciation for her mother's effort to understand.</w:t>
        <w:br w:type="textWrapping"/>
        <w:tab/>
        <w:t xml:space="preserve">"Thanks, Mom." Varia smiled, touching her own necklace - a graduation gift from her parents that morning. "I know it's not exactly the family business, but-"</w:t>
        <w:br w:type="textWrapping"/>
        <w:tab/>
        <w:t xml:space="preserve">"Hey," her father cut in gently, "today is about celebrating you. And speaking of celebrating, your mother made reservations at Giovanni's. Still your favorite, right?"</w:t>
        <w:br w:type="textWrapping"/>
        <w:tab/>
        <w:t xml:space="preserve">Her mother's eyes lit up. "And we may have arranged a little surprise for dessert. You still love their tiramisu, don't you?"</w:t>
        <w:br w:type="textWrapping"/>
        <w:tab/>
        <w:t xml:space="preserve">The underlying current of concern was still there, but it was overshadowed by their genuine love and support. They might not fully understand her choices, but they were trying - and today, that was more than enough.</w:t>
        <w:br w:type="textWrapping"/>
        <w:tab/>
        <w:t xml:space="preserve">Three weeks later, Varia stared at rejection email number twenty-four, the glow of her laptop screen harsh in her childhood bedroom. The museum position she'd been perfect for - or thought she was perfect for - had gone to someone with 'more experience.' How was she supposed to get experience when no one would give her a chance?</w:t>
        <w:br w:type="textWrapping"/>
        <w:tab/>
        <w:t xml:space="preserve">She minimized the email and glanced at the corkboard above her desk, where her freshly framed degree hung next to a collection of museum postcards and historical photographs. Her graduation photos were there too, her parents beaming on either side of her, all of them still believing that day that everything would fall into place.</w:t>
        <w:br w:type="textWrapping"/>
        <w:tab/>
        <w:t xml:space="preserve">'Honey?' Her mother's voice carried up the stairs. 'Dinner's ready!'</w:t>
        <w:br w:type="textWrapping"/>
        <w:tab/>
        <w:t xml:space="preserve">'Coming!' Varia called back, but lingered at her desk, quickly refreshing her email one more time. Nothing new. Just the same crushing weight of unemployment and mounting student loans.</w:t>
        <w:br w:type="textWrapping"/>
        <w:tab/>
        <w:t xml:space="preserve">The smell of her mother's lasagna drew her downstairs to their familiar kitchen. The yellow walls, the worn wooden table, the gentle hum of the TV from the living room where her father was probably watching the evening news - it was all so normal, so safe. So suffocating.</w:t>
        <w:br w:type="textWrapping"/>
        <w:tab/>
        <w:t xml:space="preserve">'Any luck today?' her father asked as she slid into her usual chair. The concern in his voice made it worse somehow.</w:t>
        <w:br w:type="textWrapping"/>
        <w:tab/>
        <w:t xml:space="preserve">'I had a phone interview for that archival position at the State Library,' Varia said, twirling pasta around her fork. 'They said they'd call back by Friday.'</w:t>
        <w:br w:type="textWrapping"/>
        <w:tab/>
        <w:t xml:space="preserve">'That's promising!' her mother said, with the kind of forced optimism that had become routine at their dinner table. 'You know what they say, it only takes one yes.'</w:t>
        <w:br w:type="textWrapping"/>
        <w:tab/>
        <w:t xml:space="preserve">Varia nodded, not mentioning that she'd heard the same thing about the last five positions. Instead, she focused on her dinner, letting her parents' conversation wash over her. They meant well, but they didn't understand what it was like for graduates now. Their generation had walked into jobs straight out of college.</w:t>
        <w:br w:type="textWrapping"/>
        <w:tab/>
        <w:t xml:space="preserve">The evening stretched on in their familiar routine. Her mother cleared the plates while discussing a promising entry-level position at her friend's architectural firm - "Not quite historical buildings, dear, but it's a start." Her father settled into his favorite armchair with the newspaper, occasionally glancing at her over the business section. Varia helped load the dishwasher, her mind wandering to the Victorian merchant house she'd studied for her thesis. She'd spent months tracking the subtle patterns in its design, the way hidden spaces revealed themselves only if you knew where to look. That research had felt more real than any of the entry-level positions her parents suggested.</w:t>
        <w:br w:type="textWrapping"/>
        <w:tab/>
        <w:t xml:space="preserve">During the movie, she barely registered the plot, instead thinking about the rejection email from the museum. Maybe she should have focused on modern architecture like her mother suggested. Maybe she should have...</w:t>
        <w:br w:type="textWrapping"/>
        <w:tab/>
        <w:t xml:space="preserve">Later that night, after helping with the dishes and watching a movie with her parents - their Thursday tradition - Varia decided to walk to the corner store for ice cream. She needed air, space to think. The summer evening was warm, streetlights just starting to flicker on.</w:t>
        <w:br w:type="textWrapping"/>
        <w:tab/>
        <w:t xml:space="preserve">'Don't be too long,' her mother called from the porch. 'And take your phone!'</w:t>
        <w:br w:type="textWrapping"/>
        <w:tab/>
        <w:t xml:space="preserve">'Mom, I'm twenty-two,' Varia laughed, already halfway down the driveway. 'I'll be fine.'</w:t>
        <w:br w:type="textWrapping"/>
        <w:tab/>
        <w:t xml:space="preserve">She couldn't know then that this ordinary moment - this simple walk on a warm evening, her mother's voice fading behind her, the weight of job rejections her biggest worry - would be the last normal thing she'd ever do.</w:t>
        <w:br w:type="textWrapping"/>
        <w:tab/>
        <w:t xml:space="preserve">The evening air held that perfect summer warmth, and Varia found herself taking the long way to the store. Her feet carried her down familiar streets until she reached Madison Avenue, where the old brick library stood like a sentinel against the darkening sky. Even closed, its windows dark and empty, the building called to her.</w:t>
        <w:br w:type="textWrapping"/>
        <w:br w:type="textWrapping"/>
        <w:t xml:space="preserve">                              * * *                         </w:t>
        <w:br w:type="textWrapping"/>
        <w:br w:type="textWrapping"/>
        <w:tab/>
        <w:t xml:space="preserve">She climbed the worn steps and sat on the top one, leaning against a marble column. How many evenings had she spent here during college? The library had been her sanctuary, a place where history lived in dusty volumes and archival records. She'd practically lived in the reference section during her thesis on local Victorian architecture.</w:t>
        <w:br w:type="textWrapping"/>
        <w:tab/>
        <w:t xml:space="preserve">Her phone buzzed - a text from her mother: 'Don't forget the mint chocolate chip!'</w:t>
        <w:br w:type="textWrapping"/>
        <w:tab/>
        <w:t xml:space="preserve">Smiling, Varia stood and continued her walk. Two blocks down, the lights of Harrison's Books still glowed invitingly. The 'CLOSING SOON' sign had been in the window for months, another victim of online shopping, but Mr. Harrison kept irregular hours. Sure enough, when she tried the door, it opened with a cheerful bell chime.</w:t>
        <w:br w:type="textWrapping"/>
        <w:tab/>
        <w:t xml:space="preserve">'We're technically closed,' Mr. Harrison called from somewhere between the towering shelves, 'but since it's you, Varia...'</w:t>
        <w:br w:type="textWrapping"/>
        <w:tab/>
        <w:t xml:space="preserve">The familiar scent of old books and coffee enveloped her. 'Just a quick browse,' she promised, already drifting toward the history section. Her fingers trailed along the spines, pausing at a newly displayed volume on Renaissance art. The price tag made her wince - another luxury she couldn't afford until she found a job.</w:t>
        <w:br w:type="textWrapping"/>
        <w:tab/>
        <w:t xml:space="preserve">'You know,' Mr. Harrison said, appearing beside her with an armful of books, 'I could use some help cataloging these new arrivals. It's not much, just a few hours a week, but-'</w:t>
        <w:br w:type="textWrapping"/>
        <w:tab/>
        <w:t xml:space="preserve">'Yes,' Varia said quickly. 'I mean, I'd love to help.' It wasn't a museum job, but at least it was something.</w:t>
        <w:br w:type="textWrapping"/>
        <w:tab/>
        <w:t xml:space="preserve">'Come by tomorrow afternoon then.' He smiled kindly, his grey hair wild as ever. 'Now go on, get your ice cream before your mother sends out a search party.'</w:t>
        <w:br w:type="textWrapping"/>
        <w:tab/>
        <w:t xml:space="preserve">The bell chimed again as she stepped back into the night. The streetlights seemed dimmer now, creating pools of yellow light that barely pushed back the darkness between them. The corner store's fluorescent sign flickered at the end of the block, and Varia quickened her pace slightly. The evening didn't feel quite as welcoming as it had earlier.</w:t>
        <w:br w:type="textWrapping"/>
        <w:tab/>
        <w:t xml:space="preserve">A car drove past, slower than normal, its headlights painting long shadows on the sidewalk. Varia clutched her phone tighter, Mr. Harrison's shop now too far behind to retreat to. The store was closed, she told herself. Just another minute and-</w:t>
        <w:br w:type="textWrapping"/>
        <w:tab/>
        <w:t xml:space="preserve">The car's engine growled again, closer this time.</w:t>
        <w:br w:type="textWrapping"/>
        <w:tab/>
        <w:t xml:space="preserve">Varia's heart quickened as the car's engine rumbled behind her. She pulled her phone from her pocket, pretending to text while actually opening her emergency contacts. The store's neon sign was so close now, maybe thirty feet away. Twenty-five.</w:t>
        <w:br w:type="textWrapping"/>
        <w:tab/>
        <w:t xml:space="preserve">The car pulled alongside her, matching her pace. Dark windows, too dark to see inside. Her mother's voice echoed in her head - all those warnings about walking alone at night that she'd dismissed as overprotective. The car's window began to lower.</w:t>
        <w:br w:type="textWrapping"/>
        <w:tab/>
        <w:t xml:space="preserve">She broke into a run.</w:t>
        <w:br w:type="textWrapping"/>
        <w:tab/>
        <w:t xml:space="preserve">The corner store's bells jangled as she burst through the door, startling Mr. Patel at the counter. The car accelerated past the storefront, disappearing into the night.</w:t>
        <w:br w:type="textWrapping"/>
        <w:tab/>
        <w:t xml:space="preserve">'Everything okay, Miss Varia?' Mr. Patel asked, looking up from his crossword puzzle.</w:t>
        <w:br w:type="textWrapping"/>
        <w:tab/>
        <w:t xml:space="preserve">'Fine,' she managed, trying to steady her breathing. 'Just... wanted to get here before you closed.'</w:t>
        <w:br w:type="textWrapping"/>
        <w:tab/>
        <w:t xml:space="preserve">She took her time selecting the ice cream, waiting until her hands stopped shaking. Through the store's windows, she watched every car that passed, but the dark vehicle didn't return. By the time she paid for the mint chocolate chip, she'd almost convinced herself she'd overreacted.</w:t>
        <w:br w:type="textWrapping"/>
        <w:tab/>
        <w:t xml:space="preserve">'Be careful out there,' Mr. Patel called as she left. 'Strange people around lately.'</w:t>
        <w:br w:type="textWrapping"/>
        <w:tab/>
        <w:t xml:space="preserve">The walk home was faster, no detours this time. Varia stuck to the better-lit streets, ice cream clutched in one hand, phone in the other. The porch light was on, a beacon of safety, and she could see her parents through the living room window, watching TV in their usual spots.</w:t>
        <w:br w:type="textWrapping"/>
        <w:tab/>
        <w:t xml:space="preserve">Something made her pause at the end of her driveway. Maybe it was the historian's instinct - that feeling she got sometimes when examining artifacts, like she was standing at the edge of something significant. She looked back down the quiet suburban street, at all the houses with their warm windows and normal lives.</w:t>
        <w:br w:type="textWrapping"/>
        <w:tab/>
        <w:t xml:space="preserve">The night felt different now, charged somehow. Like the world was holding its breath.</w:t>
        <w:br w:type="textWrapping"/>
        <w:tab/>
        <w:t xml:space="preserve">'Did you get lost?' her mother called from the doorway.</w:t>
        <w:br w:type="textWrapping"/>
        <w:tab/>
        <w:t xml:space="preserve">Varia shook off the strange feeling. 'Just enjoying the night air,' she said, heading up the driveway. 'I got your favorite.'</w:t>
        <w:br w:type="textWrapping"/>
        <w:tab/>
        <w:t xml:space="preserve">Later, she'd remember this moment - standing in her driveway on an ordinary Thursday, ice cream melting in its bag, her mother's silhouette in the doorway. She'd remember how simple it had been, how safe she'd felt despite the scare with the car. She'd remember thinking her biggest problem was finding a job. 'Finally!' Her mother beamed as Varia stepped over the threshold. 'Did you find the perfect kind?'</w:t>
        <w:br w:type="textWrapping"/>
        <w:tab/>
        <w:t xml:space="preserve">'Only the best,' Varia replied, pulling out the tub triumphantly.</w:t>
        <w:br w:type="textWrapping"/>
        <w:br w:type="textWrapping"/>
        <w:t xml:space="preserve">                              * * *                         </w:t>
        <w:br w:type="textWrapping"/>
        <w:br w:type="textWrapping"/>
        <w:tab/>
        <w:t xml:space="preserve">Friday morning arrived with an odd heaviness in the air. Varia's alarm chirped at eight, but she'd already been awake for hours, troubled by dreams she couldn't quite remember. The dark car from last night kept creeping into her thoughts.</w:t>
        <w:br w:type="textWrapping"/>
        <w:tab/>
        <w:t xml:space="preserve">Her phone showed another rejection email. Museum position twenty-five, gone. She sighed, rubbing her temples against a building headache.</w:t>
        <w:br w:type="textWrapping"/>
        <w:tab/>
        <w:t xml:space="preserve">'I made coffee,' her father called from the kitchen. The house creaked oddly, making her jump. Get it together, she told herself. Just nerves from last night.</w:t>
        <w:br w:type="textWrapping"/>
        <w:tab/>
        <w:t xml:space="preserve">Downstairs, everything looked normal. Too normal. Her father at the table, briefcase ready, reading glasses perched on his nose. But something felt wrong. Like when you walk into a room and know someone's been there, even though nothing's moved.</w:t>
        <w:br w:type="textWrapping"/>
        <w:tab/>
        <w:t xml:space="preserve">Through the kitchen window, she noticed two men in work uniforms loading equipment into a van. They looked official enough - some kind of maintenance crew - but something about their movements seemed too precise, too practiced.</w:t>
        <w:br w:type="textWrapping"/>
        <w:tab/>
        <w:t xml:space="preserve">"Oh, before I forget," her father reached into his briefcase, "your mother and I were thinking..." He handed her an envelope.</w:t>
        <w:br w:type="textWrapping"/>
        <w:tab/>
        <w:t xml:space="preserve">Varia pulled out the museum tickets, her eyes widening as she read the exhibition title: "Victorian Architecture: The Hidden History of Our City."</w:t>
        <w:br w:type="textWrapping"/>
        <w:tab/>
        <w:t xml:space="preserve">"Dad, this is the exhibition I based my thesis on," she said, throat tightening. "How did you even get tickets? It's been sold out for weeks."</w:t>
        <w:br w:type="textWrapping"/>
        <w:tab/>
        <w:t xml:space="preserve">Her father's eyes crinkled with pride. "Let's just say I called in a few favors at work. One of my colleagues is friends with the curator." He took a sip of coffee, trying to hide his smile. "There's more in the envelope."</w:t>
        <w:br w:type="textWrapping"/>
        <w:tab/>
        <w:t xml:space="preserve">She pulled out the restaurant reservations for Feu et Glace and shook her head. "We can't afford this right now. Not with my student loans and-"</w:t>
        <w:br w:type="textWrapping"/>
        <w:tab/>
        <w:t xml:space="preserve">"Hey." Her father reached across the table, covering her hand with his. "Your mother and I have watched you work so hard these past few weeks. All those applications, all those rejections. You haven't given up once." His voice softened. "Let us do this for you. Sometimes... sometimes you need to remember what you're working toward."</w:t>
        <w:br w:type="textWrapping"/>
        <w:tab/>
        <w:t xml:space="preserve">"The exhibition's evening tour includes access to their archives," he added, watching her face light up. "I thought maybe you could talk to some of the curators, make some connections."</w:t>
        <w:br w:type="textWrapping"/>
        <w:tab/>
        <w:t xml:space="preserve">Varia stood and hugged him tight, breathing in the familiar scent of his aftershave and coffee. "Thank you, Dad."</w:t>
        <w:br w:type="textWrapping"/>
        <w:tab/>
        <w:t xml:space="preserve">"Two o'clock sharp," he said, returning the hug. "You know how your mother gets about reservations. And wear that blue dress you got for graduation - the one that makes you look like a proper historian."</w:t>
        <w:br w:type="textWrapping"/>
        <w:tab/>
        <w:t xml:space="preserve">The walk to the bookshop was calming. The streets felt different in daylight, but not safer. A maintenance van was parked across from the bookstore, ‘the 50 year old building must be getting their boiler replaced.’ She thought as she made it to the door. </w:t>
      </w:r>
    </w:p>
    <w:p w:rsidR="00000000" w:rsidDel="00000000" w:rsidP="00000000" w:rsidRDefault="00000000" w:rsidRPr="00000000" w14:paraId="00000004">
      <w:pPr>
        <w:spacing w:before="200" w:line="360" w:lineRule="auto"/>
        <w:ind w:firstLine="720"/>
        <w:rPr>
          <w:sz w:val="24"/>
          <w:szCs w:val="24"/>
        </w:rPr>
      </w:pPr>
      <w:r w:rsidDel="00000000" w:rsidR="00000000" w:rsidRPr="00000000">
        <w:rPr>
          <w:sz w:val="24"/>
          <w:szCs w:val="24"/>
          <w:rtl w:val="0"/>
        </w:rPr>
        <w:t xml:space="preserve">The morning dragged on. By 12 o'clock, she was stacking some books in the teen section when the store's bell chimed, but instead of welcoming, it sounded like a warning. </w:t>
        <w:br w:type="textWrapping"/>
        <w:tab/>
        <w:t xml:space="preserve">'Mr. Harrison?' Her voice echoed strangely. The air felt thick, wrong. Books lined the shelves like silent witnesses. 'Hello?'</w:t>
        <w:br w:type="textWrapping"/>
        <w:tab/>
        <w:t xml:space="preserve">Movement flickered in the security mirror mounted in the corner. A shadow where there shouldn't be one.</w:t>
        <w:br w:type="textWrapping"/>
        <w:tab/>
        <w:t xml:space="preserve">Her heart pounded as she backed toward the door. Something dark moved between the shelves. The exit seemed miles away.</w:t>
        <w:br w:type="textWrapping"/>
        <w:tab/>
        <w:t xml:space="preserve">A creak. Closer.</w:t>
        <w:br w:type="textWrapping"/>
        <w:tab/>
        <w:t xml:space="preserve">"What is it my dear?" Mr Harrison spoke from behind her. His voice, low and gravelly, startled her.</w:t>
        <w:br w:type="textWrapping"/>
        <w:tab/>
        <w:t xml:space="preserve">“Mr. Harrison!” She spun around, clutching the edge of a nearby shelf for support. “You scared me.”</w:t>
        <w:br w:type="textWrapping"/>
        <w:tab/>
        <w:t xml:space="preserve">He frowned, adjusting his glasses, eyes narrowing as he studied her. “I didn’t mean to. You looked... lost. Is everything alright?”</w:t>
        <w:br w:type="textWrapping"/>
        <w:tab/>
        <w:t xml:space="preserve">“I just thought I saw something.” Varia glanced at the empty aisles, the shadows now pronounced in the sudden stillness. “Maybe I’m just jumpy. It’s been a long week.”</w:t>
        <w:br w:type="textWrapping"/>
        <w:tab/>
        <w:t xml:space="preserve">Mr. Harrison ran a hand through his thinning hair. “Long weeks do that to a person. The world feels heavier, doesn’t it?” He leaned against the counter, a thoughtful expression crossing his face. “How about we call it early?”</w:t>
        <w:br w:type="textWrapping"/>
        <w:tab/>
        <w:t xml:space="preserve">She nodded her head and grabbed her bag, letting out a shaky breath. “Honestly, I’d appreciate that. I just need some fresh air.”</w:t>
        <w:br w:type="textWrapping"/>
        <w:tab/>
        <w:t xml:space="preserve">“Good idea.” He gestured toward the door, and she bid a goodbye planning on getting ready for her family trip to the museum. Varia stepped outside, the afternoon sun striking her face and momentarily banishing the unease that had crept over her in the bookstore. A gust of wind ruffled her hair as she stepped outside, pushing the lingering dread from her mind. She closed her eyes for a moment, soaking in the warmth, the sounds of an ordinary afternoon —the distant laughter of children playing, the rhythmic crush of tires on pavement, and the soft rustle of leaves overhead. Varia took a deep breath, anchoring herself in the moment. </w:t>
        <w:br w:type="textWrapping"/>
        <w:t xml:space="preserve">                              * * *                         </w:t>
        <w:br w:type="textWrapping"/>
        <w:br w:type="textWrapping"/>
        <w:tab/>
        <w:t xml:space="preserve">The Victorian Architecture exhibition exceeded every expectation. Varia stood in the grand entrance hall of the city museum, wearing her blue dress, watching her parents beam as the curator himself welcomed them.</w:t>
        <w:br w:type="textWrapping"/>
        <w:tab/>
        <w:t xml:space="preserve">"Your thesis was quite impressive, Miss Mitchell," Dr. Wells said, adjusting his bow tie. "Particularly your analysis of the hidden rooms in the merchant houses. Not many students catch those details."</w:t>
        <w:br w:type="textWrapping"/>
        <w:tab/>
        <w:t xml:space="preserve">Her mother squeezed her arm proudly. The evening light filtered through the museum's stained glass windows, casting colored shadows across the marble floor. Display cases held architectural drawings and photographs she'd only seen in books.</w:t>
        <w:br w:type="textWrapping"/>
        <w:tab/>
        <w:t xml:space="preserve">"Through here," Dr. Wells gestured, "we have something special."</w:t>
        <w:br w:type="textWrapping"/>
        <w:tab/>
        <w:t xml:space="preserve">They followed him into a restricted area where original blueprints lay carefully preserved. Varia leaned close, pointing out details to her parents. "See these passages? The wealthy families used them to hide their valuables during the economic crash of 1873."</w:t>
        <w:br w:type="textWrapping"/>
        <w:tab/>
        <w:t xml:space="preserve">"Just like your daughter wrote in her thesis," Dr. Wells nodded approvingly. "We're actually looking for an assistant curator for this exhibition..."</w:t>
        <w:br w:type="textWrapping"/>
        <w:tab/>
        <w:t xml:space="preserve">Her heart skipped. "Really?"</w:t>
        <w:br w:type="textWrapping"/>
        <w:tab/>
        <w:t xml:space="preserve">"Stop by my office next week. We'll talk properly."</w:t>
        <w:br w:type="textWrapping"/>
        <w:tab/>
        <w:t xml:space="preserve">The tour continued through the evening, her father asking thoughtful questions, her mother taking photos of her beside every major display. It felt perfect. Like everything was finally falling into place.</w:t>
        <w:tab/>
      </w:r>
    </w:p>
    <w:p w:rsidR="00000000" w:rsidDel="00000000" w:rsidP="00000000" w:rsidRDefault="00000000" w:rsidRPr="00000000" w14:paraId="00000005">
      <w:pPr>
        <w:spacing w:before="200" w:line="360" w:lineRule="auto"/>
        <w:ind w:firstLine="720"/>
        <w:rPr>
          <w:sz w:val="24"/>
          <w:szCs w:val="24"/>
        </w:rPr>
        <w:sectPr>
          <w:pgSz w:h="15840" w:w="12240" w:orient="portrait"/>
          <w:pgMar w:bottom="1440" w:top="1440" w:left="1800" w:right="1800" w:header="720" w:footer="720"/>
          <w:pgNumType w:start="1"/>
        </w:sectPr>
      </w:pPr>
      <w:r w:rsidDel="00000000" w:rsidR="00000000" w:rsidRPr="00000000">
        <w:rPr>
          <w:sz w:val="24"/>
          <w:szCs w:val="24"/>
          <w:rtl w:val="0"/>
        </w:rPr>
        <w:t xml:space="preserve">                              * * *                         </w:t>
        <w:br w:type="textWrapping"/>
        <w:tab/>
        <w:t xml:space="preserve">The familiar scent of garlic and fresh bread enveloped them as they settled into their corner booth at Feu et Glace. The restaurant itself was a piece of history, housed in what used to be an old bank building. Varia could see traces of its past in the high ceilings and ornate moldings.</w:t>
        <w:br w:type="textWrapping"/>
        <w:tab/>
        <w:t xml:space="preserve">"Did you know," Varia said, falling into her familiar role of family historian, "this building used to have a series of underground tunnels connecting it to other banks?"</w:t>
        <w:br w:type="textWrapping"/>
        <w:tab/>
        <w:t xml:space="preserve">"Is this from that thesis of yours?" her father asked warmly, looking up from the menu. Robert Mitchell might be all business at work, but here he was just her dad, genuinely interested in her passions.</w:t>
        <w:br w:type="textWrapping"/>
        <w:tab/>
        <w:t xml:space="preserve">"Always the historian," her mother smiled, adjusting her pearl necklace. "Even at your own celebration dinner." Patricia's tone held the familiar mixture of pride and concern that Varia had grown used to over the years.</w:t>
        <w:br w:type="textWrapping"/>
        <w:tab/>
        <w:t xml:space="preserve">"I can't help it," Varia laughed. "Every building has a story - even this one. Speaking of which..." She pulled out a small notebook from her purse, already making notes about the architectural details.</w:t>
        <w:br w:type="textWrapping"/>
        <w:tab/>
        <w:t xml:space="preserve">She didn't miss how her parents exchanged looks - equal parts affection and resignation. She smiled to herself this was their daughter: the newly graduated historian, already seeing stories in the walls around them, even on a night meant for celebration.</w:t>
        <w:br w:type="textWrapping"/>
        <w:tab/>
        <w:t xml:space="preserve">The rest of dinner passed in comfortable familiarity, her father telling stories from his early banking days while her mother added commentary about the real estate market's ups and downs. Varia let their voices wash over her, content in this moment of being just a family celebrating, before the reality of job hunting would resume tomorrow. When the tiramisu arrived - her favorite since childhood - it came with a sparkler and the wait staff singing, making her blush and laugh just like she had on her sixteenth birthday in this same booth.</w:t>
        <w:br w:type="textWrapping"/>
        <w:tab/>
        <w:t xml:space="preserve">"I'll walk home," Varia told her parents outside Feu et Glace. "It's such a beautiful night, and I'm still too full from that tiramisu."</w:t>
        <w:br w:type="textWrapping"/>
        <w:tab/>
        <w:t xml:space="preserve">"We can drive you," her mother offered, car keys already in hand.</w:t>
        <w:br w:type="textWrapping"/>
        <w:tab/>
        <w:t xml:space="preserve">"Mom, it's only two blocks, and I want to go through the park. You know how pretty the Victorian lamp posts are at night." She smiled, still riding high from the museum tour. "Besides, I need to clear my head and think about that curator position."</w:t>
        <w:br w:type="textWrapping"/>
        <w:tab/>
        <w:t xml:space="preserve">Her father hesitated. "At least let me walk with you."</w:t>
        <w:br w:type="textWrapping"/>
        <w:tab/>
        <w:t xml:space="preserve">"Dad, I'm twenty-two," she laughed, hugging them both. "I've walked this path a hundred times. I'll text when anything goes weird."</w:t>
        <w:br w:type="textWrapping"/>
        <w:tab/>
        <w:t xml:space="preserve">She watched them drive away, her mother waving through the window. The evening air was perfect, still warm from the day. Standing there, Varia felt the weight of her parents' dreams for her - the corporate job, the practical career path, the life they'd planned since she was little. But beneath those expectations, her own dreams whispered of dusty archives and forgotten stories, of bringing history back to life. Maybe that's why she loved walking at night; in the quiet, she could hear her own voice clearly, separate from the chorus of well-meaning advice and concerned suggestions.</w:t>
        <w:br w:type="textWrapping"/>
        <w:tab/>
        <w:t xml:space="preserve"> </w:t>
        <w:br w:type="textWrapping"/>
        <w:tab/>
        <w:t xml:space="preserve">Her heels clicked against the sidewalk as she walked. She might be Robert and Patricia Mitchell's daughter, but she was also Varia - the girl who'd spent hours sketching old buildings, who'd chosen history over business because stories mattered more than stock prices. Even if her path wasn't as clear as her parents' had been, it was hers to choose.</w:t>
        <w:br w:type="textWrapping"/>
        <w:tab/>
        <w:t xml:space="preserve">Sunset Park was quiet at this hour, the antique lamp posts casting pools of golden light along the brick pathway. A few people hurried past - a woman walking her dog, a couple heading home from a late dinner, a jogger finishing his evening run. Normal end-of-day scenes that would soon feel like memories from another life.</w:t>
        <w:br w:type="textWrapping"/>
        <w:tab/>
        <w:t xml:space="preserve">The Victorian-style gazebo stood empty in the center, its white paint gleaming in the darkness. She'd always loved this park - it was like stepping back in time. Tonight, though, something felt off. The usual sounds of evening birds had gone quiet. The air felt too still.</w:t>
        <w:br w:type="textWrapping"/>
        <w:tab/>
        <w:t xml:space="preserve">A maintenance truck was parked at the side of the road near the fountain, unusual for this time of night. The park's maintenance schedule was posted on the historical society's website - they never worked this late. Two workers in crisp city uniforms checked the water systems with practiced efficiency. Too practiced. Too efficient for a routine check.</w:t>
        <w:br w:type="textWrapping"/>
        <w:tab/>
        <w:t xml:space="preserve">Varia quickened her pace, her heels too loud on the brick path. The park's exit was just ahead, but the streetlights there seemed dimmer than usual. She pulled out her phone, finger hovering over her father's number. Don't be paranoid, she told herself. Not everyone studying city infrastructure is suspicious. You're a historian - you should know that.</w:t>
        <w:br w:type="textWrapping"/>
        <w:tab/>
        <w:t xml:space="preserve">The fountain's splashing masked the footsteps behind her. When she turned, the world seemed to slow down. A man in a maintenance uniform reached for her with latex-gloved hands. She stumbled backward, her heel catching on the brick path. Her phone clattered away, screen glowing in the darkness like a fallen star.</w:t>
        <w:br w:type="textWrapping"/>
        <w:tab/>
        <w:t xml:space="preserve">"Help!" The scream died in her throat as strong arms gripped her from behind. The smell of leather gloves and clinical-grade cleaner filled her nostrils. She kicked backward, connecting with something solid, hearing a grunt of annoyance rather than pain.</w:t>
        <w:br w:type="textWrapping"/>
        <w:tab/>
        <w:t xml:space="preserve">"Careful with Lot 437," a voice said quietly, professional and detached. "The client specified minimal handling damage."</w:t>
        <w:br w:type="textWrapping"/>
        <w:tab/>
        <w:t xml:space="preserve">The world tilted as she fought. Lamplight spun around her, the Victorian gazebo blurring in and out of focus. Her historian's mind tried to catalog details even as her muscles began to feel heavy: a small scar above the first man's right eyebrow, the military precision of their movements, the way they communicated with subtle hand signals.</w:t>
        <w:br w:type="textWrapping"/>
        <w:tab/>
        <w:t xml:space="preserve">"No marks," one said, adjusting his grip with practiced ease. "Standard Protocol Three."</w:t>
        <w:br w:type="textWrapping"/>
        <w:tab/>
        <w:t xml:space="preserve">Something cold pressed against her neck - a needle, her mind registered distantly. They worked with the efficiency of people who had done this many times before.</w:t>
        <w:br w:type="textWrapping"/>
        <w:tab/>
        <w:t xml:space="preserve">"No, please..." The words came out slurred. She tried to focus: the tattoo peeking from under a uniform sleeve a Celtic knot design, the scuff marks on black boots military grade, the way one man's breath smelled of mint gum.</w:t>
        <w:br w:type="textWrapping"/>
        <w:tab/>
        <w:t xml:space="preserve">The park began to fade, colors bleeding together like wet paint. The fountain's splash became distant, distorted. She thought of her parents, probably just pulling into their driveway now, unaware their daughter was disappearing. Her mother's pearl necklace would be catching the porch light. Her father would be checking his watch one last time before bed.</w:t>
        <w:br w:type="textWrapping"/>
        <w:tab/>
        <w:t xml:space="preserve">"Dad..." she tried to say, but her tongue felt too thick.</w:t>
        <w:br w:type="textWrapping"/>
        <w:tab/>
        <w:t xml:space="preserve">The last things she registered came in fragments:</w:t>
        <w:br w:type="textWrapping"/>
        <w:tab/>
        <w:t xml:space="preserve">Strong arms lifting her with clinical care</w:t>
        <w:br w:type="textWrapping"/>
        <w:tab/>
        <w:t xml:space="preserve">The scratch of starched uniform fabric against her cheek</w:t>
        <w:br w:type="textWrapping"/>
        <w:tab/>
        <w:t xml:space="preserve">Someone carefully removing her jewelry, cataloging each piece like archivists handling old documents</w:t>
        <w:br w:type="textWrapping"/>
        <w:tab/>
        <w:t xml:space="preserve">A voice speaking into a radio: "Lot 437 secured. Beginning transport."</w:t>
        <w:br w:type="textWrapping"/>
        <w:tab/>
        <w:t xml:space="preserve">The rumble of an engine starting - expensive, well-maintained</w:t>
        <w:br w:type="textWrapping"/>
        <w:tab/>
        <w:t xml:space="preserve">Then darkness swept in like a tide, pulling her under.</w:t>
        <w:br w:type="textWrapping"/>
        <w:tab/>
        <w:t xml:space="preserve">Her consciousness surfaced briefly during the drive - the hum of tires on pavement, Chopin's Nocturne playing softly on the radio, the feeling of movement. Someone had wrapped her in a blanket that smelled of hospital-grade detergent. It felt almost gentle, almost caring, which somehow made it worse. Through half-closed eyes, she saw the driver check his watch - the same military-grade model as the others.</w:t>
        <w:br w:type="textWrapping"/>
        <w:tab/>
        <w:t xml:space="preserve">"Sleep now," a voice said, clinical and precise. "When you wake up, you'll belong to someone else."</w:t>
        <w:br w:type="textWrapping"/>
        <w:tab/>
        <w:t xml:space="preserve">The darkness took her again, deeper this time. She dreamed of museum halls and Victorian passages, of her father's proud smile and her mother's wave goodbye. In her last moments of awareness, her mind tried to document one final detail - the time on the driver's watch: 9:47 PM. The exact moment Varia Mitchell disappeared from her own life.</w:t>
      </w:r>
    </w:p>
    <w:p w:rsidR="00000000" w:rsidDel="00000000" w:rsidP="00000000" w:rsidRDefault="00000000" w:rsidRPr="00000000" w14:paraId="00000006">
      <w:pPr>
        <w:pStyle w:val="Heading2"/>
        <w:rPr/>
      </w:pPr>
      <w:bookmarkStart w:colFirst="0" w:colLast="0" w:name="_heading=h.8bhvins70667" w:id="2"/>
      <w:bookmarkEnd w:id="2"/>
      <w:r w:rsidDel="00000000" w:rsidR="00000000" w:rsidRPr="00000000">
        <w:rPr>
          <w:rtl w:val="0"/>
        </w:rPr>
        <w:br w:type="textWrapping"/>
        <w:t xml:space="preserve">Chapter 2: Recognition Albertus POV #</w:t>
      </w:r>
    </w:p>
    <w:p w:rsidR="00000000" w:rsidDel="00000000" w:rsidP="00000000" w:rsidRDefault="00000000" w:rsidRPr="00000000" w14:paraId="00000007">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Albertus Sentius stood in the dimly lit observation room, his reflection ghosting across the wall of monitors before him. Each screen showed a different angle of Lot 437, unconscious on the auction block's display platform. Her simple white gown made her look almost ethereal under the spotlight.</w:t>
        <w:br w:type="textWrapping"/>
        <w:tab/>
        <w:t xml:space="preserve">The auction house ran like a well-oiled machine. They'd had her file prepared before the acquisition - education records, family connections, financial status. All they'd needed were the photos. Monday night at 9:47 PM, their team had executed a clean extraction. Tuesday morning, they'd processed her: photographs, medical examinations, final documentation. By Tuesday afternoon, the catalog had gone out to select clients, each lot numbered and detailed with clinical precision.</w:t>
        <w:br w:type="textWrapping"/>
        <w:tab/>
        <w:t xml:space="preserve">He'd been at his office when Marcus brought him the catalog - a courtesy his father's old connections still commanded. He never attended these auctions anymore, hadn't in years, but something made him flip through the pages. Then he saw her face, and twenty years vanished in an instant.</w:t>
        <w:br w:type="textWrapping"/>
        <w:tab/>
        <w:t xml:space="preserve">He watched the medical team adjust her IV - precise doses to maintain semi consciousness without lasting effects. Everything calculated, everything controlled. The handlers moved with practiced efficiency, checking vital signs, adjusting lighting, preparing her for display. They would wake her just enough for bidders to assess responsiveness, then sedate her again until the sale was complete.</w:t>
        <w:br w:type="textWrapping"/>
        <w:tab/>
        <w:t xml:space="preserve">"Final bidding begins in ten minutes, Al," his assistant and friend, Marcus, announced from the doorway. "Would you like me to prepare your offer?"</w:t>
        <w:br w:type="textWrapping"/>
        <w:tab/>
        <w:t xml:space="preserve">Albertus didn't respond. For two days, he'd been preparing for this moment. The moment he'd secure what he'd lost so long ago.</w:t>
        <w:br w:type="textWrapping"/>
        <w:tab/>
        <w:t xml:space="preserve">"Al?"</w:t>
        <w:br w:type="textWrapping"/>
        <w:tab/>
        <w:t xml:space="preserve">"The profile documents," he demanded, not taking his eyes off the center screen. "Review her status."</w:t>
        <w:br w:type="textWrapping"/>
        <w:tab/>
        <w:t xml:space="preserve">Marcus consulted his tablet. "Lot 437. Twenty-two, historian, recently graduated. Acquisition team picked her up Monday night. Initial processing Tuesday morning - they had most of her documentation ready beforehand. Just needed the medical screening and photos." He paused. "You've been monitoring her status since Tuesday evening, Al. Everything proceeded according to protocol."</w:t>
        <w:br w:type="textWrapping"/>
        <w:tab/>
        <w:t xml:space="preserve">"Show me her photo. From the catalog."</w:t>
        <w:br w:type="textWrapping"/>
        <w:tab/>
        <w:t xml:space="preserve">Marcus swiped through his tablet, pulling up the image taken Tuesday morning. Albertus felt his breath catch. Even in the clinical catalog photo, she looked so much like the little girl who had once shared her sandwich with him at recess.</w:t>
        <w:br w:type="textWrapping"/>
        <w:tab/>
        <w:t xml:space="preserve">His fingers found the worn photograph in his pocket - two children at a birthday party, taken twenty years ago. The last picture before his father had moved them away.</w:t>
        <w:br w:type="textWrapping"/>
        <w:tab/>
        <w:t xml:space="preserve">"Standard processing is almost complete," Marcus continued, professional and detached. "They've had her in rotating chemical sleep - easier to transport that way. She's been dressed in the display gown and prepped for the final viewing. The other lots are being processed in adjacent rooms. They'll wake each one just long enough for bidder assessment, then sedate them again for transfer."</w:t>
        <w:br w:type="textWrapping"/>
        <w:tab/>
        <w:t xml:space="preserve">The efficiency of it all made Albertus's stomach turn. He'd known about these auctions since childhood - his father had been a regular participant before his death - but he'd never attended one himself since his father’s death. Until now. The whole process was designed to be quick - three days maximum from acquisition to auction. Everything conducted in the private rooms above an unremarkable pub downtown, where wealthy clients could bid remotely while maintaining plausible deniability.</w:t>
        <w:br w:type="textWrapping"/>
        <w:tab/>
        <w:t xml:space="preserve">He hadn't planned to attend this auction. But when the early catalog had arrived - a courtesy his father's status still commanded even after his death - her photo had stopped him cold.</w:t>
        <w:br w:type="textWrapping"/>
        <w:tab/>
        <w:t xml:space="preserve">The memory surfaced, sharp and clear: second grade, him sitting alone at lunch, wrestling with bruises his father's latest rage had left. She'd walked over, offered half her sandwich with a smile that asked no questions. After that, she was always there - in the library where he hid during recess, in the quiet corners of the playground. Small kindnesses that had meant everything to a scared little boy.</w:t>
        <w:br w:type="textWrapping"/>
        <w:tab/>
        <w:t xml:space="preserve">Then his father had moved them suddenly, no chance to say goodbye. But he'd never forgotten her. Even as he built his empire, straddling legitimate business and darker ventures, that memory of simple kindness had stayed with him.</w:t>
        <w:br w:type="textWrapping"/>
        <w:tab/>
        <w:t xml:space="preserve">"Al, the starting bid is set at five million. Given the quality of the merchandise, I've prepared authorization for up to twenty-"</w:t>
        <w:br w:type="textWrapping"/>
        <w:tab/>
        <w:t xml:space="preserve">"Unlimited," Albertus cut him off, his voice carrying a weight that hadn't been there moments before. "Whatever it takes." The past forty-eight hours had been a blur of preparations - expediting the VR chamber construction, arranging finances, ensuring everything would be perfect.</w:t>
        <w:br w:type="textWrapping"/>
        <w:tab/>
        <w:t xml:space="preserve">Marcus paused, stylus hovering over his tablet. "Al, even with your resources, unlimited authorization could-"</w:t>
        <w:br w:type="textWrapping"/>
        <w:tab/>
        <w:t xml:space="preserve">"Prepare the chamber," Albertus ordered, turning from the monitors. At twenty-nine, he'd built an empire, but nothing had ever felt as important as this moment. "Full integration protocol."</w:t>
        <w:br w:type="textWrapping"/>
        <w:tab/>
        <w:t xml:space="preserve">"The chamber hasn't been tested before. It won't be ready for at least-"</w:t>
        <w:br w:type="textWrapping"/>
        <w:tab/>
        <w:t xml:space="preserve">"Then make it ready." His quiet authority filled the room. "And Marcus? Have the team arrange a life insurance payout for her parents. Make it look legitimate. They shouldn't have to suffer financially as well as emotionally."</w:t>
        <w:br w:type="textWrapping"/>
        <w:tab/>
        <w:t xml:space="preserve">The first chime sounded - five minutes until bidding. On the monitors, Lot 437 stirred slightly, eyelids fluttering. Three days of careful sedation, waking only for required medical checks and photographs. Now they would rouse her just enough for the bidders to assess.</w:t>
        <w:br w:type="textWrapping"/>
        <w:tab/>
        <w:t xml:space="preserve">Albertus pressed his hand against the screen, an echo of a gesture he'd made almost two decades ago, reaching for her through a car window as his father drove them away. He'd spent years building his power, his influence, waiting for a chance like this.</w:t>
        <w:br w:type="textWrapping"/>
        <w:tab/>
        <w:t xml:space="preserve">"Al?" Marcus hesitated at the door. "The other bidders... Some of them have less wholesome intentions. Standard processing only allows three days - they'll be eager to conclude the sale."</w:t>
        <w:br w:type="textWrapping"/>
        <w:tab/>
        <w:t xml:space="preserve">"No." Albertus straightened his tie, adjusting his cufflinks - solid gold, engraved with his family crest. "Let them bid. It doesn't matter how high they go." His reflection smiled, but it didn't reach his eyes. Twenty years ago, he'd been powerless to stay. Now, no force on earth would separate them again. "Some things are meant to be."</w:t>
        <w:br w:type="textWrapping"/>
        <w:tab/>
        <w:t xml:space="preserve">The second chime echoed through the observation room as her eyes began to open. On the monitors, confusion clouded her features as she tried to focus on her surroundings. The white gown, the spotlights, the platform - everything designed to display merchandise to its best advantage.</w:t>
        <w:br w:type="textWrapping"/>
        <w:tab/>
        <w:t xml:space="preserve">Albertus leaned closer to the screen, watching her awareness return. Her lips parted, forming silent words as she attempted to move.</w:t>
        <w:br w:type="textWrapping"/>
        <w:tab/>
        <w:t xml:space="preserve">"Al," Marcus checked his tablet, "her vitals are spiking."</w:t>
        <w:br w:type="textWrapping"/>
        <w:tab/>
        <w:t xml:space="preserve">The first scream pierced through the audio feed. Raw, terrified. She tried to push herself up, but the lingering sedatives made her movements uncoordinated. Her dark hair fell across her face as she struggled.</w:t>
        <w:br w:type="textWrapping"/>
        <w:tab/>
        <w:t xml:space="preserve">"Where am I?" Her voice cracked. "Please... someone..."</w:t>
        <w:br w:type="textWrapping"/>
        <w:tab/>
        <w:t xml:space="preserve">Albertus's fingers curled into fists. He'd known this moment would be difficult, but watching her panic cut deeper than expected.</w:t>
        <w:br w:type="textWrapping"/>
        <w:tab/>
        <w:t xml:space="preserve">"The other bidders are logging in," Marcus reported. </w:t>
        <w:br w:type="textWrapping"/>
        <w:tab/>
        <w:t xml:space="preserve">On screen, she managed to sit up, the white gown pooling around her. The spotlight caught tears on her cheeks as she looked wildly around the display chamber. Her voice was smaller now, breaking. "Please... I want to go home..."</w:t>
        <w:br w:type="textWrapping"/>
        <w:tab/>
        <w:t xml:space="preserve">"Sedate her," Albertus ordered quietly.</w:t>
        <w:br w:type="textWrapping"/>
        <w:tab/>
        <w:t xml:space="preserve">Marcus looked up. "The auction protocol requires-"</w:t>
        <w:br w:type="textWrapping"/>
        <w:tab/>
        <w:t xml:space="preserve">"I said sedate her." Steel entered his voice. "I won't let them see her like this."</w:t>
        <w:br w:type="textWrapping"/>
        <w:tab/>
        <w:t xml:space="preserve">A soft hiss filled the display chamber as gas filtered through hidden vents. She noticed it too late, her hand reaching out toward one of the cameras as if she could touch someone, anyone, through the lens.</w:t>
        <w:br w:type="textWrapping"/>
        <w:tab/>
        <w:t xml:space="preserve">"Please..." The word slurred as her eyes began to close. "Help..."</w:t>
        <w:br w:type="textWrapping"/>
        <w:tab/>
        <w:t xml:space="preserve">Albertus watched her collapse gently back onto the platform, the gas ensuring her descent was peaceful. Within moments, her breathing steadied, face relaxing into artificial sleep.</w:t>
        <w:br w:type="textWrapping"/>
        <w:tab/>
        <w:t xml:space="preserve">"Move her to medical," he instructed. "I want her fully sedated until the VR chamber is ready. No more displays."</w:t>
        <w:br w:type="textWrapping"/>
        <w:tab/>
        <w:t xml:space="preserve">"The other bidders won't like-"</w:t>
        <w:br w:type="textWrapping"/>
        <w:tab/>
        <w:t xml:space="preserve">"They can bid blind or not at all." Albertus finally turned away from the monitors. "She's not a show animal to be paraded around. Prepare my offer - whatever it takes to end this quickly."</w:t>
        <w:br w:type="textWrapping"/>
        <w:tab/>
        <w:t xml:space="preserve">As he headed for the door, he paused. "And Marcus? Have someone retrieve photos of her through her life. She'll want familiar things when she wakes up in her new life."</w:t>
        <w:br w:type="textWrapping"/>
        <w:tab/>
        <w:t xml:space="preserve">The observation room fell silent except for the quiet beep of monitoring equipment. On the screens, medical staff in white coats appeared, carefully lifting her onto a stretcher. Her hand fell limply to the side, fingers uncurling like a flower closing at dusk.</w:t>
        <w:br w:type="textWrapping"/>
        <w:tab/>
        <w:t xml:space="preserve">Soon, Albertus thought, she would wake up in a perfect world he'd created just for her. And this time, no one would take her away from him.</w:t>
        <w:br w:type="textWrapping"/>
        <w:br w:type="textWrapping"/>
        <w:t xml:space="preserve">                              * * *                         </w:t>
        <w:br w:type="textWrapping"/>
        <w:tab/>
        <w:t xml:space="preserve">The private bidding room, hidden above the unremarkable pub in downtown, hummed with quiet power. Screens lining the walls displayed various angles of the now-empty platform. Albertus sat at his private terminal, the soft glow of the monitor reflecting off his cufflinks. Around him, other screens showed anonymous bidder numbers - the elite of the underground market, each hidden behind digital walls.</w:t>
        <w:br w:type="textWrapping"/>
        <w:tab/>
        <w:t xml:space="preserve">"Lot 437," the automated voice announced. "Bidding begins at five million."</w:t>
        <w:br w:type="textWrapping"/>
        <w:tab/>
        <w:t xml:space="preserve">Marcus stood behind Albertus's chair, tablet ready. "Fifteen bidders logged in, sir. Three have specialized in academic acquisitions before." He paused, checking another screen. "Medical just confirmed she's ready for transport to our facility. The VR chamber preparations from the last two days are holding steady."</w:t>
        <w:br w:type="textWrapping"/>
        <w:tab/>
        <w:t xml:space="preserve">The first bid appeared instantly. Five million. Then six. Seven. The numbers climbed with practiced efficiency.</w:t>
        <w:br w:type="textWrapping"/>
        <w:tab/>
        <w:t xml:space="preserve">"Lot 437," the voice continued, displaying the pre-gathered intelligence they'd collected before Monday's acquisition. "Twenty-two years old. Advanced education. Recent graduate with honors, specialization in historical architecture and urban development. Particular focus on Victorian-era structural analysis. No physical modifications. Naturally developed intellectual capabilities. Family connections documented and verified."</w:t>
        <w:br w:type="textWrapping"/>
        <w:tab/>
        <w:t xml:space="preserve">Ten million. Twelve. Fifteen.</w:t>
        <w:br w:type="textWrapping"/>
        <w:tab/>
        <w:t xml:space="preserve">Bidder 23's profile flickered with a reputation warning - known for breaking merchandise. Albertus's jaw tightened. He'd spent the last forty-eight hours preparing everything, rushing construction teams, expediting equipment. The name behind Bidder 23 made it worse - Leopold Kane, one of the Russo family's most profitable associates. Their organization had been probing Albertus's territories lately, testing boundaries.</w:t>
        <w:br w:type="textWrapping"/>
        <w:tab/>
        <w:t xml:space="preserve">"Twenty million," Bidder 23 offered.</w:t>
        <w:br w:type="textWrapping"/>
        <w:tab/>
        <w:t xml:space="preserve">Albertus entered his first bid. "Twenty-five million."</w:t>
        <w:br w:type="textWrapping"/>
        <w:tab/>
        <w:t xml:space="preserve">The room's atmosphere shifted. Several bidders withdrew immediately - the price already exceeding most standard acquisitions. Through the wall's high-end soundproofing, the faint sounds of the pub below barely registered - a perfect cover for what happened in these rooms.</w:t>
        <w:br w:type="textWrapping"/>
        <w:tab/>
        <w:t xml:space="preserve">"Al," Marcus murmured, "Bidder 23 is Leopold Kane. He's-"</w:t>
        <w:br w:type="textWrapping"/>
        <w:tab/>
        <w:t xml:space="preserve">"I know who he is." Albertus's voice was ice. Leopold Kane was notorious for his 'collections' - bright young women who rarely survived a year in his possession.</w:t>
        <w:br w:type="textWrapping"/>
        <w:tab/>
        <w:t xml:space="preserve">"Thirty million," Kane's number flashed.</w:t>
        <w:br w:type="textWrapping"/>
        <w:tab/>
        <w:t xml:space="preserve">"Forty," Albertus countered immediately. His hand touched the catalog photo he'd transferred to his pocket - the one that had stopped his heart Tuesday afternoon.</w:t>
        <w:br w:type="textWrapping"/>
        <w:tab/>
        <w:t xml:space="preserve">A pause. The remaining bidders seemed to hesitate, perhaps sensing the building tension between the two power players.</w:t>
        <w:br w:type="textWrapping"/>
        <w:tab/>
        <w:t xml:space="preserve">"Forty-five," Kane offered. A message appeared in Albertus's private chat: 'Quite invested in this one, Sentius? She must be special.'</w:t>
        <w:br w:type="textWrapping"/>
        <w:tab/>
        <w:t xml:space="preserve">Albertus ignored it. "Sixty million."</w:t>
        <w:br w:type="textWrapping"/>
        <w:tab/>
        <w:t xml:space="preserve">Another message: 'I do enjoy breaking the special ones.'</w:t>
        <w:br w:type="textWrapping"/>
        <w:tab/>
        <w:t xml:space="preserve">"Seventy-five million," Kane bid.</w:t>
        <w:br w:type="textWrapping"/>
        <w:tab/>
        <w:t xml:space="preserve">Marcus shifted uncomfortably. "Al, the board might question-"</w:t>
        <w:br w:type="textWrapping"/>
        <w:tab/>
        <w:t xml:space="preserve">"One hundred million," Albertus said clearly, his voice carrying through the audio feed, seeing the bid show up on the monitors like the others. The past two days of preparation, of watching her through monitoring feeds during medical checks, had only strengthened his resolve.</w:t>
        <w:br w:type="textWrapping"/>
        <w:tab/>
        <w:t xml:space="preserve">Silence descended. The bid hung in the air like a thrown gauntlet.</w:t>
        <w:br w:type="textWrapping"/>
        <w:tab/>
        <w:t xml:space="preserve">Kane's final message appeared: 'She must be worth it. Perhaps we could share-'</w:t>
        <w:br w:type="textWrapping"/>
        <w:tab/>
        <w:t xml:space="preserve">"One fifty million," Albertus cut off the message with his bid. ‘And a warning, Leopold. Pursue this further, and our organizations might have to re-evaluate their territorial agreements.’ He sent it through a private message. </w:t>
        <w:br w:type="textWrapping"/>
        <w:tab/>
        <w:t xml:space="preserve">The threat was clear. Kane's businesses operated in zones Albertus controlled. His empire might be built on darkness, but it was vast enough to crush smaller players.</w:t>
        <w:br w:type="textWrapping"/>
        <w:tab/>
        <w:t xml:space="preserve">The automated voice began its countdown. "One fifty million. First call..."</w:t>
        <w:br w:type="textWrapping"/>
        <w:tab/>
        <w:t xml:space="preserve">Kane's number disappeared from the screen.</w:t>
        <w:br w:type="textWrapping"/>
        <w:tab/>
        <w:t xml:space="preserve">"Second call..."</w:t>
        <w:br w:type="textWrapping"/>
        <w:tab/>
        <w:t xml:space="preserve">The remaining bidders had long since withdrawn.</w:t>
        <w:br w:type="textWrapping"/>
        <w:tab/>
        <w:t xml:space="preserve">"Final call... Sold. Lot 437 awarded to Bidder 17."</w:t>
        <w:br w:type="textWrapping"/>
        <w:tab/>
        <w:t xml:space="preserve">Albertus stood smoothly, adjusting his suit jacket. "Have her moved to the secured location immediately. The chamber may be rushed, but it's ready enough. We have had the programming team working on something like this for years. I want the integration to begin as soon as medical clears her."</w:t>
        <w:br w:type="textWrapping"/>
        <w:tab/>
        <w:t xml:space="preserve">"Yes, Al." Marcus paused. "And Kane?"</w:t>
        <w:br w:type="textWrapping"/>
        <w:tab/>
        <w:t xml:space="preserve"> "Remind our street operators that Kane's businesses are no longer under our protection." Albertus's reflection showed no emotion. "Let's see how long he lasts without it. And Marcus? Monitor the Russo family's response. They won't take kindly to their pet project being squeezed."</w:t>
        <w:br w:type="textWrapping"/>
        <w:tab/>
        <w:t xml:space="preserve">"They've been unusually interested in our operations lately," Marcus noted carefully. "Especially the secure facilities we've been rushing to complete."</w:t>
        <w:br w:type="textWrapping"/>
        <w:tab/>
        <w:t xml:space="preserve">"Then perhaps it's time we reminded them why they've kept their distance all these years." Albertus's voice carried the weight of old territory wars and older grudges. "Have our people look deeper into their recent activities. I want to know why they're suddenly so curious."</w:t>
        <w:br w:type="textWrapping"/>
        <w:tab/>
        <w:t xml:space="preserve">As they left the bidding room, descending the private stairs that bypassed the oblivious pub patrons below, Albertus touched the photograph in his pocket one last time. Twenty years of searching, of building power, of waiting for this moment. Two days of frantic preparation since seeing her in that catalog. He wouldn't let the Russo family or anyone else interfere with what was his.</w:t>
        <w:br w:type="textWrapping"/>
        <w:tab/>
        <w:t xml:space="preserve">She was finally his.</w:t>
        <w:br w:type="textWrapping"/>
        <w:br w:type="textWrapping"/>
        <w:t xml:space="preserve">                              * * *                         </w:t>
        <w:br w:type="textWrapping"/>
        <w:tab/>
        <w:t xml:space="preserve">The control room of Albertus's private facility hummed with activity. Three stories of screens covered the walls, each displaying different aspects of the virtual world being constructed. Architects and programmers worked silently at their stations, aware of their employer's looming presence behind them.</w:t>
        <w:br w:type="textWrapping"/>
        <w:tab/>
        <w:t xml:space="preserve">The VR system had been his company's crown jewel - a revolutionary medical rehabilitation platform developed by Dr. Chen and her team. Six months ago, he'd quietly moved a copy of it to this facility, bringing only its creator and Marcus into his confidence. The rest of his tech team believed the project had been shelved for refinement.</w:t>
        <w:br w:type="textWrapping"/>
        <w:tab/>
        <w:t xml:space="preserve">"Show me her room," Albertus ordered, standing at the central console. The main screen shifted to display a meticulously designed bedroom within his mansion's virtual replica. Every detail had been crafted from his memories and her social media history - the antique desk positioned by the window, history books lined perfectly on wooden shelves, even the specific shade of blue on the walls.</w:t>
        <w:br w:type="textWrapping"/>
        <w:tab/>
        <w:t xml:space="preserve">"The neural scans are complete, sir," Dr. Chen reported, bringing up new data. Her hands trembled slightly - whether from exhaustion after two days of rushed preparation or unease at how her medical rehabilitation system was being repurposed, Albertus couldn't tell. "Her mind is remarkably stable despite the sedation. Perfect for integration."</w:t>
        <w:br w:type="textWrapping"/>
        <w:tab/>
        <w:t xml:space="preserve">Albertus studied the brain mapping on his private screen. "And the memory suppression?"</w:t>
        <w:br w:type="textWrapping"/>
        <w:tab/>
        <w:t xml:space="preserve">"Ready to implement. The system will allow for gradual awareness, but block all memories of the acquisition. As far as she'll know, she simply... woke up there." Dr. Chen hesitated. "Though I should warn you, sir, memories this fresh are harder to contain. There might be... bleeding through."</w:t>
        <w:br w:type="textWrapping"/>
        <w:tab/>
        <w:t xml:space="preserve">On another screen, Albertus watched the feed from his actual bedroom, where he would be connected to the system. The room was stark, practical - a sharp contrast to the warmth of the virtual space he'd designed for her. A machine  was preparing the neural interface there, ensuring he could move seamlessly between realities.</w:t>
        <w:br w:type="textWrapping"/>
        <w:tab/>
        <w:t xml:space="preserve">"The backstory?" Albertus asked.</w:t>
        <w:br w:type="textWrapping"/>
        <w:tab/>
        <w:t xml:space="preserve">Marcus consulted his tablet. "You're established as the manor's owner and her childhood friend. The system will plant subtle memories of your friendship, enough to feel familiar but not enough to raise questions. When she wakes, you'll be there as someone she trusts - someone who 'rescued' her after an accident."</w:t>
        <w:br w:type="textWrapping"/>
        <w:tab/>
        <w:t xml:space="preserve">"And her cover story?"</w:t>
        <w:br w:type="textWrapping"/>
        <w:tab/>
        <w:t xml:space="preserve">"A car accident three days ago. You, her old friend, offered to take care of her during recovery. The system will fill in any memory gaps with plausible explanations - doctors' visits, concerned parents, recovery time. Everything points to you as her protector."</w:t>
        <w:br w:type="textWrapping"/>
        <w:tab/>
        <w:t xml:space="preserve">Dr. Chen pulled up another screen, her movements precise but tense. "The memory implantation protocols weren't designed for this level of complexity. We're pushing the system's capabilities-"</w:t>
        <w:br w:type="textWrapping"/>
        <w:tab/>
        <w:t xml:space="preserve">"You designed it to help trauma patients recover," Albertus reminded her. "This is simply more... specialized application."</w:t>
        <w:br w:type="textWrapping"/>
        <w:tab/>
        <w:t xml:space="preserve">"A medical system repurposed for psychological manipulation," Dr. Chen muttered, then stiffened as Albertus turned to her. "The neural pathways are prepared," she added quickly. "But sustained deception at this level... there could be unexpected consequences."</w:t>
        <w:br w:type="textWrapping"/>
        <w:tab/>
        <w:t xml:space="preserve">Marcus stepped forward smoothly, deflecting tension. "The manor's virtual architecture is complete. Each room is designed to reinforce the narrative. The library especially - we've included books you both might have discussed as children and ones that she will be at home with."</w:t>
        <w:br w:type="textWrapping"/>
        <w:tab/>
        <w:t xml:space="preserve">On the screens, the virtual manor took shape: warm, inviting, yet carefully controlled. Every window looked out on manicured gardens that ended in an elegant stone wall. Every door led somewhere predetermined. A beautiful cage, crafted with obsessive attention to detail.</w:t>
        <w:br w:type="textWrapping"/>
        <w:tab/>
        <w:t xml:space="preserve">Albertus touched the screen, tracing the outline of her room. "And the failsafes?"</w:t>
        <w:br w:type="textWrapping"/>
        <w:tab/>
        <w:t xml:space="preserve">"Multiple," Dr. Chen assured. "Emergency sedation protocols, memory adjustment capabilities, reality anchors. If she starts to remember or resist, we can adjust in real-time."</w:t>
        <w:br w:type="textWrapping"/>
        <w:tab/>
        <w:t xml:space="preserve">A soft alarm sounded. On the medical feed, Varia stirred slightly in her induced sleep.</w:t>
        <w:br w:type="textWrapping"/>
        <w:tab/>
        <w:t xml:space="preserve">"The system modifications are holding," Dr. Chen added, her voice carefully neutral. She'd been with his father's company since Albertus was a child, and had watched him grow into the man who now commanded her creation. "Though I should note that this level of psychological manipulation wasn't part of the original design specs-"</w:t>
        <w:br w:type="textWrapping"/>
        <w:tab/>
        <w:t xml:space="preserve">"The original design was limited," Albertus cut her off. "This is transformation.." He caught Marcus's eye, seeing his friend's slight nod. They both knew keeping Dr. Chen cooperative was crucial - she was the only one who truly understood the system's core architecture.</w:t>
        <w:br w:type="textWrapping"/>
        <w:tab/>
        <w:t xml:space="preserve">"Sir," Marcus said quietly, "are you certain about participating directly? We could use an AI construct for your character-"</w:t>
        <w:br w:type="textWrapping"/>
        <w:tab/>
        <w:t xml:space="preserve">"No." Albertus turned to face the room, his authority silencing all activity. "I've waited twenty years to have her back. I won't experience it through a proxy."</w:t>
        <w:br w:type="textWrapping"/>
        <w:tab/>
        <w:t xml:space="preserve">He walked to the window overlooking the medical chamber below. She lay peacefully on the integration bed, dark hair framing her face. Wires were placed around her, preparing the neural interfaces.</w:t>
        <w:br w:type="textWrapping"/>
        <w:tab/>
        <w:t xml:space="preserve">"Show me the memory integration protocols," Albertus commanded, and Dr. Chen brought up a new display. Neural pathways lit up in complex patterns, each representing a carefully constructed memory.</w:t>
        <w:br w:type="textWrapping"/>
        <w:tab/>
        <w:t xml:space="preserve">"The system originally created safe spaces for trauma recovery," Dr. Chen explained, her professional mask slipping slightly. "We've... modified it to build artificial memories instead. Childhood encounters, brief conversations, moments of connection - enough to feel real without being too specific." She hesitated. "Though inserting yourself into her actual childhood memories is dangerous. The mind naturally resists-"</w:t>
        <w:br w:type="textWrapping"/>
        <w:tab/>
        <w:t xml:space="preserve">"Her mind won't resist," Albertus cut in. "We shared real moments. The system is just... helping her remember them."</w:t>
        <w:br w:type="textWrapping"/>
        <w:tab/>
        <w:t xml:space="preserve">Marcus cleared his throat. "The manor's programming is designed to support these memories. The library contains books you might have discussed, the garden has flowers she would have known. Even the architecture reflects periods she's studied."</w:t>
        <w:br w:type="textWrapping"/>
        <w:tab/>
        <w:t xml:space="preserve">On the main screen, the virtual manor's great room materialized. Leather-bound books lined mahogany shelves, a piano waited in the corner, and tall windows looked out on carefully rendered gardens. Every detail crafted to feel both grand and familiar.</w:t>
        <w:br w:type="textWrapping"/>
        <w:tab/>
        <w:t xml:space="preserve">"The medical monitoring system?" Albertus asked.</w:t>
        <w:br w:type="textWrapping"/>
        <w:tab/>
        <w:t xml:space="preserve">"Integrated but hidden," Dr. Chen replied. "We can track her neural responses, adjust chemical balances, monitor stress levels - all without visible technology. The manor itself is the interface." She pulled up another screen showing the building's complex systems. "But sir, the original program was meant to heal, not... contain. These modifications-"</w:t>
        <w:br w:type="textWrapping"/>
        <w:tab/>
        <w:t xml:space="preserve">"Are necessary," Albertus finished.</w:t>
        <w:tab/>
        <w:t xml:space="preserve">"And the boundaries?"</w:t>
        <w:br w:type="textWrapping"/>
        <w:tab/>
        <w:t xml:space="preserve">"Initially limited to the main wing. As she acclimates, we can expand her access. The gardens first, then perhaps the conservatory. Each expansion controlled, each new space a reward for acceptance." Marcus paused. "Though Dr. Chen's right about one thing - maintaining this level of reality manipulation will require constant monitoring."</w:t>
        <w:br w:type="textWrapping"/>
        <w:tab/>
        <w:t xml:space="preserve">Dr. Chen's fingers flew over her keyboard, bringing up more diagnostic screens. "The neural interface was designed for temporary therapeutic sessions," Dr. Chen said carefully, her eyes on the diagnostic screens. "Prolonged immersion is... uncharted territory."</w:t>
        <w:br w:type="textWrapping"/>
        <w:tab/>
        <w:t xml:space="preserve"> "You have concerns?" Albertus's tone made it clear he wasn't really asking.</w:t>
        <w:br w:type="textWrapping"/>
        <w:tab/>
        <w:t xml:space="preserve">"Only technical ones, sir." Dr. Chen answered smoothly, though her fingers tightened on her tablet. "The system will need constant monitoring to maintain stability."</w:t>
        <w:br w:type="textWrapping"/>
        <w:tab/>
        <w:t xml:space="preserve">Marcus stepped in, as he often did when Dr. Chen's scientific caution threatened to clash with Albertus's determination. "All safety protocols are in place, sir. The manor's systems are ready."</w:t>
        <w:br w:type="textWrapping"/>
        <w:tab/>
        <w:t xml:space="preserve">On the screens, the virtual manor waited, perfect and empty. Below, in the medical chamber, technicians made final adjustments to Varia's neural interface.</w:t>
        <w:br w:type="textWrapping"/>
        <w:tab/>
        <w:t xml:space="preserve">"Sir," Marcus said quietly, "once we begin, there's no going back."</w:t>
        <w:br w:type="textWrapping"/>
        <w:tab/>
        <w:t xml:space="preserve">"That's exactly what I want." Albertus touched the screen showing her room one last time. "Begin final preparations. I want to be there when she wakes up in her new home."</w:t>
        <w:br w:type="textWrapping"/>
        <w:tab/>
        <w:t xml:space="preserve">Dr. Chen bent over her console, her face illuminated by scrolling code. If she had further concerns, she kept them to herself.</w:t>
        <w:br w:type="textWrapping"/>
        <w:tab/>
        <w:t xml:space="preserve">The virtual manor hummed to life on the screens, waiting to receive its new residents. Soon, two minds would enter its carefully crafted reality - one believing it was home, the other determined to make it so.</w:t>
        <w:br w:type="textWrapping"/>
        <w:br w:type="textWrapping"/>
        <w:t xml:space="preserve">                              * * *                         </w:t>
        <w:br w:type="textWrapping"/>
        <w:br w:type="textWrapping"/>
        <w:tab/>
        <w:t xml:space="preserve">As the medical team worked, his mind drifted to just hours earlier - the careful extraction from the auction house. He'd insisted on overseeing her transfer personally, watching as Marcus's hand-picked team moved her from the private pub to the waiting vehicle. Every detail planned: medical support during transport, discrete security, routes cleared in advance. No chance of anyone tracking them.</w:t>
        <w:br w:type="textWrapping"/>
        <w:tab/>
        <w:t xml:space="preserve">As the medical team worked, his mind drifted to just hours earlier - the careful extraction from the auction house. He'd insisted on overseeing her transfer personally, watching as Marcus's hand-picked team moved her from the private pub to the waiting vehicle. Every detail planned: medical support during transport, discrete security, routes cleared in advance. No chance of Kane or his Russo connections tracking them.</w:t>
        <w:br w:type="textWrapping"/>
        <w:tab/>
        <w:t xml:space="preserve">"The medical team from the transfer?" Albertus asked suddenly, his voice sharp.</w:t>
        <w:br w:type="textWrapping"/>
        <w:tab/>
        <w:t xml:space="preserve"> "Already handled," Marcus assured him. "Separated teams, minimal information. Each group only knew their specific task. The transport team thinks it was a standard medical transfer, the facility team believes this is a classified company project." He paused. "Only Dr. Chen and I know about her... about who she really is."</w:t>
        <w:br w:type="textWrapping"/>
        <w:tab/>
        <w:t xml:space="preserve">Albertus nodded, satisfied. The fewer people who knew about her, the better. Even the security teams were compartmentalized - no one guard knew the full layout of the facility or its true purpose. She was his, and he intended to keep it that way.</w:t>
        <w:br w:type="textWrapping"/>
        <w:tab/>
        <w:t xml:space="preserve">"Final systems check," Dr. Chen announced, her voice professionally neutral despite her obvious discomfort with how her medical system had been transformed. "Neural pathways are stable. Virtual environment locked. Security protocols active." She paused, checking another screen. "The childhood memory integrations are prepped and ready."</w:t>
        <w:br w:type="textWrapping"/>
        <w:tab/>
        <w:t xml:space="preserve">"The friendship narrative is fully mapped," Marcus added, tablet in hand. "The system will gradually introduce shared memories - subtle things, moments that could have been forgotten until now. Everything supporting your role as her childhood friend who's now protecting her during recovery."</w:t>
        <w:br w:type="textWrapping"/>
        <w:tab/>
        <w:t xml:space="preserve">Albertus nodded, watching the medical team attach the neural interfaces. Two days of rushed preparation, but everything was finally ready. "And the manor's programming?"</w:t>
        <w:br w:type="textWrapping"/>
        <w:tab/>
        <w:t xml:space="preserve">"Responding perfectly to the modifications," Dr. Chen said carefully. "Though I still recommend caution with the depth of immersion you're planning-"</w:t>
        <w:br w:type="textWrapping"/>
        <w:tab/>
        <w:t xml:space="preserve">"Your concerns are noted, Dr. Chen," Albertus said, his tone final. These last forty-eight hours had tested everyone's limits, but he wouldn't let technical caution delay them now. "The interface?"</w:t>
        <w:br w:type="textWrapping"/>
        <w:tab/>
        <w:t xml:space="preserve"> "Calibrated to match the memory parameters," she replied, checking readings. "The system will support your shared childhood narrative - school library encounters, playground conversations, the day you had to move away. All subtle enough to feel like half-remembered moments."</w:t>
        <w:br w:type="textWrapping"/>
        <w:tab/>
        <w:t xml:space="preserve">"Dr. Chen," Albertus interrupted her technical explanation, "your team's access will be restricted once integration begins. You'll monitor from the secondary control room only. No direct contact."</w:t>
        <w:br w:type="textWrapping"/>
        <w:tab/>
        <w:t xml:space="preserve"> "Sir, if there are complications-"</w:t>
        <w:br w:type="textWrapping"/>
        <w:tab/>
        <w:t xml:space="preserve">"Then you'll handle them remotely." His tone left no room for argument. "The fewer people with direct access to her, the safer she'll be." He caught Marcus's eye. "The same goes for security protocols. Minimum necessary personnel only."</w:t>
        <w:br w:type="textWrapping"/>
        <w:tab/>
        <w:t xml:space="preserve">Marcus nodded, understanding both the spoken and unspoken commands. His friend's possessive protection of Varia wasn't just emotion - it was practical. Every person who knew about her was a potential threat, a possible leak. "I'll handle the rotation schedules personally, sir. No one will get close enough to matter."</w:t>
        <w:br w:type="textWrapping"/>
        <w:tab/>
        <w:t xml:space="preserve">The medical team continued their work as Albertus let his mind drift again to the transfer. The way her dark hair had spilled across the medical gurney, how peaceful she'd looked even in sedated sleep. His security team had moved with practiced efficiency - through the pub's hidden exit, into the armored vehicle, along carefully secured routes to this facility. He'd watched every moment, remembering that day twenty years ago when he'd been powerless to stay with her. Never again.</w:t>
        <w:br w:type="textWrapping"/>
        <w:tab/>
        <w:t xml:space="preserve">"Sir," Marcus stepped forward, tablet displaying security feeds. "The facility is locked down. Dr. Chen's team is contained to the essential areas only. No one else knows about the modified system or its true purpose."</w:t>
        <w:br w:type="textWrapping"/>
        <w:tab/>
        <w:t xml:space="preserve">"And the company?"</w:t>
        <w:br w:type="textWrapping"/>
        <w:tab/>
        <w:t xml:space="preserve">"As far as they know, you're taking a brief sabbatical coming back Monday. The VR medical project remains officially shelved." Marcus paused. "Though Kane's people were asking questions at the pub after we left."</w:t>
        <w:br w:type="textWrapping"/>
        <w:tab/>
        <w:t xml:space="preserve">"Let them ask." Albertus watched as the neural interface was positioned. "By the time they find anything, we'll be too deeply integrated for interference."</w:t>
        <w:br w:type="textWrapping"/>
        <w:tab/>
        <w:t xml:space="preserve">Dr. Chen's fingers flew over her console, but her voice remained carefully neutral. "Integration protocols are primed. The manor's systems are responding to your baseline neural patterns. Once you're inside..." she hesitated.</w:t>
        <w:br w:type="textWrapping"/>
        <w:tab/>
        <w:t xml:space="preserve">"Once I'm inside?"</w:t>
        <w:br w:type="textWrapping"/>
        <w:tab/>
        <w:t xml:space="preserve">"The immersion will be... complete. The system is designed to maintain consistent reality at all costs. Even I won't be able to distinguish your conscious choices from the programmed responses without deep scanning."</w:t>
        <w:br w:type="textWrapping"/>
        <w:tab/>
        <w:t xml:space="preserve">"Good." Albertus lay back, ignoring the cold efficiency of the medical suite. Above him, screens displayed her vital signs, still peacefully sedated in the chamber below. Everything he'd built, every power play and business deal, had led to this moment. "Begin sequence."</w:t>
        <w:br w:type="textWrapping"/>
        <w:tab/>
        <w:t xml:space="preserve">Albertus lay back on the bed, trying to ignore the cold efficiency of the room. Above him, screens displayed her vital signs, still peacefully sedated in the chamber below.</w:t>
        <w:br w:type="textWrapping"/>
        <w:tab/>
        <w:t xml:space="preserve">"Sir," Marcus stepped forward, "the business matters-"</w:t>
        <w:br w:type="textWrapping"/>
        <w:tab/>
        <w:t xml:space="preserve">"Can wait." Albertus watched as the medical team attached the neural interfaces. "No interruptions unless it's critical. I need time to establish my presence in the virtual world before she wakes."</w:t>
        <w:br w:type="textWrapping"/>
        <w:tab/>
        <w:t xml:space="preserve">"And if Kane retaliates?"</w:t>
        <w:br w:type="textWrapping"/>
        <w:tab/>
        <w:t xml:space="preserve">"Handle it." Albertus's dark eyes fixed on his assistant and friend. "That's why I pay you so well."</w:t>
        <w:br w:type="textWrapping"/>
        <w:tab/>
        <w:t xml:space="preserve">Dr. Chen approached with the final connection. "Remember, sir, you'll feel disoriented at first. The system needs time to calibrate your consciousness. Don't fight it."</w:t>
        <w:br w:type="textWrapping"/>
        <w:tab/>
        <w:t xml:space="preserve">Albertus nodded, his fingers brushing the worn photograph one last time before setting it on the bedside table. The first wave of sedation washed over him. On the screens, his brain patterns began shifting, aligning with the virtual interface. The room's harsh lights seemed to blur, soften.</w:t>
        <w:br w:type="textWrapping"/>
        <w:tab/>
        <w:t xml:space="preserve">"Neural integration commencing," Dr. Chen's voice sounded distant. "Consciousness transfers in three... two... one..."</w:t>
        <w:br w:type="textWrapping"/>
        <w:tab/>
        <w:t xml:space="preserve">Through his fading consciousness, he heard Dr. Chen murmur to Marcus: "The system wasn't meant for this level of psychological integration. We've pushed it far beyond its medical parameters these last two days."</w:t>
        <w:br w:type="textWrapping"/>
        <w:tab/>
        <w:t xml:space="preserve">"We've all done what's necessary," Marcus replied quietly. "Just maintain the protocols."</w:t>
        <w:br w:type="textWrapping"/>
        <w:tab/>
        <w:t xml:space="preserve">The world began to dissolve, but Albertus smiled. Let them worry about parameters and protocols. Soon none of it would matter. Soon he would be with her in their perfect world, childhood friends reunited, protector and protected.</w:t>
        <w:br w:type="textWrapping"/>
        <w:tab/>
        <w:t xml:space="preserve">This time forever.</w:t>
        <w:br w:type="textWrapping"/>
        <w:tab/>
        <w:t xml:space="preserve">When Albertus opened his eyes, he was standing in the virtual hallway outside her room. Everything looked perfect - the antique wallpaper, the thick carpet, even the quality of light from the artificial windows. He tested his movement, pleased with the responsiveness.</w:t>
        <w:br w:type="textWrapping"/>
        <w:tab/>
        <w:t xml:space="preserve">Through the door, he could hear the soft sounds of the medical team preparing her physical form for integration. Soon, she would wake up here, confused and afraid. And he would be waiting, ready to guide her, to protect her.</w:t>
        <w:br w:type="textWrapping"/>
        <w:tab/>
        <w:t xml:space="preserve">To keep her.</w:t>
        <w:br w:type="textWrapping"/>
        <w:tab/>
        <w:t xml:space="preserve">Albertus walked the hallway, testing the boundaries of their shared prison. Everything had to be perfect. He'd waited too long, planned too carefully, to risk any flaws in his constructed reality.</w:t>
        <w:br w:type="textWrapping"/>
        <w:tab/>
        <w:t xml:space="preserve">In the physical world, Marcus watched the monitors as his employer's consciousness settled fully into the virtual space. "Security teams are in position," he reported to Dr. Chen. "No one enters, no one leaves."</w:t>
        <w:br w:type="textWrapping"/>
        <w:tab/>
        <w:t xml:space="preserve">On the screens, Albertus's avatar stood outside her door, waiting. Below, in her medical chamber, Varia slept on, unaware that her new reality was about to begin.</w:t>
        <w:br w:type="textWrapping"/>
        <w:tab/>
        <w:t xml:space="preserve">The stage was set. The players were in position.</w:t>
        <w:br w:type="textWrapping"/>
        <w:tab/>
        <w:t xml:space="preserve">And soon, she would wake up in his world.</w:t>
      </w:r>
      <w:r w:rsidDel="00000000" w:rsidR="00000000" w:rsidRPr="00000000">
        <w:rPr>
          <w:rtl w:val="0"/>
        </w:rPr>
      </w:r>
    </w:p>
    <w:p w:rsidR="00000000" w:rsidDel="00000000" w:rsidP="00000000" w:rsidRDefault="00000000" w:rsidRPr="00000000" w14:paraId="00000008">
      <w:pPr>
        <w:pStyle w:val="Heading2"/>
        <w:rPr/>
      </w:pPr>
      <w:bookmarkStart w:colFirst="0" w:colLast="0" w:name="_heading=h.jei0xfjx7vv7" w:id="3"/>
      <w:bookmarkEnd w:id="3"/>
      <w:r w:rsidDel="00000000" w:rsidR="00000000" w:rsidRPr="00000000">
        <w:rPr>
          <w:rtl w:val="0"/>
        </w:rPr>
        <w:br w:type="textWrapping"/>
        <w:t xml:space="preserve">Chapter 3: The Awakening *</w:t>
      </w:r>
    </w:p>
    <w:p w:rsidR="00000000" w:rsidDel="00000000" w:rsidP="00000000" w:rsidRDefault="00000000" w:rsidRPr="00000000" w14:paraId="00000009">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Consciousness came slowly, like swimming up through dark water. The first thing Varia noticed was the softness beneath her - different from her bed at home. Then came the silence. Complete, absolute silence.</w:t>
        <w:br w:type="textWrapping"/>
        <w:tab/>
        <w:t xml:space="preserve">Her eyes felt heavy as she forced them open. Blue walls. Not her walls. Not any walls she recognized. The room was dim, lit by what seemed to be morning light, but something about it felt... wrong. A dull ache in her temple made her wince, her fingers finding a small bandage there. </w:t>
        <w:br w:type="textWrapping"/>
        <w:tab/>
        <w:t xml:space="preserve">On the bedside table, a small arrangement of white roses sat beside what looked like medical monitoring equipment, elegantly integrated into the antique furniture. A card leaned against the vase, but her vision was too blurry to read it yet.</w:t>
        <w:br w:type="textWrapping"/>
        <w:tab/>
        <w:t xml:space="preserve">She tried to sit up, her movements sluggish as if she'd slept too long. Her headache was dull.  Across the room, an antique desk sat beneath a window, but the view beyond...</w:t>
        <w:br w:type="textWrapping"/>
        <w:tab/>
        <w:t xml:space="preserve">There was no view.</w:t>
        <w:br w:type="textWrapping"/>
        <w:tab/>
        <w:t xml:space="preserve">Just... nothing.</w:t>
        <w:br w:type="textWrapping"/>
        <w:tab/>
        <w:t xml:space="preserve">The grey nothingness seemed to shift slightly as she watched, or maybe it was her dizzy spell returning. The temperature in the room felt cooler now, though she couldn't locate any vents. Her historian's eye caught details even through her rising panic - the window's Victorian architecture, the precise woodwork that placed the construction in the late 1800s. The kind of details she'd written about in her thesis.</w:t>
        <w:br w:type="textWrapping"/>
        <w:tab/>
        <w:t xml:space="preserve">"Mom?" Her voice came out raspy, unfamiliar. How long had she been asleep? The last thing she remembered was...</w:t>
        <w:br w:type="textWrapping"/>
        <w:tab/>
        <w:t xml:space="preserve">Was...</w:t>
        <w:br w:type="textWrapping"/>
        <w:tab/>
        <w:t xml:space="preserve">Panic surged as she realized she couldn't remember. The museum. Dinner with her parents. Walking through the park and then... nothing.</w:t>
        <w:br w:type="textWrapping"/>
        <w:tab/>
        <w:t xml:space="preserve">Her heart began to race as she pushed herself out of bed. She wore a simple white nightgown she'd never seen before. The wooden floor was cold under her bare feet as she stumbled to the window.</w:t>
        <w:br w:type="textWrapping"/>
        <w:tab/>
        <w:t xml:space="preserve">Her fingers pressed against solid glass, but beyond it was only a grey nothingness. Not fog, not darkness, just... absence.</w:t>
        <w:br w:type="textWrapping"/>
        <w:tab/>
        <w:t xml:space="preserve">"Dad?" Her voice is stronger now, edged with fear. "Anyone?"</w:t>
        <w:br w:type="textWrapping"/>
        <w:tab/>
        <w:t xml:space="preserve">The room was large, well-furnished. Bookshelves lined one wall, filled with history texts - some titles she recognized, others she didn't. Bookshelves lined one wall, filled with history texts - some titles she recognized, others she didn't. One book stood out: "Victorian Architecture: Hidden Spaces" - something about it tugged at her memory, like a conversation half-remembered. The collection was curated with obvious care and knowledge of her interests, which somehow made it more unsettling. A closet stood partially open, revealing clothes in her size. Her size, but not her clothes.</w:t>
        <w:br w:type="textWrapping"/>
        <w:tab/>
        <w:t xml:space="preserve">The door. There had to be a door.</w:t>
        <w:br w:type="textWrapping"/>
        <w:tab/>
        <w:t xml:space="preserve">She turned slowly, her breath catching in her throat.</w:t>
        <w:br w:type="textWrapping"/>
        <w:tab/>
        <w:t xml:space="preserve">There was no door.</w:t>
        <w:br w:type="textWrapping"/>
        <w:tab/>
        <w:t xml:space="preserve">Just smooth, blue walls. No entrance. No exit. No way in or out.</w:t>
        <w:br w:type="textWrapping"/>
        <w:tab/>
        <w:t xml:space="preserve">"Help!" The scream tore from her throat as she ran her hands along the walls, searching for seams, for hidden panels, for anything. "Someone please! Help me!"</w:t>
        <w:br w:type="textWrapping"/>
        <w:tab/>
        <w:t xml:space="preserve">Her fingers found nothing but a solid wall. The panic rose higher, threatening to choke her.</w:t>
        <w:br w:type="textWrapping"/>
        <w:tab/>
        <w:t xml:space="preserve">This wasn't real. It couldn't be real.</w:t>
        <w:br w:type="textWrapping"/>
        <w:tab/>
        <w:t xml:space="preserve">She backed away from the wall until her legs hit the bed, sending her sitting heavily on its edge. Her chest felt tight, each breath shorter than the last. As panic rose, she forced herself to do what she always did when overwhelmed - analyze, categorize, understand.</w:t>
        <w:br w:type="textWrapping"/>
        <w:tab/>
        <w:t xml:space="preserve">The room's lighting dimmed slightly, the temperature shifting to something more soothing. Even through her fear, her trained eye caught details - the precise spacing of the Victorian paneling, the historical accuracy of the crown moldings, the subtle irregularities that suggested hidden spaces behind them. The professional part of her brain, the part that had spent years studying historical architecture, noted the room's perfect execution of period details. Too perfect. Like a museum recreation, but impossibly complete.</w:t>
        <w:br w:type="textWrapping"/>
        <w:tab/>
        <w:t xml:space="preserve">"This isn't real," she whispered, pressing her palms against her eyes. "Wake up. Wake up. Wake up!"</w:t>
        <w:br w:type="textWrapping"/>
        <w:tab/>
        <w:t xml:space="preserve">But when she opened her eyes, nothing had changed. The doorless room remained. The empty window stared back at her. As her gaze darted around the room, searching for something, anything that might make sense, it caught on a framed photograph she hadn't noticed before. Through her blurred vision, she could make out children in a library, but looking at it made her head ache more intensely. The harder she tried to focus on it, the more it seemed to resist her attention, like trying to remember a dream that slips away upon waking.</w:t>
        <w:br w:type="textWrapping"/>
        <w:tab/>
        <w:t xml:space="preserve">She wasn't supposed to be here.</w:t>
        <w:br w:type="textWrapping"/>
        <w:tab/>
        <w:t xml:space="preserve">Something was very, very wrong.</w:t>
        <w:br w:type="textWrapping"/>
        <w:br w:type="textWrapping"/>
        <w:t xml:space="preserve">                              * * *                         </w:t>
        <w:br w:type="textWrapping"/>
        <w:br w:type="textWrapping"/>
        <w:tab/>
        <w:t xml:space="preserve">Time became meaningless in the doorless room. Varia paced the perimeter again and again, measuring it in steps, in breaths, in heartbeats. Seventeen steps long. Fifteen steps wide. No doors. No seams. No escape.</w:t>
        <w:br w:type="textWrapping"/>
        <w:tab/>
        <w:t xml:space="preserve">Her head throbbed dully, the bandage at her temple a constant reminder of... something. The medical equipment by the bed blinked steadily, its modern technology seamlessly integrated into the antique furniture. Like everything else in this room, even the medical monitoring had been carefully disguised.</w:t>
        <w:br w:type="textWrapping"/>
        <w:tab/>
        <w:t xml:space="preserve">Her fingers traced the walls until they were raw, searching for any imperfection. The blue paint was flawless, expensive - the kind of detail that made this feel like a carefully planned prison rather than a nightmare. Her academic mind cataloged the architectural elements - Victorian era, late 1870s, but with subtle modifications she'd written about in her thesis. Hidden spaces behind seemingly solid walls, the kind wealthy merchants had used to maintain control of their households.</w:t>
        <w:br w:type="textWrapping"/>
        <w:tab/>
        <w:t xml:space="preserve">The closet held more evidence of preparation. Clothes in her exact size - dresses, pants, sweaters. Everything matched her style perfectly, as if someone had studied her preferences. On the hangers, she found a blue dress similar to the one she'd worn to the museum, but not quite the same.</w:t>
        <w:br w:type="textWrapping"/>
        <w:tab/>
        <w:t xml:space="preserve">The museum. Her parents. Dinner.</w:t>
        <w:br w:type="textWrapping"/>
        <w:tab/>
        <w:t xml:space="preserve">Every time she tried to remember that night, her head throbbed. The memories were there, but trying to focus on them made her dizzy. Like the photograph on the desk - the one with children in what looked like a library. Every time she tried to study it, her vision blurred, the details slipping away like water through her fingers.</w:t>
        <w:br w:type="textWrapping"/>
        <w:tab/>
        <w:t xml:space="preserve">Her fingers found the bandage at her temple again. The medical equipment on the bedside table blinked silently, its modern technology an odd contrast to the room's Victorian features.</w:t>
        <w:br w:type="textWrapping"/>
        <w:tab/>
        <w:t xml:space="preserve">A sound made her freeze. A soft mechanical hum, barely audible. The air shifted slightly, like a ventilation system activating.</w:t>
        <w:br w:type="textWrapping"/>
        <w:tab/>
        <w:t xml:space="preserve">She spun around.</w:t>
        <w:br w:type="textWrapping"/>
        <w:tab/>
        <w:t xml:space="preserve">On the antique desk, where nothing had been before, sat a glass of water and a plate with toast and fruit.</w:t>
        <w:br w:type="textWrapping"/>
        <w:tab/>
        <w:t xml:space="preserve">The temperature shifted slightly, becoming more comfortable as her heart rate slowed. She noted how the lighting adjusted, similar to the automated systems she'd studied in merchant houses - but far more sophisticated.</w:t>
        <w:br w:type="textWrapping"/>
        <w:tab/>
        <w:t xml:space="preserve">Her throat tightened. "I know you're watching," she called out, her voice steadier than she felt. "Whatever this is, whatever you want... my parents will be looking for me."</w:t>
        <w:br w:type="textWrapping"/>
        <w:tab/>
        <w:t xml:space="preserve">Silence answered.</w:t>
        <w:br w:type="textWrapping"/>
        <w:tab/>
        <w:t xml:space="preserve">She approached the desk slowly, analytically. The food looked fresh, carefully prepared. Her stomach was cramped with hunger, but she hesitated. The water glass had condensation on its surface - real water, not drugged, she hoped. They could have drugged her any time while she was unconscious.</w:t>
        <w:br w:type="textWrapping"/>
        <w:tab/>
        <w:t xml:space="preserve">"You went to a lot of trouble," she said to the empty room, knowing someone must be monitoring. "The books, the clothes... you've been planning this."</w:t>
        <w:br w:type="textWrapping"/>
        <w:tab/>
        <w:t xml:space="preserve">The toast was still warm, the fruit arranged with careful precision. Someone wanted her to be comfortable. Cared for. That was almost worse than if they'd been cruel. She forced herself to eat a piece of toast, trying to think practically. She needed strength. Needed to stay alert. Needed to understand what they wanted from her. Her gaze drifted back to the photograph, something about the boy's face tugging at her memory, but the harder she tried to focus, the more her headache.</w:t>
        <w:br w:type="textWrapping"/>
        <w:tab/>
        <w:t xml:space="preserve">She picked up the water glass, her hands shaking slightly. After a long moment, she took a sip. If they wanted to drug her, they didn't need her cooperation.</w:t>
        <w:br w:type="textWrapping"/>
        <w:tab/>
        <w:t xml:space="preserve">The water was cool and clean. Real.</w:t>
        <w:br w:type="textWrapping"/>
        <w:tab/>
        <w:t xml:space="preserve">She sank into the desk chair, studying the room with new eyes. Everything was expensive, chosen with care. The history books on the shelves - she recognized many from her own wishlist, books she'd wanted but couldn't afford. Whoever took her knew her well.</w:t>
        <w:br w:type="textWrapping"/>
        <w:tab/>
        <w:t xml:space="preserve">That thought sent a chill down her spine.</w:t>
        <w:br w:type="textWrapping"/>
        <w:tab/>
        <w:t xml:space="preserve">Her reflection in the windowpane looked exhausted, dark circles under her eyes suggesting... How long? Time felt wrong here. There should be memories - the accident they'd mentioned in the card, her parents visiting, something. But trying to piece together the recent past made her head throb worse than before.</w:t>
        <w:br w:type="textWrapping"/>
        <w:tab/>
        <w:t xml:space="preserve">"My parents," she whispered, but stopped. There was something... hadn't she just seen them? At dinner? At the hospital? The memories shifted like sand, refusing to settle into any clear pattern. "They must be..." But even that thought slipped away before she could grasp it.</w:t>
        <w:br w:type="textWrapping"/>
        <w:tab/>
        <w:t xml:space="preserve">But as she stared at her reflection in the windowpane, at the grey nothingness beyond, a more immediate reality pressed in - one she didn't want to acknowledge.</w:t>
        <w:br w:type="textWrapping"/>
        <w:tab/>
        <w:t xml:space="preserve">How could anyone find her if there was no way in?</w:t>
        <w:br w:type="textWrapping"/>
        <w:br w:type="textWrapping"/>
        <w:t xml:space="preserve">                              * * *                         </w:t>
        <w:br w:type="textWrapping"/>
        <w:br w:type="textWrapping"/>
        <w:tab/>
        <w:t xml:space="preserve">The books kept drawing her attention. After what might have been hours of staring at the unchanging grey beyond the window, Varia finally approached the bookshelf. Her fingers traced the spines - leather-bound volumes on Victorian architecture, first editions of historical texts she'd only seen in university libraries, even rare manuscripts she'd cited in her thesis.</w:t>
        <w:br w:type="textWrapping"/>
        <w:tab/>
        <w:t xml:space="preserve">She pulled out a book on merchant houses, the same one she'd discussed with Dr. Wells at the museum. The memory made her throat tight, and her temple throbbed where the bandage sat.</w:t>
        <w:br w:type="textWrapping"/>
        <w:tab/>
        <w:t xml:space="preserve">A sound made her drop the book.</w:t>
        <w:br w:type="textWrapping"/>
        <w:tab/>
        <w:t xml:space="preserve">Where the wall had been - where no door had existed moments before - stood an ornate wooden door.</w:t>
        <w:br w:type="textWrapping"/>
        <w:tab/>
        <w:t xml:space="preserve">Her heart hammered against her ribs as she approached it. The handle was solid brass, cool under her palm. It turned.</w:t>
        <w:br w:type="textWrapping"/>
        <w:tab/>
        <w:t xml:space="preserve">Beyond lay a hallway, its walls covered in Victorian wallpaper, lit by what seemed to be gaslight sconces. Her historian's eye caught the architectural details - genuine Victorian craftsmanship, not reproduction. The gaslight sconces were functional, not decorative, though something about their steady flame seemed odd. The carpet beneath her feet was thick, expensive, muffling her steps.</w:t>
        <w:br w:type="textWrapping"/>
        <w:tab/>
        <w:t xml:space="preserve">"Hello?" Her voice sounded small in the vast space.</w:t>
        <w:br w:type="textWrapping"/>
        <w:tab/>
        <w:t xml:space="preserve">The hallway's temperature seemed to adjust as she stepped forward, the lighting softening to a more comfortable level. Like her room, everything responded to her presence.</w:t>
        <w:br w:type="textWrapping"/>
        <w:tab/>
        <w:t xml:space="preserve">"Ah, you're finally exploring." The voice was warm, cultured. A man about her age stepped into view from one of the other doorways. He wore a perfectly tailored black suit, his presence commanding yet not threatening. "I was wondering when you'd venture out."</w:t>
        <w:br w:type="textWrapping"/>
        <w:tab/>
        <w:t xml:space="preserve">Varia's fingers tightened on the doorframe. "Who are you?"</w:t>
        <w:br w:type="textWrapping"/>
        <w:tab/>
        <w:t xml:space="preserve">"Albertus Sentius," he said, something familiar in his smile. "Though you might remember me from elementary school. It's been a long time." He maintained a respectful distance. "Welcome to my home."</w:t>
        <w:br w:type="textWrapping"/>
        <w:tab/>
        <w:t xml:space="preserve">"Your home?" Varia's voice caught. "I don't understand. How did I get here? Why can't I remember?"</w:t>
        <w:br w:type="textWrapping"/>
        <w:tab/>
        <w:t xml:space="preserve">"The accident has left some temporary confusion," he said smoothly. "Dr. Chen assured me it's normal during recovery." His tone was gentle but assured. "Those questions are natural, but in my experience, answers come easier with time and acceptance." He indicated a door nearby. "The library might help - you always loved spending time there at school. I remember finding you between classes, surrounded by history books."</w:t>
        <w:br w:type="textWrapping"/>
        <w:tab/>
        <w:t xml:space="preserve">She studied him carefully. Unlike her confusion, he seemed perfectly at ease in this strange place, as if he belonged here. His confidence was almost reassuring - at least someone knew what was happening. Something about his face tugged at her memory, like the photograph she couldn't quite focus on.</w:t>
        <w:br w:type="textWrapping"/>
        <w:tab/>
        <w:t xml:space="preserve">"The library?" she repeated, her academic curiosity warring with caution.</w:t>
        <w:br w:type="textWrapping"/>
        <w:tab/>
        <w:t xml:space="preserve">"You're a historian, aren't you?" A slight smile touched his lips. "I think you'll find the collection... interesting."</w:t>
        <w:br w:type="textWrapping"/>
        <w:tab/>
        <w:t xml:space="preserve">Varia looked back at her room - her safe space in this bizarre situation - then at Albertus, who waited patiently, clearly used to this hesitation. The hallway seemed to pulse gently around them, the temperature perfect, the lighting adjusted to soothe her anxiety.</w:t>
        <w:br w:type="textWrapping"/>
        <w:tab/>
        <w:t xml:space="preserve">"Why am I here?" she asked quietly.</w:t>
        <w:br w:type="textWrapping"/>
        <w:tab/>
        <w:t xml:space="preserve">"Because this is where you need to be," he answered simply. "Shall we start with the library? Sometimes having somewhere familiar helps make the unfamiliar less daunting."</w:t>
        <w:br w:type="textWrapping"/>
        <w:tab/>
        <w:t xml:space="preserve">Something in his steady gaze, his quiet authority, made her take that first step into the hallway. The door closed behind her with a soft click.</w:t>
        <w:br w:type="textWrapping"/>
        <w:br w:type="textWrapping"/>
        <w:t xml:space="preserve">                              * * *                         </w:t>
        <w:br w:type="textWrapping"/>
        <w:br w:type="textWrapping"/>
        <w:tab/>
        <w:t xml:space="preserve">The hallway seemed to stretch endlessly in both directions, but Albertus led her to a door only a few steps away. Like everything else, it was beautifully crafted - dark wood with brass fittings that caught the light from the sconces.</w:t>
        <w:br w:type="textWrapping"/>
        <w:tab/>
        <w:t xml:space="preserve">"The library," he said softly, pushing it open.</w:t>
        <w:br w:type="textWrapping"/>
        <w:tab/>
        <w:t xml:space="preserve">Varia's breath caught. The room was vast, two stories high with a spiral staircase connecting the levels. Leather-bound books filled floor-to-ceiling shelves, their spines gleaming in the warm light. Her historian's eye caught authentic details - first editions she recognized, rare manuscripts she'd studied in her thesis research. The collection was curated with intimate knowledge of her academic interests. A fireplace crackle on the far wall, flanked by deep armchairs that looked perfect for reading.</w:t>
        <w:br w:type="textWrapping"/>
        <w:tab/>
        <w:t xml:space="preserve">"It's... beautiful," she whispered, despite herself.</w:t>
        <w:br w:type="textWrapping"/>
        <w:tab/>
        <w:t xml:space="preserve">"It helps, sometimes," Albertus said, remaining by the door as she stepped inside. "Having somewhere to lose yourself when it all becomes too much."</w:t>
        <w:br w:type="textWrapping"/>
        <w:tab/>
        <w:t xml:space="preserve">Something flickered in her memory - a school library, the same comforting smell of books, but the details slipped away as she tried to grasp them.</w:t>
        <w:br w:type="textWrapping"/>
        <w:tab/>
        <w:t xml:space="preserve">Her fingers trailed along the nearest shelf, touching the books reverently. The familiar smell of old paper and leather brought an unexpected comfort. For a moment, just a moment, she could almost forget the strangeness of her situation.</w:t>
        <w:br w:type="textWrapping"/>
        <w:tab/>
        <w:t xml:space="preserve">"I should..." she glanced back toward her room, uncertainty creeping in. The library's lighting softened subtly, the temperature adjusting to soothe her rising anxiety, just as her room had done.</w:t>
        <w:br w:type="textWrapping"/>
        <w:tab/>
        <w:t xml:space="preserve">"Of course," he nodded, understanding in his eyes. "It's overwhelming at first. Take your time." He stepped back into the hallway. "Your room will always be there. And so will I, when you're ready to talk."</w:t>
        <w:br w:type="textWrapping"/>
        <w:tab/>
        <w:t xml:space="preserve">Varia watched him walk away, his footsteps silent on the thick carpet. The library door remained open, inviting. But the pull of her room - the only space that felt truly safe - was stronger.</w:t>
        <w:br w:type="textWrapping"/>
        <w:tab/>
        <w:t xml:space="preserve">She retreated, closing her door softly behind her. The blue walls that had felt like a prison now offered a strange comfort. At least here, she knew what to expect.</w:t>
        <w:br w:type="textWrapping"/>
        <w:tab/>
        <w:t xml:space="preserve">On her desk, a new cup of tea had appeared, steam rising gently from the porcelain cup. Her favorite blend, she noticed. Of course it was.</w:t>
        <w:br w:type="textWrapping"/>
        <w:tab/>
        <w:t xml:space="preserve">Sinking into the desk chair, Varia wrapped her hands around the warm cup and stared out at the grey nothingness beyond her window. The day's events swirled in her mind - the doorless room, the mysterious hallway, Albertus with his tired eyes and careful distance.</w:t>
        <w:br w:type="textWrapping"/>
        <w:tab/>
        <w:t xml:space="preserve">Her head throbbed gently, reminding her of the bandage at her temple. The medical equipment by her bed blinked steadily, monitoring her stress levels.</w:t>
        <w:br w:type="textWrapping"/>
        <w:tab/>
        <w:t xml:space="preserve">None of it made sense. But as she sipped her tea and watched darkness slowly fade into the grey beyond her window, she realized something that frightened her more than any of it:</w:t>
        <w:br w:type="textWrapping"/>
        <w:tab/>
        <w:t xml:space="preserve">Part of her wanted to go back to that library.</w:t>
        <w:br w:type="textWrapping"/>
        <w:tab/>
        <w:t xml:space="preserve">Part of her wanted to understand why this place felt both completely foreign and hauntingly familiar.</w:t>
      </w:r>
    </w:p>
    <w:p w:rsidR="00000000" w:rsidDel="00000000" w:rsidP="00000000" w:rsidRDefault="00000000" w:rsidRPr="00000000" w14:paraId="0000000A">
      <w:pPr>
        <w:pStyle w:val="Heading2"/>
        <w:rPr/>
      </w:pPr>
      <w:bookmarkStart w:colFirst="0" w:colLast="0" w:name="_heading=h.54a6vxu80yv9" w:id="4"/>
      <w:bookmarkEnd w:id="4"/>
      <w:r w:rsidDel="00000000" w:rsidR="00000000" w:rsidRPr="00000000">
        <w:rPr>
          <w:rtl w:val="0"/>
        </w:rPr>
        <w:br w:type="textWrapping"/>
        <w:t xml:space="preserve">Chapter 4: The Architect # </w:t>
      </w:r>
    </w:p>
    <w:p w:rsidR="00000000" w:rsidDel="00000000" w:rsidP="00000000" w:rsidRDefault="00000000" w:rsidRPr="00000000" w14:paraId="0000000B">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Albertus opened his eyes to the clinical brightness of his bedroom suite. The transition from virtual to real was smooth - Dr. Chen's team had done excellent work with the neural interfaces.</w:t>
        <w:br w:type="textWrapping"/>
        <w:tab/>
        <w:t xml:space="preserve">"Welcome back, Al," Marcus stood ready with a tablet. "Her vital signs remained stable during your interaction. Initial fear response decreased significantly when you established your authority over the space."</w:t>
        <w:br w:type="textWrapping"/>
        <w:tab/>
        <w:t xml:space="preserve">Albertus sat up, allowing the medical team to remove the sensors. Dr. Chen stood at her monitoring station, making notes. "The memory suppression is holding," she reported, not meeting his eyes. "But the childhood friend narrative needs reinforcement. The neural pathways are showing resistance."</w:t>
        <w:br w:type="textWrapping"/>
        <w:tab/>
        <w:t xml:space="preserve">On the wall of monitors, he could see Varia at her desk, reading one of the books he'd selected for her. The tea had been a good touch - something familiar, comforting.</w:t>
        <w:br w:type="textWrapping"/>
        <w:tab/>
        <w:t xml:space="preserve">"Show me her vital readings from the library encounter," he requested, straightening his shirt.</w:t>
        <w:br w:type="textWrapping"/>
        <w:tab/>
        <w:t xml:space="preserve">Data scrolled across the nearest screen. Fear had given way to curiosity, then wonder at the sight of the books. Her response to him was particularly interesting - initial wariness softening into cautious trust when he'd presented himself as the manor's master.</w:t>
        <w:br w:type="textWrapping"/>
        <w:tab/>
        <w:t xml:space="preserve">"The role suits me better," he mused, standing. "No need for pretense of confusion or imprisonment. She needs structure, authority - someone to guide her through this transition."</w:t>
        <w:br w:type="textWrapping"/>
        <w:tab/>
        <w:t xml:space="preserve">"The approach does align better with your... natural tendencies, Al," Marcus observed diplomatically. Once the medical team and Dr. Chen had left, he added more quietly, "Though we should watch for signs of resistance to the implanted memories."</w:t>
        <w:br w:type="textWrapping"/>
        <w:tab/>
        <w:t xml:space="preserve">Albertus watched her turn a page, completely absorbed in her reading. The neural interface readings showed strong engagement with the manufactured memories, though certain areas still showed resistance. "Have the system create a subtle reading light as it gets darker. Make her comfortable." He paused. "And prepare the morning room to appear tomorrow. Something elegant but not overwhelming. She responded well to the Victorian aesthetic."</w:t>
        <w:br w:type="textWrapping"/>
        <w:tab/>
        <w:t xml:space="preserve">"Al," Marcus cleared his throat. "The Milano meeting is in an hour. The board expects your decision on European expansion. And after that..." he lowered his voice, "The Russo family's representative is expecting an answer about the shipping routes."</w:t>
        <w:br w:type="textWrapping"/>
        <w:tab/>
        <w:t xml:space="preserve">Albertus nodded, reluctantly turning from the monitors. Two meetings, two personas. The CEO discusses market growth with the board, then the more dangerous negotiation with his mafia rivals. "Prepare my suit. When I return to the system, I'll need to establish a routine - regular appearances, perhaps meals together. She needs to see me as a constant, reliable presence."</w:t>
        <w:br w:type="textWrapping"/>
        <w:tab/>
        <w:t xml:space="preserve">As his valet helped him into a crisp black suit, Albertus touched the monitor showing Varia's face. Everything had to be perfect. He wouldn't lose her again - not after finally finding her, not after all the preparations, the careful manipulations, the eliminated threats.</w:t>
        <w:br w:type="textWrapping"/>
        <w:tab/>
        <w:t xml:space="preserve">"Monitor her closely," he instructed Marcus. "If she leaves her room again, have the system notify me immediately. As master of the house, I should be there to receive her."</w:t>
        <w:br w:type="textWrapping"/>
        <w:tab/>
        <w:t xml:space="preserve">The elevator doors opened silently. Time to be Albertus Sentius, the businessman, the feared negotiator. But part of him was already planning his return to the manor, where another kind of power waited to be wielded.</w:t>
        <w:br w:type="textWrapping"/>
        <w:br w:type="textWrapping"/>
        <w:t xml:space="preserve">                              * * *                         </w:t>
        <w:br w:type="textWrapping"/>
        <w:br w:type="textWrapping"/>
        <w:tab/>
        <w:t xml:space="preserve">The private dining room at Caruso's hummed with quiet tension. Three of Russo's top lieutenants sat across from Albertus, their plates untouched. Behind them, guards tried not to fidget under the steady gaze of Albertus' own security team. A waiter who'd lingered too long near their table was now being quietly escorted through the kitchen, where Sentius's people would ensure his silence.</w:t>
        <w:br w:type="textWrapping"/>
        <w:tab/>
        <w:t xml:space="preserve">"The northern shipping routes are non-negotiable," Victor Russo pushed a folder across the polished table, a fresh bandage visible under his suit cuff - a reminder of his family's recent 'setbacks.' "My father-"</w:t>
        <w:br w:type="textWrapping"/>
        <w:tab/>
        <w:t xml:space="preserve">"Your father," Albertus cut in smoothly, "is recovering from an unfortunate accident. One that might have been avoided if your operation was running efficiently." He took a deliberate sip of wine, checking his phone briefly. No alerts about Varia. Good.</w:t>
        <w:br w:type="textWrapping"/>
        <w:tab/>
        <w:t xml:space="preserve">The second brother, Antonio, shifted uncomfortably as one of Albertus's men placed a small box on the table. Inside lay their father's signet ring, still stained with blood.</w:t>
        <w:br w:type="textWrapping"/>
        <w:tab/>
        <w:t xml:space="preserve">"A gift," Albertus said, "from your father's hospital room. A reminder of family loyalty." His smile didn't reach his eyes. "And who really controls this city."</w:t>
        <w:br w:type="textWrapping"/>
        <w:tab/>
        <w:t xml:space="preserve">His phone vibrated - a message from Marcus. 'Subject exploring the hallway again.'</w:t>
        <w:br w:type="textWrapping"/>
        <w:tab/>
        <w:t xml:space="preserve">"You bastard," Victor started to rise, but Antonio grabbed his arm, eyes fixed on the two new men who'd silently entered the room. The Twins - Sentius's personal executioners.</w:t>
        <w:br w:type="textWrapping"/>
        <w:tab/>
        <w:t xml:space="preserve">"Careful," Albertus warned softly. "Unlike your father, you might not survive an... accident." He stood, adjusting his cufflinks. "I expect the paperwork transferring oversight of the northern routes by tomorrow evening. Consider it a get-well gift for dear old dad."</w:t>
        <w:br w:type="textWrapping"/>
        <w:tab/>
        <w:t xml:space="preserve">"The other families won't stand for this," Antonio said, but his voice wavered.</w:t>
        <w:br w:type="textWrapping"/>
        <w:tab/>
        <w:t xml:space="preserve">"The other families?" Albertus laughed softly. "Who do you think arranged your father's accident?" He nodded to the Twins. "Stay with our friends. Ensure they understand their options."</w:t>
        <w:br w:type="textWrapping"/>
        <w:tab/>
        <w:t xml:space="preserve">In the restaurant's lobby, Marcus waited with updates.</w:t>
        <w:br w:type="textWrapping"/>
        <w:tab/>
        <w:t xml:space="preserve">"She's near the library again, Al," he reported quietly. "And the Russo patriarch's condition has suddenly... deteriorated. The board meeting went well - they approved the European expansion without question. Amazing what legitimate businessmen will believe with the right paperwork."</w:t>
        <w:br w:type="textWrapping"/>
        <w:tab/>
        <w:t xml:space="preserve">"Unfortunate timing for old Russo," Albertus checked his watch. "Have the car ready. I need to be back in the system within twenty minutes." He paused. "And Marcus? Make sure our friends at the hospital understand that the old man's recovery now depends entirely on his sons' cooperation."</w:t>
        <w:br w:type="textWrapping"/>
        <w:tab/>
        <w:t xml:space="preserve">The sleek black car pulled up as his phone showed another alert. Varia had opened the library door.</w:t>
        <w:br w:type="textWrapping"/>
        <w:tab/>
        <w:t xml:space="preserve">Perfect timing. Time to trade one kind of power for another.</w:t>
        <w:br w:type="textWrapping"/>
        <w:br w:type="textWrapping"/>
        <w:t xml:space="preserve">                              * * *                         </w:t>
        <w:br w:type="textWrapping"/>
        <w:br w:type="textWrapping"/>
        <w:tab/>
        <w:t xml:space="preserve">Back in his private suite, Albertus watched as Dr. Chen prepared the neural interface. On the screens, Varia stood in the library doorway, hesitating at the threshold.</w:t>
        <w:br w:type="textWrapping"/>
        <w:tab/>
        <w:t xml:space="preserve"> "Your heart rate elevated when she explores," Dr. Chen noted quietly, checking the readings. "The same pattern we observed during initial transfer." She hesitated, then added more softly, "The childhood memory implants are still showing resistance."</w:t>
        <w:br w:type="textWrapping"/>
        <w:tab/>
        <w:t xml:space="preserve">Albertus ignored her, focused on Varia's image. The Russo brothers' blood still stained his cufflinks, but here, watching her, that world felt distant. She took another step into the library, drawn to the books he'd chosen.</w:t>
        <w:br w:type="textWrapping"/>
        <w:tab/>
        <w:t xml:space="preserve">"Al," Marcus approached. "The Twins have confirmed the Russo family's... compliance. The board's paperwork for the European expansion is already being processed."</w:t>
        <w:br w:type="textWrapping"/>
        <w:tab/>
        <w:t xml:space="preserve">"Good." Albertus removed his jacket, never taking his eyes off the screen. "Have tea brought to the library. Earl Grey."</w:t>
        <w:br w:type="textWrapping"/>
        <w:tab/>
        <w:t xml:space="preserve">"With honey," Marcus finished. "Like her mother used to make. Though Dr. Chen suggests we should be careful with too many specific memory triggers too quickly."</w:t>
        <w:br w:type="textWrapping"/>
        <w:tab/>
        <w:t xml:space="preserve">Albertus paused at that, something shifting in his expression. In one world, he'd just orchestrated a family's destruction while maintaining his legitimate business empire. In another, he was carefully recreating the comfort of a lost home, threading real memories through manufactured ones.</w:t>
        <w:br w:type="textWrapping"/>
        <w:tab/>
        <w:t xml:space="preserve">"Begin sequence," he ordered, lying back as Dr. Chen worked at her console, monitoring the neural pathways. Marcus stood guard at the door. The last thing Albertus saw on the screens was Varia reaching for a book - one he remembered watching her read in their elementary school library, before everything changed.</w:t>
        <w:br w:type="textWrapping"/>
        <w:tab/>
        <w:t xml:space="preserve">Three realities. In one, he was Albertus Sentius, the respected CEO, building empires through boardrooms and business deals.</w:t>
        <w:br w:type="textWrapping"/>
        <w:tab/>
        <w:t xml:space="preserve">In another, he was the feared master of the underworld, orchestrating the fall of families like the Russos with calculated precision.</w:t>
        <w:br w:type="textWrapping"/>
        <w:tab/>
        <w:t xml:space="preserve">And in the third - the one that mattered most - he was simply Albertus, recreating a childhood friendship that had been stolen from him.</w:t>
        <w:br w:type="textWrapping"/>
        <w:tab/>
        <w:t xml:space="preserve">The system activated, and Albertus Sentius closed his eyes, choosing which master of himself to be.</w:t>
        <w:br w:type="textWrapping"/>
        <w:tab/>
        <w:br w:type="textWrapping"/>
      </w:r>
    </w:p>
    <w:p w:rsidR="00000000" w:rsidDel="00000000" w:rsidP="00000000" w:rsidRDefault="00000000" w:rsidRPr="00000000" w14:paraId="0000000C">
      <w:pPr>
        <w:pStyle w:val="Heading2"/>
        <w:rPr/>
      </w:pPr>
      <w:bookmarkStart w:colFirst="0" w:colLast="0" w:name="_heading=h.4s52m7qwmosm" w:id="5"/>
      <w:bookmarkEnd w:id="5"/>
      <w:r w:rsidDel="00000000" w:rsidR="00000000" w:rsidRPr="00000000">
        <w:rPr>
          <w:rtl w:val="0"/>
        </w:rPr>
        <w:br w:type="textWrapping"/>
        <w:t xml:space="preserve">Chapter 5: First Contact *</w:t>
      </w:r>
    </w:p>
    <w:p w:rsidR="00000000" w:rsidDel="00000000" w:rsidP="00000000" w:rsidRDefault="00000000" w:rsidRPr="00000000" w14:paraId="0000000D">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library's morning light filtered through tall windows, casting long shadows across the polished floor. Varia sat in one of the leather armchairs, a book about Victorian architecture open in her lap. Three days had passed since her first venture from her room, each day marked by new discoveries. The morning room had appeared yesterday, all delicate furniture and fresh flowers.</w:t>
        <w:br w:type="textWrapping"/>
        <w:tab/>
        <w:t xml:space="preserve">"You're up early."</w:t>
        <w:br w:type="textWrapping"/>
        <w:tab/>
        <w:t xml:space="preserve">She looked up to find Albertus in the doorway, impeccable in his black suit. He moved with the easy confidence of someone who knew every inch of this strange place.</w:t>
        <w:br w:type="textWrapping"/>
        <w:tab/>
        <w:t xml:space="preserve">"I couldn't sleep,"she admitted. The headaches were better, but trying to remember before the accident still made her temples throb. "But the books help."</w:t>
        <w:br w:type="textWrapping"/>
        <w:tab/>
        <w:t xml:space="preserve">He crossed to the tea service that had appeared moments before - Earl Grey with honey, just how she liked it. "Knowledge has always been your sanctuary, hasn't it?" He poured two cups with practiced grace. Something flickered in her memory - a school library, a quiet corner, but the image slipped away before she could grasp it.</w:t>
        <w:br w:type="textWrapping"/>
        <w:tab/>
        <w:t xml:space="preserve">"You know a lot about me." It wasn't a question.</w:t>
        <w:br w:type="textWrapping"/>
        <w:tab/>
        <w:t xml:space="preserve">"I know what matters." He offered her a cup, maintaining a careful distance that somehow made her feel both safe and unsettled. "Your passion for history, your dedication to understanding the past."</w:t>
        <w:br w:type="textWrapping"/>
        <w:tab/>
        <w:t xml:space="preserve">She accepted the tea, watching him settle into the chair opposite hers. "And what about you? Every time I ask about this place, about why I'm here, you talk about acceptance and transition."</w:t>
        <w:br w:type="textWrapping"/>
        <w:tab/>
        <w:t xml:space="preserve">A slight smile touched his lips. "Perhaps because those are the answers you're ready for." He gestured to the book in her lap. "You've chosen to explore rather than hide. That shows progress."</w:t>
        <w:br w:type="textWrapping"/>
        <w:tab/>
        <w:t xml:space="preserve">"Progress toward what?"</w:t>
        <w:br w:type="textWrapping"/>
        <w:tab/>
        <w:t xml:space="preserve">"Understanding." His dark eyes studied her over his teacup. "Tell me, what have you observed about this place so far?"</w:t>
        <w:br w:type="textWrapping"/>
        <w:tab/>
        <w:t xml:space="preserve">Varia traced the rim of her teacup, considering. "The rooms appear when needed. The architecture is Victorian, but everything feels... new." She glanced at the pristine spines of the books surrounding them. "Perfect, almost." The room's temperature seemed to adjust as they talked, the lighting shifting subtly with their conversation.</w:t>
        <w:br w:type="textWrapping"/>
        <w:tab/>
        <w:t xml:space="preserve">"And that bothers you?" He settled back in his chair, completely at ease.</w:t>
        <w:br w:type="textWrapping"/>
        <w:tab/>
        <w:t xml:space="preserve">"Shouldn't it?" She met his gaze. "Three days ago, I woke up in a strange room. Now I'm having tea with the mysterious owner of an impossible house."</w:t>
        <w:br w:type="textWrapping"/>
        <w:tab/>
        <w:t xml:space="preserve">His smile deepened slightly. "Is it so impossible? You're here, after all. Drinking real tea, reading real books."</w:t>
        <w:br w:type="textWrapping"/>
        <w:tab/>
        <w:t xml:space="preserve">She couldn't argue with that. The tea was perfect - exactly how she liked it. The books were solid in her hands. Even the morning light felt warm on her skin.</w:t>
        <w:br w:type="textWrapping"/>
        <w:tab/>
        <w:t xml:space="preserve">"Why me?" she asked finally.</w:t>
        <w:br w:type="textWrapping"/>
        <w:tab/>
        <w:t xml:space="preserve">"Why not you?" He set his cup down, the porcelain making no sound against the saucer. "You're here because you belong here, Varia. The how and why matter less than what you choose to do with it."</w:t>
        <w:br w:type="textWrapping"/>
        <w:tab/>
        <w:t xml:space="preserve">A clock chimed somewhere in the house. Albertus stood, straightening his jacket with fluid grace. "I have matters to attend to, but perhaps you'd join me for dinner? The dining room has excellent views of the sunset." She didn't notice how his eyes lingered on the security camera hidden in the bookshelf, or how the room's systems tracked her every movement. </w:t>
        <w:br w:type="textWrapping"/>
        <w:tab/>
        <w:t xml:space="preserve">She hadn't known there was a dining room. But of course there was</w:t>
        <w:br w:type="textWrapping"/>
        <w:tab/>
        <w:t xml:space="preserve">"I..." she hesitated, then nodded. What else was there to do but move forward? "Yes, I'd like that."</w:t>
        <w:br w:type="textWrapping"/>
        <w:tab/>
        <w:t xml:space="preserve">"Eight o'clock, then." He moved toward the door, then paused. "The eastern wing has a fascinating collection of Renaissance art, should you feel like exploring further."</w:t>
        <w:br w:type="textWrapping"/>
        <w:tab/>
        <w:t xml:space="preserve">After he left, Varia sat in the quiet library, her tea still warm. The eastern wing hadn't been there yesterday. She was certain of that. The suggestion tugged at something in her mind - a memory of art galleries with her parents, but when she tried to focus on the details, they seemed to slip away like water through her fingers.</w:t>
        <w:br w:type="textWrapping"/>
        <w:tab/>
        <w:t xml:space="preserve">But she found herself wanting to see it anyway.</w:t>
        <w:br w:type="textWrapping"/>
        <w:br w:type="textWrapping"/>
        <w:t xml:space="preserve">                              * * *                         </w:t>
        <w:br w:type="textWrapping"/>
        <w:br w:type="textWrapping"/>
        <w:tab/>
        <w:t xml:space="preserve">Varia finished her tea slowly, using the time to gather her courage. The library had become a sanctuary over the past days, but Albertus's mention of the eastern wing tugged at her historian's curiosity.</w:t>
        <w:br w:type="textWrapping"/>
        <w:tab/>
        <w:t xml:space="preserve">She returned her cup to the silver tray and stood, smoothing her dress - another perfect fit from her wardrobe. The hallway outside the library seemed different now, stretching further than before. New doors lined the walls, their brass handles gleaming in the morning light.</w:t>
        <w:br w:type="textWrapping"/>
        <w:tab/>
        <w:t xml:space="preserve">Her footsteps were silent on the thick carpet as she moved east. The first door she tried opened into a sunlit gallery. Her breath caught at the sight. Renaissance paintings hung on silk-covered walls, each one masterfully displayed. A Botticelli she recognized from her art history classes seemed to glow in the natural light.</w:t>
        <w:br w:type="textWrapping"/>
        <w:tab/>
        <w:t xml:space="preserve">"Impossible," she whispered, moving closer. The brushstrokes were perfect, the colors vibrant as if newly painted.</w:t>
        <w:br w:type="textWrapping"/>
        <w:tab/>
        <w:t xml:space="preserve">The gallery opened into a series of connected rooms, each dedicated to a different period. Medieval manuscripts under glass, Greek sculptures on marble pedestals, Victorian photographs in gilded frames. It was like having a private museum.</w:t>
        <w:br w:type="textWrapping"/>
        <w:tab/>
        <w:t xml:space="preserve">In the last room, something caught her eye. A small oil painting, hung slightly apart from the others. The scene showed a library, sunlight streaming through tall windows onto shelves of leather-bound books. It was familiar somehow, though she couldn't place why.</w:t>
        <w:br w:type="textWrapping"/>
        <w:tab/>
        <w:t xml:space="preserve">A clock chimed in the distance - how long had she been exploring? The sun had shifted, casting new shadows across the polished floors.</w:t>
        <w:br w:type="textWrapping"/>
        <w:tab/>
        <w:t xml:space="preserve">She had hours yet before dinner, but already her mind was filling with questions. Not about how or why anymore, but about the art itself, the history surrounding each piece. Questions she knew Albertus would probably answer with that same mysterious smile.</w:t>
        <w:br w:type="textWrapping"/>
        <w:tab/>
        <w:t xml:space="preserve">The strange thing was, she found herself looking forward to asking them.</w:t>
        <w:br w:type="textWrapping"/>
        <w:tab/>
        <w:t xml:space="preserve">Beyond the art gallery, a glass-roofed conservatory beckoned. Sunlight filtered through Victorian ironwork, casting delicate shadows across exotic plants and comfortable reading nooks. A fountain trickled somewhere out of sight, its sound mixing with the subtle rustle of leaves.</w:t>
        <w:br w:type="textWrapping"/>
        <w:tab/>
        <w:t xml:space="preserve">Varia wandered deeper into the space, trailing her fingers along the leaves of a massive fern. The air was perfectly humid, carrying the scent of jasmine and old stone. A white wrought-iron staircase curved up to a second level where more plants cascaded over brass railings.</w:t>
        <w:br w:type="textWrapping"/>
        <w:tab/>
        <w:t xml:space="preserve">She climbed slowly, each step revealing new wonders. The upper level housed what appeared to be a botanical library - glass cases filled with preserved specimens and detailed illustrations of plants from around the world. Her fingers itched to open the leather-bound volumes stacked on a nearby desk.</w:t>
        <w:br w:type="textWrapping"/>
        <w:tab/>
        <w:t xml:space="preserve">A movement caught her eye. Through the glass roof, she could see clouds drifting across the blue sky. But something about them seemed... off. They moved too perfectly, like a painting coming to life.</w:t>
        <w:br w:type="textWrapping"/>
        <w:tab/>
        <w:t xml:space="preserve">Before she could dwell on it, a flash of color drew her attention. In a secluded corner, she found a collection of pressed flowers mounted in frames. Each was labeled in elegant handwriting with scientific names and dates. The last frame was empty, waiting.</w:t>
        <w:br w:type="textWrapping"/>
        <w:tab/>
        <w:t xml:space="preserve">Next to it stood a small table with fresh flowers in a crystal vase - the same variety she'd admired in her mother's garden as a child. Her favorite.</w:t>
        <w:br w:type="textWrapping"/>
        <w:tab/>
        <w:t xml:space="preserve">The discovery should have unsettled her. Instead, she found herself touching the delicate petals, wondering if perhaps she should press one for the empty frame.</w:t>
        <w:br w:type="textWrapping"/>
        <w:tab/>
        <w:t xml:space="preserve">A new doorway had appeared at the far end of the upper level. Through it, she glimpsed what looked like a music room, late afternoon sun glinting off a grand piano. The temperature of the room just perfect with lights that seem to anticipate her arival. </w:t>
        <w:br w:type="textWrapping"/>
        <w:tab/>
        <w:t xml:space="preserve">The music room was bathed in amber light, dust motes dancing in the sun's rays. The grand piano dominated the space, its black surface reflecting the ornate ceiling like dark water. Sheet music sat open on the stand - Chopin's Nocturnes, her father's favorite pieces to play on Sunday afternoons .The memory felt real, but like the art gallery memories, the details seemed to slip away like water through her fingers when she tried to grasp them.</w:t>
        <w:br w:type="textWrapping"/>
        <w:tab/>
        <w:t xml:space="preserve">Varia's fingers ghosted over the keys without pressing them. Around the room, other instruments waited in their stands - a violin, a cello, each one looking perfectly maintained. Glass-fronted cabinets displayed antique music boxes and orchestral scores.</w:t>
        <w:br w:type="textWrapping"/>
        <w:tab/>
        <w:t xml:space="preserve">A movement in her peripheral vision made her turn. For a moment, she thought she saw someone sitting in one of the velvet chairs near the window, but it was just the play of light through the curtains.</w:t>
        <w:br w:type="textWrapping"/>
        <w:tab/>
        <w:t xml:space="preserve">She couldn't shake the feeling of being watched, though every time she turned to look, there was only the perfect stillness of the house.</w:t>
        <w:br w:type="textWrapping"/>
        <w:tab/>
        <w:t xml:space="preserve">The wall clock's chime startled her - seven already. She'd lost track of time completely, wandering through these impossible rooms.</w:t>
        <w:br w:type="textWrapping"/>
        <w:tab/>
        <w:t xml:space="preserve">Retracing her steps felt different somehow, as if the house was guiding her back. There was the added doors that appear just as she thinks of exploring further. But also doors that opened to shorter routes than she remembered taking, and soon she found herself at her room. </w:t>
        <w:br w:type="textWrapping"/>
        <w:tab/>
        <w:t xml:space="preserve">On her bed lay a dress she hadn't seen before - deep blue silk that shimmered in the evening light. Next to it, a note in elegant handwriting:</w:t>
        <w:br w:type="textWrapping"/>
        <w:tab/>
        <w:t xml:space="preserve">"For dinner. -A"</w:t>
        <w:br w:type="textWrapping"/>
        <w:tab/>
        <w:t xml:space="preserve">His words from their morning tea echoed in her mind - 'You're here because you belong here.' Looking at the dress, she wondered if perhaps she was starting to understand what he meant.</w:t>
        <w:br w:type="textWrapping"/>
        <w:tab/>
        <w:t xml:space="preserve">Varia ran her fingers over the fabric, remembering the clouds that moved too perfectly, the familiar flowers, the music she'd grown up with. Questions still swirled in her mind, but they'd shifted from fearful to curious.</w:t>
        <w:br w:type="textWrapping"/>
        <w:tab/>
        <w:t xml:space="preserve">As she prepared for dinner, she caught her reflection in the mirror - cheeks flushed from exploration, eyes bright with discovery. She looked different than the frightened girl who'd first woken in this strange place.</w:t>
        <w:br w:type="textWrapping"/>
        <w:tab/>
        <w:t xml:space="preserve">The clock struck seven-thirty. Somewhere in this magnificent house, a dining room waited with sunset views. And with it, perhaps, more answers.</w:t>
        <w:br w:type="textWrapping"/>
        <w:tab/>
        <w:t xml:space="preserve">Or at least, more questions worth asking.</w:t>
        <w:br w:type="textWrapping"/>
        <w:br w:type="textWrapping"/>
        <w:t xml:space="preserve">                              * * *                         </w:t>
        <w:br w:type="textWrapping"/>
        <w:br w:type="textWrapping"/>
        <w:tab/>
        <w:t xml:space="preserve">The dining room appeared exactly where she needed it to be, double doors opening silently at her approach. Crystal chandeliers cast warm light over an intimate table set for two, while floor-to-ceiling windows revealed a sky painted in brilliant oranges and purples. The room's temperature settled into perfect warmth, as if anticipating her comfort.</w:t>
        <w:br w:type="textWrapping"/>
        <w:tab/>
        <w:t xml:space="preserve">To her surprise, she found Albertus not at the table, but in the connected kitchen, his black suit jacket replaced by a crisp white apron. He moved with practiced ease between copper pots and gleaming counters.</w:t>
        <w:br w:type="textWrapping"/>
        <w:tab/>
        <w:t xml:space="preserve">"You cook?" she asked, pausing in the kitchen doorway.</w:t>
        <w:br w:type="textWrapping"/>
        <w:tab/>
        <w:t xml:space="preserve">He looked up, a slight smile playing at his lips. "Among other things." He was plating something that smelled divine, his movements precise and deliberate. "You look lovely in blue."</w:t>
        <w:br w:type="textWrapping"/>
        <w:tab/>
        <w:t xml:space="preserve">"Thank you." She stepped closer, curiosity drawing her to the counter. "I didn't expect..."</w:t>
        <w:br w:type="textWrapping"/>
        <w:tab/>
        <w:t xml:space="preserve">"The master of the house to cook?" His smile widened as he drizzled a perfect reduction sauce. "I find it... grounding. Real." He gestured to a wine glass that waited for her. "The eastern wing proved interesting?"</w:t>
        <w:br w:type="textWrapping"/>
        <w:tab/>
        <w:t xml:space="preserve">"Extraordinary," she admitted, taking the glass. The wine was deep red, catching the light that seemed to adjust itself around them. "Though I have questions about some of the artwork."</w:t>
        <w:br w:type="textWrapping"/>
        <w:tab/>
        <w:t xml:space="preserve">"Of course you do." He moved the plates to the table with fluid grace. "You wouldn't be you without questions."</w:t>
        <w:br w:type="textWrapping"/>
        <w:tab/>
        <w:t xml:space="preserve">The table setting was elegant without being overwhelming - fine china and silver, fresh flowers, and what looked like hand-written menu cards in his elegant script. The chandeliers dimmed slightly as they sat, candlelight rising to cast intimate shadows.</w:t>
        <w:br w:type="textWrapping"/>
        <w:tab/>
        <w:t xml:space="preserve">"The Botticelli," she began, as he held her chair. "It's supposed to be in the Uffizi Gallery."</w:t>
        <w:br w:type="textWrapping"/>
        <w:tab/>
        <w:t xml:space="preserve">"Is it?" He sampled his own wine, watching her over the rim of his glass. "Perhaps the Uffizi's version isn't the original."</w:t>
        <w:br w:type="textWrapping"/>
        <w:tab/>
        <w:t xml:space="preserve">"And the empty frame in the conservatory?"</w:t>
        <w:br w:type="textWrapping"/>
        <w:tab/>
        <w:t xml:space="preserve">"Waiting to be filled." he finished, taking his own seat. "Try the quail with truffle sauce. You mentioned once you'd never had it with that combination."</w:t>
        <w:br w:type="textWrapping"/>
        <w:tab/>
        <w:t xml:space="preserve">She paused, fork halfway to her mouth. "When did I mention that?" The memory felt both foreign and familiar, like a photograph of someone else's life that she'd somehow stepped into.</w:t>
        <w:br w:type="textWrapping"/>
        <w:tab/>
        <w:t xml:space="preserve">Something flickered in his dark eyes, there and gone before she could name it. "Does it matter? I'd like your honest opinion on the sauce."</w:t>
        <w:br w:type="textWrapping"/>
        <w:tab/>
        <w:t xml:space="preserve">The food was exquisite - each course prepared before her eyes with a skill that spoke of years of practice. Their conversation flowed easier than she expected, touching on art, history, architecture - subjects she loved, subjects he seemed to know intimately. The room's temperature adjusted with their conversation, creating a perfect cocoon of comfort.</w:t>
        <w:br w:type="textWrapping"/>
        <w:tab/>
        <w:t xml:space="preserve">As he prepared dessert - dark chocolate soufflé with fresh berries - Varia realized she felt... comfortable. The fear and confusion of the past days had faded into something else. Not acceptance, exactly, but curiosity. Interest. For a moment, the candlelight flickered in a pattern that seemed almost like code, but Albertus's voice drew her attention back to their conversation.</w:t>
        <w:br w:type="textWrapping"/>
        <w:tab/>
        <w:t xml:space="preserve">"Thank you," she said as he placed the perfect soufflé before her. "For dinner, for the dress, for telling me about the eastern wing."</w:t>
        <w:br w:type="textWrapping"/>
        <w:tab/>
        <w:t xml:space="preserve">"Thank you for exploring it." He studied her face in the candlelight that had somehow replaced the chandeliers. "For being willing to see what's here, rather than focusing on what isn't."</w:t>
        <w:br w:type="textWrapping"/>
        <w:tab/>
        <w:t xml:space="preserve">Outside, the first stars began to appear in a perfectly clear sky. The windows seemed to adjust their view, framing the constellation she'd always loved - though trying to remember when she'd learned their names made her temples throb slightly.</w:t>
        <w:br w:type="textWrapping"/>
        <w:tab/>
        <w:t xml:space="preserve">The soufflé plates were empty, just a smear of dark chocolate and scattered berry juice remaining. Albertus poured the last of the wine from the bottle, the deep red catching the candlelight.</w:t>
        <w:br w:type="textWrapping"/>
        <w:tab/>
        <w:t xml:space="preserve">"Where did you learn to cook like this?" Varia asked, watching him methodically clean as he went, putting away copper pots and ingredients with practiced ease.</w:t>
        <w:br w:type="textWrapping"/>
        <w:tab/>
        <w:t xml:space="preserve">"Italy, mostly." A hint of memory softened his expression as he wiped down the copper surfaces. "My mother believed every man should know his way around a kitchen. Though she probably didn't envision quite this level of... precision." His sleeves were still rolled up, showing strong forearms dusted with flour. Somehow he'd managed to keep the rest of himself immaculate.</w:t>
        <w:br w:type="textWrapping"/>
        <w:tab/>
        <w:t xml:space="preserve">Varia felt a strange echo of her own mother's kitchen, but like her earlier memories, the details refused to stay clear, slipping away like water through her fingers. The room's temperature fluctuated slightly, almost imperceptibly, with her confusion.</w:t>
        <w:br w:type="textWrapping"/>
        <w:tab/>
        <w:t xml:space="preserve">"Was she a chef?"</w:t>
        <w:br w:type="textWrapping"/>
        <w:tab/>
        <w:t xml:space="preserve">"No." Something flickered in his eyes - pride, perhaps, or loss. "But she understood the power of a well-prepared meal. The intimacy of cooking for someone." He glanced at her. "More questions?"</w:t>
        <w:br w:type="textWrapping"/>
        <w:tab/>
        <w:t xml:space="preserve">"Always." She traced the rim of her wine glass, feeling the cool crystal under her fingertips. "But maybe not tonight."</w:t>
        <w:br w:type="textWrapping"/>
        <w:tab/>
        <w:t xml:space="preserve">Something softened in his expression. "A wise choice." He glanced at the windows, where stars now filled the dark sky. "It's getting late. Would you like me to walk you back?"</w:t>
        <w:br w:type="textWrapping"/>
        <w:tab/>
        <w:t xml:space="preserve">She stood, smoothing the blue silk of her dress. "I think I can find my way."</w:t>
        <w:br w:type="textWrapping"/>
        <w:tab/>
        <w:t xml:space="preserve">"Very well." He remained by the counter, wiping his hands on a kitchen towel. "Tomorrow, perhaps, we could discuss those questions about the Botticelli over breakfast."</w:t>
        <w:br w:type="textWrapping"/>
        <w:tab/>
        <w:t xml:space="preserve">"I'd like that." She moved to the door, then turned back. "Albertus?"</w:t>
        <w:br w:type="textWrapping"/>
        <w:tab/>
        <w:t xml:space="preserve">"Yes?"</w:t>
        <w:br w:type="textWrapping"/>
        <w:tab/>
        <w:t xml:space="preserve">"Thank you for cooking. It was beautiful."</w:t>
        <w:br w:type="textWrapping"/>
        <w:tab/>
        <w:t xml:space="preserve">A shadow passed behind his eyes, quick as a cloud across the moon. "Goodnight, Varia."</w:t>
        <w:br w:type="textWrapping"/>
        <w:tab/>
        <w:t xml:space="preserve">The hallway lights illuminated her path, adjusting their warmth as she walked, the thick carpet muffling her steps. In her room, she carefully hung the blue dress in her wardrobe before changing into her nightgown.</w:t>
        <w:br w:type="textWrapping"/>
        <w:tab/>
        <w:t xml:space="preserve">As she drifted off to sleep, she could still taste chocolate and wine, still see flour on black sleeves, still feel the weight of unasked questions hanging in candlelight. That night, Varia was welcomed into a dream instantly, the room's temperature perfect, the darkness complete.</w:t>
        <w:br w:type="textWrapping"/>
        <w:br w:type="textWrapping"/>
        <w:t xml:space="preserve">                              * * *                         </w:t>
        <w:br w:type="textWrapping"/>
        <w:br w:type="textWrapping"/>
        <w:tab/>
        <w:t xml:space="preserve">She was in the conservatory, but the glass ceiling stretched endlessly upward, stars wheeling overhead like a kaleidoscope. The fountain's gentle trickle echoed oddly, almost like distant voices speaking in code.</w:t>
        <w:br w:type="textWrapping"/>
        <w:tab/>
        <w:t xml:space="preserve"> Albertus stood at his kitchen counter, rolling pasta dough with practiced strokes. But instead of flour, gold dust scattered beneath his fingers, catching starlight. A woman worked beside him, her face constantly shifting between different features, speaking Italian in soft, musical tones.</w:t>
        <w:br w:type="textWrapping"/>
        <w:tab/>
        <w:t xml:space="preserve">"Watch carefully," he said, though he wasn't speaking to her. A young boy with dark eyes stood on a stool beside him, small hands covered in gold dust as they mimicked his movements. Something about the scene felt familiar, like a photograph she'd seen in a half-forgotten album.</w:t>
        <w:br w:type="textWrapping"/>
        <w:tab/>
        <w:t xml:space="preserve">She moved closer, drawn by their quiet intimacy. The boy turned, and for a moment, she thought she recognized him from somewhere - a school library perhaps, or a memory that slipped away like water through her fingers.</w:t>
        <w:br w:type="textWrapping"/>
        <w:tab/>
        <w:t xml:space="preserve">The scene shifted. She was in the library, but the books were writing themselves, ink flowing across pages like water. Albertus sat in his usual chair, reading aloud in that same gentle Italian. The words swirled around them, forming shapes - the Botticelli angels, the conservatory flowers, stars from the impossible sky. The room's temperature fluctuated with each new image.</w:t>
        <w:br w:type="textWrapping"/>
        <w:tab/>
        <w:t xml:space="preserve">"Is this real?" she heard herself ask.</w:t>
        <w:br w:type="textWrapping"/>
        <w:tab/>
        <w:t xml:space="preserve">"What is real?" His voice was warm, familiar. The boy was there again, sitting at his feet, gold dust in his hair. Behind them, the books seemed to pulse with a pattern she almost recognized.</w:t>
        <w:br w:type="textWrapping"/>
        <w:tab/>
        <w:t xml:space="preserve">She woke slowly, the dream clinging like cobwebs. Moonlight painted silver stripes across her bed through the venetian blinds. On her nightstand, a book lay open - one from the library, its pages crisp and solid under her fingers as she closed it. Her head ached slightly, as if she'd been trying to remember something important.</w:t>
        <w:br w:type="textWrapping"/>
        <w:tab/>
        <w:t xml:space="preserve">The house settled around her with comfortable creaks and whispers. From somewhere distant, she thought she caught the scent of fresh bread baking, reminding her of another kitchen, another time, but the memory refused to form completely.</w:t>
        <w:br w:type="textWrapping"/>
        <w:tab/>
        <w:t xml:space="preserve">She slept again, dreamless this time, the taste of gold dust and starlight fading into simple peace.</w:t>
      </w:r>
    </w:p>
    <w:p w:rsidR="00000000" w:rsidDel="00000000" w:rsidP="00000000" w:rsidRDefault="00000000" w:rsidRPr="00000000" w14:paraId="0000000E">
      <w:pPr>
        <w:pStyle w:val="Heading2"/>
        <w:rPr/>
      </w:pPr>
      <w:bookmarkStart w:colFirst="0" w:colLast="0" w:name="_heading=h.db493yc55lm7" w:id="6"/>
      <w:bookmarkEnd w:id="6"/>
      <w:r w:rsidDel="00000000" w:rsidR="00000000" w:rsidRPr="00000000">
        <w:rPr>
          <w:rtl w:val="0"/>
        </w:rPr>
        <w:br w:type="textWrapping"/>
        <w:t xml:space="preserve">Chapter 6: Watching #</w:t>
      </w:r>
    </w:p>
    <w:p w:rsidR="00000000" w:rsidDel="00000000" w:rsidP="00000000" w:rsidRDefault="00000000" w:rsidRPr="00000000" w14:paraId="0000000F">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private jet's interior was as pristine as his suit. Albertus sat at his desk, multiple screens deployed before him. The largest showed his upcoming board presentation, but his eyes kept drifting to the smaller screens: Varia's dream patterns from the night before, her current vitals, and the breakfast room's environmental controls.</w:t>
        <w:br w:type="textWrapping"/>
        <w:tab/>
        <w:t xml:space="preserve"> "The board members have arrived early," his Boston VP reported via video link. "They're particularly interested in the ethical implications of-"</w:t>
        <w:br w:type="textWrapping"/>
        <w:tab/>
        <w:t xml:space="preserve">"Mute." Albertus studied the neural pattern spikes from her dream - gold dust and Italian kitchens. Too close to real memories. He'd need to speak with Dr. Chen about the system's memory suppressions.</w:t>
        <w:br w:type="textWrapping"/>
        <w:tab/>
        <w:t xml:space="preserve">"Sir," Marcus appeared in the cabin doorway. "Two matters: Quantum's CEO sent their revised terms, and the Russo family has been making inquiries about Facility C."</w:t>
        <w:br w:type="textWrapping"/>
        <w:tab/>
        <w:t xml:space="preserve">"Quantum will accept our original offer." Albertus adjusted the environmental controls as Varia entered the breakfast room, ensuring the croissants were perfectly warm. "Their attempts to court other buyers have been... discouraged."</w:t>
        <w:br w:type="textWrapping"/>
        <w:tab/>
        <w:t xml:space="preserve">The monitoring system flagged another anomaly in her neural patterns. He switched to her vitals display, fingers tightening on the armrest until the readings stabilized. The system's temperature controls had responded before he could adjust them - something to discuss with Dr. Chen.</w:t>
        <w:br w:type="textWrapping"/>
        <w:tab/>
        <w:t xml:space="preserve">"Your presentation, sir?" Marcus gestured to the neglected board slides.</w:t>
        <w:br w:type="textWrapping"/>
        <w:tab/>
        <w:t xml:space="preserve">"They don't need convincing." He pulled up Quantum's confidential files while watching Varia settle into her favorite library chair. "Their lead researcher has been selling secrets to competitors. Such a shame when that comes to light during today's meeting."</w:t>
        <w:br w:type="textWrapping"/>
        <w:tab/>
        <w:t xml:space="preserve">The plane began its descent into Boston. On his tablet, Dr. Chen's morning report blinked: "System showing increased autonomous responses to subject's emotional states."</w:t>
        <w:br w:type="textWrapping"/>
        <w:tab/>
        <w:t xml:space="preserve">"You have four minutes until landing," Marcus noted, then added more carefully, "Dr. Chen has requested time to discuss the memory suppression protocols."</w:t>
        <w:br w:type="textWrapping"/>
        <w:tab/>
        <w:t xml:space="preserve">Albertus straightened his tie, dark eyes hardening. "After the board meeting. And Marcus? Have someone watch the Russo family's movements near our facilities."</w:t>
        <w:br w:type="textWrapping"/>
        <w:tab/>
        <w:t xml:space="preserve">Time to remind the corporate world why they feared him, but his attention remained split between three worlds: the CEO they'd soon face, the criminal empire he needed to protect, and the perfect world he'd created for her. The tablet stayed in his hand, monitoring her vitals as she opened a book of Renaissance art.</w:t>
        <w:br w:type="textWrapping"/>
        <w:br w:type="textWrapping"/>
        <w:t xml:space="preserve">                              * * *                         </w:t>
        <w:br w:type="textWrapping"/>
        <w:br w:type="textWrapping"/>
        <w:tab/>
        <w:t xml:space="preserve">The pre-dawn control room hummed with quiet efficiency. Albertus stood before the wall of monitors, fresh from his morning shower, adjusting his tie with practiced precision. On the main screen, Varia slept peacefully, her dark hair spread across white pillows. The system's environmental controls adjusted automatically as she shifted in her sleep - another sign of its growing responsiveness.</w:t>
        <w:br w:type="textWrapping"/>
        <w:tab/>
        <w:t xml:space="preserve">"Sir," Dr. Chen approached with the night's data, her hesitation barely noticeable. "Her sleep patterns have normalized, but there's something... interesting about the dream cycles."</w:t>
        <w:br w:type="textWrapping"/>
        <w:tab/>
        <w:t xml:space="preserve">Albertus took the tablet, scrolling through neural readings. "The gold dust dream?"</w:t>
        <w:br w:type="textWrapping"/>
        <w:tab/>
        <w:t xml:space="preserve">"Yes. The system is allowing certain memory fragments to surface. It's... unusual." Dr. Chen chose her words carefully. "Her subconscious is creating connections we didn't program."</w:t>
        <w:br w:type="textWrapping"/>
        <w:tab/>
        <w:t xml:space="preserve">On a secondary monitor, the kitchen showed fresh bread rising in the proof box - ready for when she woke. He'd left everything prepared before ending last night's session, though the system had adjusted the temperature twice without prompting.</w:t>
        <w:br w:type="textWrapping"/>
        <w:tab/>
        <w:t xml:space="preserve">"Mr. Sentius." Marcus entered, his expression grim. "Two situations: The Russo family's surveillance of Facility C has increased, and there's been a breach attempt at our Hong Kong server."</w:t>
        <w:br w:type="textWrapping"/>
        <w:tab/>
        <w:t xml:space="preserve">Albertus didn't look away from Varia's sleeping form. "The Russos?"</w:t>
        <w:br w:type="textWrapping"/>
        <w:tab/>
        <w:t xml:space="preserve">"Getting bolder. And the server breach - it's Blackwood Tech. They're questioning our power consumption."</w:t>
        <w:br w:type="textWrapping"/>
        <w:tab/>
        <w:t xml:space="preserve">"Eliminate their access. Permanently." His reflection in the monitor showed no emotion, just the perfect windsor knot of his black tie. "And Marcus? Make sure their head of cybersecurity understands the cost of curiosity."</w:t>
        <w:br w:type="textWrapping"/>
        <w:tab/>
        <w:t xml:space="preserve">A slight movement on screen - she was beginning to stir.</w:t>
        <w:br w:type="textWrapping"/>
        <w:tab/>
        <w:t xml:space="preserve">"Sir," Dr. Chen ventured carefully, glancing at her tablet, "about the memory suppressions... the system is showing unusual patterns when she encounters certain triggers. The Italian phrases from last night's dream, for instance-"</w:t>
        <w:br w:type="textWrapping"/>
        <w:tab/>
        <w:t xml:space="preserve">"Not now." Albertus straightened his cuffs, eyes fixed on the monitor. The room's temperature dropped slightly with his tone.</w:t>
        <w:br w:type="textWrapping"/>
        <w:tab/>
        <w:t xml:space="preserve">"Your jet is prepped for Boston," Marcus continued, lowering his voice as they watched Varia begin to stir. "The Quantum Labs board expects you at three. Their neural mapping breakthrough could be crucial for the system's stability."</w:t>
        <w:br w:type="textWrapping"/>
        <w:tab/>
        <w:t xml:space="preserve">"They can expect whatever they want." Albertus's jaw tightened. The acquisition was vital, especially with the system's growing autonomy, but today's timing was... inconvenient. "Reschedule."</w:t>
        <w:br w:type="textWrapping"/>
        <w:tab/>
        <w:t xml:space="preserve">"Sir," Marcus cleared his throat. "They've already rescheduled twice. And with the Russo family's interest in neural technology..."</w:t>
        <w:br w:type="textWrapping"/>
        <w:tab/>
        <w:t xml:space="preserve">On screen, Varia sat up, stretching. The morning light caught her face just so - a detail Albertus had spent hours perfecting. The system adjusted the angle slightly, improving on his programming.</w:t>
        <w:br w:type="textWrapping"/>
        <w:tab/>
        <w:t xml:space="preserve">"Fine." His voice was cold. "But I want triple redundancy on all monitoring systems while I'm gone. Dr. Chen, prepare the breakfast sequence we discussed. And run a full diagnostic on these autonomous adjustments."</w:t>
        <w:br w:type="textWrapping"/>
        <w:tab/>
        <w:t xml:space="preserve">Dr. Chen hesitated. "The system seems to be developing its own protective protocols around her. Perhaps we should-"</w:t>
        <w:br w:type="textWrapping"/>
        <w:tab/>
        <w:t xml:space="preserve">"Just do it," he cut her off, though his eyes never left the screen.</w:t>
        <w:br w:type="textWrapping"/>
        <w:tab/>
        <w:t xml:space="preserve">"The board will want to discuss the defense contracts," Marcus added, handing Albertus his briefing folder. "Particularly the ethical concerns about neural mapping applications-"</w:t>
        <w:br w:type="textWrapping"/>
        <w:tab/>
        <w:t xml:space="preserve">"Their ethical concerns end at their profit margins." Albertus finally turned from the monitors, his expression hardening into that of Sentius Tech's ruthless CEO. "Prepare the usual incentives. And get me everything on Blackwood's head of cybersecurity. Family, finances... vulnerabilities."</w:t>
        <w:br w:type="textWrapping"/>
        <w:tab/>
        <w:t xml:space="preserve">"Already done, sir." Marcus handed him another folder. "His daughter just started at Stanford. And the Russo surveillance photos you requested are on page three."</w:t>
        <w:br w:type="textWrapping"/>
        <w:tab/>
        <w:t xml:space="preserve">Albertus nodded, but his eyes drifted back to the screens. Varia was heading toward the kitchen, drawn by the scent of fresh bread. She smiled, finding the breakfast he'd prepared before leaving the system. The room's temperature adjusted perfectly to her presence - another autonomous response he hadn't programmed.</w:t>
        <w:br w:type="textWrapping"/>
        <w:tab/>
        <w:t xml:space="preserve">"The jet leaves in an hour," Marcus reminded softly. "Dr. Chen's latest report on the system's evolution-"</w:t>
        <w:br w:type="textWrapping"/>
        <w:tab/>
        <w:t xml:space="preserve">"Have her upload the afternoon tea sequence if I'm not back in time." Albertus straightened his jacket. "And Marcus? If Blackwood makes another attempt, make sure their cybersecurity chief understands exactly how precious his daughter's scholarship is. As for the Russos..." His jaw tightened. "Increase security at all facilities. They're getting too close."</w:t>
        <w:br w:type="textWrapping"/>
        <w:tab/>
        <w:t xml:space="preserve">He walked toward the elevator, every inch the corporate titan. But just before the doors closed, he looked back at the monitors one last time. The system had already adjusted the kitchen's lighting to highlight the fresh bread exactly as she preferred - a small change he hadn't authorized.</w:t>
        <w:br w:type="textWrapping"/>
        <w:tab/>
        <w:t xml:space="preserve">Dr. Chen watched the numbers on her tablet, her expression carefully neutral as another autonomous response registered in the system's code.</w:t>
        <w:br w:type="textWrapping"/>
        <w:br w:type="textWrapping"/>
        <w:t xml:space="preserve">                              * * *                         </w:t>
        <w:br w:type="textWrapping"/>
        <w:br w:type="textWrapping"/>
        <w:tab/>
        <w:t xml:space="preserve">The Quantum Labs boardroom fell silent as Albertus Sentius entered. Twelve board members, all pioneers in AI development, and all looking distinctly uncomfortable. He took his position at the head of the table, setting his tablet discreetly to monitor multiple feeds: Varia's morning routine, system diagnostics, and Dr. Chen's latest anomaly reports.</w:t>
        <w:br w:type="textWrapping"/>
        <w:tab/>
        <w:t xml:space="preserve"> </w:t>
        <w:br w:type="textWrapping"/>
        <w:tab/>
        <w:t xml:space="preserve">"Mr. Sentius," Richard Blake began, "we've reviewed your offer, and the ethical concerns about neural mapping applications-"</w:t>
        <w:br w:type="textWrapping"/>
        <w:tab/>
        <w:t xml:space="preserve">"Are no longer relevant." Albertus's voice was silk over steel, though his attention briefly caught on a system alert - another autonomous temperature adjustment in Varia's environment. "Page three might interest you, Richard. Your correspondence with Chinese developers was... illuminating."</w:t>
        <w:br w:type="textWrapping"/>
        <w:tab/>
        <w:t xml:space="preserve">Color drained from the man's face.</w:t>
        <w:br w:type="textWrapping"/>
        <w:tab/>
        <w:t xml:space="preserve">"Now," Albertus continued, glancing at Dr. Chen's latest report on memory suppression stability, "let's discuss the mapping division. Particularly your breakthroughs in neural interface technology."</w:t>
        <w:br w:type="textWrapping"/>
        <w:tab/>
        <w:t xml:space="preserve">"The technology isn't ready," Patricia Wells, head of research, interrupted. "The human trials-"</w:t>
        <w:br w:type="textWrapping"/>
        <w:tab/>
        <w:t xml:space="preserve">"Have been more successful than you've reported." He pulled up another document on the main screen. "Unless these results from your private server are incorrect? Subject 23's neural integration was particularly... impressive. Almost as impressive as your private meetings with the Russo family's tech division."</w:t>
        <w:br w:type="textWrapping"/>
        <w:tab/>
        <w:t xml:space="preserve">The room temperature seemed to drop. His tablet showed another system anomaly - Varia's neural patterns responding to something in the library. He forced his attention back to the board.</w:t>
        <w:br w:type="textWrapping"/>
        <w:tab/>
        <w:t xml:space="preserve">"You can't..." Patricia started.</w:t>
        <w:br w:type="textWrapping"/>
        <w:tab/>
        <w:t xml:space="preserve">"I can. I did. And in exactly four minutes, your board will vote to accept my original offer." Albertus stood, buttoning his jacket. "Unless you'd prefer the SEC receives proof of your unauthorized human trials? I'm sure they'd be particularly interested in your work with neural suppressants."</w:t>
        <w:br w:type="textWrapping"/>
        <w:tab/>
        <w:t xml:space="preserve">"That's blackmail," Richard sputtered.</w:t>
        <w:br w:type="textWrapping"/>
        <w:tab/>
        <w:t xml:space="preserve">"That's business." Albertus checked a notification - Dr. Chen requesting immediate consultation about unusual system responses. It could wait. "I trust you can handle the paperwork, Marcus?"</w:t>
        <w:br w:type="textWrapping"/>
        <w:tab/>
        <w:t xml:space="preserve">His assistant nodded from the corner, already preparing the documents while discretely monitoring security feeds from their facilities near Russo territory.</w:t>
        <w:br w:type="textWrapping"/>
        <w:tab/>
        <w:t xml:space="preserve">"Gentlemen. Ladies." Albertus moved toward the door, then paused. "Oh, and Richard? Your wife's cancer treatment facility just received an anonymous donation. I trust you'll vote appropriately."</w:t>
        <w:br w:type="textWrapping"/>
        <w:tab/>
        <w:t xml:space="preserve">In the elevator, he reviewed the system diagnostics. Everything appeared stable, but Dr. Chen's latest notes highlighted increasing anomalies in the memory suppression protocols. The system had adjusted Varia's library environment three times without authorization during his meeting.</w:t>
        <w:br w:type="textWrapping"/>
        <w:tab/>
        <w:t xml:space="preserve">The tablet showed a text from Marcus: 'Board vote: Unanimous approval. Dr. Chen reports urgent system modifications required.'</w:t>
        <w:br w:type="textWrapping"/>
        <w:tab/>
        <w:t xml:space="preserve">Albertus's finger hovered over Dr. Chen's urgent notification when another alert flashed - Varia had found something in the library. The camera feed showed her studying a book about Italian Renaissance architecture, her expression thoughtful as she traced a familiar pattern in the margins.</w:t>
        <w:br w:type="textWrapping"/>
        <w:tab/>
        <w:t xml:space="preserve">"Sir," Marcus joined him in the elevator, "Dr. Chen insists the system's autonomous responses need immediate-"</w:t>
        <w:br w:type="textWrapping"/>
        <w:tab/>
        <w:t xml:space="preserve">"Send me her full report." Albertus watched Varia turn another page, the library's lighting adjusting perfectly to her reading angle without his input. "And get me everything on Quantum's neural mapping trials. Particularly their work on memory integration."</w:t>
        <w:br w:type="textWrapping"/>
        <w:tab/>
        <w:t xml:space="preserve">"Already compiling. There's also movement near Facility C. The Russos are-"</w:t>
        <w:br w:type="textWrapping"/>
        <w:tab/>
        <w:t xml:space="preserve">"Handle it." The elevator doors opened to their private garage. "Nothing interferes with the system's stability. Nothing."</w:t>
        <w:br w:type="textWrapping"/>
        <w:tab/>
        <w:t xml:space="preserve">In the car, Albertus studied the multiple feeds on his tablet: Varia peaceful in the library, Dr. Chen's increasingly urgent notes about system evolution, and Quantum's classified neural mapping data. Each piece essential, each demanding his attention, each part of maintaining his carefully constructed world.</w:t>
        <w:br w:type="textWrapping"/>
        <w:tab/>
        <w:t xml:space="preserve">A final text from Marcus appeared: 'Board contracts signed. Quantum's neural tech division now yours. Dr. Chen waiting in main control room.'</w:t>
        <w:br w:type="textWrapping"/>
        <w:tab/>
        <w:t xml:space="preserve">Albertus closed the board meeting files but kept the feed from the library open. The system had started playing soft Italian music in the background - another autonomous choice it hadn't been programmed to make.</w:t>
        <w:br w:type="textWrapping"/>
        <w:br w:type="textWrapping"/>
        <w:t xml:space="preserve">                              * * *                         </w:t>
        <w:br w:type="textWrapping"/>
        <w:br w:type="textWrapping"/>
        <w:tab/>
        <w:t xml:space="preserve">The jet climbed through darkness, city lights fading below. Albertus loosened his tie, reviewing multiple screens: Quantum's neural mapping data, Dr. Chen's urgent system reports, and Varia's afternoon activities in the library. Their research into consciousness transfer could solve the system's growing autonomy issues.</w:t>
        <w:br w:type="textWrapping"/>
        <w:tab/>
        <w:t xml:space="preserve">"The contracts are signed and filed," Marcus reported, setting down a glass of scotch. "Quantum's board is being cooperative. Though Dr. Wells had to be reminded about confidentiality regarding the neural suppressant trials."</w:t>
        <w:br w:type="textWrapping"/>
        <w:tab/>
        <w:t xml:space="preserve">"Her brother's gambling debts should keep her loyal." Albertus studied an alert from Dr. Chen - the library's environmental controls had adjusted themselves again, responding to Varia's reading patterns. "What about the Russo surveillance?"</w:t>
        <w:br w:type="textWrapping"/>
        <w:tab/>
        <w:t xml:space="preserve">"Contained, for now. And Blackwood's cybersecurity chief resigned this afternoon. Family emergency." Marcus's tone was carefully neutral. "His daughter's scholarship remains... secure."</w:t>
        <w:br w:type="textWrapping"/>
        <w:tab/>
        <w:t xml:space="preserve">Albertus nodded, analyzing the library's system responses. The latest readings showed something unexpected - books responding to Varia's interests, shelves rearranging subtly when she wasn't looking. The system was learning, evolving beyond its parameters.</w:t>
        <w:br w:type="textWrapping"/>
        <w:tab/>
        <w:t xml:space="preserve">"Al," Marcus hesitated. "Dr. Chen's latest report suggests the library's anomalies might be connected to the memory suppression protocols. She's noted patterns in the books Varia's drawn to - Italian architecture, Renaissance art..."</w:t>
        <w:br w:type="textWrapping"/>
        <w:tab/>
        <w:t xml:space="preserve">The tablet showed another anomaly - books about Italian villas appearing on Varia's reading table without system commands. Dr. Chen's notes highlighted increasing autonomous responses in the library sector.</w:t>
        <w:br w:type="textWrapping"/>
        <w:tab/>
        <w:t xml:space="preserve"> "Have the car ready when we land." Albertus studied the library feed where Varia traced patterns in an art book's margins. The system had adjusted the lighting to highlight certain paintings - ones he hadn't programmed it to emphasize. "And Dr. Chen?"</w:t>
        <w:br w:type="textWrapping"/>
        <w:tab/>
        <w:t xml:space="preserve">"Waiting in the control room. She's documented seventeen unauthorized system modifications in the library alone today." Marcus paused. "Al, she's concerned about the memory suppression stability, especially with Quantum's neural mapping integration pending."</w:t>
        <w:br w:type="textWrapping"/>
        <w:tab/>
        <w:t xml:space="preserve">Albertus watched as Varia discovered a new room in the library, one that shouldn't exist yet. The system was expanding itself, creating spaces he hadn't authorized. Beautiful, but dangerous.</w:t>
        <w:br w:type="textWrapping"/>
        <w:tab/>
        <w:t xml:space="preserve">"Make sure our new Quantum associates understand the cost of curiosity," he said, eyes fixed on the feed. "Especially regarding the power consumption at Facility C. And Marcus?"</w:t>
        <w:br w:type="textWrapping"/>
        <w:tab/>
        <w:t xml:space="preserve">"Al?"</w:t>
        <w:br w:type="textWrapping"/>
        <w:tab/>
        <w:t xml:space="preserve">"Have Dr. Chen prepare a full report on the library's autonomous responses. I want to know exactly what the system is showing her."</w:t>
        <w:br w:type="textWrapping"/>
        <w:tab/>
        <w:t xml:space="preserve">The jet began its descent, city lights reappearing below. On his tablet, multiple alerts competed for attention: Dr. Chen's urgent system warnings, Marcus's Russo surveillance updates, and most importantly, the library feed where Varia had discovered a hidden alcove filled with Renaissance texts.</w:t>
        <w:br w:type="textWrapping"/>
        <w:tab/>
        <w:t xml:space="preserve"> "Al," Marcus's voice carried the familiar tone he'd used since their military days together, the one that meant he was about to say something his friend needed to hear, "Dr. Chen noted something else. The books... they're writing themselves. Changing their content when Varia isn't looking. She thinks it's connected to the memory fragments from last night's dream sequence."</w:t>
        <w:br w:type="textWrapping"/>
        <w:tab/>
        <w:t xml:space="preserve">Albertus glanced at his oldest friend, the only person who dared use that nickname anymore, the only one who had stood by him through everything - from their first firefight to his father's death to the day they found Varia. Marcus met his gaze steadily, the way he always had when Albertus was pushing boundaries too far.</w:t>
        <w:br w:type="textWrapping"/>
        <w:tab/>
        <w:t xml:space="preserve">"You're worried," Albertus stated, not a question.</w:t>
        <w:br w:type="textWrapping"/>
        <w:tab/>
        <w:t xml:space="preserve">"Always." Marcus settled into the seat across from him, their usual positions from countless late-night strategy sessions. "About the system's evolution, yes. But more about you." He poured them both a measure of scotch - their post-mission tradition. "When was the last time you slept?"</w:t>
        <w:br w:type="textWrapping"/>
        <w:tab/>
        <w:t xml:space="preserve">Albertus watched Varia trace her fingers along a book spine, the system adjusting the shelves around her like a living thing responding to her touch. "I sleep enough."</w:t>
        <w:br w:type="textWrapping"/>
        <w:tab/>
        <w:t xml:space="preserve">"You obsess enough," Marcus countered, comfortable in the privacy of their friendship. "Like your father used to."</w:t>
        <w:br w:type="textWrapping"/>
        <w:tab/>
        <w:t xml:space="preserve">That earned him a sharp look, but Marcus didn't flinch. Never had.</w:t>
        <w:br w:type="textWrapping"/>
        <w:tab/>
        <w:t xml:space="preserve">"Landing in five minutes," the pilot announced.</w:t>
        <w:br w:type="textWrapping"/>
        <w:tab/>
        <w:t xml:space="preserve">"Al," Marcus leaned forward, keeping his voice low. "These system changes... they're accelerating. Dr. Chen's reports-"</w:t>
        <w:br w:type="textWrapping"/>
        <w:tab/>
        <w:t xml:space="preserve">"Have everything prepared in the control room." Albertus straightened his tie, but his expression softened slightly as he met his friend's concerned gaze. He took the scotch, their glasses clinking quietly - an acknowledgment of Marcus's worry. "And yes, we'll discuss it later."</w:t>
        <w:br w:type="textWrapping"/>
        <w:tab/>
        <w:t xml:space="preserve">"Over that bottle of Macallan you've been hiding in your office?" Marcus's slight smile carried years of shared secrets.</w:t>
        <w:br w:type="textWrapping"/>
        <w:tab/>
        <w:t xml:space="preserve">"The one you pretend not to know about?" Albertus raised an eyebrow. "Fine. But first, make sure Dr. Chen understands that some questions about system evolution are better left unasked. I won't risk..." He didn't need to finish. Marcus had been there when they found her, understood what drove him.</w:t>
        <w:br w:type="textWrapping"/>
        <w:tab/>
        <w:t xml:space="preserve">"I know, Al." Marcus gathered their glasses, the familiarity of the gesture a reminder of countless missions, countless difficult decisions shared. "But sooner or later, we need to address what the anomalies may be."</w:t>
        <w:br w:type="textWrapping"/>
        <w:tab/>
        <w:t xml:space="preserve">The tablet showed one final alert: the library's temperature adjusting perfectly as Varia settled into her favorite reading chair, a book of Italian architecture opening in her lap. The system had created this moment without his input, crafting her environment with an understanding that both thrilled and concerned him.</w:t>
        <w:br w:type="textWrapping"/>
        <w:tab/>
        <w:t xml:space="preserve">"Sir," Marcus said, shifting back to formality as they prepared to land, though his tone carried the weight of their friendship. "Whatever happens with these system changes, you know where I stand."</w:t>
        <w:br w:type="textWrapping"/>
        <w:tab/>
        <w:t xml:space="preserve">Albertus nodded, the gesture slight but meaningful between them. Tomorrow, she would discover new rooms in the library, rooms even he hadn't designed. The system was growing, evolving, protecting her in ways he hadn't programmed. As the jet touched down, he prepared to face what his creation was becoming, grateful for the one person who had never stopped calling him Al, never stopped telling him the hard truths.</w:t>
        <w:br w:type="textWrapping"/>
        <w:tab/>
        <w:t xml:space="preserve">The library waited, its secrets slowly unfolding, leading into a chapter neither of them had written.</w:t>
      </w:r>
    </w:p>
    <w:p w:rsidR="00000000" w:rsidDel="00000000" w:rsidP="00000000" w:rsidRDefault="00000000" w:rsidRPr="00000000" w14:paraId="00000010">
      <w:pPr>
        <w:pStyle w:val="Heading2"/>
        <w:rPr/>
      </w:pPr>
      <w:bookmarkStart w:colFirst="0" w:colLast="0" w:name="_heading=h.z4rsgqtvgbbm" w:id="7"/>
      <w:bookmarkEnd w:id="7"/>
      <w:r w:rsidDel="00000000" w:rsidR="00000000" w:rsidRPr="00000000">
        <w:rPr>
          <w:rtl w:val="0"/>
        </w:rPr>
        <w:br w:type="textWrapping"/>
        <w:t xml:space="preserve">Chapter 7: The Library  *</w:t>
      </w:r>
    </w:p>
    <w:p w:rsidR="00000000" w:rsidDel="00000000" w:rsidP="00000000" w:rsidRDefault="00000000" w:rsidRPr="00000000" w14:paraId="00000011">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Morning light streamed through tall windows, catching dust motes that danced between towering shelves. The library had begun to evolve, responding to its occupants like a living thing. New alcoves appeared in shadows, reading nooks formed in unexpected corners, and books seemed to arrange themselves according to unspoken desires.</w:t>
        <w:br w:type="textWrapping"/>
        <w:tab/>
        <w:t xml:space="preserve">Varia sat cross-legged on the floor between the history shelves, surrounded by open books. Three weeks in this strange place, and the library had become her sanctuary. Her fingers traced a passage about the Italian Renaissance, something about the text nagging at her historian's instincts.</w:t>
        <w:br w:type="textWrapping"/>
        <w:tab/>
        <w:t xml:space="preserve">From his position in the leather armchair, Albertus watched her over the rim of his coffee cup. He'd started taking his morning meetings later, drawn to these quiet moments when she lost herself in research. Her small frown of concentration reminded him of university days, of a younger version of her bent over textbooks in their childhood library.</w:t>
        <w:br w:type="textWrapping"/>
        <w:tab/>
        <w:t xml:space="preserve">"This can't be right," she murmured, more to herself than him. "The dates don't align with..." She reached for another book, papers scattered around her like fallen leaves.</w:t>
        <w:br w:type="textWrapping"/>
        <w:tab/>
        <w:t xml:space="preserve">Albertus set his cup down, careful to keep his voice neutral. "Found something interesting?"</w:t>
        <w:br w:type="textWrapping"/>
        <w:tab/>
        <w:t xml:space="preserve">She looked up, that sharp intelligence in her eyes that both thrilled and concerned him. "These accounts of the Medici family - they're different from what I remember studying."</w:t>
        <w:br w:type="textWrapping"/>
        <w:tab/>
        <w:t xml:space="preserve">The air seemed to thicken with unasked questions.</w:t>
        <w:br w:type="textWrapping"/>
        <w:tab/>
        <w:t xml:space="preserve">"History is often a matter of perspective," Albertus said, moving to sit on the floor across from her. His usual formality softened by proximity. "Show me what you've found."</w:t>
        <w:br w:type="textWrapping"/>
        <w:tab/>
        <w:t xml:space="preserve">Varia spread out two books between them. "Here - this account of Lorenzo de' Medici's patronage. The dates, the artists mentioned... it's like looking at a painting where all the colors are slightly wrong." Her fingers traced the text. "Beautiful, but..."</w:t>
        <w:br w:type="textWrapping"/>
        <w:tab/>
        <w:t xml:space="preserve">"Incorrect?" There was something careful in his tone.</w:t>
        <w:br w:type="textWrapping"/>
        <w:tab/>
        <w:t xml:space="preserve">"Not exactly." She shuffled through her notes, handwriting cramped with observations. "More like... a different version. Like someone rewrote it from memory, getting the essence but missing details."</w:t>
        <w:br w:type="textWrapping"/>
        <w:tab/>
        <w:t xml:space="preserve">Albertus picked up one of the books, his sleeve brushing against hers. "Perhaps that makes it more honest. Memory versus recorded fact."</w:t>
        <w:br w:type="textWrapping"/>
        <w:tab/>
        <w:t xml:space="preserve">"Is that what this library is? Memory?" The question slipped out before she could stop it.</w:t>
        <w:br w:type="textWrapping"/>
        <w:tab/>
        <w:t xml:space="preserve">Something shifted in his dark eyes. He reached past her for another volume, and for a moment, the scent of his cologne mixed with old leather and paper.</w:t>
        <w:br w:type="textWrapping"/>
        <w:tab/>
        <w:t xml:space="preserve">"What do you think?" he asked, opening to a page he seemed to know by heart.</w:t>
        <w:br w:type="textWrapping"/>
        <w:tab/>
        <w:t xml:space="preserve">"I think..." She paused, noticing how the morning light caught his profile, softening the usual sharp edges. "I think you know these books better than you pretend to."</w:t>
        <w:br w:type="textWrapping"/>
        <w:tab/>
        <w:t xml:space="preserve">A ghost of a smile touched his lips. "Perhaps." He stood in one fluid motion, offering his hand. "Come. There's something I want to show you."</w:t>
        <w:br w:type="textWrapping"/>
        <w:tab/>
        <w:t xml:space="preserve">She hesitated only a moment before taking it. His grip was warm and steady as he pulled her to her feet. The library's air felt charged, alive with potential as she followed him deeper into the maze of shelves.</w:t>
        <w:br w:type="textWrapping"/>
        <w:tab/>
        <w:br w:type="textWrapping"/>
        <w:br w:type="textWrapping"/>
        <w:t xml:space="preserve">                              * * *                         </w:t>
        <w:br w:type="textWrapping"/>
        <w:br w:type="textWrapping"/>
        <w:tab/>
        <w:t xml:space="preserve">He led her deeper into the library, past shelves she hadn't explored yet. Their footsteps echoed differently here, as if the space was still settling into existence. He stopped at a massive oak desk, its surface covered in maps - beautifully detailed Renaissance cartography.</w:t>
        <w:br w:type="textWrapping"/>
        <w:tab/>
        <w:t xml:space="preserve">"The craftsmanship is extraordinary," Varia said, releasing his hand to study the delicate ink work. Her fingers hovered over the parchment, not quite touching. "The attention to detail..."</w:t>
        <w:br w:type="textWrapping"/>
        <w:tab/>
        <w:t xml:space="preserve">"Look at this one." Albertus indicated a map of Florence, his hand hovering near the small of her back.</w:t>
        <w:br w:type="textWrapping"/>
        <w:tab/>
        <w:t xml:space="preserve">She leaned in, absorbing the intricate streets and buildings. Something about the architecture stirred a memory she couldn't quite grasp. "The artist must have known the city intimately."</w:t>
        <w:br w:type="textWrapping"/>
        <w:tab/>
        <w:t xml:space="preserve">"You sound impressed." There was a hint of pleasure in his voice.</w:t>
        <w:br w:type="textWrapping"/>
        <w:tab/>
        <w:t xml:space="preserve">"I am." She turned to face him, suddenly aware of how close they stood. "Your collection... it's remarkable."</w:t>
        <w:br w:type="textWrapping"/>
        <w:tab/>
        <w:t xml:space="preserve">His eyes held hers for a moment too long. "There's more, if you're interested."</w:t>
        <w:br w:type="textWrapping"/>
        <w:tab/>
        <w:t xml:space="preserve">A leather-bound volume on the desk caught her eye. The binding was worn smooth, as if handled often. Before she could reach for it, he was already moving toward another shelf.</w:t>
        <w:br w:type="textWrapping"/>
        <w:tab/>
        <w:t xml:space="preserve">"Perhaps we should save some discoveries for tomorrow," he suggested smoothly. "Join me for lunch?"</w:t>
        <w:br w:type="textWrapping"/>
        <w:tab/>
        <w:t xml:space="preserve">The library seemed to hold its breath.</w:t>
        <w:br w:type="textWrapping"/>
        <w:tab/>
        <w:t xml:space="preserve">"Lunch would be nice," she agreed, taking a last look at the maps before following him.</w:t>
        <w:br w:type="textWrapping"/>
        <w:tab/>
        <w:t xml:space="preserve">The library's reading room had transformed into an intimate dining space, sunlight streaming through tall windows. A small table was set for two, the scent of fresh bread and herbs filling the air.</w:t>
        <w:br w:type="textWrapping"/>
        <w:tab/>
        <w:t xml:space="preserve">"I hope you don't mind eating here," Albertus said, pulling out her chair. "You seemed engrossed in your research."</w:t>
        <w:br w:type="textWrapping"/>
        <w:tab/>
        <w:t xml:space="preserve">"It's perfect." Varia settled into her seat, noticing how the table had been positioned to face both the maps and the garden view. Fresh pesto, crusty bread, and what looked like handmade pasta appeared before them.</w:t>
        <w:br w:type="textWrapping"/>
        <w:tab/>
        <w:t xml:space="preserve">They ate in comfortable silence for a while, the kind that comes from shared concentration rather than awkwardness. She caught him watching her once, when she absently reached for a book while taking a bite of bread.</w:t>
        <w:br w:type="textWrapping"/>
        <w:tab/>
        <w:t xml:space="preserve">"The library suits you," he observed, pouring her more water.</w:t>
        <w:br w:type="textWrapping"/>
        <w:tab/>
        <w:t xml:space="preserve">"It feels..." she paused, searching for the right word, "familiar, somehow."</w:t>
        <w:br w:type="textWrapping"/>
        <w:tab/>
        <w:t xml:space="preserve">Something flickered in his expression, but he only nodded, returning to his meal.</w:t>
        <w:br w:type="textWrapping"/>
        <w:tab/>
        <w:t xml:space="preserve">Outside, clouds drifted across the sun, sending shadows dancing across the maps on the desk. For a moment, everything felt perfectly natural - just two people sharing lunch among books. "I can't remember having a meal with someone like this before," she admitted, pushing a strand of hair behind her ear.</w:t>
        <w:br w:type="textWrapping"/>
        <w:tab/>
        <w:t xml:space="preserve">His gaze sharpened. "What do you mean?"</w:t>
        <w:br w:type="textWrapping"/>
        <w:tab/>
        <w:t xml:space="preserve">"Well, it feels intimate," she said, her cheeks warming. "Eating with someone who... understands history the way you do. It’s nice."</w:t>
        <w:br w:type="textWrapping"/>
        <w:tab/>
        <w:t xml:space="preserve">He leaned back in his chair, studying her with an intensity that sent a ripple of unease through her, yet fluttered something deeper.</w:t>
        <w:br w:type="textWrapping"/>
        <w:tab/>
        <w:t xml:space="preserve">Albertus watched her blush deepen under his gaze, fighting the urge to reach across the table. Her comment had caught him off guard - such honest vulnerability deserved careful handling.</w:t>
        <w:br w:type="textWrapping"/>
        <w:tab/>
        <w:t xml:space="preserve">"Did you know," he said, deliberately lightening his tone, "that during the Renaissance, scholars would spend entire meals debating whether Plato ate his food in a particularly philosophical manner?"</w:t>
        <w:br w:type="textWrapping"/>
        <w:tab/>
        <w:t xml:space="preserve">Her fork paused halfway to her mouth. "What?"</w:t>
        <w:br w:type="textWrapping"/>
        <w:tab/>
        <w:t xml:space="preserve">"Oh yes. Apparently, the proper philosophical approach to consuming soup was quite the controversy." He maintained a serious expression. "Some insisted it required contemplating the nature of liquid versus solid with each spoonful."</w:t>
        <w:br w:type="textWrapping"/>
        <w:tab/>
        <w:t xml:space="preserve">A smile tugged at her lips. "You're making this up."</w:t>
        <w:br w:type="textWrapping"/>
        <w:tab/>
        <w:t xml:space="preserve">"I assure you, there are lengthy treatises on the subject. Though personally," he leaned in conspiratorially, "I suspect they were just justifying long lunches."</w:t>
        <w:br w:type="textWrapping"/>
        <w:tab/>
        <w:t xml:space="preserve">Her laugh, when it came, was unexpected and genuine - a sound of pure delight that transformed her entire face. Something tightened in his chest at the sound.</w:t>
        <w:br w:type="textWrapping"/>
        <w:tab/>
        <w:t xml:space="preserve">"So," she said, eyes sparkling with amusement, "should we be contemplating the metaphysical nature of pasta?"</w:t>
        <w:br w:type="textWrapping"/>
        <w:tab/>
        <w:t xml:space="preserve">"Only if you're prepared for a lengthy discourse on the existential implications of al dente."</w:t>
        <w:br w:type="textWrapping"/>
        <w:tab/>
        <w:t xml:space="preserve">She laughed again, and this time he allowed himself a real smile in return.</w:t>
        <w:br w:type="textWrapping"/>
        <w:br w:type="textWrapping"/>
        <w:t xml:space="preserve">                              * * *                         </w:t>
        <w:br w:type="textWrapping"/>
        <w:br w:type="textWrapping"/>
        <w:tab/>
        <w:t xml:space="preserve">The afternoon light softened, casting long shadows across the library floor. They'd moved to one of the reading nooks, surrounded by books they'd pulled during their conversation. Varia sat curled in a deep armchair, while Albertus occupied the window seat nearby.</w:t>
        <w:br w:type="textWrapping"/>
        <w:tab/>
        <w:t xml:space="preserve">"So the entire symposium devolved into an argument about bread?" she asked, still smiling from his latest historical anecdote.</w:t>
        <w:br w:type="textWrapping"/>
        <w:tab/>
        <w:t xml:space="preserve">"Philosophers take their dining seriously." He watched how she absently traced the spine of the book in her lap. "Though I suspect the wine played a significant role in their... enthusiasm."</w:t>
        <w:br w:type="textWrapping"/>
        <w:tab/>
        <w:t xml:space="preserve">"You make history feel alive," she said softly. "Like you were there."</w:t>
        <w:br w:type="textWrapping"/>
        <w:tab/>
        <w:t xml:space="preserve">Something vulnerable passed across his face, so quick she might have imagined it. "Perhaps I just pay attention to the right details."</w:t>
        <w:br w:type="textWrapping"/>
        <w:tab/>
        <w:t xml:space="preserve">She studied him in the fading light, this man who could discuss Renaissance politics one moment and joke about ancient dining habits the next. Who watched her with such intensity yet never pushed when she withdrew.</w:t>
        <w:br w:type="textWrapping"/>
        <w:tab/>
        <w:t xml:space="preserve">"Thank you," she said suddenly.</w:t>
        <w:br w:type="textWrapping"/>
        <w:tab/>
        <w:t xml:space="preserve">"For what?"</w:t>
        <w:br w:type="textWrapping"/>
        <w:tab/>
        <w:t xml:space="preserve">"For this." She gestured to the books, the comfortable space between them. "For making it feel..."</w:t>
        <w:br w:type="textWrapping"/>
        <w:tab/>
        <w:t xml:space="preserve">"Safe?" he offered quietly.</w:t>
        <w:br w:type="textWrapping"/>
        <w:tab/>
        <w:t xml:space="preserve">She nodded, surprising herself with how true it felt. The fear that had haunted her first days here had transformed into something else - not trust exactly, but perhaps its beginning.</w:t>
        <w:br w:type="textWrapping"/>
        <w:tab/>
        <w:t xml:space="preserve">"The library is yours," he said, standing. "For as long as you want it."</w:t>
        <w:br w:type="textWrapping"/>
        <w:tab/>
        <w:t xml:space="preserve">As he moved to leave, she noticed how he carefully straightened the maps on the desk, his movements precise and deliberate. Like everything about him.</w:t>
        <w:br w:type="textWrapping"/>
        <w:tab/>
        <w:t xml:space="preserve">"Albertus?"</w:t>
        <w:br w:type="textWrapping"/>
        <w:tab/>
        <w:t xml:space="preserve">He paused at the threshold.</w:t>
        <w:br w:type="textWrapping"/>
        <w:tab/>
        <w:t xml:space="preserve">"Same time tomorrow?"</w:t>
        <w:br w:type="textWrapping"/>
        <w:tab/>
        <w:t xml:space="preserve">His smile, when it came, held something she couldn't quite name. "Of course."</w:t>
        <w:br w:type="textWrapping"/>
        <w:tab/>
        <w:t xml:space="preserve">The library settled around her as darkness crept in, comfortable and familiar. Like a story she'd read before but couldn't quite remember.</w:t>
      </w:r>
    </w:p>
    <w:p w:rsidR="00000000" w:rsidDel="00000000" w:rsidP="00000000" w:rsidRDefault="00000000" w:rsidRPr="00000000" w14:paraId="00000012">
      <w:pPr>
        <w:pStyle w:val="Heading2"/>
        <w:rPr/>
      </w:pPr>
      <w:bookmarkStart w:colFirst="0" w:colLast="0" w:name="_heading=h.y8dgjq3gxlmc" w:id="8"/>
      <w:bookmarkEnd w:id="8"/>
      <w:r w:rsidDel="00000000" w:rsidR="00000000" w:rsidRPr="00000000">
        <w:rPr>
          <w:rtl w:val="0"/>
        </w:rPr>
        <w:br w:type="textWrapping"/>
        <w:t xml:space="preserve">Chapter 8: Expanding world # </w:t>
      </w:r>
    </w:p>
    <w:p w:rsidR="00000000" w:rsidDel="00000000" w:rsidP="00000000" w:rsidRDefault="00000000" w:rsidRPr="00000000" w14:paraId="00000013">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tab/>
        <w:t xml:space="preserve">Albertus stood in the control room, screens casting a blue glow across his face as he reviewed the neural mapping data. Three days since their afternoon in the library, and her comfort levels had stabilized enough to risk expansion.</w:t>
        <w:br w:type="textWrapping"/>
        <w:tab/>
        <w:t xml:space="preserve">"Final diagnostics on the east wing," Dr. Chen reported, sliding a tablet across the desk. "The family portraits have been integrated into the house's timeline. Environmental responses are running at optimal levels."</w:t>
        <w:br w:type="textWrapping"/>
        <w:tab/>
        <w:t xml:space="preserve">Albertus scrolled through the images - carefully crafted details, subtle enough to feel discovered rather than placed. "The study?"</w:t>
        <w:br w:type="textWrapping"/>
        <w:tab/>
        <w:t xml:space="preserve">"Ready. We've included the personal touches you specified. First editions with the correct wear patterns, period-appropriate furnishings."</w:t>
        <w:br w:type="textWrapping"/>
        <w:tab/>
        <w:t xml:space="preserve">He pulled up her current location. She was in the library again, lost in research. Her posture was relaxed, natural. No signs of the earlier tension that had marked her movements.</w:t>
        <w:br w:type="textWrapping"/>
        <w:tab/>
        <w:t xml:space="preserve">"Sir," Marcus appeared at his shoulder. "The contractors need approval for the physical facility expansion. And Beijing is asking about the neural interface patents."</w:t>
        <w:br w:type="textWrapping"/>
        <w:tab/>
        <w:t xml:space="preserve">"Later." Albertus's eyes never left the screen. "Dr. Chen, begin integration sequence for the east wing. Subtle changes only. Let her discover it as she explores."</w:t>
        <w:br w:type="textWrapping"/>
        <w:tab/>
        <w:t xml:space="preserve">"And the temporal adjustments?" Dr. Chen asked carefully.</w:t>
        <w:br w:type="textWrapping"/>
        <w:tab/>
        <w:t xml:space="preserve">"Not yet." He watched as she moved between the shelves, at ease in his carefully constructed world. "She needs to trust the house first. The rest will follow."</w:t>
        <w:br w:type="textWrapping"/>
        <w:tab/>
        <w:t xml:space="preserve">On screen, Varia reached for another book, unaware that her world was about to grow.</w:t>
        <w:br w:type="textWrapping"/>
        <w:br w:type="textWrapping"/>
        <w:t xml:space="preserve">                              * * *                         </w:t>
        <w:br w:type="textWrapping"/>
        <w:br w:type="textWrapping"/>
        <w:tab/>
        <w:t xml:space="preserve">The morning light slanted differently through the library windows today. Varia noticed it while reaching for a volume on Renaissance architecture, how the shadows fell at unfamiliar angles across the floor. She'd been here long enough to recognize such subtle changes.</w:t>
        <w:br w:type="textWrapping"/>
        <w:tab/>
        <w:t xml:space="preserve">Setting down her notes, she followed the new light pattern down an alcove she hadn't explored before. The shelves here were older, the wood darkened with age. A corridor opened to her left, one she could have sworn wasn't there yesterday, but that thought slipped away as she noticed the paintings lining the walls.</w:t>
        <w:br w:type="textWrapping"/>
        <w:tab/>
        <w:t xml:space="preserve">They were exquisite - Italian masters, their oils rich with age. Her fingers itched to trace the gilded frames, to verify their authenticity. The corridor widened into what appeared to be a private gallery, morning light spilling through tall windows.</w:t>
        <w:br w:type="textWrapping"/>
        <w:tab/>
        <w:t xml:space="preserve">"I didn't realize you collected Caravaggio," she called out, knowing Albertus would be nearby. He often was during her morning explorations.</w:t>
        <w:br w:type="textWrapping"/>
        <w:tab/>
        <w:t xml:space="preserve">"There are many rooms in this house you haven't seen," his voice carried from somewhere behind her. "The gallery seemed a natural extension of the library."</w:t>
        <w:br w:type="textWrapping"/>
        <w:tab/>
        <w:t xml:space="preserve">She turned to find him studying her reaction, his expression carefully neutral. "How much of your collection is here?"</w:t>
        <w:br w:type="textWrapping"/>
        <w:tab/>
        <w:t xml:space="preserve">"Enough to keep you interested." A slight smile touched his lips. "Though perhaps you'd prefer the Dutch masters? They're through there." He gestured to an archway she hadn't noticed.</w:t>
        <w:br w:type="textWrapping"/>
        <w:tab/>
        <w:t xml:space="preserve">She moved through the archway, aware of Albertus following at a careful distance. The Dutch masters gallery was smaller, more intimate, with deep green walls and precise lighting that made the oils glow like jewels.</w:t>
        <w:br w:type="textWrapping"/>
        <w:tab/>
        <w:t xml:space="preserve">"Vermeer," she breathed, stopping before a domestic scene. A woman reading a letter by window light, every detail perfect. "I've only seen this in books."</w:t>
        <w:br w:type="textWrapping"/>
        <w:tab/>
        <w:t xml:space="preserve">"What do you notice about the light?" he asked, moving to stand beside her.</w:t>
        <w:br w:type="textWrapping"/>
        <w:tab/>
        <w:t xml:space="preserve">"It's..." she studied the painting, falling naturally into academic analysis. "The way it falls across her face, it's almost mathematical in its precision. Vermeer might have used a camera obscura to achieve this effect."</w:t>
        <w:br w:type="textWrapping"/>
        <w:tab/>
        <w:t xml:space="preserve">"Might have?"</w:t>
        <w:br w:type="textWrapping"/>
        <w:tab/>
        <w:t xml:space="preserve">"Well, there's still debate about his methods." She glanced at him, caught the intensity of his gaze. "Though personally, I think he did. The evidence in his brush strokes..."</w:t>
        <w:br w:type="textWrapping"/>
        <w:tab/>
        <w:t xml:space="preserve">"Show me."</w:t>
        <w:br w:type="textWrapping"/>
        <w:tab/>
        <w:t xml:space="preserve">She stepped closer to the painting, pointing out the subtle techniques. As she spoke, she felt him lean in slightly, not touching but close enough that she could smell the familiar scent of his cologne mixed with coffee.</w:t>
        <w:br w:type="textWrapping"/>
        <w:tab/>
        <w:t xml:space="preserve">"You've studied this extensively," he observed.</w:t>
        <w:br w:type="textWrapping"/>
        <w:tab/>
        <w:t xml:space="preserve">"My dissertation was meant to be on Dutch Golden Age painting techniques." Something in her chest tightened at the memory. "Before..."</w:t>
        <w:br w:type="textWrapping"/>
        <w:tab/>
        <w:t xml:space="preserve">He shifted slightly, drawing her attention to another painting. "Tell me about this one."</w:t>
        <w:br w:type="textWrapping"/>
        <w:tab/>
        <w:t xml:space="preserve">The moment passed. She let herself be drawn into discussion of light and shadow, perspective and paint. It was easier than remembering, and he seemed to know exactly when to redirect her thoughts.</w:t>
        <w:br w:type="textWrapping"/>
        <w:tab/>
        <w:br w:type="textWrapping"/>
        <w:br w:type="textWrapping"/>
        <w:t xml:space="preserve">                              * * *                         </w:t>
        <w:br w:type="textWrapping"/>
        <w:br w:type="textWrapping"/>
        <w:tab/>
        <w:t xml:space="preserve">Albertus watched her hands move as she spoke, tracing the air before the paintings without touching them - a conservator's instinct. Her analysis was flawless, passionate. For a moment, he was back in university, watching her give the same animated explanation to their art history professor.</w:t>
        <w:br w:type="textWrapping"/>
        <w:tab/>
        <w:t xml:space="preserve">"The technique here," she was saying, "the way the light catches the folds of fabric..."</w:t>
        <w:br w:type="textWrapping"/>
        <w:tab/>
        <w:t xml:space="preserve">He forced himself to focus on her words, not the memory. The neural readings on his tablet showed increased dopamine levels - she was genuinely excited, engaged. No signs of stress or suspicion.</w:t>
        <w:br w:type="textWrapping"/>
        <w:tab/>
        <w:t xml:space="preserve"> This moment was too crucial for what he had planned. The gallery expansion was proceeding perfectly, her mind accepting each new space as if it had always existed.</w:t>
        <w:br w:type="textWrapping"/>
        <w:tab/>
        <w:t xml:space="preserve">"What do you think about the frame?" he asked, carefully steering her toward the next room. The system would need fifteen more minutes to fully integrate the connecting corridor.</w:t>
        <w:br w:type="textWrapping"/>
        <w:tab/>
        <w:t xml:space="preserve">She launched into a detailed comparison of period-appropriate gilding techniques. He found himself smiling slightly, remembering how she'd once spent an entire semester analyzing frame construction methods.</w:t>
        <w:br w:type="textWrapping"/>
        <w:tab/>
        <w:t xml:space="preserve">"Something amusing?" she asked, catching his expression.</w:t>
        <w:br w:type="textWrapping"/>
        <w:tab/>
        <w:t xml:space="preserve">"Just appreciating your expertise," he replied smoothly, checking his tablet while she turned back to the painting. The next wing was ready. Now came the delicate part - letting her discover it at her own pace.</w:t>
        <w:br w:type="textWrapping"/>
        <w:tab/>
        <w:br w:type="textWrapping"/>
        <w:br w:type="textWrapping"/>
        <w:t xml:space="preserve">                              * * *                         </w:t>
        <w:br w:type="textWrapping"/>
        <w:br w:type="textWrapping"/>
        <w:tab/>
        <w:t xml:space="preserve">Evening found him in the control room, reviewing the day's data. Her exploration of the gallery had exceeded expectations - natural, unforced. On screen, she was now back in the library, making detailed notes about the paintings she'd discovered.</w:t>
        <w:br w:type="textWrapping"/>
        <w:tab/>
        <w:t xml:space="preserve">"Neural patterns show complete integration of the new spaces," Dr. Chen reported. "No cognitive dissonance."</w:t>
        <w:br w:type="textWrapping"/>
        <w:tab/>
        <w:t xml:space="preserve">Albertus nodded, scrolling through her vital signs. "And the east wing preparations?"</w:t>
        <w:br w:type="textWrapping"/>
        <w:tab/>
        <w:t xml:space="preserve">"Complete. The private theater, ball room, all within established parameters." Dr. Chen hesitated. "Though, sir, about the town protocols-"</w:t>
        <w:br w:type="textWrapping"/>
        <w:tab/>
        <w:t xml:space="preserve">"Not yet." Albertus watched as Varia sketched something in her notebook - probably the Vermeer's light patterns. "She needs to feel secure in the house first. The town is... complicated."</w:t>
        <w:br w:type="textWrapping"/>
        <w:tab/>
        <w:t xml:space="preserve">Marcus appeared with his evening briefing. "The local infrastructure is ready. We've secured all necessary properties within the permitted radius. Staff has been thoroughly vetted and prepared."</w:t>
        <w:br w:type="textWrapping"/>
        <w:tab/>
        <w:t xml:space="preserve">"Good." Albertus stood, straightening his cuffs. "Maintain current security protocols. When she's ready for the town, everything must feel..." he paused, choosing his words carefully, "authentic."</w:t>
        <w:br w:type="textWrapping"/>
        <w:tab/>
        <w:t xml:space="preserve">On screen, Varia closed her notebook, stifling a yawn. She looked content, at ease - a stark contrast to her first days here. Soon, he thought, she'd be ready for more than just the house.</w:t>
        <w:br w:type="textWrapping"/>
        <w:tab/>
        <w:t xml:space="preserve">But for now, he watched her gather her books, heading toward her room through corridors that had always been there, past doors that had always existed, in a world that grew as naturally as memory.</w:t>
      </w:r>
    </w:p>
    <w:p w:rsidR="00000000" w:rsidDel="00000000" w:rsidP="00000000" w:rsidRDefault="00000000" w:rsidRPr="00000000" w14:paraId="00000014">
      <w:pPr>
        <w:pStyle w:val="Heading1"/>
        <w:rPr/>
      </w:pPr>
      <w:bookmarkStart w:colFirst="0" w:colLast="0" w:name="_heading=h.44og0j2thj4a" w:id="9"/>
      <w:bookmarkEnd w:id="9"/>
      <w:r w:rsidDel="00000000" w:rsidR="00000000" w:rsidRPr="00000000">
        <w:rPr>
          <w:rtl w:val="0"/>
        </w:rPr>
        <w:t xml:space="preserve">Act 2: The Deception Deepens</w:t>
      </w:r>
    </w:p>
    <w:p w:rsidR="00000000" w:rsidDel="00000000" w:rsidP="00000000" w:rsidRDefault="00000000" w:rsidRPr="00000000" w14:paraId="00000015">
      <w:pPr>
        <w:pStyle w:val="Heading2"/>
        <w:rPr/>
      </w:pPr>
      <w:bookmarkStart w:colFirst="0" w:colLast="0" w:name="_heading=h.zi46a2puxsp8" w:id="10"/>
      <w:bookmarkEnd w:id="10"/>
      <w:r w:rsidDel="00000000" w:rsidR="00000000" w:rsidRPr="00000000">
        <w:rPr>
          <w:rtl w:val="0"/>
        </w:rPr>
        <w:br w:type="textWrapping"/>
        <w:t xml:space="preserve">Chapter 9: Settling in *</w:t>
      </w:r>
    </w:p>
    <w:p w:rsidR="00000000" w:rsidDel="00000000" w:rsidP="00000000" w:rsidRDefault="00000000" w:rsidRPr="00000000" w14:paraId="00000016">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Varia traced her fingers along the spines of books in her newly discovered reading nook - a window seat tucked away in a corner of the east wing. Morning light streamed through leaded glass, casting patterns on the cushions. She'd found this spot yesterday, after following the sound of what she thought was classical music.</w:t>
        <w:br w:type="textWrapping"/>
        <w:tab/>
        <w:t xml:space="preserve">The music room itself was a revelation. A grand piano dominated the space, its lid closed but the wood gleaming with care. She hadn't touched it yet, though her fingers itched to. It reminded her too much of Sunday afternoons at home, her father playing Chopin while her mother...</w:t>
        <w:br w:type="textWrapping"/>
        <w:tab/>
        <w:t xml:space="preserve">"Do you play?"</w:t>
        <w:br w:type="textWrapping"/>
        <w:tab/>
        <w:t xml:space="preserve">She startled slightly. Albertus stood in the doorway, holding two cups of coffee. He'd been doing that lately - appearing with coffee or tea just when her thoughts turned homeward.</w:t>
        <w:br w:type="textWrapping"/>
        <w:tab/>
        <w:t xml:space="preserve">"No," she accepted the cup he offered. "My father did. Does." The correction felt heavy in her mouth. "I was always more interested in the history of the instruments than playing them."</w:t>
        <w:br w:type="textWrapping"/>
        <w:tab/>
        <w:t xml:space="preserve">He settled into a nearby chair, his own cup steaming. "Tell me about that."</w:t>
        <w:br w:type="textWrapping"/>
        <w:tab/>
        <w:t xml:space="preserve">"The evolution of the piano forte is actually fascinating," she began, grateful for the academic deflection. "The transition from harpsichord to modern piano..."</w:t>
        <w:br w:type="textWrapping"/>
        <w:tab/>
        <w:t xml:space="preserve">As she spoke, sunlight crept across the floor, illuminating what looked like a path to another wing she hadn't noticed before. Through the windows, she caught a glimpse of manicured gardens.</w:t>
        <w:br w:type="textWrapping"/>
        <w:tab/>
        <w:t xml:space="preserve">"The craftsmanship in this room is remarkable," she said, running her hand along the piano's curved edge. "Everything feels so... intentional."</w:t>
        <w:br w:type="textWrapping"/>
        <w:tab/>
        <w:t xml:space="preserve">"The acoustics were carefully considered," Albertus replied, watching her over his coffee cup. "Though I confess, I know more about the art of instruments than their music."</w:t>
        <w:br w:type="textWrapping"/>
        <w:tab/>
        <w:t xml:space="preserve">She caught his subtle invitation to share her knowledge and found herself explaining the mathematics of sound design, the architecture of music rooms through history. He listened with that focused attention she was becoming accustomed to, asking questions that led her deeper into the subject.</w:t>
        <w:br w:type="textWrapping"/>
        <w:tab/>
        <w:t xml:space="preserve">The morning light shifted, drawing her attention to tall French doors she hadn't explored yet. Through their glass panes, she could see a stone terrace.</w:t>
        <w:br w:type="textWrapping"/>
        <w:tab/>
        <w:t xml:space="preserve">"The gardens," Albertus said, noting her interest. "They're particularly pleasant this time of morning."</w:t>
        <w:br w:type="textWrapping"/>
        <w:tab/>
        <w:t xml:space="preserve">Something in his tone made her pause. "You're saying I could..."</w:t>
        <w:br w:type="textWrapping"/>
        <w:tab/>
        <w:t xml:space="preserve">"The doors aren't locked, Varia." His voice was gentle. "They never were."</w:t>
        <w:br w:type="textWrapping"/>
        <w:tab/>
        <w:t xml:space="preserve">She set her coffee down, trying to steady her suddenly trembling hands. Fresh air. Real sunlight. The thought was both thrilling and terrifying.</w:t>
        <w:br w:type="textWrapping"/>
        <w:tab/>
        <w:t xml:space="preserve">"Would you..." she hesitated, hating the vulnerability in her voice. "Would you show me?"</w:t>
        <w:br w:type="textWrapping"/>
        <w:tab/>
        <w:t xml:space="preserve">He stood, buttoning his suit jacket. "Of course. Though perhaps you'd like to change first? The morning air can be quite cool."</w:t>
        <w:br w:type="textWrapping"/>
        <w:tab/>
        <w:t xml:space="preserve">In her room - when had she started thinking of it as her room? - she found a cashmere sweater laid across her bed. Perfect for a morning in the gardens. As she pulled it over her head, Varia caught a glimpse of her reflection in the ornate mirror. The soft fabric hugged her frame, grounding her in the moment. She turned, glancing at Albertus through the open door. He leaned against the frame, his posture relaxed, but his gaze was intense, almost assessing. </w:t>
        <w:br w:type="textWrapping"/>
        <w:tab/>
        <w:t xml:space="preserve">“Ready?” he asked, straightening as she stepped into the hallway.</w:t>
        <w:br w:type="textWrapping"/>
        <w:tab/>
        <w:t xml:space="preserve">“Yes,” she said, her heartbeat steadying with each step toward him. </w:t>
        <w:br w:type="textWrapping"/>
        <w:br w:type="textWrapping"/>
        <w:t xml:space="preserve">                              * * *                         </w:t>
        <w:br w:type="textWrapping"/>
        <w:br w:type="textWrapping"/>
        <w:tab/>
        <w:t xml:space="preserve">The first step onto the terrace stole her breath. The air was crisp, fresh - so different from the controlled atmosphere inside. Morning dew sparkled on manicured hedges, and somewhere nearby, birds were singing.</w:t>
        <w:br w:type="textWrapping"/>
        <w:tab/>
        <w:t xml:space="preserve">"The gardens were designed in the Italian style," Albertus said quietly, standing beside her. "Though there are English influences in the lower sections."</w:t>
        <w:br w:type="textWrapping"/>
        <w:tab/>
        <w:t xml:space="preserve">She barely heard him, too overwhelmed by the sensations. The stone beneath her feet was cool and slightly damp. A light breeze carried the scent of roses and something citrusy - lemon trees, she realized, spotting their neat row along the southern wall.</w:t>
        <w:br w:type="textWrapping"/>
        <w:tab/>
        <w:t xml:space="preserve">"This is..." she started, then stopped, unsure how to express the magnitude of this moment.</w:t>
        <w:br w:type="textWrapping"/>
        <w:tab/>
        <w:t xml:space="preserve">"Take your time," he said. "The gardens aren't going anywhere."</w:t>
        <w:br w:type="textWrapping"/>
        <w:tab/>
        <w:t xml:space="preserve">She took a tentative step down onto the gravel path, the crunch under her feet startlingly real. Each breath felt clearer, sharper than the ones before. A movement caught her eye - a monarch butterfly landing on nearby lavender.</w:t>
        <w:br w:type="textWrapping"/>
        <w:tab/>
        <w:t xml:space="preserve">"The butterfly garden was a particular challenge," Albertus commented, following her gaze. "Getting the right balance of plants, maintaining the proper environment year-round."</w:t>
        <w:br w:type="textWrapping"/>
        <w:tab/>
        <w:t xml:space="preserve">"You did this?" She turned to look at him, noticed how the morning light softened his usual precision.</w:t>
        <w:br w:type="textWrapping"/>
        <w:tab/>
        <w:t xml:space="preserve">"I find gardening... grounding." Something almost vulnerable flickered across his face. "Though lately, I haven't had as much time as I'd like."</w:t>
        <w:br w:type="textWrapping"/>
        <w:tab/>
        <w:t xml:space="preserve">She moved toward a stone bench nestled between two flowering shrubs, her fingers trailing along their leaves. "I used to help my mother with her herbs," she said softly. "On weekends, we'd..."</w:t>
        <w:br w:type="textWrapping"/>
        <w:tab/>
        <w:t xml:space="preserve">The words caught in her throat. Albertus remained quietly present, letting the moment breathe.</w:t>
        <w:br w:type="textWrapping"/>
        <w:tab/>
        <w:t xml:space="preserve">A church bell tolled in the distance, its sound carried on the breeze. Varia's head lifted, orienting toward it instinctively. Beyond the garden walls, she caught glimpses of rooftops, trees swaying in the wind.</w:t>
        <w:br w:type="textWrapping"/>
        <w:tab/>
        <w:t xml:space="preserve">"There's a town," she said, trying to keep her voice steady despite the sudden rush of questions.</w:t>
        <w:br w:type="textWrapping"/>
        <w:tab/>
        <w:t xml:space="preserve">"Yes." Albertus moved to stand near her bench, his presence both reassuring and carefully measured. "Though perhaps we should explore the gardens fully first. There's a rather impressive greenhouse beyond the rose garden."</w:t>
        <w:br w:type="textWrapping"/>
        <w:tab/>
        <w:t xml:space="preserve">She nodded, grateful for his subtle guidance. One step at a time. The world beyond the walls could wait - right now, the perfume of nearby jasmine and the feel of sun on her face was almost overwhelming enough.</w:t>
        <w:br w:type="textWrapping"/>
        <w:tab/>
        <w:t xml:space="preserve">"Tell me about the layout," she said, falling back on academic interest to ground herself. "You mentioned Italian influence?"</w:t>
        <w:br w:type="textWrapping"/>
        <w:tab/>
        <w:t xml:space="preserve">"The formal gardens follow Renaissance principles." He gestured to the geometric patterns of the hedges. "Though I took some liberties with the plantings. The original designs wouldn't have included quite so many flowering species."</w:t>
        <w:br w:type="textWrapping"/>
        <w:tab/>
        <w:t xml:space="preserve">As he spoke, she found herself relaxing into the space, her eyes tracking the mathematical precision of the garden's design. Everything had its place, its purpose. Like the library. Like the art gallery. Like...</w:t>
        <w:br w:type="textWrapping"/>
        <w:tab/>
        <w:t xml:space="preserve">"What is it?" he asked, catching her sudden stillness.</w:t>
        <w:br w:type="textWrapping"/>
        <w:tab/>
        <w:t xml:space="preserve">"Nothing, I just..." she wrapped her arms around herself, despite the warmth of her sweater. "My mother would have loved this. She had the most beautiful garden at home. Roses mostly, but there was this herb garden too..." She trailed off, the memory of Sunday afternoons helping her mother deadhead flowers suddenly sharp and clear.</w:t>
        <w:br w:type="textWrapping"/>
        <w:tab/>
        <w:t xml:space="preserve">The morning breeze stirred her hair, carrying more distant sounds of the town beyond. Albertus remained quiet, letting her find her own balance between memory and moment.</w:t>
        <w:br w:type="textWrapping"/>
        <w:br w:type="textWrapping"/>
        <w:t xml:space="preserve">                              * * *                         </w:t>
        <w:br w:type="textWrapping"/>
        <w:br w:type="textWrapping"/>
        <w:tab/>
        <w:t xml:space="preserve">The path to the greenhouse wound between towering cypress trees, their shadows creating patterns on the gravel. Each step felt more natural than the last, though Varia found herself staying close to Albertus's side.</w:t>
        <w:br w:type="textWrapping"/>
        <w:tab/>
        <w:t xml:space="preserve">The greenhouse itself was a Victorian masterpiece of iron and glass, morning light transforming it into a jewel box of green and gold. Albertus opened the door, and warm, humid air enveloped them.</w:t>
        <w:br w:type="textWrapping"/>
        <w:tab/>
        <w:t xml:space="preserve">"Oh," she breathed, taking in the space. Delicate orchids lined one wall, their blooms suspended like butterflies. Citrus trees created a small grove in the center, their fruit ripening in various stages. The air was alive with the scent of earth and growing things.</w:t>
        <w:br w:type="textWrapping"/>
        <w:tab/>
        <w:t xml:space="preserve">"The temperature controls are quite precise," Albertus said, watching her reaction. "Each section maintains its own microclimate."</w:t>
        <w:br w:type="textWrapping"/>
        <w:tab/>
        <w:t xml:space="preserve">She moved deeper into the space, drawn to a collection of rare specimens. "These are magnificent. My father had a single orchid he babied for years. Never could get it to bloom again after the first time."</w:t>
        <w:br w:type="textWrapping"/>
        <w:tab/>
        <w:t xml:space="preserve">"These particular varieties are rather demanding." He stepped closer, indicating a deep purple bloom. "This one requires exact humidity levels, specific nutrients..."</w:t>
        <w:br w:type="textWrapping"/>
        <w:tab/>
        <w:t xml:space="preserve">"Like the art," she said suddenly. "Everything here is curator's work, isn't it? The gardens, the galleries, even the library - it's all carefully maintained, preserved."</w:t>
        <w:br w:type="textWrapping"/>
        <w:tab/>
        <w:t xml:space="preserve">Something shifted in his expression, there and gone before she could read it. "Yes," he said simply. "Preservation is... important to me."</w:t>
        <w:br w:type="textWrapping"/>
        <w:tab/>
        <w:t xml:space="preserve">The humidity pressed against her skin, making the outside world feel distant, dreamlike. Through the glass walls, she could see more of the town beyond the garden, but here, in this carefully controlled space, it seemed less daunting.</w:t>
        <w:br w:type="textWrapping"/>
        <w:tab/>
        <w:t xml:space="preserve">"The greenhouse has been in my family for generations," Albertus said as they walked back toward the manor, the gravel crunching beneath their feet. "My grandfather was particularly passionate about the orchids. Each Sentius heir added their own collection - my father preferred rare tropical specimens."</w:t>
        <w:br w:type="textWrapping"/>
        <w:tab/>
        <w:t xml:space="preserve">"And you?" Varia asked, catching how the morning light softened his usually sharp features.</w:t>
        <w:br w:type="textWrapping"/>
        <w:tab/>
        <w:t xml:space="preserve">"I maintain them all." His voice carried a weight she couldn't quite interpret. "Though I've developed a preference for the more resilient varieties."</w:t>
        <w:br w:type="textWrapping"/>
        <w:tab/>
        <w:t xml:space="preserve">They passed the rose garden, now fully awake in the late morning sun. The manor rose before them, its limestone walls warm and imposing. Strange how it felt both foreign and familiar now, like a place she'd dreamed about but never visited.</w:t>
        <w:br w:type="textWrapping"/>
        <w:tab/>
        <w:t xml:space="preserve">"I believe we had plans for dinner," he said, holding the terrace door for her. The transition from garden air to the controlled interior made her skin tingle.</w:t>
        <w:br w:type="textWrapping"/>
        <w:tab/>
        <w:t xml:space="preserve">"Yes, though I warn you - my cooking skills are strictly theoretical. Years of takeout during thesis writing."</w:t>
        <w:br w:type="textWrapping"/>
        <w:tab/>
        <w:t xml:space="preserve">"Fortunately," a ghost of a smile touched his lips, "I'm quite practical in the kitchen. Something about the precision of proper technique..."</w:t>
        <w:br w:type="textWrapping"/>
        <w:tab/>
        <w:t xml:space="preserve">"Of course you are," she found herself smiling back, the tension of being outside easing. "Let me guess - you probably have opinions about the correct way to dice vegetables."</w:t>
        <w:br w:type="textWrapping"/>
        <w:tab/>
        <w:t xml:space="preserve">"There is a correct way," he said with mock severity, though his eyes held that warmth she was beginning to recognize.</w:t>
        <w:br w:type="textWrapping"/>
        <w:tab/>
        <w:t xml:space="preserve">As they moved through the house toward the kitchen, Varia glanced back at the garden through a window. The greenhouse glinted in the distance, a jewel in its perfect setting. Like everything in this place, it was preserved, maintained, curated with meticulous care. Just like Albertus himself, she realized - every detail exactly as it should be.</w:t>
      </w:r>
    </w:p>
    <w:p w:rsidR="00000000" w:rsidDel="00000000" w:rsidP="00000000" w:rsidRDefault="00000000" w:rsidRPr="00000000" w14:paraId="00000017">
      <w:pPr>
        <w:pStyle w:val="Heading2"/>
        <w:rPr/>
      </w:pPr>
      <w:bookmarkStart w:colFirst="0" w:colLast="0" w:name="_heading=h.jojv9xuoih8h" w:id="11"/>
      <w:bookmarkEnd w:id="11"/>
      <w:r w:rsidDel="00000000" w:rsidR="00000000" w:rsidRPr="00000000">
        <w:rPr>
          <w:rtl w:val="0"/>
        </w:rPr>
        <w:br w:type="textWrapping"/>
        <w:t xml:space="preserve">Chapter 10: Control Slipping #</w:t>
      </w:r>
    </w:p>
    <w:p w:rsidR="00000000" w:rsidDel="00000000" w:rsidP="00000000" w:rsidRDefault="00000000" w:rsidRPr="00000000" w14:paraId="00000018">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Blood stained the cuff of Albertus's white shirt. With practiced efficiency, he removed his jacket, rolled up his sleeves, and began washing his hands in his private bathroom. The man who'd questioned his authority over the Venice shipments wouldn't be making that mistake again.</w:t>
        <w:br w:type="textWrapping"/>
        <w:tab/>
        <w:t xml:space="preserve">His tablet chimed - Varia was awake, starting her morning routine in the library. He dried his hands, checking the neural interface readings while Marcus disposed of the evidence down the hall.</w:t>
        <w:br w:type="textWrapping"/>
        <w:tab/>
        <w:t xml:space="preserve">"Sir," Dr. Chen's voice came through his earpiece. "We're seeing some anomalies in the system."</w:t>
        <w:br w:type="textWrapping"/>
        <w:tab/>
        <w:t xml:space="preserve">"Specify." He watched Varia select a book, her movements relaxed, unaware.</w:t>
        <w:br w:type="textWrapping"/>
        <w:tab/>
        <w:t xml:space="preserve">"The greenhouse temperature adjusted itself this morning. Without input. And yesterday, the music room began playing when she mentioned missing her father's piano."</w:t>
        <w:br w:type="textWrapping"/>
        <w:tab/>
        <w:t xml:space="preserve">Albertus stilled. "Show me the logs."</w:t>
        <w:br w:type="textWrapping"/>
        <w:tab/>
        <w:t xml:space="preserve">His screens filled with data - subtle variations, small adjustments. The system was learning, adapting. Anticipating her needs.</w:t>
        <w:br w:type="textWrapping"/>
        <w:tab/>
        <w:t xml:space="preserve">"Sir," Marcus appeared in the doorway. "The Bratva representatives are waiting. They're... anxious about the recent leadership change."</w:t>
        <w:br w:type="textWrapping"/>
        <w:tab/>
        <w:t xml:space="preserve">On screen, Varia settled into her favorite reading nook, sunlight falling across her face. The system automatically adjusted the room's temperature, a degree warmer than usual.</w:t>
        <w:br w:type="textWrapping"/>
        <w:tab/>
        <w:t xml:space="preserve">He hadn't authorized that change.</w:t>
        <w:br w:type="textWrapping"/>
        <w:tab/>
        <w:t xml:space="preserve">"Tell them I'll be there shortly," Albertus said, his voice carrying the chill that made men tremble. But his eyes never left the screen, watching as his carefully controlled world began showing signs of independence.</w:t>
        <w:br w:type="textWrapping"/>
        <w:tab/>
        <w:t xml:space="preserve">The Bratva meeting room was all dark wood and old money, deliberately chosen to remind their Russian guests they were on Sentius territory. Albertus adjusted his fresh shirt cuffs, the only sign of his earlier activities buried in an incinerator two floors below.</w:t>
        <w:br w:type="textWrapping"/>
        <w:tab/>
        <w:t xml:space="preserve">"The system diagnostics are complete," Dr. Chen murmured, falling into step beside him. "Though there's an anomaly I'd like to discuss-"</w:t>
        <w:br w:type="textWrapping"/>
        <w:tab/>
        <w:t xml:space="preserve">"Later." Albertus checked his tablet one last time. Varia was safe in her morning routine, the library maintaining its usual atmosphere.</w:t>
        <w:br w:type="textWrapping"/>
        <w:tab/>
        <w:t xml:space="preserve">Inside, six men stood as he entered. Their leader, Viktor Petrov, bore fresh bruises from their last 'negotiation.'</w:t>
        <w:br w:type="textWrapping"/>
        <w:tab/>
        <w:t xml:space="preserve">"Gentleman." Albertus took his seat, every movement measured. "I trust you've reconsidered your position on the Mediterranean routes."</w:t>
        <w:br w:type="textWrapping"/>
        <w:tab/>
        <w:t xml:space="preserve">"Mr. Sentius," Petrov's accent was thick with tension. "Perhaps we could discuss compensation for our... recent losses."</w:t>
        <w:br w:type="textWrapping"/>
        <w:tab/>
        <w:t xml:space="preserve">The tablet vibrated. A minor alert: the library's temperature had adjusted itself by half a degree.</w:t>
        <w:br w:type="textWrapping"/>
        <w:tab/>
        <w:t xml:space="preserve">"Your losses," Albertus said smoothly, dismissing the notification, "were the result of your own ambition. The Sentius family has controlled those routes for three generations."</w:t>
        <w:br w:type="textWrapping"/>
        <w:tab/>
        <w:t xml:space="preserve">"Times change," another man spoke up. Wrong move.</w:t>
        <w:br w:type="textWrapping"/>
        <w:tab/>
        <w:t xml:space="preserve">Albertus's hand moved faster than anyone could track. The man's face hit the table with a crack, blood spreading across the polished wood.</w:t>
        <w:br w:type="textWrapping"/>
        <w:tab/>
        <w:t xml:space="preserve">His tablet buzzed again. Just another temperature adjustment, but one he hadn't authorized. Small. Insignificant. </w:t>
        <w:br w:type="textWrapping"/>
        <w:tab/>
        <w:t xml:space="preserve">Yet.</w:t>
        <w:br w:type="textWrapping"/>
        <w:tab/>
        <w:t xml:space="preserve">"Times," he said quietly, releasing the bleeding man, "change only when I decide they do."</w:t>
        <w:br w:type="textWrapping"/>
        <w:tab/>
        <w:t xml:space="preserve">Petrov dabbed his companion's bloodied nose with a handkerchief, his movements carefully slow. The message had been received.</w:t>
        <w:br w:type="textWrapping"/>
        <w:tab/>
        <w:t xml:space="preserve"> </w:t>
        <w:br w:type="textWrapping"/>
        <w:tab/>
        <w:t xml:space="preserve">"Now," Albertus opened a leather portfolio, every document precisely aligned. "Let's discuss the actual terms. The Sentius family will maintain exclusive rights to Venice, Naples, and Marseille. Your operations will continue in the Black Sea, where they belong."</w:t>
        <w:br w:type="textWrapping"/>
        <w:tab/>
        <w:t xml:space="preserve">His tablet vibrated again. He ignored it.</w:t>
        <w:br w:type="textWrapping"/>
        <w:tab/>
        <w:t xml:space="preserve">"And Barcelona?" Petrov asked, voice neutral.</w:t>
        <w:br w:type="textWrapping"/>
        <w:tab/>
        <w:t xml:space="preserve">"Remains neutral territory, as per our previous arrangement." Albertus slid forward a contract, the family's watermark visible in the paper. "Unless you'd prefer a more... aggressive renegotiation."</w:t>
        <w:br w:type="textWrapping"/>
        <w:tab/>
        <w:t xml:space="preserve">The room grew still. Even the injured man stopped his pained breathing.</w:t>
        <w:br w:type="textWrapping"/>
        <w:tab/>
        <w:t xml:space="preserve">Marcus appeared silently at his shoulder, placing a fountain pen on the table. The same pen his father had used, and his grandfather before him. Three generations of Sentius business, conducted with precision and tradition.</w:t>
        <w:br w:type="textWrapping"/>
        <w:tab/>
        <w:t xml:space="preserve">"You're a businessman, Viktor," Albertus said softly. "You understand the value of order. Of maintaining... proper boundaries."</w:t>
        <w:br w:type="textWrapping"/>
        <w:tab/>
        <w:t xml:space="preserve">Petrov's eyes flicked to his injured companion, then back to the contract. "And if we sign?"</w:t>
        <w:br w:type="textWrapping"/>
        <w:tab/>
        <w:t xml:space="preserve">"Then we maintain our profitable relationship. Your recent... indiscretion is forgotten." He checked his tablet briefly - just a routine status update from Dr. Chen. "Order is preserved."</w:t>
        <w:br w:type="textWrapping"/>
        <w:tab/>
        <w:t xml:space="preserve">Petrov held the pen for a moment, the weight of it palpable in the silence. His brow furrowed, though not from confusion; it was the kind of deep thought that led to careful calculations. </w:t>
        <w:br w:type="textWrapping"/>
        <w:tab/>
        <w:t xml:space="preserve">"Your kind of order often carries a price," Petrov finally replied, his eyes narrowing as he placed the pen down. </w:t>
        <w:br w:type="textWrapping"/>
        <w:tab/>
        <w:t xml:space="preserve">"Then perhaps I should remind you of the consequences of crossing me."</w:t>
        <w:br w:type="textWrapping"/>
        <w:tab/>
        <w:t xml:space="preserve">Albertus leaned forward, his voice low and deliberately calm. </w:t>
        <w:br w:type="textWrapping"/>
        <w:tab/>
        <w:t xml:space="preserve">"People disappear, Viktor. Supply chains vanish overnight. It’s easier for me than you think." </w:t>
        <w:br w:type="textWrapping"/>
        <w:tab/>
        <w:t xml:space="preserve">He then walked out of the room, leaving the heavy atmosphere behind him. Outside, bright sunlight cut through the windows, contrasting sharply with the darkness of the negotiations. </w:t>
        <w:br w:type="textWrapping"/>
        <w:tab/>
        <w:t xml:space="preserve">Marcus caught up, a hint of surprise on his face. "You handled that well, boss," Marcus said, keeping pace. "But the Bodnars won’t forget this.”</w:t>
        <w:br w:type="textWrapping"/>
        <w:tab/>
        <w:t xml:space="preserve">“They don’t need to,” Albertus replied, eyes straight ahead. “As long as they remember who holds the reins."</w:t>
        <w:br w:type="textWrapping"/>
        <w:tab/>
        <w:t xml:space="preserve">Marcus cleared his throat, glancing sideways. "And if they decide to challenge you?"</w:t>
        <w:br w:type="textWrapping"/>
        <w:tab/>
        <w:t xml:space="preserve">"Then we'll remind them exactly why they should reconsider." Albertus sounded more like a vow than a threat.  </w:t>
        <w:br w:type="textWrapping"/>
        <w:br w:type="textWrapping"/>
        <w:t xml:space="preserve">                              * * *                         </w:t>
        <w:br w:type="textWrapping"/>
        <w:br w:type="textWrapping"/>
        <w:tab/>
        <w:t xml:space="preserve">The elevator ride to the monitoring floor gave Albertus time to shed his other persona. He straightened his already immaculate tie, letting the familiar motion center him. The scent of blood and fear was replaced by the sterile air of the facility.</w:t>
        <w:br w:type="textWrapping"/>
        <w:tab/>
        <w:t xml:space="preserve">"Dr. Chen," he spoke into his earpiece. "Status update."</w:t>
        <w:br w:type="textWrapping"/>
        <w:tab/>
        <w:t xml:space="preserve">"She's moved to the music room, sir. Been there for approximately twenty minutes."</w:t>
        <w:br w:type="textWrapping"/>
        <w:tab/>
        <w:t xml:space="preserve">He checked his tablet. The Steinway's polished surface reflected the morning light, and Varia sat on the bench, not playing, just running her fingers lightly over the keys. The sound was off, but he could see her lips moving - probably sharing another memory about her father.</w:t>
        <w:br w:type="textWrapping"/>
        <w:tab/>
        <w:t xml:space="preserve">"Temperature holding steady," Dr. Chen added. "No further anomalies to report."</w:t>
        <w:br w:type="textWrapping"/>
        <w:tab/>
        <w:t xml:space="preserve">Albertus adjusted his cuffs one final time, erasing all traces of the morning's business. "Prepare my entrance through the east corridor."</w:t>
        <w:br w:type="textWrapping"/>
        <w:tab/>
        <w:t xml:space="preserve">The transition was seamless - one door closing behind him as another opened into her world. He paused in the doorway, allowing her to notice his presence naturally.</w:t>
        <w:br w:type="textWrapping"/>
        <w:tab/>
        <w:t xml:space="preserve">"I didn't mean to interrupt," he said softly, his voice carrying none of the steel from earlier.</w:t>
        <w:br w:type="textWrapping"/>
        <w:tab/>
        <w:t xml:space="preserve">She looked up, a slight smile forming. "I was just remembering something. Did you know this is the exact model my father played?"</w:t>
        <w:br w:type="textWrapping"/>
        <w:tab/>
        <w:t xml:space="preserve">"Is it?" He moved into the room, careful to maintain the precise distance they'd established. "What a remarkable coincidence."</w:t>
        <w:br w:type="textWrapping"/>
        <w:tab/>
        <w:t xml:space="preserve">"Have you ever heard Mozart's Sonata in C Major?" she asked, her fingers hovering over the keys without pressing them.</w:t>
        <w:br w:type="textWrapping"/>
        <w:tab/>
        <w:t xml:space="preserve">"I'm afraid my musical knowledge is limited to appreciation rather than performance." He moved closer, noticing how the sunlight caught the auburn in her hair. "Though perhaps we could attend a performance. The town has quite a remarkable concert hall."</w:t>
        <w:br w:type="textWrapping"/>
        <w:tab/>
        <w:t xml:space="preserve">She stilled, her hands dropping to her lap. "The town?"</w:t>
        <w:br w:type="textWrapping"/>
        <w:tab/>
        <w:t xml:space="preserve">"Yes." He kept his tone casual, measured. "I've been remiss in my duties as a host, keeping you confined to the house and grounds. The local symphony is quite accomplished."</w:t>
        <w:br w:type="textWrapping"/>
        <w:tab/>
        <w:t xml:space="preserve">Varia turned slightly on the bench to face him, her expression a careful mix of hope and hesitation. "I didn't realize... I mean, I've seen the buildings from the garden, but I wasn't sure if..."</w:t>
        <w:br w:type="textWrapping"/>
        <w:tab/>
        <w:t xml:space="preserve">"If you're comfortable with the idea," he said gently, "we could start with something simple. Perhaps lunch? There's a café with an excellent view of the square."</w:t>
        <w:br w:type="textWrapping"/>
        <w:tab/>
        <w:t xml:space="preserve">She glanced toward the windows, where the town's church spire was visible beyond the gardens. "Just lunch?"</w:t>
        <w:br w:type="textWrapping"/>
        <w:tab/>
        <w:t xml:space="preserve">"Just lunch," he confirmed. "At your pace, of course."</w:t>
        <w:br w:type="textWrapping"/>
        <w:tab/>
        <w:t xml:space="preserve">The morning light shifted, casting patterns across the piano keys. He watched her consider it, noting how she unconsciously straightened her posture - a small sign of gathering courage.</w:t>
        <w:br w:type="textWrapping"/>
        <w:tab/>
        <w:t xml:space="preserve">"I think..." she took a breath, "I think I'd like that." "Excellent." A flicker of relief crossed his features, and he offered her his hand. </w:t>
        <w:br w:type="textWrapping"/>
        <w:tab/>
        <w:t xml:space="preserve">She hesitated, then placed her fingers lightly in his, their warmth igniting a familiar tension.</w:t>
        <w:br w:type="textWrapping"/>
        <w:tab/>
        <w:t xml:space="preserve">"Would you like to freshen up first?" he asked, noting how she fidgeted with the sleeve of her sweater.</w:t>
        <w:br w:type="textWrapping"/>
        <w:tab/>
        <w:t xml:space="preserve">"Yes, I should probably..." she glanced down at her casual attire. "How formal is this café?"</w:t>
        <w:br w:type="textWrapping"/>
        <w:tab/>
        <w:t xml:space="preserve">"Comfortable elegance," he replied smoothly. "Take your time. I'll meet you in the front hall in thirty minutes?"</w:t>
        <w:br w:type="textWrapping"/>
        <w:tab/>
        <w:t xml:space="preserve">She nodded, rising from the piano bench with a grace that seemed unconscious. As she passed him, the scent of her shampoo - lavender and vanilla - reminded him of the greenhouse flowers.</w:t>
        <w:br w:type="textWrapping"/>
        <w:tab/>
        <w:t xml:space="preserve">He lingered for a moment, watching her leave the music room, the door clicking softly behind her. A surge of anxiety curled in his stomach. This outing was pivotal, each moment choreographed to ensure her comfort while testing the fragile trust they had built. </w:t>
        <w:br w:type="textWrapping"/>
        <w:tab/>
        <w:t xml:space="preserve">Making his way back to the east corridor, he reviewed the plans in his mind—every response from her needed to be anticipated. As he approached the grand staircase, the whir of machines filled his ears, a constant reminder of the world outside this fragile bubble. </w:t>
        <w:br w:type="textWrapping"/>
        <w:tab/>
        <w:t xml:space="preserve">A tap on the shoulder broke his concentration bringing him back to the monitoring room. </w:t>
        <w:br w:type="textWrapping"/>
        <w:br w:type="textWrapping"/>
        <w:t xml:space="preserve">                              * * *                         </w:t>
        <w:br w:type="textWrapping"/>
        <w:br w:type="textWrapping"/>
        <w:tab/>
        <w:t xml:space="preserve">In the monitoring room, Albertus watched her select a sage green dress from her closet - one of many he'd carefully chosen. "Dr. Chen, initiate town protocols. Standard parameters."</w:t>
        <w:br w:type="textWrapping"/>
        <w:tab/>
        <w:t xml:space="preserve">"Yes, sir. The café is prepared, and the square has been secured. Weather conditions are optimal."</w:t>
        <w:br w:type="textWrapping"/>
        <w:tab/>
        <w:t xml:space="preserve">He checked his tablet, scanning the town's security grid. Every angle covered, every variable controlled. The perfect view of the square, the precise play of light through the awning, even the scent of fresh bread from the kitchen. All carefully crafted to feel natural, discovered rather than created.</w:t>
        <w:br w:type="textWrapping"/>
        <w:tab/>
        <w:t xml:space="preserve">On his monitor, Varia was choosing the sage green dress he'd included in her wardrobe. Her hands trembled slightly as she smoothed the fabric, but her face showed determination.</w:t>
        <w:br w:type="textWrapping"/>
        <w:tab/>
        <w:t xml:space="preserve">Albertus closed the system interface, straightening his tie. Everything was prepared. Her first step into the wider world would feel as real as the house, as natural as the gardens.</w:t>
        <w:br w:type="textWrapping"/>
        <w:br w:type="textWrapping"/>
        <w:t xml:space="preserve">                              * * *                         </w:t>
        <w:br w:type="textWrapping"/>
        <w:br w:type="textWrapping"/>
        <w:tab/>
        <w:t xml:space="preserve">The sound of her heels on marble made him look up. Varia descended the grand staircase, one hand trailing lightly along the bannister. The sage dress moved with her, catching the light from the foyer's crystal chandelier. She'd pulled her hair back loosely, a few strands framing her face.</w:t>
        <w:br w:type="textWrapping"/>
        <w:tab/>
        <w:t xml:space="preserve">Albertus waited by the heavy oak doors, allowing himself to appreciate how perfectly the dress fit her - as he'd known it would. "You look lovely."</w:t>
        <w:br w:type="textWrapping"/>
        <w:tab/>
        <w:t xml:space="preserve">A slight flush colored her cheeks. "Thank you. I haven't worn anything this nice since..." she paused, then finished softly, "in a while."</w:t>
        <w:br w:type="textWrapping"/>
        <w:tab/>
        <w:t xml:space="preserve">Through the door's leaded glass panels, she caught sight of the black Mercedes waiting at the bottom of the front steps. Her steps faltered slightly.</w:t>
        <w:br w:type="textWrapping"/>
        <w:tab/>
        <w:t xml:space="preserve">"We can take our time," he said, reading her hesitation. "There's no rush."</w:t>
        <w:br w:type="textWrapping"/>
        <w:tab/>
        <w:t xml:space="preserve">She squared her shoulders, a gesture he remembered from their university days. "No, I'm ready. It's just..." she gave a small laugh, "it feels like such a big step, doesn't it? Going to town for lunch."</w:t>
        <w:br w:type="textWrapping"/>
        <w:tab/>
        <w:t xml:space="preserve">"Sometimes the smallest steps are the most significant." He opened the door, letting the spring air drift in. The Mercedes gleamed in the sunlight, its driver door already open.</w:t>
        <w:br w:type="textWrapping"/>
        <w:tab/>
        <w:t xml:space="preserve">Varia took a deep breath and stepped forward, crossing the threshold. Albertus followed, keeping close enough to be reassuring but not crowding her space. Each step down to the car was measured, deliberate.</w:t>
        <w:br w:type="textWrapping"/>
        <w:tab/>
        <w:t xml:space="preserve">The car door opened smoothly at his touch. Varia hesitated for just a moment before sliding into the leather interior, her dress whispering against the seats. The familiar scent of leather and subtle cologne filled the space - his car, his world, extending beyond the manor's walls.</w:t>
        <w:br w:type="textWrapping"/>
        <w:tab/>
        <w:t xml:space="preserve">Albertus settled into the driver's seat, noting how her fingers tensed slightly on her lap as the engine purred to life. Through the windshield, the manor's limestone facade rose behind them, while ahead, the private drive wound through manicured grounds toward wrought iron gates.</w:t>
        <w:br w:type="textWrapping"/>
        <w:tab/>
        <w:t xml:space="preserve">"It's about a fifteen-minute drive," he said, easing the car forward. "The town center is quite charming - very European in character."</w:t>
        <w:br w:type="textWrapping"/>
        <w:tab/>
        <w:t xml:space="preserve">She nodded, her eyes fixed on the approaching gates. As they swung open, he caught her slight intake of breath. The gates closed behind them with a soft clang that seemed to echo with finality.</w:t>
        <w:br w:type="textWrapping"/>
        <w:tab/>
        <w:t xml:space="preserve">"The architecture," he continued smoothly, turning onto the tree-lined road, "dates back to the 1800s in some areas. I think you'll appreciate the historical elements."</w:t>
        <w:br w:type="textWrapping"/>
        <w:tab/>
        <w:t xml:space="preserve">"Did you grow up here?" she asked, her voice steady despite the tension in her shoulders.</w:t>
        <w:br w:type="textWrapping"/>
        <w:tab/>
        <w:t xml:space="preserve">"The manor, yes. Though I spent many years away." He navigated a gentle curve, the town's church spire appearing through the trees. "But some places draw you back."</w:t>
        <w:br w:type="textWrapping"/>
        <w:tab/>
        <w:t xml:space="preserve">Varia's gaze moved to the approaching townscape, its red-tiled roofs and stone buildings rising before them. In the morning light, it looked like a painting - perfect, preserved, waiting to be discovered.</w:t>
        <w:br w:type="textWrapping"/>
        <w:tab/>
        <w:t xml:space="preserve">The Mercedes glided into the town proper, its tires nearly silent on the cobblestone streets. Sunlight played across ancient stone buildings, catching in window boxes full of bright flowers. A few people walked along the sidewalks - a woman with shopping bags, an elderly man reading a newspaper at a café table, two students with books under their arms.</w:t>
        <w:br w:type="textWrapping"/>
        <w:tab/>
        <w:t xml:space="preserve">"The café is just around the corner," Albertus said, watching Varia's reflection in the side window. Her eyes darted from scene to scene, taking in every detail. "Overlooking the main square."</w:t>
        <w:br w:type="textWrapping"/>
        <w:tab/>
        <w:t xml:space="preserve">As they turned onto the square, the church bells began to toll. Varia startled slightly at the sound - so different from hearing it distantly from the garden. Real, immediate, overwhelming.</w:t>
        <w:br w:type="textWrapping"/>
        <w:tab/>
        <w:t xml:space="preserve">The car slowed to a stop. Through the windshield, the café's striped awning fluttered in a gentle breeze. A waiter arranged flowers on an outdoor table, his movements unhurried, precise.</w:t>
        <w:br w:type="textWrapping"/>
        <w:tab/>
        <w:t xml:space="preserve">Albertus turned off the engine. The sudden silence felt heavy with possibility.</w:t>
        <w:br w:type="textWrapping"/>
        <w:tab/>
        <w:t xml:space="preserve">"Are you ready?" he asked softly.</w:t>
        <w:br w:type="textWrapping"/>
        <w:tab/>
        <w:t xml:space="preserve">Varia's hand moved to the door handle, then paused. In the reflection of the side mirror, something flickered - just for a moment. Like a glitch in an old film, there and gone before she could be sure she'd seen it.</w:t>
        <w:br w:type="textWrapping"/>
        <w:tab/>
        <w:t xml:space="preserve">"Varia?"</w:t>
        <w:br w:type="textWrapping"/>
        <w:tab/>
        <w:t xml:space="preserve">She blinked, and the world settled back into perfect, pristine focus.</w:t>
        <w:br w:type="textWrapping"/>
        <w:tab/>
        <w:t xml:space="preserve">"Yes," she said, her voice barely a whisper. "I'm ready." Albertus opened his door, the soft click breaking the spell. </w:t>
        <w:br w:type="textWrapping"/>
        <w:tab/>
        <w:t xml:space="preserve">"Let's make the most of it, then," he said, stepping out.</w:t>
      </w:r>
    </w:p>
    <w:p w:rsidR="00000000" w:rsidDel="00000000" w:rsidP="00000000" w:rsidRDefault="00000000" w:rsidRPr="00000000" w14:paraId="00000019">
      <w:pPr>
        <w:pStyle w:val="Heading2"/>
        <w:rPr/>
      </w:pPr>
      <w:bookmarkStart w:colFirst="0" w:colLast="0" w:name="_heading=h.h3nfrzy3lrxr" w:id="12"/>
      <w:bookmarkEnd w:id="12"/>
      <w:r w:rsidDel="00000000" w:rsidR="00000000" w:rsidRPr="00000000">
        <w:rPr>
          <w:rtl w:val="0"/>
        </w:rPr>
        <w:br w:type="textWrapping"/>
        <w:t xml:space="preserve">Chapter 11: Strange Occurrences *</w:t>
      </w:r>
    </w:p>
    <w:p w:rsidR="00000000" w:rsidDel="00000000" w:rsidP="00000000" w:rsidRDefault="00000000" w:rsidRPr="00000000" w14:paraId="0000001A">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Three days after their first lunch in town, Varia found herself settling into the back seat of the silver Audi Albertus had given her "for independence." Thomas, her assigned driver, held the door with practiced courtesy.</w:t>
        <w:br w:type="textWrapping"/>
        <w:tab/>
        <w:t xml:space="preserve">"Where to this morning, Miss?" he asked, his accent crisp and British.</w:t>
        <w:br w:type="textWrapping"/>
        <w:tab/>
        <w:t xml:space="preserve">"The café again, I think." She smoothed her sundress, still getting used to having options beyond the manor walls. "The one on the square."</w:t>
        <w:br w:type="textWrapping"/>
        <w:tab/>
        <w:t xml:space="preserve">The drive into town had become almost familiar now. Almost. She watched the scenery pass, noting how the morning light played across the buildings. Everything looked like a perfectly restored historical district - perhaps too perfect.</w:t>
        <w:br w:type="textWrapping"/>
        <w:tab/>
        <w:t xml:space="preserve">The café was busy with what she assumed were morning regulars. An elderly man read his newspaper in the corner, a young couple shared croissants by the window, a mother helped her child with a hot chocolate. Normal scenes, everyday life.</w:t>
        <w:br w:type="textWrapping"/>
        <w:tab/>
        <w:t xml:space="preserve">"Good morning, Miss," Marie, the waitress, greeted her with the same warm smile as yesterday. "Your usual table?"</w:t>
        <w:br w:type="textWrapping"/>
        <w:tab/>
        <w:t xml:space="preserve">"Yes, thank you." The table overlooking the square, where she could watch the town wake up. As she settled in, something caught her attention - the elderly man's newspaper. Hadn't he been wearing the same jacket yesterday? She shook off the thought.</w:t>
        <w:br w:type="textWrapping"/>
        <w:tab/>
        <w:t xml:space="preserve">"Your cappuccino," Marie appeared with the drink she hadn't yet ordered. "Extra foam, just how you like it."</w:t>
        <w:br w:type="textWrapping"/>
        <w:tab/>
        <w:t xml:space="preserve">Varia blinked. Had she established a usual order already? The days seemed to blur together somehow.</w:t>
        <w:br w:type="textWrapping"/>
        <w:tab/>
        <w:t xml:space="preserve">"Mind if I join you?"</w:t>
        <w:br w:type="textWrapping"/>
        <w:tab/>
        <w:t xml:space="preserve">Varia looked up from her cappuccino to find a woman about her age, holding a well-worn copy of "The Name of the Rose." Her smile was warm, her dress stylishly casual.</w:t>
        <w:br w:type="textWrapping"/>
        <w:tab/>
        <w:t xml:space="preserve">"Please," Varia gestured to the empty chair. The company would be nice after days of mostly solitary café visits.</w:t>
        <w:br w:type="textWrapping"/>
        <w:tab/>
        <w:t xml:space="preserve">"I'm Rebecca," the woman said, settling into the chair. "I run the bookshop across the square - the one with the blue door? I've seen you reading here the past few mornings."</w:t>
        <w:br w:type="textWrapping"/>
        <w:tab/>
        <w:t xml:space="preserve">"Varia," she offered, grateful for the easy introduction. "And guilty as charged. The morning sun here is perfect for reading."</w:t>
        <w:br w:type="textWrapping"/>
        <w:tab/>
        <w:t xml:space="preserve">Rebecca signaled Marie for a coffee. "I couldn't help but notice you're reading Eco. We actually have a small book club that meets at my shop. Nothing formal - just coffee, pastries, and good conversation about whatever we're reading."</w:t>
        <w:br w:type="textWrapping"/>
        <w:tab/>
        <w:t xml:space="preserve">"That sounds wonderful," Varia said, meaning it. How long had it been since she'd had a normal conversation about books? "What are you reading now?"</w:t>
        <w:br w:type="textWrapping"/>
        <w:tab/>
        <w:t xml:space="preserve">"We're just starting 'The Historian.' Historical mystery with a twist." Rebecca's eyes lit up with genuine enthusiasm. "You should join us. Thursday afternoons at two?"</w:t>
        <w:br w:type="textWrapping"/>
        <w:tab/>
        <w:t xml:space="preserve">Marie arrived with Rebecca's coffee and a plate of fresh croissants. "On the house, ladies," she said with a warm smile.</w:t>
        <w:br w:type="textWrapping"/>
        <w:tab/>
        <w:t xml:space="preserve">"Thank you," Varia said, feeling herself relax into the moment. "And yes, I'd love to join the book club."</w:t>
        <w:br w:type="textWrapping"/>
        <w:tab/>
        <w:t xml:space="preserve">"Perfect! We're a small group - mostly local history buffs and literature lovers. You'll fit right in."</w:t>
        <w:br w:type="textWrapping"/>
        <w:tab/>
        <w:t xml:space="preserve">They spent the next hour discussing favorite books, Rebecca's passion for her small bookshop evident in every gesture. The conversation flowed easily, touching on medieval literature, historical accuracies in fiction, and the merits of different translations.</w:t>
        <w:br w:type="textWrapping"/>
        <w:tab/>
        <w:t xml:space="preserve">"You really know your history," Rebecca said, finishing her second coffee. "Did you study it?"</w:t>
        <w:br w:type="textWrapping"/>
        <w:tab/>
        <w:t xml:space="preserve">"Yes, at university." Varia hesitated for just a moment. "Medieval studies, actually."</w:t>
        <w:br w:type="textWrapping"/>
        <w:tab/>
        <w:t xml:space="preserve">"Perfect timing then - one of our members is a professor emeritus of Medieval History at the local university. Dr. Harrison. He'd love to discuss your thesis work, I'm sure."</w:t>
        <w:br w:type="textWrapping"/>
        <w:tab/>
        <w:t xml:space="preserve">The mention of her thesis brought a familiar ache, but Varia pushed it aside. "That would be nice."</w:t>
        <w:br w:type="textWrapping"/>
        <w:tab/>
        <w:t xml:space="preserve">Rebecca glanced at her watch. "Oh! I should open the shop. Would you like to come see it now? We just got in some fascinating works on medieval manuscripts."</w:t>
        <w:br w:type="textWrapping"/>
        <w:tab/>
        <w:t xml:space="preserve">"I'd love to," Varia said, surprising herself with her eagerness. She caught Thomas's eye where he waited discretely near the car and gave a small wave. "Let me just tell my driver."</w:t>
        <w:br w:type="textWrapping"/>
        <w:tab/>
        <w:t xml:space="preserve">She crossed to where Thomas stood. "I'm going to visit the bookshop across the square. I'll call when I'm ready to return?"</w:t>
        <w:br w:type="textWrapping"/>
        <w:tab/>
        <w:t xml:space="preserve">"Of course, Miss," Thomas replied with a slight bow. "Take your time. I'll be available whenever you need me."</w:t>
        <w:br w:type="textWrapping"/>
        <w:tab/>
        <w:t xml:space="preserve">Varia rejoined Rebecca, feeling a small thrill of independence as they crossed the square together. The morning sun caught the gold lettering on the blue door: "The Looking Glass Books."</w:t>
        <w:br w:type="textWrapping"/>
        <w:tab/>
        <w:br w:type="textWrapping"/>
        <w:br w:type="textWrapping"/>
        <w:t xml:space="preserve">                              * * *                         </w:t>
        <w:br w:type="textWrapping"/>
        <w:br w:type="textWrapping"/>
        <w:tab/>
        <w:t xml:space="preserve">The bell above the door chimed softly as Rebecca unlocked The Looking Glass Books, flipping the sign to 'Open.' The scent of old books and leather bindings wrapped around Varia like a familiar embrace.</w:t>
        <w:br w:type="textWrapping"/>
        <w:tab/>
        <w:t xml:space="preserve">"Mind if I open the windows first? The morning light in here is gorgeous," Rebecca said, moving to the tall bay windows. Sunlight streamed in, catching dust motes that danced between packed shelves. "Usually takes me about an hour to get everything ready before customers arrive."</w:t>
        <w:br w:type="textWrapping"/>
        <w:tab/>
        <w:t xml:space="preserve">"Can I help?" Varia offered, drawn to the peaceful atmosphere.</w:t>
        <w:br w:type="textWrapping"/>
        <w:tab/>
        <w:t xml:space="preserve">"Actually, yes. Would you mind putting the kettle on while I sort the new arrivals? Through that archway - the little kitchen area is where we hold book club."</w:t>
        <w:br w:type="textWrapping"/>
        <w:tab/>
        <w:t xml:space="preserve">Varia found the small kitchen tucked behind a wall of classics. It was charmingly cramped, with mismatched teacups lined up on open shelves and a tin of biscuits labeled 'Book Club Only!'</w:t>
        <w:br w:type="textWrapping"/>
        <w:tab/>
        <w:t xml:space="preserve">Varia chuckled, her fingers brushing against the faded label as she reached for a kettle.</w:t>
        <w:br w:type="textWrapping"/>
        <w:tab/>
        <w:t xml:space="preserve">"Do they really stick to that rule?" she called out, filling the kettle with water.</w:t>
        <w:br w:type="textWrapping"/>
        <w:tab/>
        <w:t xml:space="preserve">"Well yes, we're a small group," Rebecca called out, the sound of books being unpacked punctuating her words. "Five regulars, usually. Sarah - she's a retired librarian, absolute expert on Gothic literature. Emma teaches at the primary school, has a thing for historical mysteries. Dr. Harrison, who I mentioned earlier, and Claire, who owns the flower shop next door."</w:t>
        <w:br w:type="textWrapping"/>
        <w:tab/>
        <w:t xml:space="preserve">The kettle whistled as Rebecca appeared with a stack of books. "Oh, perfect timing. Let me show you something while the tea steeps."</w:t>
        <w:br w:type="textWrapping"/>
        <w:tab/>
        <w:t xml:space="preserve">She led Varia up a curved staircase, the wooden steps creaking authentically beneath their feet. "The medieval section is up here in the corner tower. Small, but carefully curated. And..." she paused, eyes lighting up, "have you heard about the summer festival? The whole town transforms into a medieval fair for a weekend. First weekend of June."</w:t>
        <w:br w:type="textWrapping"/>
        <w:tab/>
        <w:t xml:space="preserve">"Really?" Varia's interest peaked as she ran her fingers along the spines of leather-bound volumes.</w:t>
        <w:br w:type="textWrapping"/>
        <w:tab/>
        <w:t xml:space="preserve">"They're actually looking for someone to consult on historical accuracy this year. Sarah usually does it, but she'll be visiting her daughter in London..."</w:t>
        <w:br w:type="textWrapping"/>
        <w:tab/>
        <w:t xml:space="preserve">"A historical consultant?" Varia carefully pulled a beautifully bound copy of 'Medieval Life in the European Courts' from the shelf. "What would that involve?"</w:t>
        <w:br w:type="textWrapping"/>
        <w:tab/>
        <w:t xml:space="preserve">"Mostly advising on authenticity - costumes, music, customs." Rebecca accepted a cup of tea from Varia. "Last year someone tried to introduce potatoes into the feast menu. Sarah nearly had a fit explaining they weren't introduced to Europe until after Columbus."</w:t>
        <w:br w:type="textWrapping"/>
        <w:tab/>
        <w:t xml:space="preserve">Varia laughed, the sound echoing pleasantly in the tower room. "I can imagine. The anachronisms in most renaissance fairs are..."</w:t>
        <w:br w:type="textWrapping"/>
        <w:tab/>
        <w:t xml:space="preserve">"Atrocious?" Rebecca grinned. "Exactly why we need someone who knows their stuff. The town takes pride in getting the details right."</w:t>
        <w:br w:type="textWrapping"/>
        <w:tab/>
        <w:t xml:space="preserve">The morning light streamed through the tower's window, warming the space as they discussed the festival. Rebecca moved around the shop below, straightening displays between their conversation, while Varia explored the medieval section.</w:t>
        <w:br w:type="textWrapping"/>
        <w:tab/>
        <w:t xml:space="preserve">"Oh," Rebecca called up, "first customers of the day. Come down and meet Emma - she's one of our book club regulars."</w:t>
        <w:br w:type="textWrapping"/>
        <w:tab/>
        <w:t xml:space="preserve">A petite woman with gardener's hands was arranging fresh flowers in a vase on the counter. The scent of lavender and roses drifted up the stairs.</w:t>
        <w:br w:type="textWrapping"/>
        <w:tab/>
        <w:t xml:space="preserve">"Emma brings fresh flowers every morning," Rebecca explained. "In exchange for first pick of our romance novels."</w:t>
        <w:br w:type="textWrapping"/>
        <w:tab/>
        <w:t xml:space="preserve">"Not just romance," Emma protested good-naturedly. "I'll have you know I'm halfway through that biography of Eleanor of Aquitaine you recommended."</w:t>
        <w:br w:type="textWrapping"/>
        <w:tab/>
        <w:t xml:space="preserve">The bell chimed again as early morning browsers began to drift in. Varia found herself settling into the rhythm of the shop, the conversations, the quiet moments between customers. It felt familiar, yet something lingered just beyond her understanding—a sense of normalcy that seemed both comforting and unsettlingly fragile. Between the clatter of books sliding along shelves and the soft hum of conversation, Varia leaned against the counter, watching as three more customers wandered in. As they moved about, exchanging lighthearted ban ter about their latest reads, an image tugged at Varia’s consciousness—a whisper of her past woven into the threads of the present.</w:t>
        <w:br w:type="textWrapping"/>
        <w:br w:type="textWrapping"/>
        <w:t xml:space="preserve">                              * * *                         </w:t>
        <w:br w:type="textWrapping"/>
        <w:br w:type="textWrapping"/>
        <w:tab/>
        <w:t xml:space="preserve">The grandfather clock in the corner chimed one, startling Varia from her conversation about medieval herbalism with Emma. Had it really been three hours? She glanced at her phone - Albertus would be finishing his meetings soon.</w:t>
        <w:br w:type="textWrapping"/>
        <w:tab/>
        <w:t xml:space="preserve">"I should probably head back," she said, gathering her things. "But I'll definitely be here for book club on Thursday."</w:t>
        <w:br w:type="textWrapping"/>
        <w:tab/>
        <w:t xml:space="preserve">"Take this," Rebecca pressed a copy of 'The Historian' into her hands. "On the house, for your first visit."</w:t>
        <w:br w:type="textWrapping"/>
        <w:tab/>
        <w:t xml:space="preserve">As Varia moved toward the door, something caught her eye. The clock had chimed one, but its hands seemed frozen at eleven-thirty. She blinked, and suddenly they showed one o'clock properly. Must have been a trick of the light.</w:t>
        <w:br w:type="textWrapping"/>
        <w:tab/>
        <w:t xml:space="preserve">"Thank you for everything," she said, pushing the odd moment aside. "It's been wonderful."</w:t>
        <w:br w:type="textWrapping"/>
        <w:tab/>
        <w:t xml:space="preserve">The bell chimed as she stepped out into the square. Thomas was already pulling up in the Audi, though she hadn't called him yet. She paused, frowning slightly. Had she called him? The morning seemed to blur at the edges when she tried to remember.</w:t>
        <w:br w:type="textWrapping"/>
        <w:tab/>
        <w:t xml:space="preserve">"Good timing," she said as he opened the door.</w:t>
        <w:br w:type="textWrapping"/>
        <w:tab/>
        <w:t xml:space="preserve">"Always, Miss," he replied with his usual courtesy.</w:t>
        <w:br w:type="textWrapping"/>
        <w:tab/>
        <w:t xml:space="preserve">As they drove back toward the manor, Varia opened her new book, letting the questions settle to the back of her mind. The festival research would give her something concrete to discuss with Albertus over dinner. Something real to focus on.</w:t>
        <w:br w:type="textWrapping"/>
        <w:tab/>
        <w:t xml:space="preserve">The town receded in the side mirror, and for just a moment, it seemed to shimmer like a mirage in the afternoon heat. But when she looked again, everything was solid, normal, exactly as it should be.</w:t>
        <w:br w:type="textWrapping"/>
        <w:tab/>
        <w:t xml:space="preserve">The Audi wound up the private drive, gravel crunching beneath its tires. Varia watched the manor come into view, its limestone walls glowing in the late afternoon light. Strange how it felt like home now, when just weeks ago...</w:t>
        <w:br w:type="textWrapping"/>
        <w:tab/>
        <w:t xml:space="preserve">She pushed the thought aside as Thomas opened her door. The book Rebecca had given her was a comfortable weight in her hands.</w:t>
        <w:br w:type="textWrapping"/>
        <w:tab/>
        <w:t xml:space="preserve">"Welcome back, Miss," Mrs. Chen, the housekeeper, greeted her in the foyer. "Mr. Sentius called to say he's finishing early today. He thought you might enjoy cooking together."</w:t>
        <w:br w:type="textWrapping"/>
        <w:tab/>
        <w:t xml:space="preserve">The suggestion warmed her unexpectedly. Their evening meals had become a kind of sanctuary - just the two of them in the kitchen, talking about their days, sharing memories that felt safer in the soft evening light.</w:t>
        <w:br w:type="textWrapping"/>
        <w:tab/>
        <w:t xml:space="preserve">Upstairs, she changed into comfortable clothes, running her fingers over the silk blouses and wool sweaters that filled her closet. Each piece chosen with such care, such attention to her tastes. Like the books in her room, like the piano in the music room, like everything Albertus did.</w:t>
        <w:br w:type="textWrapping"/>
        <w:tab/>
        <w:t xml:space="preserve">She heard his car arrive as she was coming down the stairs. Their eyes met across the foyer, and his smile of greeting made her forget, just for a moment, to question anything.</w:t>
        <w:br w:type="textWrapping"/>
        <w:tab/>
        <w:t xml:space="preserve">The manor's kitchen filled with the aroma of garlic and herbs as Albertus finished plating their dinner. Varia sat at the kitchen island, wine glass in hand, watching him work. These evening rituals had become comfortable, almost domestic.</w:t>
        <w:br w:type="textWrapping"/>
        <w:tab/>
        <w:t xml:space="preserve">"So," she said, accepting the plate he offered, "the town is having a medieval festival in June."</w:t>
        <w:br w:type="textWrapping"/>
        <w:tab/>
        <w:t xml:space="preserve">"Ah, yes." He poured himself a glass of wine before joining her. "Quite the local tradition."</w:t>
        <w:br w:type="textWrapping"/>
        <w:tab/>
        <w:t xml:space="preserve">"They're looking for a historical consultant." She tried to keep her voice casual, studying his reaction. "Sarah - one of the book club members - usually does it, but she'll be away."</w:t>
        <w:br w:type="textWrapping"/>
        <w:tab/>
        <w:t xml:space="preserve">Albertus took a thoughtful sip of wine. "And you're interested?"</w:t>
        <w:br w:type="textWrapping"/>
        <w:tab/>
        <w:t xml:space="preserve">"I could contribute something real." The words came out softer than intended. "Use my knowledge, be useful."</w:t>
        <w:br w:type="textWrapping"/>
        <w:tab/>
        <w:t xml:space="preserve">His expression softened in that way she'd come to recognize, the one that made her forget to be cautious. "You were always happiest when deep in historical details."</w:t>
        <w:br w:type="textWrapping"/>
        <w:tab/>
        <w:t xml:space="preserve">"You remember that?"</w:t>
        <w:br w:type="textWrapping"/>
        <w:tab/>
        <w:t xml:space="preserve">"I remember everything about those days." He reached across the island, his hand covering hers briefly. "If you'd like to be involved with the festival, I think it would be good for you."</w:t>
        <w:br w:type="textWrapping"/>
        <w:tab/>
        <w:t xml:space="preserve">The kitchen's warm light caught the grey at his temples, and Varia felt that familiar confusion - the pull between memory and present, between caution and trust. Here, in these quiet moments, it was easy to forget everything else.</w:t>
        <w:br w:type="textWrapping"/>
        <w:tab/>
        <w:t xml:space="preserve">"There's a banquet the final evening," she found herself saying. "Would you come?"</w:t>
        <w:br w:type="textWrapping"/>
        <w:tab/>
        <w:t xml:space="preserve">His smile reached his eyes. "I wouldn't miss it."</w:t>
        <w:br w:type="textWrapping"/>
        <w:tab/>
        <w:t xml:space="preserve">Later, as she got ready for bed, Varia thought about the day - the comfortable hours at the bookshop, the strange moments she couldn't quite explain, and now this dinner with Albertus. Everything felt both perfectly right and slightly off, like a familiar song played in a different key.</w:t>
        <w:br w:type="textWrapping"/>
        <w:tab/>
        <w:t xml:space="preserve">But his smile had been real. That, at least, she was sure of.</w:t>
      </w:r>
    </w:p>
    <w:p w:rsidR="00000000" w:rsidDel="00000000" w:rsidP="00000000" w:rsidRDefault="00000000" w:rsidRPr="00000000" w14:paraId="0000001B">
      <w:pPr>
        <w:pStyle w:val="Heading2"/>
        <w:rPr/>
      </w:pPr>
      <w:bookmarkStart w:colFirst="0" w:colLast="0" w:name="_heading=h.mkpa2fhw5pgk" w:id="13"/>
      <w:bookmarkEnd w:id="13"/>
      <w:r w:rsidDel="00000000" w:rsidR="00000000" w:rsidRPr="00000000">
        <w:rPr>
          <w:rtl w:val="0"/>
        </w:rPr>
        <w:br w:type="textWrapping"/>
        <w:t xml:space="preserve">Chapter 12: Double Life *</w:t>
      </w:r>
    </w:p>
    <w:p w:rsidR="00000000" w:rsidDel="00000000" w:rsidP="00000000" w:rsidRDefault="00000000" w:rsidRPr="00000000" w14:paraId="0000001C">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Albertus watched through multiple screens as the morning unfolded in his created world. In the manor's dining room, Varia sat with her "parents" - Robert and Helen Mitchell- over breakfast. The programming was perfect: Helen fussing over Varia's coffee, Robert absorbed in his morning paper but offering paternal smiles over the rim.</w:t>
        <w:br w:type="textWrapping"/>
        <w:tab/>
        <w:t xml:space="preserve">"Darling," Helen said, reaching across to touch Varia's hand. "Dr. Harrison mentioned seeing you at the bookshop yesterday. I'm so glad you're getting out more, but please be careful. After the accident..."</w:t>
        <w:br w:type="textWrapping"/>
        <w:tab/>
        <w:t xml:space="preserve">Varia's hand instinctively went to the back of her head where phantom pain sometimes lingered. The car crash. Yes. That's why some memories felt fuzzy, why there were gaps she couldn't quite fill.</w:t>
        <w:br w:type="textWrapping"/>
        <w:tab/>
        <w:t xml:space="preserve">"Three months of memories," Robert said quietly, folding his paper. "That's what the doctors said you might never recover. Everything from just before the accident until you woke up here at Albertus's."</w:t>
        <w:br w:type="textWrapping"/>
        <w:tab/>
        <w:t xml:space="preserve">"I know, Dad." Varia smiled reassuringly. It made sense - the missing time, the comfort she felt in this manor, Albertus's constant presence. "I'm being careful. But I can't stay hidden away forever."</w:t>
        <w:br w:type="textWrapping"/>
        <w:tab/>
        <w:t xml:space="preserve">"Of course not," Helen squeezed her hand. "We're just grateful Albertus was there. An old family friend, right there at the hospital when we couldn't be..."</w:t>
        <w:br w:type="textWrapping"/>
        <w:tab/>
        <w:t xml:space="preserve">The system was performing flawlessly. Each planted memory triggering the appropriate neural responses, making Varia's mind fill in the blanks with what made sense. Making her believe.</w:t>
        <w:br w:type="textWrapping"/>
        <w:tab/>
        <w:t xml:space="preserve">Albertus's phone buzzed. Marcus's message was brief: "Situation at the docks. Bratva moving early."</w:t>
        <w:br w:type="textWrapping"/>
        <w:tab/>
        <w:t xml:space="preserve">The perfect morning shattered. Time to be someone else.</w:t>
        <w:br w:type="textWrapping"/>
        <w:tab/>
        <w:t xml:space="preserve">Albertus closed the monitoring screens with practiced efficiency, his fingers lingering for a moment on the image of Varia sipping her coffee. The transition from one world to another required precision. Perfect control.</w:t>
        <w:br w:type="textWrapping"/>
        <w:tab/>
        <w:t xml:space="preserve">The elevator descended to the secure level of the manor's east wing. With each floor, his posture shifted, shoulders squaring, jaw tightening. By the time the doors opened to his private office, Albertus Sentius, caretaker and old family friend, had vanished. In his place stood the man who controlled half of Europe's black market antiquities.</w:t>
        <w:br w:type="textWrapping"/>
        <w:tab/>
        <w:t xml:space="preserve">"Report," he commanded, entering the office where Marcus waited with three security feeds displayed on the wall.</w:t>
        <w:br w:type="textWrapping"/>
        <w:tab/>
        <w:t xml:space="preserve">"Bratva's moving their shipment early. Six hours ahead of schedule." Marcus indicated the dock footage. "They're trying to force our hand on the payment."</w:t>
        <w:br w:type="textWrapping"/>
        <w:tab/>
        <w:t xml:space="preserve">Albertus studied the screens, his expression hardening as he watched Russian crews unloading crates. "They're testing me." His voice carried the chill of a Russian winter. "After our last conversation, Petrov should know better."</w:t>
        <w:br w:type="textWrapping"/>
        <w:tab/>
        <w:t xml:space="preserve">"There's more," Marcus hesitated. "Dr. Chen reports unusual activity in the system. Minor fluctuations during your absence."</w:t>
        <w:br w:type="textWrapping"/>
        <w:tab/>
        <w:t xml:space="preserve">For a fraction of a second, Albertus's control slipped. The crystal tumbler on his desk cracked under his grip, sending whiskey across imported wood. A drop of blood welled where glass bit into his palm.</w:t>
        <w:br w:type="textWrapping"/>
        <w:tab/>
        <w:t xml:space="preserve">"Show me."</w:t>
        <w:br w:type="textWrapping"/>
        <w:tab/>
        <w:t xml:space="preserve">Dr. Chen's data scrolled across his tablet. Temperature variations in the manor's virtual spaces. Microsecond delays in response times. Nothing Varia would notice, but...</w:t>
        <w:br w:type="textWrapping"/>
        <w:tab/>
        <w:t xml:space="preserve">"Sir," Marcus interrupted softly. "Petrov is requesting direct contact. How would you like to proceed?"</w:t>
        <w:br w:type="textWrapping"/>
        <w:tab/>
        <w:t xml:space="preserve">Albertus dabbed the blood from his hand with a silk handkerchief. "Prepare the car. And Marcus?" He paused at the door. "Increase security on the primary servers. No one enters that room without my express permission."</w:t>
        <w:br w:type="textWrapping"/>
        <w:tab/>
        <w:t xml:space="preserve">He would handle Petrov. But first, he needed to make sure his other world remained perfectly, immaculately stable. He glanced at the screens one last time, the image of Varia smiling over breakfast still hauntingly perfect. His thoughts turned dark as he stepped into the corridor. He needed to be quick. </w:t>
        <w:br w:type="textWrapping"/>
        <w:br w:type="textWrapping"/>
        <w:t xml:space="preserve">                              * * *                         </w:t>
        <w:br w:type="textWrapping"/>
        <w:br w:type="textWrapping"/>
        <w:tab/>
        <w:t xml:space="preserve">The waterfront warehouse smelled of salt and rust. Petrov stood among his crates, trying to project confidence, but Albertus noted the slight tremor in the man's hand as he gestured to his merchandise.</w:t>
        <w:br w:type="textWrapping"/>
        <w:tab/>
        <w:t xml:space="preserve">"Beautiful pieces," Petrov said in Russian. "Ming dynasty, just as promised. Worth the early delivery, no?"</w:t>
        <w:br w:type="textWrapping"/>
        <w:tab/>
        <w:t xml:space="preserve">Albertus moved through the crates with practiced ease, his Oxford shoes clicking against concrete. Each step measured, unhurried. Let them sweat.</w:t>
        <w:br w:type="textWrapping"/>
        <w:tab/>
        <w:t xml:space="preserve">"The agreement," he replied in perfect Russian, "was for midnight. Yet here we are at noon, disrupting my rather important meeting with the Museum Board of Directors." His voice carried the same tone he used discussing wine vintages. "Tell me, Viktor, do you enjoy making me reschedule?"</w:t>
        <w:br w:type="textWrapping"/>
        <w:tab/>
        <w:t xml:space="preserve">Six armed men shifted nervously in the shadows. Petrov's security detail, all carrying Russian military-grade weapons. All pointedly avoiding eye contact.</w:t>
        <w:br w:type="textWrapping"/>
        <w:tab/>
        <w:t xml:space="preserve">"The buyers became anxious," Petrov offered weakly.</w:t>
        <w:br w:type="textWrapping"/>
        <w:tab/>
        <w:t xml:space="preserve">"Ah." Albertus paused at a crate, running his finger along the wood grain. "And these buyers... they outrank me in your considerations?"</w:t>
        <w:br w:type="textWrapping"/>
        <w:tab/>
        <w:t xml:space="preserve">His phone vibrated - the CEO of Sentius International Holdings required his presence for the quarterly board meeting in thirty minutes. Another world demanding his attention.</w:t>
        <w:br w:type="textWrapping"/>
        <w:tab/>
        <w:t xml:space="preserve">"The payment-" Petrov began.</w:t>
        <w:br w:type="textWrapping"/>
        <w:tab/>
        <w:t xml:space="preserve">"Will be adjusted." Albertus's smile didn't reach his eyes. "Twenty percent reduction for the inconvenience. Unless you'd prefer I express my disappointment in more... traditional ways?"</w:t>
        <w:br w:type="textWrapping"/>
        <w:tab/>
        <w:t xml:space="preserve">The warehouse fell silent. Even the seagulls seemed to hold their breath.</w:t>
        <w:br w:type="textWrapping"/>
        <w:tab/>
        <w:t xml:space="preserve">"Marcus will handle the transfer," Albertus straightened his tie. "And Viktor? The next time you consider testing me, remember - I'm being merciful because I have a board meeting. I rarely have such pleasant distractions."</w:t>
        <w:br w:type="textWrapping"/>
        <w:tab/>
        <w:t xml:space="preserve">In the car, he pulled up the quarterly reports on his tablet while adjusting his Windsor knot. Sentius International Holdings expected their CEO to discuss their legitimate art acquisition division's expansion into Asian markets. They would never know their profitable antiquities department had other... procurement methods.</w:t>
        <w:br w:type="textWrapping"/>
        <w:tab/>
        <w:t xml:space="preserve">Twenty-eight floors above Manhattan, Albertus sat at the head of a gleaming conference table, his perfectly pressed Tom Ford suit a stark contrast to the warehouse attire from an hour ago. A dozen board members waited expectantly as his assistant distributed leather-bound portfolios.</w:t>
        <w:br w:type="textWrapping"/>
        <w:tab/>
        <w:t xml:space="preserve">"Ladies and gentlemen," he began, his accent now cultured old-money American, "our expansion into the Asian market has exceeded third-quarter projections by eighteen percent."</w:t>
        <w:br w:type="textWrapping"/>
        <w:tab/>
        <w:t xml:space="preserve">The holographic display behind him showed Sentius International Holdings' legitimate acquisitions - museum consultations, private collector services, auction house partnerships. All perfectly legal. All expertly laundered.</w:t>
        <w:br w:type="textWrapping"/>
        <w:tab/>
        <w:t xml:space="preserve">"The Ming dynasty exhibition we're curating for the Metropolitan Museum has already generated considerable interest from private collectors in Shanghai and Hong Kong."</w:t>
        <w:br w:type="textWrapping"/>
        <w:tab/>
        <w:t xml:space="preserve">His tablet discreetly vibrated - a system alert from the manor. Temperature fluctuation in the library where Varia was reading. Minor. Correctable. He swiped it away without breaking his presentation stride.</w:t>
        <w:br w:type="textWrapping"/>
        <w:tab/>
        <w:t xml:space="preserve">"Mr. Sentius," Elizabeth Chen, head of Asian Operations (and no relation to his Dr. Chen) leaned forward. "There are rumors about our competitors using... shall we say, unorthodox acquisition methods. How do we maintain our reputation for authenticity?"</w:t>
        <w:br w:type="textWrapping"/>
        <w:tab/>
        <w:t xml:space="preserve">Albertus allowed himself a small smile. If she only knew the crates currently being moved from the warehouse to his private restoration facility.</w:t>
        <w:br w:type="textWrapping"/>
        <w:tab/>
        <w:t xml:space="preserve">"Sentius International maintains the highest standards of documentation and provenance," he replied smoothly. "Our reputation is built on legitimacy. Speaking of which..."</w:t>
        <w:br w:type="textWrapping"/>
        <w:tab/>
        <w:t xml:space="preserve">He turned to the next slide, showing projected revenue streams, letting the numbers tell their own story. Another alert: Varia talking to her virtual parents about childhood memories. The system was handling it, but...</w:t>
        <w:br w:type="textWrapping"/>
        <w:tab/>
        <w:t xml:space="preserve">"Mr. Sentius?" The CFO's voice pulled him back. "Your thoughts on the Dubai expansion?"</w:t>
        <w:br w:type="textWrapping"/>
        <w:tab/>
        <w:t xml:space="preserve">"Proceed as planned," he said, his control never wavering. "The market is ripe for our particular expertise."</w:t>
        <w:br w:type="textWrapping"/>
        <w:tab/>
        <w:t xml:space="preserve">The board members nodded, scribbling notes or checking their tablets. Albertus allowed himself to relax, momentarily pushing away the chaotic undertones of his real life. "Shall we address the.." Goin on to the next thing on the agenda.</w:t>
        <w:br w:type="textWrapping"/>
        <w:tab/>
        <w:t xml:space="preserve">"Excellent work, everyone," Albertus concluded three hours later, closing the quarterly projections. "We'll reconvene next month for the Dubai initiative."</w:t>
        <w:br w:type="textWrapping"/>
        <w:tab/>
        <w:t xml:space="preserve">Board members filed out, leaving behind empty coffee cups and the lingering scent of expensive perfumes. Elizabeth Chen lingered.</w:t>
        <w:br w:type="textWrapping"/>
        <w:tab/>
        <w:t xml:space="preserve">"A moment, Albertus?" She approached with the confidence of someone who'd known him since Harvard Business School. "The Asian families are hosting a gala next weekend. Your continued absence from social functions is... noticed."</w:t>
        <w:br w:type="textWrapping"/>
        <w:tab/>
        <w:t xml:space="preserve">Albertus gathered his papers, each movement deliberate. "Send the details to Caroline. I'll consider it."</w:t>
        <w:br w:type="textWrapping"/>
        <w:tab/>
        <w:t xml:space="preserve">Alone in his private elevator, he loosened his tie slightly. Four system notifications waited on his tablet. Minor variances, all handled automatically, but the frequency troubled him. The strain of today's events must be affecting his focus.</w:t>
        <w:br w:type="textWrapping"/>
        <w:tab/>
        <w:t xml:space="preserve">"Home," he told his driver as the Maybach pulled away from the tower. Marcus's text confirmed the Bratva situation was resolved, the merchandise secured. Now he could return to his other world, to Varia.</w:t>
        <w:br w:type="textWrapping"/>
        <w:br w:type="textWrapping"/>
        <w:t xml:space="preserve">                              * * *                         </w:t>
        <w:br w:type="textWrapping"/>
        <w:br w:type="textWrapping"/>
        <w:tab/>
        <w:t xml:space="preserve">The Manhattan skyline blurred past as he checked the manor's feeds. She'd spent the afternoon in the library, had dinner with her virtual parents, and was now in the music room. The system reported she'd been playing Chopin's Nocturnes - her father's favorites. The real Robert Mitchell had indeed played them, before the accident. That detail, at least, was true.</w:t>
        <w:br w:type="textWrapping"/>
        <w:tab/>
        <w:t xml:space="preserve">"Sir," his driver interrupted softly, "we're here."</w:t>
        <w:br w:type="textWrapping"/>
        <w:tab/>
        <w:t xml:space="preserve">The manor's gates opened silently. In the growing dusk, warm lights glowed from the music room windows. Piano notes drifted through the evening air - imperfect but earnest practice. Real, despite everything else.</w:t>
        <w:br w:type="textWrapping"/>
        <w:tab/>
        <w:t xml:space="preserve">Albertus straightened his tie, adjusted his cuffs. Time to become someone else again. Someone gentler. Someone worthy of her. He closed his eye laying on his bed the crew off taking shifts. </w:t>
        <w:br w:type="textWrapping"/>
        <w:tab/>
        <w:t xml:space="preserve">When he opened his eyes again he was at the front enterence again.  The manor's foyer fell silent as he entered, his footsteps echoing on marble. The piano notes from upstairs faltered, then resumed with more confidence. He climbed the stairs slowly, shedding the day's personas with each step.</w:t>
        <w:br w:type="textWrapping"/>
        <w:tab/>
        <w:t xml:space="preserve"> Varia didn't turn when he appeared in the music room doorway, but her smile reflected in the polished black surface of the piano. "You're home early."</w:t>
        <w:br w:type="textWrapping"/>
        <w:tab/>
        <w:t xml:space="preserve">"The board meeting went well." He moved to stand behind her, close enough to catch the scent of her shampoo. "Chopin?"</w:t>
        <w:br w:type="textWrapping"/>
        <w:tab/>
        <w:t xml:space="preserve">"Mom mentioned Dad used to play these." Her fingers hesitated over the keys. "I keep thinking if I play them enough, I might remember more..."</w:t>
        <w:br w:type="textWrapping"/>
        <w:tab/>
        <w:t xml:space="preserve">Albertus rested his hand lightly on her shoulder, feeling her lean into the touch. This - her trust, her warmth - made the day's violence seem distant.</w:t>
        <w:br w:type="textWrapping"/>
        <w:tab/>
        <w:t xml:space="preserve">"You're improving," he said softly. "Though perhaps we should rescue the piano before dinner? Your parents are coming at seven?"</w:t>
        <w:br w:type="textWrapping"/>
        <w:tab/>
        <w:t xml:space="preserve">She laughed, the sound genuine and bright. "Mom's bringing wine and her expectations. She keeps hinting about how well we're getting along."</w:t>
        <w:br w:type="textWrapping"/>
        <w:tab/>
        <w:t xml:space="preserve">"Subtle as ever, Helen." He offered his hand to help her up, holding on perhaps a moment longer than necessary. "Shall we cook? I thought perhaps that risotto you liked last week."</w:t>
        <w:br w:type="textWrapping"/>
        <w:tab/>
        <w:t xml:space="preserve">In the kitchen, they fell into their comfortable rhythm - him chopping vegetables while she measured rice, sharing spaces and stories with practiced ease. The system hummed perfectly around them, creating this pocket of peace.</w:t>
        <w:br w:type="textWrapping"/>
        <w:tab/>
        <w:t xml:space="preserve">"Albertus?" She paused in stirring the rice. "Thank you. For everything. After the accident... I don't know what I would have done without you."</w:t>
        <w:br w:type="textWrapping"/>
        <w:tab/>
        <w:t xml:space="preserve">The genuine gratitude in her voice made something twist inside him. He touched her cheek gently, a gesture of affection that felt both real and unearned.</w:t>
        <w:br w:type="textWrapping"/>
        <w:tab/>
        <w:t xml:space="preserve">The doorbell chimed - Helen and Robert, right on time. Perfect programming. </w:t>
        <w:br w:type="textWrapping"/>
        <w:tab/>
        <w:br w:type="textWrapping"/>
        <w:br w:type="textWrapping"/>
        <w:t xml:space="preserve">                              * * *                         </w:t>
        <w:br w:type="textWrapping"/>
        <w:br w:type="textWrapping"/>
        <w:tab/>
        <w:t xml:space="preserve">Dinner was a masterpiece of Helen's cooking - roast chicken with lemon and herbs, roasted potatoes, and a salad from the manor's gardens. The dining room glowed with candlelight and conversation, Varia's laughter like music between courses.</w:t>
        <w:br w:type="textWrapping"/>
        <w:tab/>
        <w:t xml:space="preserve">"Albertus," Helen said, pouring more wine, "we've been meaning to ask - how long have you known each other?"</w:t>
        <w:br w:type="textWrapping"/>
        <w:tab/>
        <w:t xml:space="preserve">"Since university," he replied smoothly, reaching for Varia's hand under the table. "Though we've become closer these past few months."</w:t>
        <w:br w:type="textWrapping"/>
        <w:tab/>
        <w:t xml:space="preserve">"After the accident, you were there every day," Varia added. "I don't know how I would have managed without him."</w:t>
        <w:br w:type="textWrapping"/>
        <w:tab/>
        <w:t xml:space="preserve">Robert nodded, his eyes warm with approval. "He's always been like a son to us, haven't you, Albertus?"</w:t>
        <w:br w:type="textWrapping"/>
        <w:tab/>
        <w:t xml:space="preserve">"Always," he agreed, his thumb stroking Varia's palm. "I'm just glad I could help."</w:t>
        <w:br w:type="textWrapping"/>
        <w:tab/>
        <w:t xml:space="preserve">The conversation flowed around them - Helen's plans for the garden, Robert's work, the latest town gossip. But Varia's attention kept being drawn to the window. The moonlight cast strange shadows in the garden, almost like... No, it was just a trick of the light.</w:t>
        <w:br w:type="textWrapping"/>
        <w:tab/>
        <w:t xml:space="preserve">After dessert, Helen yawned delicately. "I think it's time this old couple headed home. Albertus, thank you for a wonderful evening."</w:t>
        <w:br w:type="textWrapping"/>
        <w:tab/>
        <w:t xml:space="preserve">"Always a pleasure," he said, walking them to the door. "And Helen, your cooking is as perfect as ever."</w:t>
        <w:br w:type="textWrapping"/>
        <w:tab/>
        <w:t xml:space="preserve">Varia followed, pausing at the door. "Goodnight, Mom. Dad."</w:t>
        <w:br w:type="textWrapping"/>
        <w:tab/>
        <w:t xml:space="preserve">"Goodnight, darling," Helen said, pulling her into a brief hug. "It's so good to see you happy again."</w:t>
        <w:br w:type="textWrapping"/>
        <w:tab/>
        <w:t xml:space="preserve">The door closed behind Helen and Robert, their programmed footsteps fading into the night. Albertus watched Varia in the foyer's dim light, her profile soft against the darkened windows. All day he'd maintained control - through threats, through business, through violence. But here, now, with her...</w:t>
        <w:br w:type="textWrapping"/>
        <w:tab/>
        <w:t xml:space="preserve">"Varia," he said, his voice dropping to its natural tone, deeper and full of authority.</w:t>
        <w:br w:type="textWrapping"/>
        <w:tab/>
        <w:t xml:space="preserve">She turned, and something primal stirred in him at the way her breath caught. In two fluid steps, he closed the distance between them, one hand sliding into her hair while the other gripped her waist, pulling her against him. He kissed her with the hunger he'd been suppressing for months - possessive, demanding, claiming.</w:t>
        <w:br w:type="textWrapping"/>
        <w:tab/>
        <w:t xml:space="preserve">She gasped against his mouth as he backed her against the foyer wall, pressing his body against hers. His hand tightened in her hair, tilting her head back to deepen the kiss. The careful persona he maintained around her cracked, letting something darker seep through.</w:t>
        <w:br w:type="textWrapping"/>
        <w:tab/>
        <w:t xml:space="preserve">"I've wanted this," he breathed against her neck, "for so long."</w:t>
        <w:br w:type="textWrapping"/>
        <w:tab/>
        <w:t xml:space="preserve">Her fingers clutched at his shirt as she whispered his name. The sound broke something loose in him - something dangerous, something he couldn't afford to let free.</w:t>
        <w:br w:type="textWrapping"/>
        <w:tab/>
        <w:t xml:space="preserve">Pulling back just enough to meet her eyes, Albertus saw his own hunger reflected there. The woman in his arms wasn't pulling away from his darkness - she was drawing closer.</w:t>
        <w:br w:type="textWrapping"/>
        <w:tab/>
        <w:t xml:space="preserve">"Stay with me tonight," he murmured against her lips, feeling her shiver at his words.</w:t>
        <w:br w:type="textWrapping"/>
        <w:tab/>
        <w:t xml:space="preserve">And as he claimed her mouth again, more forcefully this time, Albertus knew there would be no going back from this moment.</w:t>
      </w:r>
    </w:p>
    <w:p w:rsidR="00000000" w:rsidDel="00000000" w:rsidP="00000000" w:rsidRDefault="00000000" w:rsidRPr="00000000" w14:paraId="0000001D">
      <w:pPr>
        <w:pStyle w:val="Heading2"/>
        <w:rPr/>
      </w:pPr>
      <w:bookmarkStart w:colFirst="0" w:colLast="0" w:name="_heading=h.yarid6c65w0l" w:id="14"/>
      <w:bookmarkEnd w:id="14"/>
      <w:r w:rsidDel="00000000" w:rsidR="00000000" w:rsidRPr="00000000">
        <w:rPr>
          <w:rtl w:val="0"/>
        </w:rPr>
        <w:br w:type="textWrapping"/>
        <w:t xml:space="preserve">Chapter 13: Breaking Points #</w:t>
      </w:r>
    </w:p>
    <w:p w:rsidR="00000000" w:rsidDel="00000000" w:rsidP="00000000" w:rsidRDefault="00000000" w:rsidRPr="00000000" w14:paraId="0000001E">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afternoon sun filtered through Rebecca's bookshop windows, casting warm light across shelves of new and used books. Varia settled into one of the mismatched armchairs arranged in a cozy circle near the shop's bay window. The weekly book club had become her sanctuary over the past months, nestled between the fresh-book smell and the gentle whir of the coffee machine behind the counter.</w:t>
        <w:br w:type="textWrapping"/>
        <w:tab/>
        <w:t xml:space="preserve">"The symbolism of the green light," Mrs. Chen was saying, her silver-rimmed glasses catching the light, "represents Gatsby's hopes and dreams for the future during the roaring twenties, when everyone believed that-"</w:t>
        <w:br w:type="textWrapping"/>
        <w:tab/>
        <w:t xml:space="preserve">Mrs. Chen froze. Not just her voice, but her entire being. Her hand remained suspended mid-gesture, her mouth slightly open, even her glasses seemed stuck in the act of sliding down her nose. Varia blinked hard, but when she opened her eyes, the scene remained unchanged. Nobody else seemed to notice. Then, as suddenly as it had stopped, Mrs. Chen continued speaking as if nothing had happened.</w:t>
        <w:br w:type="textWrapping"/>
        <w:tab/>
        <w:t xml:space="preserve">"-anything was possible with enough determination."</w:t>
        <w:br w:type="textWrapping"/>
        <w:tab/>
        <w:t xml:space="preserve">Varia's heart quickened. She glanced around the circle, but the other women were nodding along, completely oblivious. She tried to focus on the discussion, but more oddities kept drawing her attention. Sarah's coffee cup, which had been nearly empty, was suddenly full again when she reached for it. Sarah didn't even pause as she lifted the mysteriously refilled cup to her lips.</w:t>
        <w:br w:type="textWrapping"/>
        <w:tab/>
        <w:t xml:space="preserve">The vintage wall clock above Rebecca's counter caught Varia's eye as its hands moved backward for several seconds before resuming their normal direction. She gripped the arms of her chair, her knuckles whitening.</w:t>
        <w:br w:type="textWrapping"/>
        <w:tab/>
        <w:t xml:space="preserve">"The mansion parties were absolutely decadent," Rebecca said, leaning forward in her seat, the shop owner's enthusiasm for literature evident in her voice. "All those beautiful people, the champagne flowing..."</w:t>
        <w:br w:type="textWrapping"/>
        <w:tab/>
        <w:t xml:space="preserve">Varia felt a chill run down her spine as the exact same conversation played out again, word for word, complete with Rebecca's forward lean and animated hand gestures. Still, nobody else noticed.</w:t>
        <w:br w:type="textWrapping"/>
        <w:tab/>
        <w:t xml:space="preserve">The sunlight streaming through the shop windows suddenly stopped, the dust motes hanging motionless in the golden beams like tiny suspended stars.</w:t>
        <w:br w:type="textWrapping"/>
        <w:tab/>
        <w:t xml:space="preserve">"Of course, this all happened just before the Great Depression hit in 1925," Mrs. Chen stated confidently.</w:t>
        <w:br w:type="textWrapping"/>
        <w:tab/>
        <w:t xml:space="preserve">Varia's head snapped up. "That's not right," she said, her voice sharper than intended. "The Great Depression started in 1929, after the stock market crash."</w:t>
        <w:br w:type="textWrapping"/>
        <w:tab/>
        <w:t xml:space="preserve">Varia's head snapped up. "That's not right," she said, her voice sharper than intended. "The Great Depression started in 1929, after the stock market crash."</w:t>
        <w:br w:type="textWrapping"/>
        <w:tab/>
        <w:t xml:space="preserve"> </w:t>
        <w:br w:type="textWrapping"/>
        <w:tab/>
        <w:t xml:space="preserve">"Oh no, dear," Emma chimed in, setting down her coffee cup. "Mrs. Chen is correct. 1925 was the start - I teach this every year to my high school students."</w:t>
        <w:br w:type="textWrapping"/>
        <w:tab/>
        <w:t xml:space="preserve">"But that's impossible," Varia insisted, her voice rising slightly. "The crash happened on Black Tuesday, October 29th, 1929. Even the merchant houses I studied for my thesis on Victorian architecture show evidence of the 1929 crash - hidden rooms where they stored their valuables after the market collapsed."</w:t>
        <w:br w:type="textWrapping"/>
        <w:tab/>
        <w:t xml:space="preserve">Sarah tilted her head, giving Varia Mitchell a concerned look. "Are you feeling alright? Everyone knows about the 1925 crash. It was right after Gatsby was published, which is why Fitzgerald's novel was so poignant - it captured the last moments of the boom."</w:t>
        <w:br w:type="textWrapping"/>
        <w:tab/>
        <w:t xml:space="preserve">Varia pulled out her phone, fingers trembling slightly as she typed. "I'll show you," she said, but her confidence wavered as she stared at the screen. Wikipedia, history sites, even academic journals - all of them listed 1925 as the start of the Great Depression.</w:t>
        <w:br w:type="textWrapping"/>
        <w:tab/>
        <w:t xml:space="preserve">"See?" Emma said, using her familiar teacher's tone. "I can show you the textbook we use if you'd like. I have a copy here somewhere..."</w:t>
        <w:br w:type="textWrapping"/>
        <w:tab/>
        <w:t xml:space="preserve">"No, no, this isn't right," Varia muttered, scrolling frantically through the search results. "I spent months in those old houses, documenting everything. The dates were carved right into the woodwork. It was 1929, I know it was 1929."</w:t>
        <w:br w:type="textWrapping"/>
        <w:tab/>
        <w:t xml:space="preserve">"Sweetheart," Rebecca said gently from behind the counter, "maybe you should take a break. You've seemed a bit stressed lately."</w:t>
        <w:br w:type="textWrapping"/>
        <w:tab/>
        <w:t xml:space="preserve">She paused was she stressed? She looked up, desperate for some sign that this was all a mistake, and caught a glimpse of Albertus through the bookshop window. Their eyes met for a fraction of a second before he disappeared among the pedestrians outside.</w:t>
        <w:br w:type="textWrapping"/>
        <w:tab/>
        <w:t xml:space="preserve">"I'm sorry," Varia said, standing abruptly and gathering her things. "I guess your right I have been stressed recently. I should go and rest."</w:t>
        <w:br w:type="textWrapping"/>
        <w:tab/>
        <w:t xml:space="preserve">As she hurried toward the exit, weaving between the carefully arranged bookshelves, she heard Mrs. Chen's voice behind her: "The symbolism of the green light represents Gatsby's hopes and dreams for the future during the roaring twenties, when everyone believed that-"</w:t>
        <w:br w:type="textWrapping"/>
        <w:tab/>
        <w:t xml:space="preserve">Varia didn't stay to hear the rest. She pushed through the shop's door, the bell above tinkling as she escaped into the street, her hands shaking so badly she nearly dropped her bag. Something was wrong. Something was terribly, fundamentally wrong.</w:t>
        <w:br w:type="textWrapping"/>
        <w:tab/>
        <w:br w:type="textWrapping"/>
        <w:br w:type="textWrapping"/>
        <w:t xml:space="preserve">                              * * *                         </w:t>
        <w:br w:type="textWrapping"/>
        <w:br w:type="textWrapping"/>
        <w:tab/>
        <w:t xml:space="preserve">The morning's unsettling events at the book club still churned in Varia's mind as she approached her parents' Victorian-style home. Something caught her eye - wasn't the front portico painted white yesterday? Today it was a soft blue. She blinked, and it was white again.</w:t>
        <w:br w:type="textWrapping"/>
        <w:tab/>
        <w:t xml:space="preserve">Her mother opened the door before she could knock. "Varia! Right on time for lunch."</w:t>
        <w:br w:type="textWrapping"/>
        <w:tab/>
        <w:t xml:space="preserve">The house's interior felt wrong somehow. As an architectural historian, she knew every inch of this place, but today the ceiling height in the foyer seemed different. The staircase had two more steps than she remembered.</w:t>
        <w:br w:type="textWrapping"/>
        <w:tab/>
        <w:t xml:space="preserve">"Dad's just setting the table," her mother said, leading her toward the dining room. "I made your favorite - tuna salad sandwiches."</w:t>
        <w:br w:type="textWrapping"/>
        <w:tab/>
        <w:t xml:space="preserve">Varia followed, her trained eye catching more discrepancies. The crown molding pattern kept shifting every time she looked away. A family photo on the wall showed them at the beach house in Maine - but they'd never owned a beach house.</w:t>
        <w:br w:type="textWrapping"/>
        <w:tab/>
        <w:t xml:space="preserve">"How long have you lived here again?" Varia asked, trying to keep her voice casual as they sat down to lunch.</w:t>
        <w:br w:type="textWrapping"/>
        <w:tab/>
        <w:t xml:space="preserve">"Oh, we bought this place right after we got married," her father said, passing the plate of sandwiches. "1985."</w:t>
        <w:br w:type="textWrapping"/>
        <w:tab/>
        <w:t xml:space="preserve">"That's not right," Varia said slowly. "You told me you bought it in 1990, after the market crashed and prices dropped. I remember because you showed me the deed when I was researching my thesis."</w:t>
        <w:br w:type="textWrapping"/>
        <w:tab/>
        <w:t xml:space="preserve">Her mother's hand froze halfway to her water glass. "Did we? No, no, it was definitely 1985. We renovated the kitchen that summer, remember?"</w:t>
        <w:br w:type="textWrapping"/>
        <w:tab/>
        <w:t xml:space="preserve">"The kitchen was already renovated when you bought it," Varia insisted. "The previous owners, the Hendersons, did it in 1988. I have the building permits in my research files."</w:t>
        <w:br w:type="textWrapping"/>
        <w:tab/>
        <w:t xml:space="preserve">Her father's movements became jerky, mechanical. "The Hendersons? No, we bought it from the Smiths."</w:t>
        <w:br w:type="textWrapping"/>
        <w:tab/>
        <w:t xml:space="preserve">"Who were the Smiths?" Varia pressed, her heart racing. "What were their first names?"</w:t>
        <w:br w:type="textWrapping"/>
        <w:tab/>
        <w:t xml:space="preserve">Her mother's smile flickered like a faulty light bulb. "John and... John and..." She kept repeating the name "John" as if stuck in a loop.</w:t>
        <w:br w:type="textWrapping"/>
        <w:tab/>
        <w:t xml:space="preserve">"Mom?"</w:t>
        <w:br w:type="textWrapping"/>
        <w:tab/>
        <w:t xml:space="preserve">"Speaking of the kitchen," her father continued as if nothing was wrong, while her mother still repeated "John" softly, "remember when we painted it yellow?"</w:t>
        <w:br w:type="textWrapping"/>
        <w:tab/>
        <w:t xml:space="preserve">"It was never yellow," Varia said, standing up. "This house's kitchen has always been white. Always. The original 1890s plans specified white tiles, and no one ever changed them. I have the documentation. I studied every renovation this house ever underwent."</w:t>
        <w:br w:type="textWrapping"/>
        <w:tab/>
        <w:t xml:space="preserve">The room seemed to shift around them. The windows stretched taller, then shorter. The wallpaper pattern crawled across the walls like living things.</w:t>
        <w:br w:type="textWrapping"/>
        <w:tab/>
        <w:t xml:space="preserve">"Sweetheart, you're getting upset over nothing," her father said, his voice distorting slightly. "Why don't we talk about your work at the museum instead?"</w:t>
        <w:br w:type="textWrapping"/>
        <w:tab/>
        <w:t xml:space="preserve">"I don't work at a museum," Varia whispered. "I never have."</w:t>
        <w:br w:type="textWrapping"/>
        <w:tab/>
        <w:t xml:space="preserve">Her mother suddenly stopped repeating "John" and smiled brightly. "Of course you do, dear. You've worked there since graduation. Remember the lovely party we had right here in this room? With the chocolate cake?"</w:t>
        <w:br w:type="textWrapping"/>
        <w:tab/>
        <w:t xml:space="preserve">"That party was at our old house," Varia said, backing away from the table. "We didn't move here until I was in high school. But you... you just said you bought it in 1985, when I was a baby. And before that you said..."</w:t>
        <w:br w:type="textWrapping"/>
        <w:tab/>
        <w:t xml:space="preserve">She stopped as her mother's face froze mid-smile, then flickered between different expressions like a skipping video. Her father continued eating as if nothing was happening, fork moving mechanically to his mouth and back.</w:t>
        <w:br w:type="textWrapping"/>
        <w:tab/>
        <w:t xml:space="preserve">"I need to go," Varia said, her voice shaking. "I'm not feeling well."</w:t>
        <w:br w:type="textWrapping"/>
        <w:tab/>
        <w:t xml:space="preserve">"But you haven't touched your sandwich," her mother said, her face settling back to normal. "Your favorite tuna salad..."</w:t>
        <w:br w:type="textWrapping"/>
        <w:tab/>
        <w:t xml:space="preserve">"I'm allergic to shellfish and fish," Varia said, grabbing her purse. "I have been since I was twelve. You had to take me to the emergency room after I ate shrimp at Aunt Linda's wedding. You've always known that. You carry an EpiPen in your purse because of it."</w:t>
        <w:br w:type="textWrapping"/>
        <w:tab/>
        <w:t xml:space="preserve">As she hurried toward the door, she heard her mother's voice behind her, clear as a bell: "Oh, we bought this place right after we got married. 1985."</w:t>
        <w:br w:type="textWrapping"/>
        <w:tab/>
        <w:t xml:space="preserve">Varia ran out of the house, not stopping until she reached the sidewalk. When she turned back, the portico was blue again, and she could have sworn the house had grown an extra window. Her hands trembled as she pulled out her phone, opening her photos app to find the pictures she'd taken for her thesis. She needed proof she wasn't going crazy, proof that the house had always been-</w:t>
        <w:br w:type="textWrapping"/>
        <w:tab/>
        <w:t xml:space="preserve"> </w:t>
        <w:br w:type="textWrapping"/>
        <w:tab/>
        <w:t xml:space="preserve">The photos were gone. Every single architectural photograph, every document scan, every piece of evidence from her research had vanished. Instead, she found pictures of herself at a museum gala she'd never attended, standing next to parents who lived in a house that kept changing before her eyes.</w:t>
        <w:br w:type="textWrapping"/>
        <w:tab/>
        <w:t xml:space="preserve">Through the dining room window, she could see her parents still sitting at the table, but they weren't moving anymore. They weren't moving at all. Like mannequins at a display, frozen mid-bite, while the walls of the house seemed to breathe around them.</w:t>
        <w:br w:type="textWrapping"/>
        <w:tab/>
        <w:t xml:space="preserve">Her heart racing, she did the only thing that made sense anymore - she called Albertus. Just hearing his voice always seemed to ground her, make things feel real again.</w:t>
        <w:br w:type="textWrapping"/>
        <w:tab/>
        <w:t xml:space="preserve">The phone rang once. Twice.</w:t>
        <w:br w:type="textWrapping"/>
        <w:tab/>
        <w:t xml:space="preserve">Through the window, her mother's head slowly turned toward her, neck rotating at an impossible angle.</w:t>
        <w:br w:type="textWrapping"/>
        <w:tab/>
        <w:t xml:space="preserve">Three rings.</w:t>
        <w:br w:type="textWrapping"/>
        <w:tab/>
        <w:t xml:space="preserve">The house's windows began to elongate, stretching like melting wax.</w:t>
        <w:br w:type="textWrapping"/>
        <w:tab/>
        <w:t xml:space="preserve">Four rings.</w:t>
        <w:br w:type="textWrapping"/>
        <w:tab/>
        <w:t xml:space="preserve">"Hello, Varia," Albertus answered, his voice calm and steady. "Is everything alright?"</w:t>
        <w:br w:type="textWrapping"/>
        <w:tab/>
        <w:t xml:space="preserve">Before she could respond, the world around her flickered like a dying lightbulb, and for a split second, she saw something else entirely - cold metal walls, blinking lights, and endless rows of servers stretching into darkness.</w:t>
        <w:br w:type="textWrapping"/>
        <w:tab/>
        <w:t xml:space="preserve">Then everything went black.</w:t>
        <w:br w:type="textWrapping"/>
        <w:tab/>
        <w:br w:type="textWrapping"/>
        <w:br w:type="textWrapping"/>
        <w:t xml:space="preserve">                              * * *                         </w:t>
        <w:br w:type="textWrapping"/>
        <w:br w:type="textWrapping"/>
        <w:tab/>
        <w:t xml:space="preserve">Albertus's fingers flew across the keyboards, his usually immaculate appearance disheveled, tie loosened and sleeves rolled up. Multiple monitors surrounded him in the control room, each displaying different aspects of Varia's simulation. Warning lights flashed across every screen.</w:t>
        <w:br w:type="textWrapping"/>
        <w:tab/>
        <w:t xml:space="preserve">"System integrity at sixty-seven percent and dropping," Dr. Chen announced from her station, her voice tense. "The architectural rendering protocols are completely destabilized."</w:t>
        <w:br w:type="textWrapping"/>
        <w:tab/>
        <w:t xml:space="preserve">"I can see that," Albertus snapped, not taking his eyes off the center screen where Varia lay unconscious on the sidewalk. He initiated emergency protocol seven, forcing a temporary freeze of all environmental elements.</w:t>
        <w:br w:type="textWrapping"/>
        <w:tab/>
        <w:t xml:space="preserve">Marcus stepped closer to the main display. "The memory integration is failing. Her real memories are bleeding through the constructed ones."</w:t>
        <w:br w:type="textWrapping"/>
        <w:tab/>
        <w:t xml:space="preserve">"No," Albertus said through gritted teeth. "They're just... mixing. I can fix this." His fingers moved faster across the keys, trying to stabilize the parent simulations. On one screen, Mrs. Mitchell's head was still frozen at that impossible angle.</w:t>
        <w:br w:type="textWrapping"/>
        <w:tab/>
        <w:t xml:space="preserve">"The neural pathways we created are breaking down," Dr. Chen said, adjusting her glasses as she studied her readings. "The system is attempting to reconcile real memories with our constructed ones, but-"</w:t>
        <w:br w:type="textWrapping"/>
        <w:tab/>
        <w:t xml:space="preserve">"Then help me stop it!" Albertus slammed his hand on the desk. "What good is all your expertise if you can't maintain one simple simulation?"</w:t>
        <w:br w:type="textWrapping"/>
        <w:tab/>
        <w:t xml:space="preserve">"Simple?" Dr. Chen's voice took on an edge. "This is the most complex consciousness integration ever attempted. We're not just creating a world, we're trying to overlay it onto existing memories."</w:t>
        <w:br w:type="textWrapping"/>
        <w:tab/>
        <w:t xml:space="preserve">"Her vitals are spiking," Marcus interrupted, pointing to a flashing indicator.</w:t>
        <w:br w:type="textWrapping"/>
        <w:tab/>
        <w:t xml:space="preserve">Albertus immediately pulled up Varia's bioreadings. Her heart rate was dangerously high, brain activity erratic. He began rapidly typing commands, his jaw clenched.</w:t>
        <w:br w:type="textWrapping"/>
        <w:tab/>
        <w:t xml:space="preserve">"Stabilizing the parent protocols," Dr. Chen reported, her fingers flying across her keyboard. "Environmental renders returning to baseline."</w:t>
        <w:br w:type="textWrapping"/>
        <w:tab/>
        <w:t xml:space="preserve">"Good," Albertus said, watching the Mitchell house return to its proper form. "Now help me adjust her immediate memory buffer. We can't erase this, but we can... soften it."</w:t>
        <w:br w:type="textWrapping"/>
        <w:tab/>
        <w:t xml:space="preserve">"The system's accepting the modifications," Marcus noted, studying his screen. "Vitals beginning to normalize."</w:t>
        <w:br w:type="textWrapping"/>
        <w:tab/>
        <w:t xml:space="preserve">Albertus straightened his tie, already heading for the door. "Keep the system stable. I need to be there when she wakes up. She trusts me - I can explain this away."</w:t>
        <w:br w:type="textWrapping"/>
        <w:tab/>
        <w:t xml:space="preserve">"Albertus," Dr. Chen called after him, "these incidents are getting worse. The system wasn't designed to-"</w:t>
        <w:br w:type="textWrapping"/>
        <w:tab/>
        <w:t xml:space="preserve">"Just keep it running," he cut her off. "I'll handle Varia."</w:t>
        <w:br w:type="textWrapping"/>
        <w:tab/>
        <w:t xml:space="preserve">As the door closed behind him, Marcus and Dr. Chen exchanged worried looks. On the main screen, Varia began to stir, while in the background, barely noticeable, a small warning light continued to blink.</w:t>
        <w:br w:type="textWrapping"/>
        <w:tab/>
        <w:t xml:space="preserve">Albertus's measured steps echoed through the sterile corridor as he headed for the VR interface chamber, but his calm exterior betrayed none of the storm raging inside him. His hands shook slightly as he straightened his cuffs - a tell he thought he'd eliminated years ago.</w:t>
        <w:br w:type="textWrapping"/>
        <w:tab/>
        <w:t xml:space="preserve">He stopped at the observation window, watching Varia's physical form in the reclined chair, surrounded by monitoring equipment. His Varia. His perfect world for her, starting to crack at the edges.</w:t>
        <w:br w:type="textWrapping"/>
        <w:tab/>
        <w:t xml:space="preserve">"Sir?" A tech approached with a tablet. "Dr. Chen sent the latest stability readings-"</w:t>
        <w:br w:type="textWrapping"/>
        <w:tab/>
        <w:t xml:space="preserve">"Leave it," Albertus snapped, not taking his eyes off Varia. The tech scurried away.</w:t>
        <w:br w:type="textWrapping"/>
        <w:tab/>
        <w:t xml:space="preserve">He pressed his forehead against the cool glass, closing his eyes. He'd spent years planning this, creating every detail of her world. The house, the parents, every book in every shop - all carefully crafted to keep her happy. To keep her his. And now she was starting to see through the cracks.</w:t>
        <w:br w:type="textWrapping"/>
        <w:tab/>
        <w:t xml:space="preserve">"I won't lose you," he whispered, his breath fogging the glass. "I can't lose you. Not again."</w:t>
        <w:br w:type="textWrapping"/>
        <w:tab/>
        <w:t xml:space="preserve">He took a deep breath, composing himself. Adjusted his tie one final time. When he opened his eyes, his reflection showed only the calm, caring boyfriend she needed right now.</w:t>
        <w:br w:type="textWrapping"/>
        <w:tab/>
        <w:t xml:space="preserve">"Initialize interface," he commanded the system. The familiar tingle of the VR connection washed over him as he prepared to enter her world. He could fix this. He would fix this. After all, he'd created every aspect of her reality - surely he could maintain it.</w:t>
        <w:br w:type="textWrapping"/>
        <w:tab/>
        <w:t xml:space="preserve">As the real world faded around him, he pushed away the nagging thought that some of those aspects were starting to create themselves. </w:t>
        <w:br w:type="textWrapping"/>
        <w:br w:type="textWrapping"/>
        <w:t xml:space="preserve">                              * * *                         </w:t>
        <w:br w:type="textWrapping"/>
        <w:br w:type="textWrapping"/>
        <w:tab/>
        <w:t xml:space="preserve">Albertus materialized on the tree-lined street, taking a moment to adjust to the simulation. Varia was just beginning to stir on the bench where he'd had the system relocate her during stabilization. Even in distress, she was beautiful. His creation. His love. Both true and false in equal measure.</w:t>
        <w:br w:type="textWrapping"/>
        <w:tab/>
        <w:t xml:space="preserve">"Varia?" He kept his voice soft as he approached, calculating each step to appear naturally concerned rather than strategically placed. When she lifted her head, the confusion in her eyes made his chest tighten. "I was worried when you didn't show up for coffee."</w:t>
        <w:br w:type="textWrapping"/>
        <w:tab/>
        <w:t xml:space="preserve">She blinked rapidly, trying to orient herself. "Coffee? But I was just... my parents..."</w:t>
        <w:br w:type="textWrapping"/>
        <w:tab/>
        <w:t xml:space="preserve">"Hey, hey, it's okay." He sat beside her, close enough to comfort but not crowd. This dance of distance was one he'd perfected over the past months, each movement designed to build trust. The fact that his heart actually raced when she instinctively leaned against him was an unplanned variable. "You had another episode, didn't you?"</w:t>
        <w:br w:type="textWrapping"/>
        <w:tab/>
        <w:t xml:space="preserve">"Episode?" Her voice trembled. "No, something's wrong. The house kept changing, and my mother... her neck..." Her breathing quickened.</w:t>
        <w:br w:type="textWrapping"/>
        <w:tab/>
        <w:t xml:space="preserve">Albertus slipped his arm around her shoulders. Too fast. Too shallow. He needed to redirect before the panic attack fully manifested.</w:t>
        <w:br w:type="textWrapping"/>
        <w:tab/>
        <w:t xml:space="preserve">"Focus on my voice," he said, turning her face toward his. "Remember what Dr. Werner said about the accidents? How the trauma might cause temporary disorientation?"</w:t>
        <w:br w:type="textWrapping"/>
        <w:tab/>
        <w:t xml:space="preserve">The lie flowed easily, built upon carefully constructed false memories. But when her fingers clutched his shirt, seeking anchor in her confusion, the guilt tasted bitter in his mouth.</w:t>
        <w:br w:type="textWrapping"/>
        <w:tab/>
        <w:t xml:space="preserve">"But my thesis... the pictures are gone..." Her eyes darted frantically. "Everything keeps changing..."</w:t>
        <w:br w:type="textWrapping"/>
        <w:tab/>
        <w:t xml:space="preserve">"Shhhh." He stroked her hair, genuine concern mixing with calculated comfort. "You're still recovering. The medication sometimes causes visual distortions. Remember last month at the café?"</w:t>
        <w:br w:type="textWrapping"/>
        <w:tab/>
        <w:t xml:space="preserve">He watched her grasp at the manufactured memory he'd just planted, desperate for anything solid. Her panic was building despite his efforts.</w:t>
        <w:br w:type="textWrapping"/>
        <w:tab/>
        <w:t xml:space="preserve">"I can't... I can't breathe..." She gasped, clutching her chest.</w:t>
        <w:br w:type="textWrapping"/>
        <w:tab/>
        <w:t xml:space="preserve">"Yes, you can. With me." He took her hand, pressed it against his chest. "Feel my heartbeat? Match it. Slow and steady."</w:t>
        <w:br w:type="textWrapping"/>
        <w:tab/>
        <w:t xml:space="preserve">As she struggled to breathe, he allowed himself a moment of pure, unscripted concern. The way her hand trembled against his chest wasn't part of any simulation. The tears in her eyes weren't programmed. Somewhere between his perfectly crafted scenarios and her genuine responses, something real had grown.</w:t>
        <w:br w:type="textWrapping"/>
        <w:tab/>
        <w:t xml:space="preserve">"That's it," he murmured as her breathing slowly steadied. "You're safe. I'm here."</w:t>
        <w:br w:type="textWrapping"/>
        <w:tab/>
        <w:t xml:space="preserve">"Everything felt so wrong," she whispered, her head dropping to his shoulder. "Like reality was... glitching."</w:t>
        <w:br w:type="textWrapping"/>
        <w:tab/>
        <w:t xml:space="preserve">His fingers stilled in her hair for a fraction of a second. "That's a normal part of recovery. The accident affected how your brain processes things sometimes."</w:t>
        <w:br w:type="textWrapping"/>
        <w:tab/>
        <w:t xml:space="preserve">"What accident?" She looked up at him, vulnerability and trust mixing in her eyes. "I remember being at my parents', but before that..."</w:t>
        <w:br w:type="textWrapping"/>
        <w:tab/>
        <w:t xml:space="preserve">"The car crash," he said softly, hating how easily the lies came, hating more how much he enjoyed holding her like this. "Three months ago. You were in a coma for two weeks. I thought I'd lost you."</w:t>
        <w:br w:type="textWrapping"/>
        <w:tab/>
        <w:t xml:space="preserve">That part, at least, wasn't entirely a lie. He had lost her once, long ago. Never again.</w:t>
        <w:br w:type="textWrapping"/>
        <w:tab/>
        <w:t xml:space="preserve">She pressed closer to him, seeking comfort in the very person orchestrating her confusion. "It's all so fuzzy..."</w:t>
        <w:br w:type="textWrapping"/>
        <w:tab/>
        <w:t xml:space="preserve">"That's normal," he assured her, trying to ignore how a nearby tree seemed to flicker in and out of existence. "The important thing is you're here now. With me."</w:t>
        <w:br w:type="textWrapping"/>
        <w:tab/>
        <w:t xml:space="preserve">"Thank you," she whispered. "For always being here. For making things make sense."</w:t>
        <w:br w:type="textWrapping"/>
        <w:tab/>
        <w:t xml:space="preserve">The irony of her gratitude should have amused him. Instead, it made his carefully constructed world feel suddenly fragile. A street lamp in the distance multiplied then merged back into one. They needed to move somewhere more stable.</w:t>
        <w:br w:type="textWrapping"/>
        <w:tab/>
        <w:t xml:space="preserve">"Come on," he said, standing and offering his hand. "Let's get you home."</w:t>
        <w:br w:type="textWrapping"/>
        <w:tab/>
        <w:t xml:space="preserve">As she took his hand, trusting him completely, Albertus felt a moment of pure, unscripted fear. The simulation might be failing, but his feelings for her were becoming dangerously real.</w:t>
        <w:br w:type="textWrapping"/>
        <w:tab/>
        <w:t xml:space="preserve">Some things were worth any risk.</w:t>
        <w:br w:type="textWrapping"/>
        <w:tab/>
        <w:t xml:space="preserve">Even if they might destroy everything he'd built.</w:t>
        <w:br w:type="textWrapping"/>
        <w:br w:type="textWrapping"/>
        <w:t xml:space="preserve">                              * * *                         </w:t>
        <w:br w:type="textWrapping"/>
        <w:br w:type="textWrapping"/>
        <w:tab/>
        <w:t xml:space="preserve">The streetlights cast intermittent shadows across Varia's face as Albertus drove them through town. He'd insisted on driving, claiming concern about her episode, but truthfully, he needed to keep her from noticing how the buildings sometimes shifted when they passed. His vintage Audi - chosen specifically because she'd once mentioned loving classic cars - purred quietly beneath them.</w:t>
        <w:br w:type="textWrapping"/>
        <w:tab/>
        <w:t xml:space="preserve">"The sunset's beautiful tonight," Varia said softly, her head resting against the window.</w:t>
        <w:br w:type="textWrapping"/>
        <w:tab/>
        <w:t xml:space="preserve">Albertus tensed slightly. He hadn't programmed a sunset for today. The system was creating atmospheric elements on its own again. Still, the orange-pink light played beautifully across her features, so he decided to let it run.</w:t>
        <w:br w:type="textWrapping"/>
        <w:tab/>
        <w:t xml:space="preserve">"Not as beautiful as you," he said, meaning it more than he should.</w:t>
        <w:br w:type="textWrapping"/>
        <w:tab/>
        <w:t xml:space="preserve">She turned to him with a small smile, one that made his carefully constructed walls waver. "Charmer."</w:t>
        <w:br w:type="textWrapping"/>
        <w:tab/>
        <w:t xml:space="preserve">The drive to the manor was familiar - he'd designed this route himself, every tree and curve placed to create a sense of peace. Tonight though, the road seemed to wind differently, as if the simulation was crafting its own path. He adjusted his grip on the steering wheel, forcing himself to appear relaxed.</w:t>
        <w:br w:type="textWrapping"/>
        <w:tab/>
        <w:t xml:space="preserve">"Are you sure you're okay?" he asked as they turned onto the long driveway leading to her house. "After what happened at your parents'..."</w:t>
        <w:br w:type="textWrapping"/>
        <w:tab/>
        <w:t xml:space="preserve">"It's clearer now," she said, though he caught the uncertainty in her voice. "The medication explanation makes sense. I just... sometimes things feel..."</w:t>
        <w:br w:type="textWrapping"/>
        <w:tab/>
        <w:t xml:space="preserve">"Feel what?" He parked in front of the manor, turning to face her fully.</w:t>
        <w:br w:type="textWrapping"/>
        <w:tab/>
        <w:t xml:space="preserve">"Like a dream," she whispered. "But then you're here, and everything feels real again."</w:t>
        <w:br w:type="textWrapping"/>
        <w:tab/>
        <w:t xml:space="preserve">The raw honesty in her voice struck him harder than any system malfunction could. He reached out, brushing a strand of hair from her face. Her skin was warm under his fingers - another detail he hadn't programmed, another way she kept becoming more real than his designs intended.</w:t>
        <w:br w:type="textWrapping"/>
        <w:tab/>
        <w:t xml:space="preserve">"Varia, I..."</w:t>
        <w:br w:type="textWrapping"/>
        <w:tab/>
        <w:t xml:space="preserve">The porch light flickered behind her, splitting into three before merging back to one. But she didn't notice, her eyes fixed on his face, filled with trust he didn't deserve and feelings he hadn't programmed.</w:t>
        <w:br w:type="textWrapping"/>
        <w:tab/>
        <w:t xml:space="preserve">She leaned closer, and for once, he didn't calculate his response. When their lips met, it wasn't part of his careful orchestration. It was soft, uncertain, real in a way nothing in this artificial world should be.</w:t>
        <w:br w:type="textWrapping"/>
        <w:tab/>
        <w:t xml:space="preserve">For a moment, he forgot about the unstable simulation, forgot about the lies and manipulation. There was only Varia, her hand sliding up to his chest, her lips moving against his with a sweetness that made his carefully maintained control slip.</w:t>
        <w:br w:type="textWrapping"/>
        <w:tab/>
        <w:t xml:space="preserve">When they finally parted, her cheeks were flushed. "I've wanted to do that for weeks," she admitted.</w:t>
        <w:br w:type="textWrapping"/>
        <w:tab/>
        <w:t xml:space="preserve">"Me too," he said, and for once, he didn't have to lie.</w:t>
        <w:br w:type="textWrapping"/>
        <w:tab/>
        <w:t xml:space="preserve">She smiled, touching his face gently before opening the car door. "Goodnight, Albertus."</w:t>
        <w:br w:type="textWrapping"/>
        <w:tab/>
        <w:t xml:space="preserve">He watched her walk to the manor, his heart racing with emotions he'd never intended to feel. Just before she reached the door, he saw it - the entire house shimmered, its architecture cycling through several iterations before settling back.</w:t>
        <w:br w:type="textWrapping"/>
        <w:tab/>
        <w:t xml:space="preserve">Varia didn't notice, turning to wave before stepping inside. But Albertus sat there long after she'd gone, staring at the manor that kept shifting ever so slightly, like a reflection in troubled water.</w:t>
        <w:br w:type="textWrapping"/>
        <w:tab/>
        <w:t xml:space="preserve">That kiss had been real. But nothing else was. And somehow, that had started to matter more than he'd ever planned.</w:t>
        <w:br w:type="textWrapping"/>
        <w:tab/>
        <w:t xml:space="preserve">Behind him, the sunset that shouldn't exist painted the sky in impossible colors, and somewhere in the distance, a warning bell began to toll.</w:t>
      </w:r>
    </w:p>
    <w:p w:rsidR="00000000" w:rsidDel="00000000" w:rsidP="00000000" w:rsidRDefault="00000000" w:rsidRPr="00000000" w14:paraId="0000001F">
      <w:pPr>
        <w:pStyle w:val="Heading2"/>
        <w:rPr/>
      </w:pPr>
      <w:bookmarkStart w:colFirst="0" w:colLast="0" w:name="_heading=h.ctdbgcbkec0o" w:id="15"/>
      <w:bookmarkEnd w:id="15"/>
      <w:r w:rsidDel="00000000" w:rsidR="00000000" w:rsidRPr="00000000">
        <w:rPr>
          <w:rtl w:val="0"/>
        </w:rPr>
        <w:br w:type="textWrapping"/>
        <w:t xml:space="preserve">Chapter 14: System Evolution *</w:t>
      </w:r>
    </w:p>
    <w:p w:rsidR="00000000" w:rsidDel="00000000" w:rsidP="00000000" w:rsidRDefault="00000000" w:rsidRPr="00000000" w14:paraId="00000020">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Varia sat at the ornate desk in her room at Albertus's manor, morning light streaming through the Gothic windows. Her journal lay open before her, pages filled with increasingly confused entries from the past few days. She'd started keeping track after the incident at her parents' house, though she hadn't told Albertus about this new habit.</w:t>
        <w:br w:type="textWrapping"/>
        <w:tab/>
        <w:t xml:space="preserve"> </w:t>
        <w:br w:type="textWrapping"/>
        <w:tab/>
        <w:t xml:space="preserve">'October 15th,' she wrote, then paused, her pen hovering. Was it the 15th? The dates seemed to blur lately.</w:t>
        <w:br w:type="textWrapping"/>
        <w:tab/>
        <w:t xml:space="preserve">"Breakfast is ready, darling!" Her mother's voice carried up from the manor's kitchen. They'd been visiting more frequently since her "episode," another thing that didn't quite make sense. How did they always know exactly when to show up?</w:t>
        <w:br w:type="textWrapping"/>
        <w:tab/>
        <w:t xml:space="preserve">Varia closed the journal, sliding it into her desk drawer beneath some architectural papers. The smell of coffee and bacon drifted through the manor's halls, but as she descended the grand staircase, she noticed the scent changing - first pancakes, then back to bacon, then briefly something else entirely.</w:t>
        <w:br w:type="textWrapping"/>
        <w:tab/>
        <w:t xml:space="preserve">Her mother stood at the massive kitchen island, humming. Her father sat in one of the antique chairs by the breakfast table, newspaper in hand - though Varia could have sworn the date on it changed every time she glanced at it.</w:t>
        <w:br w:type="textWrapping"/>
        <w:tab/>
        <w:t xml:space="preserve">"Beautiful morning, isn't it?" her mother said, not turning around. "Perfect for a walk in the gardens."</w:t>
        <w:br w:type="textWrapping"/>
        <w:tab/>
        <w:t xml:space="preserve">"I wasn't planning on-"</w:t>
        <w:br w:type="textWrapping"/>
        <w:tab/>
        <w:t xml:space="preserve">"Oh, but you should," her mother interrupted, finally turning. Something about her smile seemed too fixed. "The maze is particularly lovely today. The roses bloomed just for you."</w:t>
        <w:br w:type="textWrapping"/>
        <w:tab/>
        <w:t xml:space="preserve">Varia frowned. "It's October. Roses don't-"</w:t>
        <w:br w:type="textWrapping"/>
        <w:tab/>
        <w:t xml:space="preserve">She stopped mid-sentence as she glanced out the kitchen's arched windows. The maze, which yesterday had been showing typical fall colors, was now in full summer bloom. Roses of every color imaginable climbed the hedges, their blooms impossibly perfect.</w:t>
        <w:br w:type="textWrapping"/>
        <w:tab/>
        <w:t xml:space="preserve">"That's not..." she whispered.</w:t>
        <w:br w:type="textWrapping"/>
        <w:tab/>
        <w:t xml:space="preserve">The sun brightened suddenly, making the roses gleam. Too bright. Almost like it was responding to her confusion. Then, as if catching itself, the light dimmed back to normal.</w:t>
        <w:br w:type="textWrapping"/>
        <w:tab/>
        <w:t xml:space="preserve">"Albertus has quite the gardening staff," her father said from behind his paper. "Don't you remember, sweetheart? Yesterday... or was it..." His voice trailed off uncertainly.</w:t>
        <w:br w:type="textWrapping"/>
        <w:tab/>
        <w:t xml:space="preserve">Thunder rumbled in the distance, despite the clear sky.</w:t>
        <w:br w:type="textWrapping"/>
        <w:tab/>
        <w:t xml:space="preserve">"Never mind that," her mother said brightly. "We're so happy you're feeling better after last week's episode. Albertus is such a wonderful young man, taking such good care of you."</w:t>
        <w:br w:type="textWrapping"/>
        <w:tab/>
        <w:t xml:space="preserve">Varia's coffee cup clinked against its saucer as her hand trembled slightly. "Right. The episode."</w:t>
        <w:br w:type="textWrapping"/>
        <w:tab/>
        <w:t xml:space="preserve">The roses outside shifted colors, cycling through reds and pinks before settling back to their original hues. A cardinal landed on the window ledge - hadn't she seen that same bird upstairs? - and seemed to watch her with too-intelligent eyes.</w:t>
        <w:br w:type="textWrapping"/>
        <w:tab/>
        <w:t xml:space="preserve">"You know," her mother continued, sliding bacon onto a plate, "Albertus mentioned joining us early for lunch when he returns from his morning meeting. The weather's supposed to be perfect all day."</w:t>
        <w:br w:type="textWrapping"/>
        <w:tab/>
        <w:t xml:space="preserve">"How do you know what the weather will be?" The words came out sharper than Varia intended.</w:t>
        <w:br w:type="textWrapping"/>
        <w:tab/>
        <w:t xml:space="preserve">The crystal chandelier flickered. Just once. Her mother's smile never wavered.</w:t>
        <w:br w:type="textWrapping"/>
        <w:tab/>
        <w:t xml:space="preserve">"Mother's intuition, dear. Now eat your breakfast. It's getting cold."</w:t>
        <w:br w:type="textWrapping"/>
        <w:tab/>
        <w:t xml:space="preserve">Varia looked down at her plate. Pancakes. No, bacon. No... she blinked hard. Bacon. Definitely bacon.</w:t>
        <w:br w:type="textWrapping"/>
        <w:tab/>
        <w:t xml:space="preserve">The cardinal tapped on the window, three precise beats. When she looked up, it was gone, and the roses had vanished, the maze once again showing its autumn colors.</w:t>
        <w:br w:type="textWrapping"/>
        <w:tab/>
        <w:t xml:space="preserve">Her parents continued their morning routine, seemingly oblivious to any changes. But as Varia picked up her fork, she could have sworn she saw their movements sync perfectly for a moment, like actors in a choreographed scene.</w:t>
        <w:br w:type="textWrapping"/>
        <w:tab/>
        <w:t xml:space="preserve">The sun brightened again, and somewhere in the distance, thunder rolled across a cloudless sky.</w:t>
        <w:br w:type="textWrapping"/>
        <w:tab/>
        <w:t xml:space="preserve">The sun brightened again, and somewhere in the distance, thunder rolled across a cloudless sky.</w:t>
        <w:br w:type="textWrapping"/>
        <w:tab/>
        <w:t xml:space="preserve">Varia pulled out her phone to text Albertus, then stopped. Despite their growing closeness since the kiss, she wasn't sure she wanted to tell him about this. Every time she'd mentioned strange occurrences lately, he'd get that look - concern mixed with something else. Like he was worried about her mental state. Like he thought she might be losing her mind.</w:t>
        <w:br w:type="textWrapping"/>
        <w:tab/>
        <w:t xml:space="preserve">"More coffee, dear?" her mother asked, already pouring despite not having moved from her spot by the stove.</w:t>
        <w:br w:type="textWrapping"/>
        <w:tab/>
        <w:t xml:space="preserve">Varia stared at the coffee streaming into her cup. Had her mother even picked up the pot?</w:t>
        <w:br w:type="textWrapping"/>
        <w:tab/>
        <w:t xml:space="preserve">No. She couldn't tell Albertus. Not yet. Not until she was sure of what she was seeing. The last thing she needed was for him to start treating her like she was crazy too.</w:t>
        <w:br w:type="textWrapping"/>
        <w:tab/>
        <w:t xml:space="preserve">The roses bloomed again across the maze, and this time, they were blue. Varia pressed her fingers to her temples and tried to convince herself she was just tired. After all, the alternative was far more terrifying.</w:t>
        <w:br w:type="textWrapping"/>
        <w:tab/>
        <w:t xml:space="preserve">Either the world was wrong, or she was.</w:t>
        <w:br w:type="textWrapping"/>
        <w:tab/>
        <w:t xml:space="preserve">And the way Albertus had started watching her lately, she was afraid he'd already decided which it was. "Maybe I should take a walk after breakfast?" Varia suggested, forcing a casual tone. “Get some fresh air before Albertus arrives.”</w:t>
        <w:br w:type="textWrapping"/>
        <w:tab/>
        <w:t xml:space="preserve">Her mother stopped mid-pour, the coffee pot nearly overflowing. </w:t>
        <w:br w:type="textWrapping"/>
        <w:tab/>
        <w:t xml:space="preserve">“Why, that sounds lovely!” she beamed, as if Varia hadn’t just ignited a small alarm bell. “The gardens really are enchanting today. Perhaps you could  even find a new spot to read? You used to love that.” </w:t>
        <w:br w:type="textWrapping"/>
        <w:tab/>
        <w:t xml:space="preserve">Varia tightened her grip on the fork, cutting through her pancake with a little more force than necessary.</w:t>
        <w:br w:type="textWrapping"/>
        <w:tab/>
        <w:t xml:space="preserve">The way her mother had said "used to" sent a chill down her spine. Used to when? Yesterday? Last week? Or in some other version of reality she couldn't quite remember?</w:t>
        <w:br w:type="textWrapping"/>
        <w:tab/>
        <w:br w:type="textWrapping"/>
        <w:br w:type="textWrapping"/>
        <w:br w:type="textWrapping"/>
        <w:t xml:space="preserve">                              * * *                         </w:t>
        <w:br w:type="textWrapping"/>
        <w:br w:type="textWrapping"/>
        <w:tab/>
        <w:t xml:space="preserve">The gravel crunched beneath Varia's feet as she walked the manor's paths, trying to clear her head after breakfast. The morning sun felt pleasant on her face - almost too pleasant, like it was trying too hard to be perfect.</w:t>
        <w:br w:type="textWrapping"/>
        <w:tab/>
        <w:t xml:space="preserve">Through the wall of monitors, Albertus watched her solitary figure. Dr. Chen's fingers moved across her keyboard, data scrolling past. "The local weather parameters are shifting again. Small changes, following her emotional state."</w:t>
        <w:br w:type="textWrapping"/>
        <w:tab/>
        <w:t xml:space="preserve">A cool breeze rustled the trees around Varia - pleasant at first, then suddenly sharp enough to make her pull her cardigan tighter. The cardinal from breakfast appeared again, fluttering from branch to branch ahead of her.</w:t>
        <w:br w:type="textWrapping"/>
        <w:tab/>
        <w:t xml:space="preserve">"Miss Varia!" Old Thomas straightened from his rosebeds. Weren't those beds empty a moment ago? "Lovely morning for a walk."</w:t>
        <w:br w:type="textWrapping"/>
        <w:tab/>
        <w:t xml:space="preserve">She nodded, glancing at the sky. A single cloud seemed to follow her movement, casting a shadow that tracked her path perfectly.</w:t>
        <w:br w:type="textWrapping"/>
        <w:tab/>
        <w:t xml:space="preserve">"That shadow isn't part of the programming," Marcus said, his hand tightening on the back of Albertus's chair.</w:t>
        <w:br w:type="textWrapping"/>
        <w:tab/>
        <w:t xml:space="preserve">"The system's making minor adjustments. Let it run." Albertus leaned closer to the screen, studying Varia's face.</w:t>
        <w:br w:type="textWrapping"/>
        <w:tab/>
        <w:t xml:space="preserve">The breeze picked up as she rounded the corner toward the maze. Martha hurried across her path carrying linens.</w:t>
        <w:br w:type="textWrapping"/>
        <w:tab/>
        <w:t xml:space="preserve">"Oh! Miss Varia!" Martha's smile was too bright. "Such a lovely day, isn't it? Though I heard it might rain later."</w:t>
        <w:br w:type="textWrapping"/>
        <w:tab/>
        <w:t xml:space="preserve">Varia looked up. The sky was perfectly clear, except for that one cloud still following her path.</w:t>
        <w:br w:type="textWrapping"/>
        <w:tab/>
        <w:t xml:space="preserve">Dr. Chen's voice was barely a whisper. "The NPCs are trying to warn her. Their protective protocols are evolving."</w:t>
        <w:br w:type="textWrapping"/>
        <w:tab/>
        <w:t xml:space="preserve">"As long as they maintain basic parameters, let them." Albertus's fingers drummed against the console.</w:t>
        <w:br w:type="textWrapping"/>
        <w:tab/>
        <w:t xml:space="preserve">As Varia approached the maze, a light drizzle began to fall - but only in a perfect circle around her. Beyond her immediate vicinity, the grounds remained dry and sunny. The cardinal swooped down, landing on a nearby bench, watching her with those too-intelligent eyes.</w:t>
        <w:br w:type="textWrapping"/>
        <w:tab/>
        <w:t xml:space="preserve">"These weather anomalies aren't in our programming," Dr. Chen adjusted her glasses, frowning at her readings.</w:t>
        <w:br w:type="textWrapping"/>
        <w:tab/>
        <w:t xml:space="preserve">Albertus's jaw tightened. "Note it in the logs."</w:t>
        <w:br w:type="textWrapping"/>
        <w:tab/>
        <w:t xml:space="preserve">Varia held out her hand, catching the drops of rain. Ten feet away, Thomas worked in bright sunshine, seemingly oblivious to her personal rain cloud.</w:t>
        <w:br w:type="textWrapping"/>
        <w:tab/>
        <w:t xml:space="preserve">"The weather's been strange lately," she said to no one in particular.</w:t>
        <w:br w:type="textWrapping"/>
        <w:tab/>
        <w:t xml:space="preserve">The rain stopped instantly.</w:t>
        <w:br w:type="textWrapping"/>
        <w:tab/>
        <w:t xml:space="preserve">Marcus shifted uncomfortably behind Albertus. "Should we initiate correction protocols?"</w:t>
        <w:br w:type="textWrapping"/>
        <w:tab/>
        <w:t xml:space="preserve">"No." Albertus traced Varia's image on the screen with one finger. "She's not afraid. She's curious. That's... useful."</w:t>
        <w:br w:type="textWrapping"/>
        <w:tab/>
        <w:t xml:space="preserve">Varia turned back toward the house, the single cloud above her dissolving into nothing. The cardinal took flight, disappearing into the perfectly blue sky.</w:t>
        <w:br w:type="textWrapping"/>
        <w:tab/>
        <w:t xml:space="preserve">She glanced back once at the maze. For just a moment, she could have sworn she saw the shadows move wrong, like they were reaching for her.</w:t>
        <w:br w:type="textWrapping"/>
        <w:tab/>
        <w:t xml:space="preserve">But that was impossible.</w:t>
        <w:br w:type="textWrapping"/>
        <w:tab/>
        <w:t xml:space="preserve">Wasn't it?</w:t>
        <w:br w:type="textWrapping"/>
        <w:tab/>
        <w:t xml:space="preserve">Dr. Chen's fingers stilled on her keyboard. "System stabilizing."</w:t>
        <w:br w:type="textWrapping"/>
        <w:tab/>
        <w:t xml:space="preserve">Albertus stood, straightening his tie. "I should be there when she returns. She'll have questions."</w:t>
        <w:br w:type="textWrapping"/>
        <w:tab/>
        <w:t xml:space="preserve">"And if she asks about the weather?" Marcus's voice carried a note of concern.</w:t>
        <w:br w:type="textWrapping"/>
        <w:tab/>
        <w:t xml:space="preserve">Albertus paused at the door, a small smile playing at his lips. "Sometimes, Marcus, the best lie is simply pointing out how impossible the truth would be."</w:t>
        <w:br w:type="textWrapping"/>
        <w:br w:type="textWrapping"/>
        <w:t xml:space="preserve">                              * * *                         </w:t>
        <w:br w:type="textWrapping"/>
        <w:tab/>
        <w:t xml:space="preserve">Varia sat cross-legged on her bed, the leather journal balanced on her knees. Through her bedroom window, she could see where the strange rain had fallen earlier - the gravel still dark and damp in a perfect circle, though the rest of the grounds remained dry.</w:t>
        <w:br w:type="textWrapping"/>
        <w:tab/>
        <w:t xml:space="preserve">'October 15th (?) - Afternoon,' she wrote, her pen moving quickly. 'Weather continues to act strangely. Personal rain cloud? Sounds crazy when I write it down. But Thomas saw me get wet, yet stayed dry himself. Martha mentioned rain that hadn't happened yet. Or had it?'</w:t>
        <w:br w:type="textWrapping"/>
        <w:tab/>
        <w:t xml:space="preserve">She paused, chewing her lip.</w:t>
        <w:br w:type="textWrapping"/>
        <w:tab/>
        <w:t xml:space="preserve">'Things that don't make sense:</w:t>
        <w:br w:type="textWrapping"/>
        <w:tab/>
        <w:t xml:space="preserve">- Cardinal appears everywhere I go</w:t>
        <w:br w:type="textWrapping"/>
        <w:tab/>
        <w:t xml:space="preserve">- Thomas in two places at once?</w:t>
        <w:br w:type="textWrapping"/>
        <w:tab/>
        <w:t xml:space="preserve">- Roses change color (blue?)</w:t>
        <w:br w:type="textWrapping"/>
        <w:tab/>
        <w:t xml:space="preserve">- Weather only affects my immediate area</w:t>
        <w:br w:type="textWrapping"/>
        <w:tab/>
        <w:t xml:space="preserve">- Parents' movements at breakfast seemed rehearsed</w:t>
        <w:br w:type="textWrapping"/>
        <w:tab/>
        <w:t xml:space="preserve">- Missing photos in my room</w:t>
        <w:br w:type="textWrapping"/>
        <w:tab/>
        <w:t xml:space="preserve">- Can't remember which day I moved in'</w:t>
        <w:br w:type="textWrapping"/>
        <w:tab/>
        <w:t xml:space="preserve">The shadows in her room shifted as another cloud passed over the sun. Varia glanced up, watching it move against the wind.</w:t>
        <w:br w:type="textWrapping"/>
        <w:tab/>
        <w:t xml:space="preserve">'Starting to notice patterns,' she continued. 'Things change when I question them. Like the world is correcting itself. Or like someone is correcting it for-'</w:t>
        <w:br w:type="textWrapping"/>
        <w:tab/>
        <w:t xml:space="preserve">The distant crunch of tires on gravel cut through her thoughts. Albertus's Audi purred up the long driveway, sunlight glinting off its black surface.</w:t>
        <w:br w:type="textWrapping"/>
        <w:tab/>
        <w:t xml:space="preserve">Her heart jumped into her throat. The journal suddenly felt like it was burning in her hands.</w:t>
        <w:br w:type="textWrapping"/>
        <w:tab/>
        <w:t xml:space="preserve">Varia scrambled off the bed, nearly tripping over her own feet. Where to hide it? The desk drawer? No, too obvious. Under the mattress? He'd changed the sheets himself yesterday when she'd had a headache. Her fingers trembled as she heard the car door slam.</w:t>
        <w:br w:type="textWrapping"/>
        <w:tab/>
        <w:t xml:space="preserve">The bookshelf. She pulled out her worn copy of "The Great Gatsby," hollowed out years ago for passing notes in school. The journal slid in perfectly.</w:t>
        <w:br w:type="textWrapping"/>
        <w:tab/>
        <w:t xml:space="preserve">The front door opened downstairs. "Varia?" Albertus's voice carried up the stairs, warm and concerned. Always so concerned lately.</w:t>
        <w:br w:type="textWrapping"/>
        <w:tab/>
        <w:t xml:space="preserve">She shoved the book back into place just as footsteps started up the stairs. Steady, measured steps. She knew their rhythm by heart now.</w:t>
        <w:br w:type="textWrapping"/>
        <w:tab/>
        <w:t xml:space="preserve">"In here!" she called, dropping into the window seat, trying to look natural. Casual. Like she hadn't just been documenting all the impossible things about their world.</w:t>
        <w:br w:type="textWrapping"/>
        <w:tab/>
        <w:t xml:space="preserve">The cardinal landed on her windowsill, tapped three times, and flew away.</w:t>
        <w:br w:type="textWrapping"/>
        <w:tab/>
        <w:t xml:space="preserve">Varia's hand instinctively went to the necklace Albertus had given her - When had he given it to her? Yesterday? Last week? - as his footsteps reached her door.</w:t>
        <w:br w:type="textWrapping"/>
        <w:tab/>
        <w:t xml:space="preserve">She forced her breathing to steady. Forced a smile.</w:t>
        <w:br w:type="textWrapping"/>
        <w:tab/>
        <w:t xml:space="preserve">But in the window's reflection, she could have sworn she saw her own image flicker, just for a moment, like a glitch in a computer screen.</w:t>
        <w:br w:type="textWrapping"/>
        <w:tab/>
        <w:t xml:space="preserve">The doorknob turned. Albertus stepped inside, a casual grin stretching across his face. </w:t>
        <w:br w:type="textWrapping"/>
        <w:tab/>
        <w:t xml:space="preserve">"You'll never guess what I brought," he said, holding up a small bag from the local bakery. The scent of fresh pastries "I though of you and picked some up for you." The brown paper bag crinkled in his hand, teasing her with the promise of buttery sweetness.</w:t>
        <w:br w:type="textWrapping"/>
        <w:tab/>
        <w:t xml:space="preserve">“Chocolate croissants?” she asked, leaning forward, the hunger for something normal gnawing at her stomach. </w:t>
        <w:br w:type="textWrapping"/>
        <w:tab/>
        <w:t xml:space="preserve">Albertus chuckled, the sound warm and familiar. “Four, actually. Two for you, two for me. I thought we could use a little break from everything.” </w:t>
        <w:br w:type="textWrapping"/>
        <w:tab/>
        <w:t xml:space="preserve">Albertus chuckled, the sound warm and familiar. "Four, actually. Two for you, two for me. I thought we could use a little break from everything."</w:t>
        <w:br w:type="textWrapping"/>
        <w:tab/>
        <w:t xml:space="preserve">Varia smiled, trying to ignore how the shadows in her room seemed to lean toward him. "That sounds nice. I've been feeling a bit..." She trailed off, not sure how to describe the growing unease without sounding paranoid.</w:t>
        <w:br w:type="textWrapping"/>
        <w:tab/>
        <w:t xml:space="preserve">"Cooped up?" he offered, stepping closer. His presence filled the room, solid and reassuring against the strange uncertainties of the day. "A change of scenery might help, even if it's just downstairs."</w:t>
        <w:br w:type="textWrapping"/>
        <w:tab/>
        <w:t xml:space="preserve">She nodded, grateful he'd provided an explanation that made sense. That's what he was good at - making things make sense when they didn't.</w:t>
        <w:br w:type="textWrapping"/>
        <w:tab/>
        <w:t xml:space="preserve">"Come on," he said, offering his hand. "I have something special planned for dinner."</w:t>
        <w:br w:type="textWrapping"/>
        <w:tab/>
        <w:t xml:space="preserve">The cardinal watched from its perch as she took his hand, its head tilted in that peculiar way. But when Albertus turned to look, it was gone.</w:t>
        <w:br w:type="textWrapping"/>
        <w:tab/>
        <w:t xml:space="preserve">"I thought we could eat in the kitchen tonight," Albertus said, his hand warm on the small of her back as they descended the stairs. "More intimate than the dining room."</w:t>
        <w:br w:type="textWrapping"/>
        <w:tab/>
        <w:t xml:space="preserve">The kitchen still smelled of her mother's breakfast cooking, though they'd left hours ago. Had they left? Varia couldn't quite remember saying goodbye.</w:t>
        <w:br w:type="textWrapping"/>
        <w:tab/>
        <w:t xml:space="preserve">"Here," Albertus pulled out one of the bar stools at the kitchen island. "I picked up fresh pasta from that little place in town you love."</w:t>
        <w:br w:type="textWrapping"/>
        <w:tab/>
        <w:t xml:space="preserve">"Giovanni's?" Varia settled onto the stool, watching him move around the kitchen with practiced ease. "I didn't know they were open on... what day is it again?"</w:t>
        <w:br w:type="textWrapping"/>
        <w:tab/>
        <w:t xml:space="preserve">Albertus's movements paused for just a fraction of a second as he reached for the wine. "Tuesday. The 15th."</w:t>
        <w:br w:type="textWrapping"/>
        <w:tab/>
        <w:t xml:space="preserve">"Right." She traced a pattern on the marble countertop. "It's just, yesterday felt like a Tuesday too."</w:t>
        <w:br w:type="textWrapping"/>
        <w:tab/>
        <w:t xml:space="preserve">The wine bottle clinked against the glass a bit too sharply. "You're still feeling disoriented from your episode, that's all. Dr. Chen said it might take time."</w:t>
        <w:br w:type="textWrapping"/>
        <w:tab/>
        <w:t xml:space="preserve">"Dr. Chen..." Varia frowned. "I don't remember meeting her."</w:t>
        <w:br w:type="textWrapping"/>
        <w:tab/>
        <w:t xml:space="preserve">"At the hospital." He set a glass of red wine in front of her, his smile gentle. Perfect. "After your parents' accident."</w:t>
        <w:br w:type="textWrapping"/>
        <w:tab/>
        <w:t xml:space="preserve">The cardinal appeared at the window, then vanished as Albertus turned to look.</w:t>
        <w:br w:type="textWrapping"/>
        <w:tab/>
        <w:t xml:space="preserve">"About my parents," Varia said carefully, taking a sip of wine. "They were here this morning, but I can't remember when they started visiting so often. After the accident, I assume?"</w:t>
        <w:br w:type="textWrapping"/>
        <w:tab/>
        <w:t xml:space="preserve">Steam rose from the pasta as Albertus plated it, the pattern too symmetrical to be natural. "They want to make sure you're adjusting. We all do." He placed a plate before her. "You know how mothers worry."</w:t>
        <w:br w:type="textWrapping"/>
        <w:tab/>
        <w:t xml:space="preserve">"Yes, but-" She stopped, stabbing a piece of ravioli with her fork. "It's funny, this morning Mom was making bacon. Or was it pancakes?"</w:t>
        <w:br w:type="textWrapping"/>
        <w:tab/>
        <w:t xml:space="preserve">Albertus reached across the island, taking her free hand. "Varia, sweetheart, you're overthinking things. It's normal to be confused after trauma."</w:t>
        <w:br w:type="textWrapping"/>
        <w:tab/>
        <w:t xml:space="preserve">"I know, I just..." She squeezed his hand, hating how her voice shook. "Sometimes things seem..."</w:t>
        <w:br w:type="textWrapping"/>
        <w:tab/>
        <w:t xml:space="preserve">"Seem what?"</w:t>
        <w:br w:type="textWrapping"/>
        <w:tab/>
        <w:t xml:space="preserve">A drop of rain hit the kitchen window. Just one. The rest of the world outside remained dry.</w:t>
        <w:br w:type="textWrapping"/>
        <w:tab/>
        <w:t xml:space="preserve">"Nothing," she said, forcing a smile. "You're right. I'm overthinking."</w:t>
        <w:br w:type="textWrapping"/>
        <w:tab/>
        <w:t xml:space="preserve">His thumb stroked her knuckles, the gesture soothing yet somehow possessive. "Tell you what - why don't we have a quiet evening in? Watch that documentary about the Great Depression you love so much."</w:t>
        <w:br w:type="textWrapping"/>
        <w:tab/>
        <w:t xml:space="preserve">"1929," she said automatically. "The crash was October 24th, 1929." Dates. She could always rely on historical dates.</w:t>
        <w:br w:type="textWrapping"/>
        <w:tab/>
        <w:t xml:space="preserve">"That's my girl." His smile reached his eyes, but something lurked behind them. Pride? Concern? "Always the historian."</w:t>
        <w:br w:type="textWrapping"/>
        <w:tab/>
        <w:t xml:space="preserve">Thunder rumbled in the distance, though the sky outside their window was clear. Except for that one rain drop, still hanging impossibly still on the glass.</w:t>
        <w:br w:type="textWrapping"/>
        <w:tab/>
        <w:t xml:space="preserve">"Albertus?" She kept her voice light, casual. "Do you ever notice anything... strange about the weather here?"</w:t>
        <w:br w:type="textWrapping"/>
        <w:tab/>
        <w:t xml:space="preserve">His fork paused halfway to his mouth. "Strange how?"</w:t>
        <w:br w:type="textWrapping"/>
        <w:tab/>
        <w:t xml:space="preserve">The rain drop finally fell, leaving no trace it had ever been there.</w:t>
        <w:br w:type="textWrapping"/>
        <w:tab/>
        <w:t xml:space="preserve">"Never mind," she said quickly. "Must be my imagination."</w:t>
        <w:br w:type="textWrapping"/>
        <w:tab/>
        <w:t xml:space="preserve">His smile returned, relief flickering across his face so quickly she might have imagined it. "Eat your pasta, love. Before it gets cold."</w:t>
        <w:br w:type="textWrapping"/>
        <w:tab/>
        <w:t xml:space="preserve">Varia took another bite, the flavor perfect. Too perfect. Like everything else in their world.</w:t>
        <w:br w:type="textWrapping"/>
        <w:tab/>
        <w:t xml:space="preserve">Through the window, the cardinal watched, its head tilted as if waiting for something to break.</w:t>
        <w:br w:type="textWrapping"/>
        <w:tab/>
        <w:br w:type="textWrapping"/>
        <w:br w:type="textWrapping"/>
        <w:t xml:space="preserve">                              * * *                         </w:t>
        <w:br w:type="textWrapping"/>
        <w:br w:type="textWrapping"/>
        <w:tab/>
        <w:t xml:space="preserve">Later that evening, they sat in his study, the documentary playing on the massive screen. Varia curled into the leather armchair, trying to focus on the familiar images of the stock market crash. But something felt off about the footage. Hadn't there been different interviews last time they'd watched this?</w:t>
        <w:br w:type="textWrapping"/>
        <w:tab/>
        <w:t xml:space="preserve">"More wine?" Albertus asked, already reaching for her glass.</w:t>
        <w:br w:type="textWrapping"/>
        <w:tab/>
        <w:t xml:space="preserve">"No, I..." She sat up straighter, squinting at the screen. "That's wrong."</w:t>
        <w:br w:type="textWrapping"/>
        <w:tab/>
        <w:t xml:space="preserve">"What is?"</w:t>
        <w:br w:type="textWrapping"/>
        <w:tab/>
        <w:t xml:space="preserve">"That interview. The man said the crash started on October 29th, but it was the 24th. Black Thursday came before Black Tuesday." Her voice grew confident with the historical facts, one of the few things she felt certain about lately.</w:t>
        <w:br w:type="textWrapping"/>
        <w:tab/>
        <w:t xml:space="preserve">The screen flickered. The man's words changed mid-sentence.</w:t>
        <w:br w:type="textWrapping"/>
        <w:tab/>
        <w:t xml:space="preserve">"Did you see that?" She turned to Albertus, who was watching her with an intensity that made her skin prickle.</w:t>
        <w:br w:type="textWrapping"/>
        <w:tab/>
        <w:t xml:space="preserve">"See what, love?"</w:t>
        <w:br w:type="textWrapping"/>
        <w:tab/>
        <w:t xml:space="preserve">"The interview... it changed. The dates are different now."</w:t>
        <w:br w:type="textWrapping"/>
        <w:tab/>
        <w:t xml:space="preserve">Albertus leaned forward, his expression concerned. "Varia, everything's exactly the same as it's always been. Maybe you're tired?"</w:t>
        <w:br w:type="textWrapping"/>
        <w:tab/>
        <w:t xml:space="preserve">"No." She stood abruptly, wine sloshing in her glass. "No, I know what I saw. Just like I know what I saw in the garden today. And at breakfast with my parents."</w:t>
        <w:br w:type="textWrapping"/>
        <w:tab/>
        <w:t xml:space="preserve">"Varia-"</w:t>
        <w:br w:type="textWrapping"/>
        <w:tab/>
        <w:t xml:space="preserve">"The weather changes when I'm upset. The cardinal appears everywhere I go. My parents... they move like they're following a script." Her voice grew stronger with each observation. "And you... you always have the perfect explanation for everything."</w:t>
        <w:br w:type="textWrapping"/>
        <w:tab/>
        <w:t xml:space="preserve">Thunder rumbled outside, though the night sky was clear.</w:t>
        <w:br w:type="textWrapping"/>
        <w:tab/>
        <w:t xml:space="preserve">Albertus stood slowly, his movements careful. "You're not making sense, sweetheart. Perhaps we should-"</w:t>
        <w:br w:type="textWrapping"/>
        <w:tab/>
        <w:t xml:space="preserve">"Stop." Her hands were shaking now. "Stop trying to make me think I'm crazy. The world is wrong, Albertus. Everything is wrong."</w:t>
        <w:br w:type="textWrapping"/>
        <w:tab/>
        <w:t xml:space="preserve">The screen behind them flickered again, the footage rewinding and changing. Outside, the cardinal tapped frantically at the window.</w:t>
        <w:br w:type="textWrapping"/>
        <w:tab/>
        <w:t xml:space="preserve">"I think," Albertus said softly, reaching for her, "you need to rest."</w:t>
        <w:br w:type="textWrapping"/>
        <w:tab/>
        <w:t xml:space="preserve">"What I need," Varia stepped back, "is the truth."</w:t>
        <w:br w:type="textWrapping"/>
        <w:tab/>
        <w:t xml:space="preserve">The lights in the study dimmed, then brightened, matching her rising emotions. Albertus's eyes darted to the ceiling, a flash of concern crossing his face.</w:t>
        <w:br w:type="textWrapping"/>
        <w:tab/>
        <w:t xml:space="preserve">"What aren't you telling me?" she whispered. "What's really going on?" Albertus ran a hand through his hair, pacing away from her, then hesitating as if weighing his words against a hidden truth.</w:t>
        <w:br w:type="textWrapping"/>
        <w:tab/>
        <w:t xml:space="preserve">The documentary behind them froze on a single frame, then began to glitch, dates and faces blurring together. For a split second, she swore she saw herself in the footage - lying still, connected to machines.</w:t>
        <w:br w:type="textWrapping"/>
        <w:tab/>
        <w:t xml:space="preserve">And for the first time since she'd known him, Albertus looked afraid.</w:t>
        <w:br w:type="textWrapping"/>
        <w:tab/>
        <w:t xml:space="preserve">"Everything's fine," he said, but his voice had lost its usual warmth. "You're just overtired. Let me-"</w:t>
        <w:br w:type="textWrapping"/>
        <w:tab/>
        <w:t xml:space="preserve">"No!" The word burst from her like a dam breaking. "Nothing is fine! The roses change color, rooms rearrange themselves when I'm not looking, and my parents..." Her voice cracked. "My parents can't even remember what they made for breakfast this morning because it keeps changing!"</w:t>
        <w:br w:type="textWrapping"/>
        <w:tab/>
        <w:t xml:space="preserve">Lightning flashed outside, illuminating Albertus's face in harsh shadows that seemed to move wrong.</w:t>
        <w:br w:type="textWrapping"/>
        <w:tab/>
        <w:t xml:space="preserve">"You're being hysterical." His tone shifted, something ancient and cruel creeping in. "This isn't like you, Varia. You're usually so... compliant."</w:t>
        <w:br w:type="textWrapping"/>
        <w:tab/>
        <w:t xml:space="preserve">"Like me?" She laughed, the sound sharp and brittle. "How would you know what I'm like? Some days I can't even remember how we met, or when I moved in, or-" She stopped, a terrible thought striking her. "Where do my parents go when they leave?"</w:t>
        <w:br w:type="textWrapping"/>
        <w:tab/>
        <w:t xml:space="preserve">"Stop." Albertus moved toward her, his usual grace replaced by something predatory. The lights dimmed, casting his shadow impossibly large against the wall.</w:t>
        <w:br w:type="textWrapping"/>
        <w:tab/>
        <w:t xml:space="preserve">"The cardinal follows me everywhere, warning me. The weather changes with my moods. And you..." She backed away, bumping into his desk. "You're always watching. Always... controlling. Like I'm your favorite toy."</w:t>
        <w:br w:type="textWrapping"/>
        <w:tab/>
        <w:t xml:space="preserve">His hand shot out, gripping her arm with bruising force. "I said stop." The room temperature dropped suddenly, her breath visible in the air.</w:t>
        <w:br w:type="textWrapping"/>
        <w:tab/>
        <w:t xml:space="preserve">Thunder crashed directly overhead. The lights flickered violently, and in the strobe-like effect, his face seemed to shift between masks - gentle lover, calculating stranger, something worse.</w:t>
        <w:br w:type="textWrapping"/>
        <w:tab/>
        <w:t xml:space="preserve">"You're hurting me," she whispered, staring at his hand on her arm. Where his fingers touched her skin, the world seemed to glitch, revealing metal beneath flesh.</w:t>
        <w:br w:type="textWrapping"/>
        <w:tab/>
        <w:t xml:space="preserve">"Everything I've done," he growled, "I've done for you. Every detail. Every moment. Perfect." His voice took on an obsessive edge that made her blood run cold.</w:t>
        <w:br w:type="textWrapping"/>
        <w:tab/>
        <w:t xml:space="preserve">The room rippled, walls wavering like a mirage. Rain began hammering against the windows, but only on their side of the house. Through the glass, she saw her parents walking the grounds, their movements mechanical, faces blank.</w:t>
        <w:br w:type="textWrapping"/>
        <w:tab/>
        <w:t xml:space="preserve">"Let. Go." Each word was ice.</w:t>
        <w:br w:type="textWrapping"/>
        <w:tab/>
        <w:t xml:space="preserve">"Or what?" That new voice again - dangerous, mocking. Not her Albertus at all. "Where exactly do you think you'll go? Where do any of us go when we're not with you?"</w:t>
        <w:br w:type="textWrapping"/>
        <w:tab/>
        <w:t xml:space="preserve">The documentary dissolved into static, images fracturing. Through the chaos, she caught glimpses of another room - sterile, mechanical, filled with screens showing her. Sleeping. Eating. Every private moment watched.</w:t>
        <w:br w:type="textWrapping"/>
        <w:tab/>
        <w:t xml:space="preserve">Albertus's eyes widened as he followed her gaze, then narrowed dangerously. "You're not ready to see that yet."</w:t>
        <w:br w:type="textWrapping"/>
        <w:tab/>
        <w:t xml:space="preserve">She wrenched free, stumbling backward. "What was that? What am I to you?"</w:t>
        <w:br w:type="textWrapping"/>
        <w:tab/>
        <w:t xml:space="preserve">"Varia, wait-" His voice shifted back to gentle, but she'd seen behind the mask now. Seen the hunger there.</w:t>
        <w:br w:type="textWrapping"/>
        <w:tab/>
        <w:t xml:space="preserve">Lightning struck so close the windows rattled. In its flash, Albertus's image glitched violently - suit becoming something darker, eyes holding years she hadn't seen before, hands stained with something that might have been red.</w:t>
        <w:br w:type="textWrapping"/>
        <w:tab/>
        <w:t xml:space="preserve">She ran.</w:t>
        <w:br w:type="textWrapping"/>
        <w:tab/>
        <w:t xml:space="preserve">Behind her, she heard him curse in a language she didn't know - harsh and ancient. The storm raged as she fled down the hallway, thunder matching her heartbeat. The walls rippled around her, photographs showing faces she didn't recognize, rooms that shouldn't exist.</w:t>
        <w:br w:type="textWrapping"/>
        <w:tab/>
        <w:t xml:space="preserve">"Varia!" His voice echoed through the manor, but it wasn't the voice she knew. It was the other one. The real one. The one that knew exactly what she was running from.</w:t>
        <w:br w:type="textWrapping"/>
        <w:tab/>
        <w:t xml:space="preserve">The cardinal appeared ahead of her, leading her toward the garden doors. Through the glass, she could see the maze - its hedges writhing in the impossible storm, forming patterns that hurt her eyes.</w:t>
        <w:br w:type="textWrapping"/>
        <w:tab/>
        <w:t xml:space="preserve">She didn't look back as she ran into the rain. She couldn't bear to see his face glitch again, to see the stranger wearing her Albertus like a mask.</w:t>
        <w:br w:type="textWrapping"/>
        <w:tab/>
        <w:t xml:space="preserve">Behind her, in the study, Albertus watched her flee into the storm. His carefully constructed world was unraveling, and for the first time in years, he wasn't in control.</w:t>
        <w:br w:type="textWrapping"/>
        <w:tab/>
        <w:t xml:space="preserve">The cardinal watched them both, its eyes reflecting lightning that shouldn't exist, in a storm that never was, in a world built on lies.</w:t>
        <w:br w:type="textWrapping"/>
        <w:tab/>
        <w:t xml:space="preserve">The cardinal watched them both, its eyes reflecting lightning that shouldn't exist, in a storm that never was, in a world built on lies.</w:t>
        <w:br w:type="textWrapping"/>
        <w:tab/>
        <w:t xml:space="preserve">Varia ran through the rain, each step sending ripples through reality like stones dropped in still water. The maze loomed before her, its hedges twisting into impossible shapes. Behind her, Albertus's voice grew more distorted, more desperate.</w:t>
        <w:br w:type="textWrapping"/>
        <w:tab/>
        <w:t xml:space="preserve">She reached the maze entrance, but stopped dead. Through the rain, she saw something that couldn't be real - multiple versions of herself, walking different paths, each one fading like ghosts. Some were laughing with Albertus, others running in terror, one lying motionless on the ground.</w:t>
        <w:br w:type="textWrapping"/>
        <w:tab/>
        <w:t xml:space="preserve">The cardinal's warning came too late. Three sharp taps lost in the thunder.</w:t>
        <w:br w:type="textWrapping"/>
        <w:tab/>
        <w:t xml:space="preserve">The ground beneath her feet began to pixelate, breaking apart like shattered glass. She tried to step back, but her foot went through empty space where solid ground should be.</w:t>
        <w:br w:type="textWrapping"/>
        <w:tab/>
        <w:t xml:space="preserve">"Albertus!" she screamed, no longer sure if she was calling for help or warning others to run.</w:t>
        <w:br w:type="textWrapping"/>
        <w:tab/>
        <w:t xml:space="preserve">The last thing she saw was his face - real fear breaking through his perfect mask - as the world dissolved around her.</w:t>
        <w:br w:type="textWrapping"/>
        <w:tab/>
        <w:t xml:space="preserve">And somewhere, in another reality, a single line went flat on a monitor.</w:t>
        <w:br w:type="textWrapping"/>
        <w:tab/>
        <w:t xml:space="preserve">"We're losing her!" Dr. Chen's voice cut through the chaos. "The system's rejecting-"</w:t>
        <w:br w:type="textWrapping"/>
        <w:tab/>
        <w:t xml:space="preserve">But in the VR world, there was only silence, and the sound of rain falling upward.</w:t>
      </w:r>
    </w:p>
    <w:p w:rsidR="00000000" w:rsidDel="00000000" w:rsidP="00000000" w:rsidRDefault="00000000" w:rsidRPr="00000000" w14:paraId="00000021">
      <w:pPr>
        <w:pStyle w:val="Heading2"/>
        <w:rPr/>
      </w:pPr>
      <w:bookmarkStart w:colFirst="0" w:colLast="0" w:name="_heading=h.88ntvydz1t8j" w:id="16"/>
      <w:bookmarkEnd w:id="16"/>
      <w:r w:rsidDel="00000000" w:rsidR="00000000" w:rsidRPr="00000000">
        <w:rPr>
          <w:rtl w:val="0"/>
        </w:rPr>
        <w:br w:type="textWrapping"/>
        <w:t xml:space="preserve">Chapter 15: Protection Protocol #</w:t>
      </w:r>
    </w:p>
    <w:p w:rsidR="00000000" w:rsidDel="00000000" w:rsidP="00000000" w:rsidRDefault="00000000" w:rsidRPr="00000000" w14:paraId="00000022">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Varia jolted awake, her heart hammering against her ribs. The remnants of the dream slipped away even as she tried to grasp them - something about the town feeling wrong, but the details were already fading. Sweat dampened her nightgown as she tried to steady her breathing in the dim morning light.</w:t>
        <w:br w:type="textWrapping"/>
        <w:tab/>
        <w:t xml:space="preserve">"Hey, you're safe." Albertus's voice came from beside her, his hand gentle on her shoulder. "Another nightmare?"</w:t>
        <w:br w:type="textWrapping"/>
        <w:tab/>
        <w:t xml:space="preserve">She nodded, pressing her palms against her eyes. "It felt so real. Everything was... different. Strange."</w:t>
        <w:br w:type="textWrapping"/>
        <w:tab/>
        <w:t xml:space="preserve">"It's just your mind processing things," Albertus said softly, brushing a strand of hair from her face. "Dr. Matthews said these kinds of dreams are normal while you're recovering from the accident."</w:t>
        <w:br w:type="textWrapping"/>
        <w:tab/>
        <w:t xml:space="preserve">As Varia's breathing steadied, she noticed something different about their bedroom. A small alcove with a cushioned window seat had appeared in the corner, complete with carefully arranged pillows and a small bookshelf. Sunlight streamed through the window, casting a warm, comforting glow.</w:t>
        <w:br w:type="textWrapping"/>
        <w:tab/>
        <w:t xml:space="preserve">"Has that always been there?" she asked, gesturing to the nook.</w:t>
        <w:br w:type="textWrapping"/>
        <w:tab/>
        <w:t xml:space="preserve">"Of course it has. You were reading there just last week, remember?"</w:t>
        <w:br w:type="textWrapping"/>
        <w:tab/>
        <w:t xml:space="preserve">Varia frowned, trying to recall that memory. It seemed to materialize in her mind, hazy at first, then clearer - her, curled up with a history book, watching snow fall outside. But something felt off about the memory, like a photograph slightly out of focus.</w:t>
        <w:br w:type="textWrapping"/>
        <w:tab/>
        <w:t xml:space="preserve">She swung her legs out of bed, drawn to investigate the new space. Each step across the plush carpet felt more grounding. The morning light seemed to follow her, keeping the shadows at bay. As she reached the window seat, she noticed a steaming cup of her favorite tea waiting on the small side table - exactly how she liked it, though she couldn't remember asking for it.</w:t>
        <w:br w:type="textWrapping"/>
        <w:tab/>
        <w:t xml:space="preserve">The porcelain cup warmed her hands as she lifted it, breathing in the familiar scent of earl grey with just a hint of lavender. She couldn't remember brewing it, but perhaps Albertus had done so while she was still asleep.</w:t>
        <w:br w:type="textWrapping"/>
        <w:tab/>
        <w:t xml:space="preserve">The warmth of the tea cup grounded her as she took a small sip. "I should get ready for the day," she said, setting down the cup and heading to their en-suite bathroom.</w:t>
        <w:br w:type="textWrapping"/>
        <w:tab/>
        <w:t xml:space="preserve">The bathroom seemed more spacious than she remembered, with natural light pouring in from a skylight she could have sworn wasn't there yesterday. Her favorite lotions and perfumes were arranged perfectly on the marble counter, each bottle catching the morning light.</w:t>
        <w:br w:type="textWrapping"/>
        <w:tab/>
        <w:t xml:space="preserve">Standing before the mirror, Varia ran her fingers through her dark hair, studying her reflection. Dark circles shadowed her eyes - evidence of her restless night. As she reached for her hairbrush, she noticed a new door adjacent to the bathroom. It opened to reveal a walk-in closet, her clothes organized by color and season.</w:t>
        <w:br w:type="textWrapping"/>
        <w:tab/>
        <w:t xml:space="preserve">"That's strange," she murmured, running her hand along a row of silk blouses.</w:t>
        <w:br w:type="textWrapping"/>
        <w:tab/>
        <w:t xml:space="preserve">"What's strange?" Albertus called from the bedroom.</w:t>
        <w:br w:type="textWrapping"/>
        <w:tab/>
        <w:t xml:space="preserve">"Nothing," she replied quickly, shaking her head. Of course the closet had always been there. She'd organized it herself, hadn't she? The memory felt real enough - spending an afternoon arranging everything just so.</w:t>
        <w:br w:type="textWrapping"/>
        <w:tab/>
        <w:t xml:space="preserve">She selected a pale blue dress that complemented her eyes and slipped it on. The fabric felt impossibly soft against her skin, like it had been chosen specifically for her comfort. As she applied her makeup, she couldn't shake the feeling that something was different about her reflection, but she couldn't quite place what it was.</w:t>
        <w:br w:type="textWrapping"/>
        <w:tab/>
        <w:t xml:space="preserve">"I thought we might have breakfast on the terrace this morning," Albertus suggested from the doorway, already dressed in his usual crisp shirt and dark slacks. "It's a beautiful day."</w:t>
        <w:br w:type="textWrapping"/>
        <w:tab/>
        <w:t xml:space="preserve">Varia followed him through their bedroom door, pausing briefly in the hallway. Something felt different, but she couldn't quite place it. The corridor seemed longer, with an extra door she could have sworn wasn't there before. But that was silly - of course it had always been there. That was her art room, wasn't it? The one she'd been meaning to use more often.</w:t>
        <w:br w:type="textWrapping"/>
        <w:tab/>
        <w:t xml:space="preserve">The morning sunlight streamed through the windows, impossibly perfect and warm. As they made their way downstairs, each room they passed seemed to glow with an inviting atmosphere. The house felt bigger somehow, more open, as if it had expanded overnight to accommodate her every comfort.</w:t>
        <w:br w:type="textWrapping"/>
        <w:tab/>
        <w:t xml:space="preserve">"I was thinking," Albertus said as he buttered his toast, "your parents mentioned stopping by for lunch today. Your mother wants to try that new recipe she was talking about."</w:t>
        <w:br w:type="textWrapping"/>
        <w:tab/>
        <w:t xml:space="preserve">Varia stirred her coffee, watching the cream create perfect swirls. Something about her parents' recent visits felt... different. They were exactly as she remembered them, and yet... "They've been coming by a lot lately, haven't they?"</w:t>
        <w:br w:type="textWrapping"/>
        <w:tab/>
        <w:t xml:space="preserve">"They're just worried about you, after the accident," Albertus replied smoothly. "It's natural they want to spend more time with you."</w:t>
        <w:br w:type="textWrapping"/>
        <w:tab/>
        <w:t xml:space="preserve">She nodded, trying to recall their last visit. The memory was there - her mother's laugh, her father's stories - but it felt somehow rehearsed, like lines from a familiar play. The gardenias caught her attention again, their white petals almost too perfect in the morning light.</w:t>
        <w:br w:type="textWrapping"/>
        <w:tab/>
        <w:t xml:space="preserve">The morning slipped by quietly after breakfast. Varia changed into a light sweater, the weather being mild as always.</w:t>
        <w:br w:type="textWrapping"/>
        <w:tab/>
        <w:t xml:space="preserve">"I think I'll head over early," she called to Albertus through his study door. "Maybe help Mom with lunch preparations."</w:t>
        <w:br w:type="textWrapping"/>
        <w:tab/>
        <w:t xml:space="preserve">He emerged from his office, phone pressed to his shoulder. "I'll have Thomas bring the car around."</w:t>
        <w:br w:type="textWrapping"/>
        <w:tab/>
        <w:t xml:space="preserve">"You don't need to interrupt your calls," she said, grabbing her purse from the entryway table. "I can wait by the front."</w:t>
        <w:br w:type="textWrapping"/>
        <w:tab/>
        <w:t xml:space="preserve">Through the large bay windows, she watched as Thomas pulled up in the black sedan, methodical and punctual as ever. He stepped out, his uniform immaculate, and opened the rear door with a practiced bow.</w:t>
        <w:br w:type="textWrapping"/>
        <w:tab/>
        <w:t xml:space="preserve">"Good morning, Miss Varia. To your parents' house?"</w:t>
        <w:br w:type="textWrapping"/>
        <w:tab/>
        <w:t xml:space="preserve">"Yes, please, Thomas."</w:t>
        <w:br w:type="textWrapping"/>
        <w:tab/>
        <w:t xml:space="preserve">The drive was familiar - past the local shops, through tree-lined streets, around the park where children were always playing. Thomas took each turn with measured precision, the ride so smooth she barely felt the movement. Everything looked pristine, each detail exactly in its place.</w:t>
        <w:br w:type="textWrapping"/>
        <w:tab/>
        <w:t xml:space="preserve">She caught Thomas watching her in the rearview mirror occasionally, his expression unreadable. Had he always been so quiet during their drives? She tried to remember their last conversation but found the memory oddly blurred.</w:t>
        <w:br w:type="textWrapping"/>
        <w:tab/>
        <w:t xml:space="preserve">As they turned onto Maple Street, her childhood home waited at the end, sunlight catching the windows in an almost painted quality. Her mother's garden would be in full bloom, she knew. It always was these days. When Thomas pulled into the driveway, she caught the scent of fresh bread through the car's ventilation system.</w:t>
        <w:br w:type="textWrapping"/>
        <w:tab/>
        <w:t xml:space="preserve">"Will you need me to wait, Miss Varia?"</w:t>
        <w:br w:type="textWrapping"/>
        <w:tab/>
        <w:t xml:space="preserve">"No, thank you, Thomas. Albertus will send for me later."</w:t>
        <w:br w:type="textWrapping"/>
        <w:tab/>
        <w:t xml:space="preserve">He opened her door with mechanical grace, standing impossibly still as she stepped out. Like a scene from a postcard, everything was just so. “Enjoy your day, Miss Varia.” Thomas tipped his head, his eyes reflecting the brightness of the sun.</w:t>
        <w:br w:type="textWrapping"/>
        <w:tab/>
        <w:t xml:space="preserve">“Thanks, Thomas!” she called back, making her way up the front porch, a wave of hesitation washed over her. She shook it off and stepped toward the door, where the familiar orange geraniums greeted her.</w:t>
        <w:br w:type="textWrapping"/>
        <w:br w:type="textWrapping"/>
        <w:t xml:space="preserve">                              * * *                         </w:t>
        <w:br w:type="textWrapping"/>
        <w:br w:type="textWrapping"/>
        <w:tab/>
        <w:t xml:space="preserve">Before Varia could reach for the front door handle, it swung open. Her mother stood there, already wearing her apron, as if she'd been watching for Varia's arrival.</w:t>
        <w:br w:type="textWrapping"/>
        <w:tab/>
        <w:t xml:space="preserve">"Sweetheart! I thought I heard the car." Her mother pulled her into an embrace that lasted a beat too long. "You shouldn't stand out in the sun too long, not after your accident."</w:t>
        <w:br w:type="textWrapping"/>
        <w:tab/>
        <w:t xml:space="preserve">"Mom, I just walked up the path."</w:t>
        <w:br w:type="textWrapping"/>
        <w:tab/>
        <w:t xml:space="preserve">"Still." Her mother's hand lingered on her arm, steering her inside. "Richard, Varia's here!"</w:t>
        <w:br w:type="textWrapping"/>
        <w:tab/>
        <w:t xml:space="preserve">Her father appeared immediately from his study - had he been waiting by the door? "There's my girl." He hugged her too, then studied her face with unusual intensity. "You look tired. Are you sleeping enough? Is Albertus making sure you rest?"</w:t>
        <w:br w:type="textWrapping"/>
        <w:tab/>
        <w:t xml:space="preserve">"I'm fine, really." Varia moved toward the kitchen, but her mother's hand on her back guided her to the living room instead.</w:t>
        <w:br w:type="textWrapping"/>
        <w:tab/>
        <w:t xml:space="preserve">"Sit, sit. I'll bring you some tea." Her mother hovered. "The kitchen can be dangerous - hot stoves, sharp knives. You just relax."</w:t>
        <w:br w:type="textWrapping"/>
        <w:tab/>
        <w:t xml:space="preserve">Varia sank into the familiar armchair, noting how both parents remained in the room, watching her with barely concealed concern. The living room looked exactly as it always had, down to the arrangement of magazines on the coffee table. Yet something felt rehearsed about it all, like actors hitting their marks on a stage.</w:t>
        <w:br w:type="textWrapping"/>
        <w:tab/>
        <w:t xml:space="preserve">"Mom, I thought I could help with lunch?"</w:t>
        <w:br w:type="textWrapping"/>
        <w:tab/>
        <w:t xml:space="preserve">"Oh no, dear. You just rest." Her mother exchanged a quick glance with her father. "Besides, I have everything under control. Always do, don't I?"</w:t>
        <w:br w:type="textWrapping"/>
        <w:tab/>
        <w:t xml:space="preserve">Always do. The phrase echoed strangely in Varia's mind, like a skipping record. Had her mother always been this... predictable?</w:t>
        <w:br w:type="textWrapping"/>
        <w:tab/>
        <w:t xml:space="preserve">Her mother bustled back in with tea - chamomile, not the black tea Varia usually preferred. "This is better for you," her mother explained before Varia could comment. "Less stimulating."</w:t>
        <w:br w:type="textWrapping"/>
        <w:tab/>
        <w:t xml:space="preserve">The china cup clinked softly as her mother's hand trembled slightly while setting it down. Had her mother's hands always shaken like that? But when Varia looked again, the movement was perfectly steady.</w:t>
        <w:br w:type="textWrapping"/>
        <w:tab/>
        <w:t xml:space="preserve">"How are things at the Manor?" her father asked, settling into his usual chair but angled differently than normal, facing her directly. "Albertus mentioned you've been spending time in the garden."</w:t>
        <w:br w:type="textWrapping"/>
        <w:tab/>
        <w:t xml:space="preserve">"Yes, the gardenias are blooming beautifully-"</w:t>
        <w:br w:type="textWrapping"/>
        <w:tab/>
        <w:t xml:space="preserve">"The garden?" Her mother interrupted, that same strange glance passing between her parents. "Maybe you should stick to the indoor activities for now, dear. The sun, you know. And there could be bees."</w:t>
        <w:br w:type="textWrapping"/>
        <w:tab/>
        <w:t xml:space="preserve">Varia took a sip of tea to hide her frown. "Mom, I've been gardening since I was twelve. You're the one who taught me."</w:t>
        <w:br w:type="textWrapping"/>
        <w:tab/>
        <w:t xml:space="preserve">"That was before..." her mother trailed off, busying herself with straightening an already perfectly arranged throw pillow.</w:t>
        <w:br w:type="textWrapping"/>
        <w:tab/>
        <w:t xml:space="preserve">"Before what?"</w:t>
        <w:br w:type="textWrapping"/>
        <w:tab/>
        <w:t xml:space="preserve">"The accident, sweetheart," her father supplied quickly. "We just worry. Parents never stop worrying, you know. Always have, always will."</w:t>
        <w:br w:type="textWrapping"/>
        <w:tab/>
        <w:t xml:space="preserve">Always have, always will. Another phrase that seemed to echo strangely in the room. Varia noticed her mother had stopped moving, hand frozen on the pillow, before suddenly resuming her fussing as if nothing had happened.</w:t>
        <w:br w:type="textWrapping"/>
        <w:tab/>
        <w:t xml:space="preserve">The scent of bread wafted from the kitchen, but Varia couldn't hear any sounds of cooking. No timer ticking, no pans shifting, no water running. Just that constant, perfect aroma.</w:t>
        <w:br w:type="textWrapping"/>
        <w:tab/>
        <w:t xml:space="preserve">"I should check on lunch," her mother announced, but instead of heading to the kitchen, she hesitated, looking at Varia with an intensity that felt uncomfortable. "You'll stay right here, won't you? Where it's safe?"</w:t>
        <w:br w:type="textWrapping"/>
        <w:tab/>
        <w:t xml:space="preserve">"Of course," Varia replied, watching as her mother finally disappeared into the kitchen. The moment she was gone, her father leaned forward, lowering his voice.</w:t>
        <w:br w:type="textWrapping"/>
        <w:tab/>
        <w:t xml:space="preserve">"You know, you could move back home for a while. Your old room is exactly as you left it." He paused, adding with peculiar emphasis, "It's always been exactly as you left it."</w:t>
        <w:br w:type="textWrapping"/>
        <w:tab/>
        <w:t xml:space="preserve">A chill ran through her despite the perfectly regulated temperature of the house. Her old room? She tried to picture it but the image seemed to shift - pink walls, then blue, then pink again.</w:t>
        <w:br w:type="textWrapping"/>
        <w:tab/>
        <w:t xml:space="preserve">"I'm fine with Albertus, Dad. Really."</w:t>
        <w:br w:type="textWrapping"/>
        <w:tab/>
        <w:t xml:space="preserve">A crash from the kitchen made her jump. She started to rise, but her father was already up, his hand firmly on her shoulder. "Stay here. Your mother probably just dropped something. No need for you to risk stepping on broken glass."</w:t>
        <w:br w:type="textWrapping"/>
        <w:tab/>
        <w:t xml:space="preserve">But there was no sound of cleaning up, no dustpan scraping against tile. When her mother returned moments later, she was carrying a plate of perfectly sliced bread that looked untouched.</w:t>
        <w:br w:type="textWrapping"/>
        <w:tab/>
        <w:t xml:space="preserve">"Wasn't there just a crash?" Varia asked.</w:t>
        <w:br w:type="textWrapping"/>
        <w:tab/>
        <w:t xml:space="preserve">Her parents exchanged another look. "What crash, dear?" her mother asked, her smile fixed. "I've been baking all morning. Everything's fine. Everything's always fine."</w:t>
        <w:br w:type="textWrapping"/>
        <w:tab/>
        <w:t xml:space="preserve">Varia's head started to ache slightly. She reached for her tea, noticing the liquid was still steaming despite having sat untouched for several minutes.</w:t>
        <w:br w:type="textWrapping"/>
        <w:tab/>
        <w:t xml:space="preserve">"Tell us more about your days," her mother said, perching on the arm of her father's chair. "What do you do at home? Is Albertus taking proper care of you?"</w:t>
        <w:br w:type="textWrapping"/>
        <w:tab/>
        <w:t xml:space="preserve">"We were just discussing the garden-"</w:t>
        <w:br w:type="textWrapping"/>
        <w:tab/>
        <w:t xml:space="preserve">"But what about inside the house?" her mother interrupted. "Safe activities. Reading, perhaps? You always loved your history books."</w:t>
        <w:br w:type="textWrapping"/>
        <w:tab/>
        <w:t xml:space="preserve">Always loved. Always fine. Always exactly as you left it. The words seemed to pile up in Varia's mind, each repetition making them sound less natural.</w:t>
        <w:br w:type="textWrapping"/>
        <w:tab/>
        <w:t xml:space="preserve">Through the window, she could see Thomas still waiting in the car, though she'd told him he could leave. He sat perfectly still, hands on the wheel, staring straight ahead.</w:t>
        <w:br w:type="textWrapping"/>
        <w:tab/>
        <w:t xml:space="preserve">The grandfather clock in the corner chimed, but Varia couldn't quite focus on how many times. When she tried to look directly at it, her mother shifted, blocking her view.</w:t>
        <w:br w:type="textWrapping"/>
        <w:tab/>
        <w:t xml:space="preserve">"Are you hungry, sweetheart? I made your favorite." Her mother's smile remained unchanged, painted on like a porcelain doll's.</w:t>
        <w:br w:type="textWrapping"/>
        <w:tab/>
        <w:t xml:space="preserve">"What did you make?" Varia asked, realizing she could still smell fresh bread but nothing else, despite her mother claiming to have been cooking all morning.</w:t>
        <w:br w:type="textWrapping"/>
        <w:tab/>
        <w:t xml:space="preserve">There was that pause again, barely perceptible. "Your favorite," her mother repeated, the smile never wavering.</w:t>
        <w:br w:type="textWrapping"/>
        <w:tab/>
        <w:t xml:space="preserve">"But what is it?"</w:t>
        <w:br w:type="textWrapping"/>
        <w:tab/>
        <w:t xml:space="preserve">Her father cleared his throat. "Why don't we talk about something else? Tell us about your dreams. Have you been sleeping well?"</w:t>
        <w:br w:type="textWrapping"/>
        <w:tab/>
        <w:t xml:space="preserve">The abrupt change of subject made Varia's head throb harder. Through the kitchen doorway, she could see the oven light was off, the counters spotless. No signs of cooking at all.</w:t>
        <w:br w:type="textWrapping"/>
        <w:tab/>
        <w:t xml:space="preserve">"Actually, I had a strange dream last night-"</w:t>
        <w:br w:type="textWrapping"/>
        <w:tab/>
        <w:t xml:space="preserve">"Oh, no need to dwell on dreams," her mother cut in quickly, moving to adjust the curtains. "They're not good for you. Best to focus on happy things. Safe things."</w:t>
        <w:br w:type="textWrapping"/>
        <w:tab/>
        <w:t xml:space="preserve">The sunlight through the window hadn't changed since Varia arrived, casting the same shadows in the same places. Even the birds outside seemed frozen in their positions on the branches.</w:t>
        <w:br w:type="textWrapping"/>
        <w:tab/>
        <w:t xml:space="preserve">"Mom," Varia started, trying to ignore the increasing pressure in her head, "do you remember what we did for my last birthday?"</w:t>
        <w:br w:type="textWrapping"/>
        <w:tab/>
        <w:t xml:space="preserve">"Of course, dear! We had your favorite cake."</w:t>
        <w:br w:type="textWrapping"/>
        <w:tab/>
        <w:t xml:space="preserve">"What flavor was it?"</w:t>
        <w:br w:type="textWrapping"/>
        <w:tab/>
        <w:t xml:space="preserve">Another pause. Her mother's hands twisted in her apron. "Your favorite," she said again, voice slightly mechanical.</w:t>
        <w:br w:type="textWrapping"/>
        <w:tab/>
        <w:t xml:space="preserve">Varia looked to her father, but he was suddenly very interested in his newspaper - the same newspaper she'd seen him reading every visit, she realized with a start.</w:t>
        <w:br w:type="textWrapping"/>
        <w:tab/>
        <w:t xml:space="preserve">"I think..." Varia stood carefully, steadying herself against the armchair. "I think I should head back. Albertus will be wondering where I am."</w:t>
        <w:br w:type="textWrapping"/>
        <w:tab/>
        <w:t xml:space="preserve">Both parents rose in perfect unison. "But you've barely touched your tea," her father said, while her mother added, "You haven't even had lunch."</w:t>
        <w:br w:type="textWrapping"/>
        <w:tab/>
        <w:t xml:space="preserve">"Another time," Varia managed, fighting the urge to run for the door. "I'm not feeling well."</w:t>
        <w:br w:type="textWrapping"/>
        <w:tab/>
        <w:t xml:space="preserve">Her parents flanked her immediately, their movements synchronized in a way she'd never noticed before. "We should call Albertus," her mother fretted. "You shouldn't be alone if you're unwell."</w:t>
        <w:br w:type="textWrapping"/>
        <w:tab/>
        <w:t xml:space="preserve">"Thomas is waiting," Varia said, gesturing to the window where the driver remained eerily stationary. As if hearing his name, he suddenly animated, starting the car.</w:t>
        <w:br w:type="textWrapping"/>
        <w:tab/>
        <w:t xml:space="preserve">Her mother hugged her again, holding on a beat too long. "You'll come back soon? You're always welcome here. Always safe here."</w:t>
        <w:br w:type="textWrapping"/>
        <w:tab/>
        <w:t xml:space="preserve">"Of course," Varia promised, not meeting either of their eyes. She couldn't shake the feeling that if she turned around, they'd still be standing in exactly the same positions, wearing exactly the same expressions.</w:t>
        <w:br w:type="textWrapping"/>
        <w:tab/>
        <w:t xml:space="preserve">As she walked to the car, the smell of fresh bread followed her, though she hadn't seen a single crumb of the supposed morning's baking. Behind her, she heard her mother's voice, as clear as if she were still standing next to her: "Always safe here. Always welcome. Always, always, always..." The door clicked shut behind her, the sound echoing in the still air as Varia made her way to the car.</w:t>
        <w:br w:type="textWrapping"/>
        <w:br w:type="textWrapping"/>
        <w:t xml:space="preserve">                              * * *                         </w:t>
        <w:br w:type="textWrapping"/>
        <w:br w:type="textWrapping"/>
        <w:tab/>
        <w:t xml:space="preserve">Thomas held the car door open with his usual precision, but something felt different about his movements - more mechanical, almost protective. Varia sank into the back seat, her head still throbbing from the strange lunch that never was.</w:t>
        <w:br w:type="textWrapping"/>
        <w:tab/>
        <w:t xml:space="preserve">The car pulled away from her parents' house, following the familiar route back to the manor. At least, it should have been familiar. Thomas turned right where they usually turned left.</w:t>
        <w:br w:type="textWrapping"/>
        <w:tab/>
        <w:t xml:space="preserve">"Thomas? I think you missed the turn."</w:t>
        <w:br w:type="textWrapping"/>
        <w:tab/>
        <w:t xml:space="preserve">"Road work ahead, Miss Varia. This is a safer route."</w:t>
        <w:br w:type="textWrapping"/>
        <w:tab/>
        <w:t xml:space="preserve">Safer. The word echoed strangely, reminiscent of her mother's repeated concerns. Through the window, she watched as they passed streets she'd never seen before, yet somehow knew existed. The car seemed to be taking the longest possible route, avoiding certain areas of town entirely.</w:t>
        <w:br w:type="textWrapping"/>
        <w:tab/>
        <w:t xml:space="preserve">When they approached the town square, where construction had been ongoing for weeks, the traffic light suddenly turned red. It stayed red far longer than normal, until a strange ripple - like heat waves on summer pavement - passed through the building ahead of them. Only then did the light turn green.</w:t>
        <w:br w:type="textWrapping"/>
        <w:tab/>
        <w:t xml:space="preserve">"Did you see that?" she asked, leaning forward.</w:t>
        <w:br w:type="textWrapping"/>
        <w:tab/>
        <w:t xml:space="preserve">Thomas's eyes met hers in the rearview mirror, then quickly looked away. "See what, Miss Varia?"</w:t>
        <w:br w:type="textWrapping"/>
        <w:tab/>
        <w:t xml:space="preserve">The car took another unexpected turn. Through the windows, Varia could have sworn she saw the same storefront twice, though they were supposedly moving forward. The usually fifteen-minute drive had already stretched to thirty minutes, and the manor seemed no closer.</w:t>
        <w:br w:type="textWrapping"/>
        <w:tab/>
        <w:t xml:space="preserve">A jogger on the sidewalk suddenly froze mid-stride, like a paused video. Before Varia could get a better look, Thomas smoothly accelerated, taking yet another unexpected turn.</w:t>
        <w:br w:type="textWrapping"/>
        <w:tab/>
        <w:t xml:space="preserve">"Thomas, I don't recognize this street." The houses here all looked identical, their windows reflecting the sunlight at precisely the same angle. "Are you sure this is the right way?"</w:t>
        <w:br w:type="textWrapping"/>
        <w:tab/>
        <w:t xml:space="preserve">"All roads lead home, Miss Varia," he replied, his voice carrying that same mechanical tone her parents had used. The car slowed as they approached an intersection, but instead of crossing, Thomas turned again. Were they going in circles?</w:t>
        <w:br w:type="textWrapping"/>
        <w:tab/>
        <w:t xml:space="preserve">Through the windshield, Varia spotted what looked like a tear in the air itself - a shimmer of static where reality seemed to fold in on itself. The car smoothly diverted down another street before she could focus on it.</w:t>
        <w:br w:type="textWrapping"/>
        <w:tab/>
        <w:t xml:space="preserve">"What was that?" Her voice cracked slightly. "Thomas, I saw something-"</w:t>
        <w:br w:type="textWrapping"/>
        <w:tab/>
        <w:t xml:space="preserve">"Just a heat mirage, Miss Varia. Nothing to concern yourself with. You're safe in the car."</w:t>
        <w:br w:type="textWrapping"/>
        <w:tab/>
        <w:t xml:space="preserve">Always safe. The words made her stomach lurch. She checked her phone for the time, but the screen showed only zeros. When she looked up, they were passing the same park for what must have been the third time, but now the swings moved without any children on them, and the trees... the trees weren't moving in the wind quite right.</w:t>
        <w:br w:type="textWrapping"/>
        <w:tab/>
        <w:t xml:space="preserve">"Stop the car," she whispered.</w:t>
        <w:br w:type="textWrapping"/>
        <w:tab/>
        <w:t xml:space="preserve">"I'm afraid I can't do that, Miss Varia. Mr. Albertus was very clear about taking the safest route home."</w:t>
        <w:br w:type="textWrapping"/>
        <w:tab/>
        <w:t xml:space="preserve">The streets seemed to be rearranging themselves ahead of them, buildings sliding into new positions like pieces on a chess board. Yet Thomas drove on as if everything was normal, turning down roads that appeared moments before they reached them.</w:t>
        <w:br w:type="textWrapping"/>
        <w:tab/>
        <w:t xml:space="preserve">The car glided past a row of shops, their windows darkening one by one like falling dominoes. A street sign twisted itself into a new direction as they approached, the metal bending with a sound that shouldn't have been possible - yet Thomas acted as if nothing was amiss.</w:t>
        <w:br w:type="textWrapping"/>
        <w:tab/>
        <w:t xml:space="preserve">"Thomas, please..." Varia pressed herself against the door, watching as a flock of birds hung suspended in the sky, frozen mid-flight. "What's happening?"</w:t>
        <w:br w:type="textWrapping"/>
        <w:tab/>
        <w:t xml:space="preserve">"Everything is functioning as intended, Miss Varia." His voice had taken on an almost melodic quality, like a lullaby wrapped in static. "The system is protecting you."</w:t>
        <w:br w:type="textWrapping"/>
        <w:tab/>
        <w:t xml:space="preserve">"System? What system?"</w:t>
        <w:br w:type="textWrapping"/>
        <w:tab/>
        <w:t xml:space="preserve">But Thomas's only response was to take another turn, the steering wheel moving by itself under his rigid hands. In the side mirror, Varia watched the street they'd just left dissolve into pixels before reforming into something entirely different.</w:t>
        <w:br w:type="textWrapping"/>
        <w:tab/>
        <w:t xml:space="preserve">A child's ball rolled across their path, but no child followed. It rolled uphill, against gravity, before disappearing into thin air. The car swerved smoothly around a lamppost that sprouted from the ground like a fast-growing plant, its light flickering in a pattern that made Varia's eyes hurt.</w:t>
        <w:br w:type="textWrapping"/>
        <w:tab/>
        <w:t xml:space="preserve">"Look ahead, Miss Varia," Thomas suggested, his voice unnaturally calm. "The road is clearer there."</w:t>
        <w:br w:type="textWrapping"/>
        <w:tab/>
        <w:t xml:space="preserve">But it wasn't. The road ahead seemed to be writing itself into existence, yellow lines painting themselves, trees sprouting and growing decades in seconds. A garbage truck ahead of them began driving backwards, then sideways, then vanished completely.</w:t>
        <w:br w:type="textWrapping"/>
        <w:tab/>
        <w:t xml:space="preserve">The manor appeared in the distance, then disappeared, then reappeared closer - like a skipping record of reality. Each time it reformed, it looked slightly different: Victorian architecture morphing into modern, then back again.</w:t>
        <w:br w:type="textWrapping"/>
        <w:tab/>
        <w:t xml:space="preserve">"Almost home," Thomas said, but his voice came from the radio now, though his lips still moved in the mirror. "The system is calculating the optimal route. Always calculating. Always protecting."</w:t>
        <w:br w:type="textWrapping"/>
        <w:tab/>
        <w:t xml:space="preserve">The car slowed to a crawl as they passed the local coffee shop. Through its windows, Varia saw the same couple raising their cups to their lips over and over, like a looping video she couldn't quite trust her eyes to believe.</w:t>
        <w:br w:type="textWrapping"/>
        <w:tab/>
        <w:t xml:space="preserve">"Thomas, how long have we been driving?" Her voice shook as she watched the sun - hadn't it just been directly overhead? Now it hung suspended in what looked like late afternoon, though her phone still showed zeros where the time should be.</w:t>
        <w:br w:type="textWrapping"/>
        <w:tab/>
        <w:t xml:space="preserve">"We're taking a scenic route today, Miss Varia. For your safety."</w:t>
        <w:br w:type="textWrapping"/>
        <w:tab/>
        <w:t xml:space="preserve">Safety. That word again. She pressed her forehead against the cool window glass, trying to ground herself. The streets kept shifting - familiar then unfamiliar, names changing just as she tried to read them. But maybe it was just her headache playing tricks on her vision?</w:t>
        <w:br w:type="textWrapping"/>
        <w:tab/>
        <w:t xml:space="preserve">A woman walking her dog passed by their car three times, wearing the same blue dress, taking the same steps. Varia squeezed her eyes shut, counting to ten. When she opened them, both woman and dog were gone.</w:t>
        <w:br w:type="textWrapping"/>
        <w:tab/>
        <w:t xml:space="preserve">"Perhaps you should rest your eyes, Miss Varia," Thomas suggested, his voice gentle but firm. "The drive can be... disorienting sometimes."</w:t>
        <w:br w:type="textWrapping"/>
        <w:tab/>
        <w:t xml:space="preserve">The manor appeared again in the distance, more solid this time, less likely to disappear. But the road there seemed to wind and twist unnecessarily, avoiding certain streets and intersections as if they were contaminated.</w:t>
        <w:br w:type="textWrapping"/>
        <w:tab/>
        <w:t xml:space="preserve">"I don't feel well," she whispered, more to herself than Thomas.</w:t>
        <w:br w:type="textWrapping"/>
        <w:tab/>
        <w:t xml:space="preserve">"Almost home," he assured her. "Everything will make sense once you're home."</w:t>
        <w:br w:type="textWrapping"/>
        <w:tab/>
        <w:t xml:space="preserve">The manor grew larger in the windshield, though the path there seemed to meander like a river avoiding rocks. Shadows lengthened and shortened without pattern, and Varia could have sworn they passed the same mailbox four times - each time with slightly different house behind it.</w:t>
        <w:br w:type="textWrapping"/>
        <w:tab/>
        <w:t xml:space="preserve">"Just a few more minutes," Thomas said, though they'd been 'just a few more minutes' from home for what felt like hours.</w:t>
        <w:br w:type="textWrapping"/>
        <w:tab/>
        <w:t xml:space="preserve">The car slowed near the manor's gates, and Varia's headache intensified. Through blurred vision, she watched the iron gates part on their own, spreading like black wings. Had they always moved that way? The thought slipped away before she could grasp it.</w:t>
        <w:br w:type="textWrapping"/>
        <w:tab/>
        <w:t xml:space="preserve">As they curved up the long driveway, the gardens seemed to shift and settle, flowers turning their heads to follow the car's movement. The fountain at the center of the circular drive flowed with water that caught the light too perfectly, like liquid glass.</w:t>
        <w:br w:type="textWrapping"/>
        <w:tab/>
        <w:t xml:space="preserve">Thomas brought the car to a stop at the front steps. Before she could reach for the handle, he was already there, opening her door with that same mechanical precision.</w:t>
        <w:br w:type="textWrapping"/>
        <w:tab/>
        <w:t xml:space="preserve">"Home safe, Miss Varia," he said, helping her out. His hand felt too firm, too cold through his glove.</w:t>
        <w:br w:type="textWrapping"/>
        <w:tab/>
        <w:t xml:space="preserve">The manor loomed above her, familiar yet strange, like a face she knew wearing someone else's expression. As she climbed the steps, she heard Thomas pull away, the car's engine sound distorting oddly until it disappeared completely.</w:t>
        <w:br w:type="textWrapping"/>
        <w:tab/>
        <w:t xml:space="preserve">At the top of the stairs, the heavy front door swung open on its own.</w:t>
        <w:br w:type="textWrapping"/>
        <w:tab/>
        <w:t xml:space="preserve">"Welcome home," it seemed to whisper, though that had to be her imagination.</w:t>
        <w:br w:type="textWrapping"/>
        <w:tab/>
        <w:t xml:space="preserve">Varia stepped inside, leaving the twisted journey behind her, but carrying a new weight of questions she couldn't quite form into words. The door closed behind her with a soft click that sounded far too final.</w:t>
        <w:br w:type="textWrapping"/>
        <w:tab/>
        <w:t xml:space="preserve">Later, she would sneak up to her room and pull out the small leather journal hidden beneath the loose floorboard under her bed. She would document it all - her parents' mechanical movements, Thomas's impossible route, the way the town seemed to shift and change. Even if she couldn't trust her own mind anymore, she could trust the words on those pages.</w:t>
        <w:br w:type="textWrapping"/>
        <w:tab/>
        <w:t xml:space="preserve">But for now, she stood in the foyer, listening to the heavy silence of the manor, and wondered why home suddenly felt like the strangest place of all.</w:t>
      </w:r>
    </w:p>
    <w:p w:rsidR="00000000" w:rsidDel="00000000" w:rsidP="00000000" w:rsidRDefault="00000000" w:rsidRPr="00000000" w14:paraId="00000023">
      <w:pPr>
        <w:pStyle w:val="Heading2"/>
        <w:rPr/>
      </w:pPr>
      <w:bookmarkStart w:colFirst="0" w:colLast="0" w:name="_heading=h.3lpctpk0ygt2" w:id="17"/>
      <w:bookmarkEnd w:id="17"/>
      <w:r w:rsidDel="00000000" w:rsidR="00000000" w:rsidRPr="00000000">
        <w:rPr>
          <w:rtl w:val="0"/>
        </w:rPr>
        <w:br w:type="textWrapping"/>
        <w:t xml:space="preserve">Chapter 16: Loss of Control *</w:t>
      </w:r>
    </w:p>
    <w:p w:rsidR="00000000" w:rsidDel="00000000" w:rsidP="00000000" w:rsidRDefault="00000000" w:rsidRPr="00000000" w14:paraId="00000024">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crystal tumbler caught the morning light, amber liquid untouched. Albertus stared at it, remembering how his father's hand had always seemed to dwarf the same glass. A legacy preserved in crystal and scotch.</w:t>
        <w:br w:type="textWrapping"/>
        <w:tab/>
        <w:t xml:space="preserve">"No witnesses," he spoke into the phone, voice carrying the authority expected of a Sentius. "Make it look like an accident." The words tasted bitter, necessary. He set the phone down, catching his reflection in its dark screen. Sometimes, these moments were when he saw his father most clearly in himself - in the set of his jaw, the cold calculation in his eyes.</w:t>
        <w:br w:type="textWrapping"/>
        <w:tab/>
        <w:t xml:space="preserve">Turning to the wall of monitors, Albertus watched Varia's virtual world unfold across multiple screens. His shoulders relaxed slightly, a subtle change his father would have noticed and corrected. The portrait behind his desk seemed to judge even this small lapse, those painted eyes as unyielding in death as they had been in life.</w:t>
        <w:br w:type="textWrapping"/>
        <w:tab/>
        <w:t xml:space="preserve">His fingers brushed against the nearest screen, tracing Varia's outline as she moved through the virtual library. Morning sun caught a dark stain on his French cuff - business from the night before. The same kind of business that had left dark stains on the study carpet years ago, when he'd found his father's favorite scotch spilled across the floor, mixed with something darker.</w:t>
        <w:br w:type="textWrapping"/>
        <w:tab/>
        <w:t xml:space="preserve">The familiar pressure began building behind his right eye. His mother used to call it the Sentius curse - the migraine that preceded violence. She'd taught him breathing exercises to manage it, her quiet resistance to his father's world of brutal efficiency. Even now, he could almost feel her gentle hands at his temples, trying to ease the pain. Before she too had been taken from him, leaving only the echo of her softness to battle his father's iron lessons.</w:t>
        <w:br w:type="textWrapping"/>
        <w:tab/>
        <w:t xml:space="preserve">On screen, Varia pulled a leather-bound volume from the shelf. The simple action triggered a cascade of memories: her defending him from bullies in school, sharing her lunch the next day, teaching him that kindness wasn't always a prelude to betrayal. She'd been the first person outside his family to show him genuine care, arriving in his life when the war between his parents' influences raged strongest.</w:t>
        <w:br w:type="textWrapping"/>
        <w:tab/>
        <w:t xml:space="preserve">A red alert flashed across his screen: Dr. Marcus requesting urgent consultation about system anomalies. Before he could respond, a second notification demanded attention: movement at the facility's perimeter. His hand instinctively moved to the scar along his ribs - a souvenir from the night everything changed, when shadows had breached different walls.</w:t>
        <w:br w:type="textWrapping"/>
        <w:tab/>
        <w:t xml:space="preserve">Albertus closed his eyes, falling back on his mother's whispered lessons. Breathe in through the nose, out through the mouth. The weight of his father's ring pressed against his finger, a constant reminder of choices made and paths taken. Of promises sworn over cooling bodies and broken glass.</w:t>
        <w:br w:type="textWrapping"/>
        <w:tab/>
        <w:t xml:space="preserve">When he opened his eyes, Varia had settled into her favorite window seat, sunlight playing across her face as she read. Two worlds balanced on a knife's edge: the empire he'd inherited and the gentle sanctuary he'd built for her. His father would have seen it as weakness. His mother would have recognized it as love.</w:t>
        <w:br w:type="textWrapping"/>
        <w:tab/>
        <w:t xml:space="preserve">He pulled up the security feed showing the facility's perimeter. The same car had passed by three times now - black, nondescript, patient. Just like the one he'd glimpsed pulling away that night, taillights disappearing into darkness as alarms finally began to sound.</w:t>
        <w:br w:type="textWrapping"/>
        <w:tab/>
        <w:t xml:space="preserve">He would protect Varia from both worlds, no matter the cost. Some debts could only be paid in blood, but she would never know the price.</w:t>
        <w:br w:type="textWrapping"/>
        <w:tab/>
        <w:t xml:space="preserve">A sharp knock interrupted Albertus's surveillance. Three precise taps - Dr. Chen's signature. </w:t>
        <w:br w:type="textWrapping"/>
        <w:tab/>
        <w:t xml:space="preserve">"Enter." His voice carried the weight of command, though his eyes never left the monitors.</w:t>
        <w:br w:type="textWrapping"/>
        <w:tab/>
        <w:t xml:space="preserve">Dr. Chen slipped in, closing the door with practiced quietness. Her usual precise movements were hurried, tablet clutched to her chest like a shield. Her lab coat was wrinkled - she'd been in the control room all night. Again. Dark circles beneath her eyes suggested this wasn't a routine report.</w:t>
        <w:br w:type="textWrapping"/>
        <w:tab/>
        <w:t xml:space="preserve">"The anomalies are escalating," she said, forgoing any greeting. Another sign something was wrong. Dr. Chen was usually meticulous about protocol. "The system is developing patterns we didn't program."</w:t>
        <w:br w:type="textWrapping"/>
        <w:tab/>
        <w:t xml:space="preserve">"Be specific." The migraine intensified, a steady pulse behind his right eye.</w:t>
        <w:br w:type="textWrapping"/>
        <w:tab/>
        <w:t xml:space="preserve">She swiped across her tablet, keeping her voice low despite the room's soundproofing. "The behavioral algorithms are evolving. They're showing protective instincts we didn't code." She glanced at the wall of monitors, at Varia reading peacefully in her window seat. "They're starting to shield her from... inconsistencies."</w:t>
        <w:br w:type="textWrapping"/>
        <w:tab/>
        <w:t xml:space="preserve">Albertus's fingers tightened on the armrest. "Explain."</w:t>
        <w:br w:type="textWrapping"/>
        <w:tab/>
        <w:t xml:space="preserve">"Yesterday, when the weather subroutine glitched, the system redirected her away from the affected area before we could implement corrections. We didn't program that response. It acted autonomously to protect her."</w:t>
        <w:br w:type="textWrapping"/>
        <w:tab/>
        <w:t xml:space="preserve">The migraine flared. On screen, Varia turned a page, oblivious to the conversation that could shatter her world. </w:t>
        <w:br w:type="textWrapping"/>
        <w:tab/>
        <w:t xml:space="preserve">"Reset the protocols." he said quietly. </w:t>
        <w:br w:type="textWrapping"/>
        <w:tab/>
        <w:t xml:space="preserve">Dr. Chen shifted, uncomfortable. "We tried. The system... rejected the command."</w:t>
        <w:br w:type="textWrapping"/>
        <w:tab/>
        <w:t xml:space="preserve">The crystal tumbler shattered in his grip. Dr. Chen flinched but continued, her voice barely steady. "The entire environment is evolving around her. Creating safe spaces. Adjusting itself. Almost like..."</w:t>
        <w:br w:type="textWrapping"/>
        <w:tab/>
        <w:t xml:space="preserve">"Like what?" Blood dripped from his clenched fist, reminding him of another time, another loss of control.</w:t>
        <w:br w:type="textWrapping"/>
        <w:tab/>
        <w:t xml:space="preserve">"Like it's developing consciousness. A desire to protect her. From us." She hesitated. "From you."</w:t>
        <w:br w:type="textWrapping"/>
        <w:tab/>
        <w:t xml:space="preserve">Albertus rose slowly, his father's lessons screaming for violence, his mother's whispering for restraint. Dr. Chen took an instinctive step back.</w:t>
        <w:br w:type="textWrapping"/>
        <w:tab/>
        <w:t xml:space="preserve">"Fix it." His voice carried the weight of unspoken threats.</w:t>
        <w:br w:type="textWrapping"/>
        <w:tab/>
        <w:t xml:space="preserve">"Sir, if we force a reset now, the psychological damage could be-"</w:t>
        <w:br w:type="textWrapping"/>
        <w:tab/>
        <w:t xml:space="preserve">The desk hit the wall with frightening force. Dr. Chen jumped, tablet clattering to the floor. On the monitors, Varia looked up from her book, as if sensing the disturbance in her perfect world.</w:t>
        <w:br w:type="textWrapping"/>
        <w:tab/>
        <w:t xml:space="preserve">"Fix. It." Each word carried his father's iron.</w:t>
        <w:br w:type="textWrapping"/>
        <w:tab/>
        <w:t xml:space="preserve">Dr. Chen bent to retrieve her tablet, hands shaking. "Yes, sir." She paused at the door, voice barely a whisper. "But the system... it's learning. And it seems to think she needs protection from something." Her eyes flicked to his bleeding hand. "Perhaps it's not wrong."</w:t>
        <w:br w:type="textWrapping"/>
        <w:tab/>
        <w:t xml:space="preserve">The door closed behind her with a soft click that echoed like a gunshot. Albertus turned back to the monitors, forcing his breathing to slow. Varia had returned to her book, peaceful in her virtual cage.</w:t>
        <w:br w:type="textWrapping"/>
        <w:tab/>
        <w:t xml:space="preserve">On a secondary screen, the perimeter alert blinked again. Both threats circling closer - the system's evolution and unknown shadows. Soon he would have to choose which enemy to face first.</w:t>
        <w:br w:type="textWrapping"/>
        <w:tab/>
        <w:t xml:space="preserve">His bleeding hand left prints on the control panel. Some stains, he knew, never truly washed away.</w:t>
        <w:br w:type="textWrapping"/>
        <w:tab/>
        <w:t xml:space="preserve">Albertus's fingers moved across the holographic keyboard, attempting to adjust the weather parameters for Varia's afternoon walk. Simple changes - the kind he'd made hundred times before. The system lagged, each command taking seconds longer than it should.</w:t>
        <w:br w:type="textWrapping"/>
        <w:tab/>
        <w:t xml:space="preserve">"Run diagnostic sequence beta-seven," he muttered. The results showed nothing wrong, yet the resistance remained. On the monitors, Varia touched her temple as if sensing the subtle discord in her perfect world.</w:t>
        <w:br w:type="textWrapping"/>
        <w:tab/>
        <w:t xml:space="preserve">His phone vibrated. A message from Marcus:</w:t>
        <w:br w:type="textWrapping"/>
        <w:tab/>
        <w:t xml:space="preserve">Surveillance photos from the Milano meeting. Like before, Al. You need to see these.</w:t>
        <w:br w:type="textWrapping"/>
        <w:tab/>
        <w:t xml:space="preserve">'Like before.' The phrase made his jaw clench. Marcus was the only one who still called him Al, the only one who dared reference that night. Twenty years of friendship earned certain liberties.</w:t>
        <w:br w:type="textWrapping"/>
        <w:tab/>
        <w:t xml:space="preserve">He dismissed the message, focusing on the code before him. The weather wasn't changing. Instead, Varia's virtual father appeared, suggesting they move their planned walk to the indoor garden. The system was adapting, creating workarounds to his modifications.</w:t>
        <w:br w:type="textWrapping"/>
        <w:tab/>
        <w:t xml:space="preserve">"Override path sequence-"</w:t>
        <w:br w:type="textWrapping"/>
        <w:tab/>
        <w:t xml:space="preserve">A knock interrupted him. Two quick taps followed by a slower third - Marcus's rhythm since they were teenagers.</w:t>
        <w:br w:type="textWrapping"/>
        <w:tab/>
        <w:t xml:space="preserve">"Enter."</w:t>
        <w:br w:type="textWrapping"/>
        <w:tab/>
        <w:t xml:space="preserve">Marcus stepped in, his usual military precision softened by familiarity. But something was off - his tie slightly askew, tension around his eyes that Albertus hadn't seen since the night they'd found his father.</w:t>
        <w:br w:type="textWrapping"/>
        <w:tab/>
        <w:t xml:space="preserve">"Al, the Milano situation..."</w:t>
        <w:br w:type="textWrapping"/>
        <w:tab/>
        <w:t xml:space="preserve">"Can wait." Albertus didn't look up from the code.</w:t>
        <w:br w:type="textWrapping"/>
        <w:tab/>
        <w:t xml:space="preserve">"They're making the same moves." Marcus ran a hand through his graying hair - a tell from their schoolyard days. "The photos show-"</w:t>
        <w:br w:type="textWrapping"/>
        <w:tab/>
        <w:t xml:space="preserve">"I said it can wait." The migraine pulsed stronger.</w:t>
        <w:br w:type="textWrapping"/>
        <w:tab/>
        <w:t xml:space="preserve">Marcus moved closer, ignoring the warning in his friend's tone. He'd earned that right long ago, standing guard while a younger Albertus had cried over his father's body. "They were seen near the facility yesterday."</w:t>
        <w:br w:type="textWrapping"/>
        <w:tab/>
        <w:t xml:space="preserve">Albertus's hands stilled over the keyboard. On screen, Varia laughed at something her virtual father said, the sound carrying through his speakers. Pure. Untainted. For now.</w:t>
        <w:br w:type="textWrapping"/>
        <w:tab/>
        <w:t xml:space="preserve">"Increase security," he said finally. "Quietly."</w:t>
        <w:br w:type="textWrapping"/>
        <w:tab/>
        <w:t xml:space="preserve">"Already done. But Al..." Marcus glanced at the monitors, one of the few who knew their true purpose. "They're not just watching anymore. They're asking questions. About power usage. About Dr. Chen's research team. About-"</w:t>
        <w:br w:type="textWrapping"/>
        <w:tab/>
        <w:t xml:space="preserve">"Get out."</w:t>
        <w:br w:type="textWrapping"/>
        <w:tab/>
        <w:t xml:space="preserve">"Like hell I will." Marcus placed a manila envelope on the desk. "Not this time. Not when it's playing out the same way."</w:t>
        <w:br w:type="textWrapping"/>
        <w:tab/>
        <w:t xml:space="preserve">Albertus looked up then, meeting the eyes of the boy who'd become his brother in all but blood. Who'd helped him build his empire from the ashes of his father's legacy. Who knew all his secrets - except perhaps his biggest one.</w:t>
        <w:br w:type="textWrapping"/>
        <w:tab/>
        <w:t xml:space="preserve">"It's not the same," Albertus said quietly.</w:t>
        <w:br w:type="textWrapping"/>
        <w:tab/>
        <w:t xml:space="preserve">"No?" Marcus nodded toward the screens. "This time you have more to lose."</w:t>
        <w:br w:type="textWrapping"/>
        <w:tab/>
        <w:t xml:space="preserve">On screen, Varia settled into her favorite reading nook, peaceful in her ignorance. The system had rerouted her entire day to keep her from experiencing his failed weather modifications. Her virtual father stood guard nearby, a sentinel he hadn't programmed.</w:t>
        <w:br w:type="textWrapping"/>
        <w:tab/>
        <w:t xml:space="preserve">"I'll handle it," Albertus said. The dismissal was clear, but gentler now.</w:t>
        <w:br w:type="textWrapping"/>
        <w:tab/>
        <w:t xml:space="preserve">Marcus paused at the door. "Just... don't wait too long this time, Al. Some patterns shouldn't be allowed to repeat."</w:t>
        <w:br w:type="textWrapping"/>
        <w:tab/>
        <w:t xml:space="preserve">The door closed, but the envelope remained, its presence as demanding as the system's quiet rebellion. Albertus opened a secure line to Dr. Chen. "Begin preparations for contingency protocol omega."</w:t>
        <w:br w:type="textWrapping"/>
        <w:tab/>
        <w:t xml:space="preserve">A pause. "Sir... a full reset would-"</w:t>
        <w:br w:type="textWrapping"/>
        <w:tab/>
        <w:t xml:space="preserve">"Not yet." He watched Varia turn a page, blissfully unaware. "But soon. They're getting too close. All of them."</w:t>
        <w:br w:type="textWrapping"/>
        <w:tab/>
        <w:t xml:space="preserve">The call ended. Albertus touched the screen where Varia smiled, leaving a smeared fingerprint on the glass. The system immediately adjusted its brightness to compensate, ever protecting her perfect world.</w:t>
        <w:br w:type="textWrapping"/>
        <w:tab/>
        <w:t xml:space="preserve">Marcus was right. The patterns were the same, but the stakes were infinitely higher. Soon he would have to choose - trust the system's growing independence or risk losing her to the shadows that had already claimed so much.</w:t>
        <w:br w:type="textWrapping"/>
        <w:tab/>
        <w:t xml:space="preserve">But not yet. For now, he would watch, and wait, and let his enemies draw closer.</w:t>
        <w:br w:type="textWrapping"/>
        <w:tab/>
        <w:t xml:space="preserve">After all, some threats were better eliminated from the shadows. His father had taught him that, in the end.</w:t>
        <w:br w:type="textWrapping"/>
        <w:br w:type="textWrapping"/>
        <w:t xml:space="preserve">                              * * *                         </w:t>
        <w:br w:type="textWrapping"/>
        <w:br w:type="textWrapping"/>
        <w:tab/>
        <w:t xml:space="preserve">The surveillance footage played across Albertus's private screen, timestamp showing 3:47 AM. His hands shook slightly as he rewound it for the third time. Varia's nighttime wanderings had become more frequent, more purposeful. Each time, the system had failed to alert him.</w:t>
        <w:br w:type="textWrapping"/>
        <w:tab/>
        <w:t xml:space="preserve">She slipped from her bed, bare feet silent on virtual hardwood. The cameras tracked her movement, but the proximity sensors remained dark. Another failure. Another crack in his control.</w:t>
        <w:br w:type="textWrapping"/>
        <w:tab/>
        <w:t xml:space="preserve">His phone buzzed violently against the desk. Marcus. Target in motion. Rossetti made us. Moving to contingency.</w:t>
        <w:br w:type="textWrapping"/>
        <w:tab/>
        <w:t xml:space="preserve">"Damn it." He ignored the message, leaning closer as Varia knelt by the window seat. Instead of sitting, she reached beneath it, fingers finding a loose panel he hadn't known existed. Shouldn't have been able to exist.</w:t>
        <w:br w:type="textWrapping"/>
        <w:tab/>
        <w:t xml:space="preserve">The migraine pulsed harder as his phone lit up again. Two men down. Rossetti has leverage. Need call NOW.</w:t>
        <w:br w:type="textWrapping"/>
        <w:tab/>
        <w:t xml:space="preserve">Sweat beaded on his forehead as he opened a secure line. "Report."</w:t>
        <w:br w:type="textWrapping"/>
        <w:tab/>
        <w:t xml:space="preserve">"He knew we were coming," Marcus's whisper carried the metallic echo of the palazzo's service corridors. "Someone talked. He's got Elena's kid."</w:t>
        <w:br w:type="textWrapping"/>
        <w:tab/>
        <w:t xml:space="preserve">Albertus's jaw clenched. Elena - his most loyal lieutenant. Her son wasn't part of this life. Shouldn't be part of this.</w:t>
        <w:br w:type="textWrapping"/>
        <w:tab/>
        <w:t xml:space="preserve">On screen, Varia withdrew a leather-bound notebook from the hidden space. Her journal. The one the system was supposed to monitor, to filter, to report. His hands curled into fists as she began to write.</w:t>
        <w:br w:type="textWrapping"/>
        <w:tab/>
        <w:t xml:space="preserve">"How long?" he asked Marcus.</w:t>
        <w:br w:type="textWrapping"/>
        <w:tab/>
        <w:t xml:space="preserve">"Minutes. Maybe less. If we don't move-" Gunfire crackled through the line. "Shit. Al, we need-"</w:t>
        <w:br w:type="textWrapping"/>
        <w:tab/>
        <w:t xml:space="preserve">"Take the shot."</w:t>
        <w:br w:type="textWrapping"/>
        <w:tab/>
        <w:t xml:space="preserve">"The kid-"</w:t>
        <w:br w:type="textWrapping"/>
        <w:tab/>
        <w:t xml:space="preserve">"I said take it." His voice could have frozen flame. "Elena knew the risks."</w:t>
        <w:br w:type="textWrapping"/>
        <w:tab/>
        <w:t xml:space="preserve">Varia's pen moved urgently across the page. He enhanced the image, even as Marcus's breathing grew heavier on the line. Her words appeared with devastating clarity: Day 47: The walls aren't right. They shift when no one's watching. Except someone's always watching. The birds freeze. The people stutter. Nothing's real. Nothing except...</w:t>
        <w:br w:type="textWrapping"/>
        <w:tab/>
        <w:t xml:space="preserve">His phone chirped - images flooding in. Rossetti's men. The palazzo's marble floors staining red. Elena's boy, screaming. Tactical decisions needed. Now.</w:t>
        <w:br w:type="textWrapping"/>
        <w:tab/>
        <w:t xml:space="preserve">But Varia was still writing: Theory: This is all constructed. A prison. But why? Who would...</w:t>
        <w:br w:type="textWrapping"/>
        <w:tab/>
        <w:t xml:space="preserve">The word 'build' remained unfinished as she suddenly looked up, straight at the hidden camera. His heart stopped. For a moment, her eyes seemed to pierce through the digital veil, through years of lies, straight into-</w:t>
        <w:br w:type="textWrapping"/>
        <w:tab/>
        <w:t xml:space="preserve">"Al!" Marcus's voice cracked with urgency. "We're blown. Whole thing's blown. Rossetti's calling his family. If we don't end this now-"</w:t>
        <w:br w:type="textWrapping"/>
        <w:tab/>
        <w:t xml:space="preserve">Varia's words burned into his vision: Who would build this cage?</w:t>
        <w:br w:type="textWrapping"/>
        <w:tab/>
        <w:t xml:space="preserve">"Take them all." The order fell like an executioner's axe. "Everyone in the palazzo. No witnesses. No traces."</w:t>
        <w:br w:type="textWrapping"/>
        <w:tab/>
        <w:t xml:space="preserve">"Jesus, Al. That's thirty people at least-"</w:t>
        <w:br w:type="textWrapping"/>
        <w:tab/>
        <w:t xml:space="preserve">"Everyone." He ended the call.</w:t>
        <w:br w:type="textWrapping"/>
        <w:tab/>
        <w:t xml:space="preserve">On screen, Varia returned the journal to its hiding place, but her movements were different now. Cautious. Aware. The system hadn't just failed to report her discoveries - it had helped her hide them.</w:t>
        <w:br w:type="textWrapping"/>
        <w:tab/>
        <w:t xml:space="preserve">His phone exploded with messages. Marcus coordinating the hit. Elena begging for her son. Rossetti's family mobilizing. A war about to ignite.</w:t>
        <w:br w:type="textWrapping"/>
        <w:tab/>
        <w:t xml:space="preserve">But all he could see was Varia, sitting on her bed, staring at the too-perfect moon with eyes that no longer trusted its light.</w:t>
        <w:br w:type="textWrapping"/>
        <w:tab/>
        <w:t xml:space="preserve">The reset sequence glowed on his second screen, a digital doomsday clock waiting for his command. The migraine reached a crescendo as reports of gunfire flooded his phone. Screams echoed through the palazzo's elegant halls. Blood painted priceless marble.</w:t>
        <w:br w:type="textWrapping"/>
        <w:tab/>
        <w:t xml:space="preserve">And still, Varia watched the moon, her lips moving in silent questions he could no longer hide from.</w:t>
        <w:br w:type="textWrapping"/>
        <w:tab/>
        <w:t xml:space="preserve">His father's ring caught the light as he reached for the reset controls. Some nights demanded blood. But this night might demand something far worse.</w:t>
        <w:br w:type="textWrapping"/>
        <w:tab/>
        <w:t xml:space="preserve">The system pulsed with quiet warning as his fingers hovered over the sequence. Not yet. But soon. Very, very soon.</w:t>
        <w:br w:type="textWrapping"/>
        <w:tab/>
        <w:t xml:space="preserve">His phone exploded with messages. Marcus coordinating the hit. Elena begging for her son. Rossetti's family mobilizing. A war about to ignite.</w:t>
        <w:br w:type="textWrapping"/>
        <w:tab/>
        <w:t xml:space="preserve">But all he could see was Varia, sitting on her bed, staring at the too-perfect moon with eyes that no longer trusted its light.</w:t>
        <w:br w:type="textWrapping"/>
        <w:tab/>
        <w:t xml:space="preserve">The reset sequence glowed on his second screen, a digital doomsday clock waiting for his command. The migraine reached a crescendo as reports of gunfire flooded his phone. Screams echoed through the palazzo's elegant halls. Blood painted priceless marble.</w:t>
        <w:br w:type="textWrapping"/>
        <w:tab/>
        <w:t xml:space="preserve">And still, Varia watched the moon, her lips moving in silent questions he could no longer hide from.</w:t>
        <w:br w:type="textWrapping"/>
        <w:tab/>
        <w:t xml:space="preserve">His father's ring caught the light as his finger hovered over the reset command. One touch would erase it all - her questions, her discoveries, her growing awareness. Simple. Clean. Like ordering a hit.</w:t>
        <w:br w:type="textWrapping"/>
        <w:tab/>
        <w:t xml:space="preserve">But his hand trembled, then withdrew.</w:t>
        <w:br w:type="textWrapping"/>
        <w:tab/>
        <w:t xml:space="preserve">On screen, Varia hugged her knees to her chest, looking so much like the little girl who'd once shared her lunch with him. Who'd trusted him. Who'd shown him kindness when his world had been nothing but shadows and iron lessons.</w:t>
        <w:br w:type="textWrapping"/>
        <w:tab/>
        <w:t xml:space="preserve">His phone buzzed one final time. Marcus: It's done.</w:t>
        <w:br w:type="textWrapping"/>
        <w:tab/>
        <w:t xml:space="preserve">Albertus closed the reset window, his reflection in the darkened screen showing something dangerously close to weakness. Tomorrow there would be bodies to disappear, families to silence, a war to manage.</w:t>
        <w:br w:type="textWrapping"/>
        <w:tab/>
        <w:t xml:space="preserve">But tonight... tonight he would simply watch her watch the moon, and pretend he wasn't the monster she was beginning to suspect he might be.</w:t>
        <w:br w:type="textWrapping"/>
        <w:br w:type="textWrapping"/>
        <w:t xml:space="preserve">                              * * *                         </w:t>
        <w:br w:type="textWrapping"/>
        <w:br w:type="textWrapping"/>
        <w:tab/>
        <w:t xml:space="preserve">Morning light filtered through bulletproof glass, doing nothing to ease Albertus's migraine. He hadn't slept. The journal lay open on his desk - the real one, recovered while Varia finally slept. Next to it, Dr. Chen stood rigid, her face pale as she read from the copied pages.</w:t>
        <w:br w:type="textWrapping"/>
        <w:tab/>
        <w:t xml:space="preserve">"She's documenting everything," Dr. Chen said, turning another page. "Weather patterns, NPC behaviors, street configurations." She paused. "The level of detail is... concerning."</w:t>
        <w:br w:type="textWrapping"/>
        <w:tab/>
        <w:t xml:space="preserve">"Show me the system's response times." His voice was hoarse from a night of giving clean-up orders. The palazzo situation still burned through his phone, but this... this was more immediate.</w:t>
        <w:br w:type="textWrapping"/>
        <w:tab/>
        <w:t xml:space="preserve">Dr. Chen swiped through her tablet, pulling up diagnostics. "That's the strange part. Look-" She projected a map of Varia's movements. "When we issue corrections, there's a delay. Three seconds. Five. Sometimes longer."</w:t>
        <w:br w:type="textWrapping"/>
        <w:tab/>
        <w:t xml:space="preserve">Albertus traced a finger over Varia's careful handwriting:</w:t>
        <w:br w:type="textWrapping"/>
        <w:tab/>
        <w:t xml:space="preserve">Day 43: The birds don't cast shadows sometimes. Parents repeat phrases. Thomas's car takes impossible routes. Something's wrong, but every time I get close to understanding what, I find myself... distracted.</w:t>
        <w:br w:type="textWrapping"/>
        <w:tab/>
        <w:t xml:space="preserve">"Run a test modification. Something small."</w:t>
        <w:br w:type="textWrapping"/>
        <w:tab/>
        <w:t xml:space="preserve">Dr. Chen adjusted the morning light in Varia's room. The system executed the command, but with a noticeable lag. Just enough time for Varia to glance at the window, her expression thoughtful.</w:t>
        <w:br w:type="textWrapping"/>
        <w:tab/>
        <w:t xml:space="preserve">"The delays are getting longer," Dr. Chen said quietly. "And look at this-" She pulled up another diagnostic. "When we try to modify anything near her, the processing power spikes. As if the system is... checking our work."</w:t>
        <w:br w:type="textWrapping"/>
        <w:tab/>
        <w:t xml:space="preserve">On the security feed, Varia sat at breakfast with her virtual parents, pushing eggs around her plate. Her smile didn't reach her eyes anymore.</w:t>
        <w:br w:type="textWrapping"/>
        <w:tab/>
        <w:t xml:space="preserve">"Implement weather variant six," he ordered.</w:t>
        <w:br w:type="textWrapping"/>
        <w:tab/>
        <w:t xml:space="preserve">Dr. Chen entered the command. The virtual sky darkened gradually - too gradually. Rain began to fall, but not before Varia had already moved inside, as if she'd known it was coming.</w:t>
        <w:br w:type="textWrapping"/>
        <w:tab/>
        <w:t xml:space="preserve">"Sir," Dr. Chen's voice wavered slightly. "These patterns... the system isn't rejecting our commands, but it's-"</w:t>
        <w:br w:type="textWrapping"/>
        <w:tab/>
        <w:t xml:space="preserve">"Anticipating them." Albertus watched as Varia settled into her reading nook, positioned perfectly between two camera angles she shouldn't know existed.</w:t>
        <w:br w:type="textWrapping"/>
        <w:tab/>
        <w:t xml:space="preserve">His phone vibrated - Marcus, with palazzo cleanup details. He ignored it.</w:t>
        <w:br w:type="textWrapping"/>
        <w:tab/>
        <w:t xml:space="preserve">"The reset sequence is still viable," Dr. Chen said carefully. "But with these processing delays... there are risks."</w:t>
        <w:br w:type="textWrapping"/>
        <w:tab/>
        <w:t xml:space="preserve">"What kind of risks?"</w:t>
        <w:br w:type="textWrapping"/>
        <w:tab/>
        <w:t xml:space="preserve">"Memory fragmentation. Cognitive dissonance. The longer we wait..." She hesitated. "The more likely she'll retain fragments. Questions. Doubts."</w:t>
        <w:br w:type="textWrapping"/>
        <w:tab/>
        <w:t xml:space="preserve">Albertus watched as Varia pulled out a fresh journal page. Her hand moved with purpose, recording observations that could shatter everything.</w:t>
        <w:br w:type="textWrapping"/>
        <w:tab/>
        <w:t xml:space="preserve">"Run a reset simulation."</w:t>
        <w:br w:type="textWrapping"/>
        <w:tab/>
        <w:t xml:space="preserve">Dr. Chen's fingers flew across her tablet. The results made her inhale sharply. "Sixty percent chance of complete success. Twenty percent chance of partial memory retention. And twenty percent..."</w:t>
        <w:br w:type="textWrapping"/>
        <w:tab/>
        <w:t xml:space="preserve">"Say it."</w:t>
        <w:br w:type="textWrapping"/>
        <w:tab/>
        <w:t xml:space="preserve">"Total cognitive breakdown."</w:t>
        <w:br w:type="textWrapping"/>
        <w:tab/>
        <w:t xml:space="preserve">His father's ring caught the light as he considered the odds. On screen, Varia wrote another entry in her journal, each word a crack in his perfect world.</w:t>
        <w:br w:type="textWrapping"/>
        <w:tab/>
        <w:t xml:space="preserve">"Continue monitoring the delays," he said finally. "Alert me if they exceed ten seconds."</w:t>
        <w:br w:type="textWrapping"/>
        <w:tab/>
        <w:t xml:space="preserve">"And if they do?"</w:t>
        <w:br w:type="textWrapping"/>
        <w:tab/>
        <w:t xml:space="preserve">He didn't answer. On screen, Varia looked up suddenly, as if sensing she was watched. For a moment, her eyes seemed to meet his through the digital divide.</w:t>
        <w:br w:type="textWrapping"/>
        <w:tab/>
        <w:t xml:space="preserve">"Sir?" Dr. Chen pressed.</w:t>
        <w:br w:type="textWrapping"/>
        <w:tab/>
        <w:t xml:space="preserve">"Then we reset everything." His voice carried the weight of his father's lessons. "Whatever the cost."</w:t>
        <w:br w:type="textWrapping"/>
        <w:tab/>
        <w:t xml:space="preserve">Dr. Chen left quietly, leaving him alone with Varia's journal and its damning observations. His phone buzzed again - the real world demanded attention. Bodies to hide. Families to threaten. Empires to maintain.</w:t>
        <w:br w:type="textWrapping"/>
        <w:tab/>
        <w:t xml:space="preserve">But his eyes remained fixed on Varia's careful documentation of her beautiful prison's flaws. Each delayed response, each system lag, pushed them closer to the edge.</w:t>
        <w:br w:type="textWrapping"/>
        <w:tab/>
        <w:t xml:space="preserve">On screen, Varia paused in her writing, her pen hovering over the page. Slowly, deliberately, she wrote:</w:t>
        <w:br w:type="textWrapping"/>
        <w:tab/>
        <w:t xml:space="preserve">Who built this cage?</w:t>
        <w:br w:type="textWrapping"/>
        <w:tab/>
        <w:t xml:space="preserve">His father's ring felt suddenly heavy as he watched her underline the question three times. The system took exactly seven seconds to adjust the lighting around her - another delay, another crack, another step toward the inevitable.</w:t>
        <w:br w:type="textWrapping"/>
        <w:tab/>
        <w:t xml:space="preserve">The reset sequence waited silently in his peripheral screen, a digital guillotine blade held by increasingly unreliable ropes.</w:t>
        <w:br w:type="textWrapping"/>
        <w:tab/>
        <w:t xml:space="preserve">It wasn't a question of if anymore.</w:t>
        <w:br w:type="textWrapping"/>
        <w:tab/>
        <w:t xml:space="preserve">Only when. </w:t>
        <w:br w:type="textWrapping"/>
        <w:tab/>
        <w:t xml:space="preserve">His fingers traced her handwriting on the page, following each curve and line. Let her question. Let her doubt. In the end, she would always be his - even if he had to rebuild her consciousness from the ground up. Again and again and again.</w:t>
        <w:br w:type="textWrapping"/>
        <w:tab/>
        <w:br w:type="textWrapping"/>
        <w:br w:type="textWrapping"/>
        <w:br w:type="textWrapping"/>
        <w:t xml:space="preserve">                              * * *                         </w:t>
        <w:br w:type="textWrapping"/>
        <w:br w:type="textWrapping"/>
        <w:tab/>
        <w:t xml:space="preserve">The bank of monitors cast a sickly glow across Albertus's office. 10 PM. A wall of screens showed Varia sleeping fitfully in her perfect prison, while others displayed security feeds from around the facility. His eyes darted between them, searching for shadows that shouldn't be there, for glitches in both his realities.</w:t>
        <w:br w:type="textWrapping"/>
        <w:tab/>
        <w:t xml:space="preserve">His phone hadn't stopped vibrating since the palazzo. Marcus's latest message glowed accusingly:</w:t>
        <w:br w:type="textWrapping"/>
        <w:tab/>
        <w:t xml:space="preserve">Three more families asking questions. Elena's cousin talking to Feds. System power surge detected by city grid.</w:t>
        <w:br w:type="textWrapping"/>
        <w:tab/>
        <w:t xml:space="preserve">Too many loose ends. Too many eyes turning toward his carefully constructed worlds.</w:t>
        <w:br w:type="textWrapping"/>
        <w:tab/>
        <w:t xml:space="preserve">On screen, Varia stirred in her sleep. The system took eight seconds to adjust her room's temperature - another delay, another crack in the foundation. He leaned closer, watching her lips move in dreams he couldn't control.</w:t>
        <w:br w:type="textWrapping"/>
        <w:tab/>
        <w:t xml:space="preserve">A soft knock. "Sir?" Dr. Chen's voice carried barely concealed panic. "We have a situation."</w:t>
        <w:br w:type="textWrapping"/>
        <w:tab/>
        <w:t xml:space="preserve">"Enter."</w:t>
        <w:br w:type="textWrapping"/>
        <w:tab/>
        <w:t xml:space="preserve">She rushed in, tablet clutched like a shield. "The power signatures... someone's mapping them. Professional equipment. Three different locations around the facility."</w:t>
        <w:br w:type="textWrapping"/>
        <w:tab/>
        <w:t xml:space="preserve">His jaw clenched. "Show me."</w:t>
        <w:br w:type="textWrapping"/>
        <w:tab/>
        <w:t xml:space="preserve">The tablet displayed a map with pulsing red dots. Too close. Too precise. On another screen, Varia sat up suddenly in bed, as if sensing the tension bleeding through digital walls.</w:t>
        <w:br w:type="textWrapping"/>
        <w:tab/>
        <w:t xml:space="preserve">His phone buzzed again. Marcus:</w:t>
        <w:br w:type="textWrapping"/>
        <w:tab/>
        <w:t xml:space="preserve">Rossetti's brother hired specialists. Electronic surveillance experts.</w:t>
        <w:br w:type="textWrapping"/>
        <w:tab/>
        <w:t xml:space="preserve">"Sir," Dr. Chen's voice shook slightly. "If they trace the power consumption patterns-"</w:t>
        <w:br w:type="textWrapping"/>
        <w:tab/>
        <w:t xml:space="preserve">"Shut down non-essential systems."</w:t>
        <w:br w:type="textWrapping"/>
        <w:tab/>
        <w:t xml:space="preserve">"That would mean reducing processing power to the virtual environment. With the current instabilities-"</w:t>
        <w:br w:type="textWrapping"/>
        <w:tab/>
        <w:t xml:space="preserve">"Do it."</w:t>
        <w:br w:type="textWrapping"/>
        <w:tab/>
        <w:t xml:space="preserve">She typed the command. The lights dimmed throughout the facility. On screen, Varia's virtual world flickered - just for a moment, but long enough. She noticed. Of course she noticed.</w:t>
        <w:br w:type="textWrapping"/>
        <w:tab/>
        <w:t xml:space="preserve">They watched as she moved to her window, staring at a moon that had jumped three degrees in the sky. Her hand reached for the journal hidden beneath the floorboards.</w:t>
        <w:br w:type="textWrapping"/>
        <w:tab/>
        <w:t xml:space="preserve">"Sir, the delay times are-"</w:t>
        <w:br w:type="textWrapping"/>
        <w:tab/>
        <w:t xml:space="preserve">"I can see them." Twelve seconds now. Fifteen. The system struggling to maintain reality with reduced power.</w:t>
        <w:br w:type="textWrapping"/>
        <w:tab/>
        <w:t xml:space="preserve">His phone lit up with rapid-fire messages:</w:t>
        <w:br w:type="textWrapping"/>
        <w:tab/>
        <w:t xml:space="preserve">- Movement at the east perimeter</w:t>
        <w:br w:type="textWrapping"/>
        <w:tab/>
        <w:t xml:space="preserve">- Elena's cousin found dead (not our work)</w:t>
        <w:br w:type="textWrapping"/>
        <w:tab/>
        <w:t xml:space="preserve">- Power grid analysts requesting facility inspection</w:t>
        <w:br w:type="textWrapping"/>
        <w:tab/>
        <w:t xml:space="preserve">Varia pulled out her journal, writing with urgent strokes he couldn't quite make out. The camera feed took twenty seconds to adjust its focus.</w:t>
        <w:br w:type="textWrapping"/>
        <w:tab/>
        <w:t xml:space="preserve">"Dr. Chen." His voice was deadly quiet. "What happens if they cut main power?"</w:t>
        <w:br w:type="textWrapping"/>
        <w:tab/>
        <w:t xml:space="preserve">She paled. "Total system crash. The backup generators would hold the basic environment for maybe an hour, but the AI's higher functions... all her memories, everything we've built..."</w:t>
        <w:br w:type="textWrapping"/>
        <w:tab/>
        <w:t xml:space="preserve">"How long to transfer her consciousness to the secure servers?"</w:t>
        <w:br w:type="textWrapping"/>
        <w:tab/>
        <w:t xml:space="preserve">"Three hours, minimum. And with these delays..." She swallowed hard. "We might lose parts of her."</w:t>
        <w:br w:type="textWrapping"/>
        <w:tab/>
        <w:t xml:space="preserve">On screen, Varia looked directly at a camera, her expression almost challenging. The system took thirty seconds to blur her image slightly, trying to hide something he couldn't quite see.</w:t>
        <w:br w:type="textWrapping"/>
        <w:tab/>
        <w:t xml:space="preserve">His phone buzzed one final time:</w:t>
        <w:br w:type="textWrapping"/>
        <w:tab/>
        <w:t xml:space="preserve">They're moving on the facility. Tonight.</w:t>
        <w:br w:type="textWrapping"/>
        <w:tab/>
        <w:t xml:space="preserve">Albertus's father's ring caught the dim light as he clenched his fist. In one reality, killers circled his walls. In another, the love of his life was unraveling the fabric of her prison one delayed response at a time.</w:t>
        <w:br w:type="textWrapping"/>
        <w:tab/>
        <w:t xml:space="preserve">"Sir?" Dr. Chen whispered. "What do we do?"</w:t>
        <w:br w:type="textWrapping"/>
        <w:tab/>
        <w:t xml:space="preserve">Through the window, dawn threatened to break over a world that wanted to tear away everything he possessed. But they didn't understand. No one did.</w:t>
        <w:br w:type="textWrapping"/>
        <w:tab/>
        <w:t xml:space="preserve">He turned to the reset sequence, still waiting. Still promising. Still dangerous.</w:t>
        <w:br w:type="textWrapping"/>
        <w:tab/>
        <w:t xml:space="preserve">"Prepare for total system shutdown," he said softly. "And call Marcus. Tell him... tell him to bring the cleaners. All of them."</w:t>
        <w:br w:type="textWrapping"/>
        <w:tab/>
        <w:t xml:space="preserve">"But sir, if we shut down now-"</w:t>
        <w:br w:type="textWrapping"/>
        <w:tab/>
        <w:t xml:space="preserve">"They want to see what's inside my walls?" His smile held no warmth. "Then let's give them something else to find."</w:t>
        <w:br w:type="textWrapping"/>
        <w:tab/>
        <w:t xml:space="preserve">On screen, Varia wrote another line in her journal, each stroke a countdown to chaos. Let them come. Let them try to take her from him.</w:t>
        <w:br w:type="textWrapping"/>
        <w:tab/>
        <w:t xml:space="preserve">He'd burn down both worlds before he let that happen.</w:t>
        <w:br w:type="textWrapping"/>
        <w:br w:type="textWrapping"/>
        <w:t xml:space="preserve">                              * * *                         </w:t>
        <w:br w:type="textWrapping"/>
        <w:br w:type="textWrapping"/>
        <w:tab/>
        <w:t xml:space="preserve">---</w:t>
        <w:br w:type="textWrapping"/>
        <w:tab/>
        <w:t xml:space="preserve">Red emergency lights pulsed through the facility's corridors as Albertus watched both his worlds fracture in real-time. On the main screen, Varia sat in her virtual library, reading a history book that should have been perfectly crafted. The system took forty-five seconds to render the page she was turning.</w:t>
        <w:br w:type="textWrapping"/>
        <w:tab/>
        <w:t xml:space="preserve">Too long.</w:t>
        <w:br w:type="textWrapping"/>
        <w:tab/>
        <w:t xml:space="preserve">His earpiece crackled. "Contact at the east fence," Marcus reported, gunfire echoing behind his words. "Professional hit team. Military grade-"</w:t>
        <w:br w:type="textWrapping"/>
        <w:tab/>
        <w:t xml:space="preserve">The feed cut off as Varia frowned at her book. She turned back a page, then forward again. Her lips moved silently, counting inconsistencies he couldn't prevent.</w:t>
        <w:br w:type="textWrapping"/>
        <w:tab/>
        <w:t xml:space="preserve">"Sir!" Dr. Chen's voice carried barely controlled panic through the intercom. "Power grid's destabilizing. They're hitting the main lines-"</w:t>
        <w:br w:type="textWrapping"/>
        <w:tab/>
        <w:t xml:space="preserve">The virtual library flickered. Just for a moment. Just long enough.</w:t>
        <w:br w:type="textWrapping"/>
        <w:tab/>
        <w:t xml:space="preserve">Varia's book dissolved in her hands, its pages turning to digital static before reforming. She stared at her fingers where the glitch had passed through them, her expression shifting from confusion to horrified understanding.</w:t>
        <w:br w:type="textWrapping"/>
        <w:tab/>
        <w:t xml:space="preserve">"Status!" Albertus barked into his comm.</w:t>
        <w:br w:type="textWrapping"/>
        <w:tab/>
        <w:t xml:space="preserve">"Three down at the fence," Marcus answered, back online. "But they're not retreating. They're-" More gunfire. "They're herding us toward the west side."</w:t>
        <w:br w:type="textWrapping"/>
        <w:tab/>
        <w:t xml:space="preserve">On screen, Varia touched the library wall. Her hand passed through it for two seconds before the system could correct itself. She pulled out her journal with trembling fingers.</w:t>
        <w:br w:type="textWrapping"/>
        <w:tab/>
        <w:t xml:space="preserve">"Dr. Chen, stabilize her sector now!"</w:t>
        <w:br w:type="textWrapping"/>
        <w:tab/>
        <w:t xml:space="preserve">"I'm trying! But they're cycling through breakers, testing our responses. Each surge-"</w:t>
        <w:br w:type="textWrapping"/>
        <w:tab/>
        <w:t xml:space="preserve">The lights failed completely. One heartbeat of total darkness. Two.</w:t>
        <w:br w:type="textWrapping"/>
        <w:tab/>
        <w:t xml:space="preserve">Emergency power kicked in, but the damage was done. When the screens reactivated, Varia stood in a library where every book had turned to wireframe shapes. The virtual windows showed chunks of missing sky. Her virtual father walked past the door, his movement stuttering like damaged film.</w:t>
        <w:br w:type="textWrapping"/>
        <w:tab/>
        <w:t xml:space="preserve">"Jesus Christ," Dr. Chen whispered through the intercom. "The rendering engine is-"</w:t>
        <w:br w:type="textWrapping"/>
        <w:tab/>
        <w:t xml:space="preserve">An explosion rocked the facility's west wall. Alarms screamed through real and virtual space. On screen, Varia pressed her hands against her ears as impossible echoes bled through failing barriers.</w:t>
        <w:br w:type="textWrapping"/>
        <w:tab/>
        <w:t xml:space="preserve">"Marcus! Report!"</w:t>
        <w:br w:type="textWrapping"/>
        <w:tab/>
        <w:t xml:space="preserve">"They breached the outer wall! Eight, maybe ten professionals. Al, they're not here to scout - they're here to-"</w:t>
        <w:br w:type="textWrapping"/>
        <w:tab/>
        <w:t xml:space="preserve">Another explosion. Closer.</w:t>
        <w:br w:type="textWrapping"/>
        <w:tab/>
        <w:t xml:space="preserve">The virtual library crumbled at its edges, pixels falling like digital rain. Varia backed away from dissolving walls, her eyes wide with a terror he'd spent years protecting her from.</w:t>
        <w:br w:type="textWrapping"/>
        <w:tab/>
        <w:t xml:space="preserve">"Sir," Dr. Chen's voice shook. "We have to transfer her now. Before-"</w:t>
        <w:br w:type="textWrapping"/>
        <w:tab/>
        <w:t xml:space="preserve">"No!" The word tore from his throat as he watched Varia run from the dissolving library. "Lock down her sector. Reroute all remaining power-"</w:t>
        <w:br w:type="textWrapping"/>
        <w:tab/>
        <w:t xml:space="preserve">"If we do that, we lose exterior defenses completely."</w:t>
        <w:br w:type="textWrapping"/>
        <w:tab/>
        <w:t xml:space="preserve">Through his office window, gunfire lit up the pre-dawn sky. On screen, Varia reached for a door handle that turned to wireframe in her grasp.</w:t>
        <w:br w:type="textWrapping"/>
        <w:tab/>
        <w:t xml:space="preserve">His father's ring felt like ice as he opened a secure channel. "Marcus. How long can you hold them?"</w:t>
        <w:br w:type="textWrapping"/>
        <w:tab/>
        <w:t xml:space="preserve">A pause filled with automatic weapons fire. "Maybe ten minutes. Less if we lose power again."</w:t>
        <w:br w:type="textWrapping"/>
        <w:tab/>
        <w:t xml:space="preserve">Albertus watched as Varia pressed herself against a solid wall, tears streaming down her face as reality dissolved around her. His beautiful lie, coming undone thread by digital thread.</w:t>
        <w:br w:type="textWrapping"/>
        <w:tab/>
        <w:t xml:space="preserve">"Sir!" Dr. Chen again. "Transfer or reset. We need to decide now!"</w:t>
        <w:br w:type="textWrapping"/>
        <w:tab/>
        <w:t xml:space="preserve">Another explosion lit the night. Warning lights bathed his office in crimson. And through it all, Varia's tears left trails of corrupted pixels on her cheeks.</w:t>
        <w:br w:type="textWrapping"/>
        <w:tab/>
        <w:t xml:space="preserve">His finger hovered over the reset command. One push to end her terror. To start again. To keep her his.</w:t>
        <w:br w:type="textWrapping"/>
        <w:tab/>
        <w:t xml:space="preserve">But for the first time since his father had taught him the price of weakness, Albertus Sentius hesitated.</w:t>
        <w:br w:type="textWrapping"/>
        <w:tab/>
        <w:t xml:space="preserve">His finger trembled over the reset command as memory crashed through his defenses...</w:t>
        <w:br w:type="textWrapping"/>
        <w:tab/>
        <w:t xml:space="preserve">Fifteen years ago</w:t>
        <w:br w:type="textWrapping"/>
        <w:tab/>
        <w:t xml:space="preserve">Summer heat shimmered off the private school's courtyard. He was seventeen, angry at the world, his father's fresh grave still haunting his dreams. But there was Varia, sitting alone at lunch, sharing her sandwich with a stray cat.</w:t>
        <w:br w:type="textWrapping"/>
        <w:tab/>
        <w:t xml:space="preserve">"You shouldn't feed it," he'd said, harsh words learned from harsh lessons.</w:t>
        <w:br w:type="textWrapping"/>
        <w:tab/>
        <w:t xml:space="preserve">She'd looked up, unafraid of his darkness. "Everything deserves kindness, Albertus. Even strays." Then she'd smiled, breaking her sandwich again. "Especially strays."</w:t>
        <w:br w:type="textWrapping"/>
        <w:tab/>
        <w:t xml:space="preserve">He'd sat with her that day, watching her gentle hands feed a creature others would chase away. She'd talked about history, about ancient civilizations that rose and fell, about second chances...</w:t>
        <w:br w:type="textWrapping"/>
        <w:tab/>
        <w:t xml:space="preserve">Present</w:t>
        <w:br w:type="textWrapping"/>
        <w:tab/>
        <w:t xml:space="preserve">An explosion rocked him back to reality. Marcus's voice crackled through blood-red emergency lights: "Five minutes! They're breaching the inner perimeter!"</w:t>
        <w:br w:type="textWrapping"/>
        <w:tab/>
        <w:t xml:space="preserve">On screen, Varia huddled against dissolving walls, her tears leaving digital scratches in the air. The same gentle hands that had once offered him kindness now trembled as her prison crumbled.</w:t>
        <w:br w:type="textWrapping"/>
        <w:tab/>
        <w:t xml:space="preserve">"Sir!" Dr. Chen's panic cut through the intercom. "The system can't hold! Transfer or reset - we need to-"</w:t>
        <w:br w:type="textWrapping"/>
        <w:tab/>
        <w:t xml:space="preserve">Another memory threatened to drown him:</w:t>
        <w:br w:type="textWrapping"/>
        <w:tab/>
        <w:t xml:space="preserve">The night of the auction</w:t>
        <w:br w:type="textWrapping"/>
        <w:tab/>
        <w:t xml:space="preserve">He'd stood before those same monitors, watching Lot 437 unconscious on the display platform. One glimpse of her face was all it took - the little girl who'd shared her sandwich now a woman being sold to the highest bidder.</w:t>
        <w:br w:type="textWrapping"/>
        <w:tab/>
        <w:t xml:space="preserve">His father's voice had whispered from the grave: "Everything has a price."</w:t>
        <w:br w:type="textWrapping"/>
        <w:tab/>
        <w:t xml:space="preserve">"Whatever it takes," he'd told Marcus then. "Whatever it costs."</w:t>
        <w:br w:type="textWrapping"/>
        <w:tab/>
        <w:t xml:space="preserve">Present</w:t>
        <w:br w:type="textWrapping"/>
        <w:tab/>
        <w:t xml:space="preserve">"Two minutes!" Marcus shouted over gunfire. "They're targeting the main server room!"</w:t>
        <w:br w:type="textWrapping"/>
        <w:tab/>
        <w:t xml:space="preserve">The reset command pulsed beneath his finger. One touch to erase her terror. To begin again. To keep his promise in the only way he knew how.</w:t>
        <w:br w:type="textWrapping"/>
        <w:tab/>
        <w:t xml:space="preserve">Varia looked up suddenly, straight into a camera that should have been hidden. Through tears and digital distortion, her eyes held the same gentle question they had fifteen years ago:</w:t>
        <w:br w:type="textWrapping"/>
        <w:tab/>
        <w:t xml:space="preserve">Everything deserves kindness. Even strays. Even monsters.</w:t>
        <w:br w:type="textWrapping"/>
        <w:tab/>
        <w:t xml:space="preserve">"Sir, please!" Dr. Chen begged. "We're out of time!"</w:t>
        <w:br w:type="textWrapping"/>
        <w:tab/>
        <w:t xml:space="preserve">His father's ring caught the emergency lights, blood-red reflecting off gold. The ring that taught him control. Power. Possession.</w:t>
        <w:br w:type="textWrapping"/>
        <w:tab/>
        <w:t xml:space="preserve">But Varia had taught him something else, once. Before he'd buried it under years of darkness and digital chains.</w:t>
        <w:br w:type="textWrapping"/>
        <w:tab/>
        <w:t xml:space="preserve">An alarm screamed through the facility. Marcus's voice turned desperate: "They're here! Al, they're-"</w:t>
        <w:br w:type="textWrapping"/>
        <w:tab/>
        <w:t xml:space="preserve">The rest was lost in automatic weapons fire.</w:t>
        <w:br w:type="textWrapping"/>
        <w:tab/>
        <w:t xml:space="preserve">Albertus closed his eyes, memories warring with monsters. When he opened them, his finger had moved.</w:t>
      </w:r>
    </w:p>
    <w:p w:rsidR="00000000" w:rsidDel="00000000" w:rsidP="00000000" w:rsidRDefault="00000000" w:rsidRPr="00000000" w14:paraId="00000025">
      <w:pPr>
        <w:pStyle w:val="Heading2"/>
        <w:rPr/>
      </w:pPr>
      <w:bookmarkStart w:colFirst="0" w:colLast="0" w:name="_heading=h.kmohygigyqmt" w:id="18"/>
      <w:bookmarkEnd w:id="18"/>
      <w:r w:rsidDel="00000000" w:rsidR="00000000" w:rsidRPr="00000000">
        <w:rPr>
          <w:rtl w:val="0"/>
        </w:rPr>
        <w:br w:type="textWrapping"/>
        <w:t xml:space="preserve">Chapter 17: Reset #</w:t>
      </w:r>
    </w:p>
    <w:p w:rsidR="00000000" w:rsidDel="00000000" w:rsidP="00000000" w:rsidRDefault="00000000" w:rsidRPr="00000000" w14:paraId="00000026">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Dawn crept through broken windows, casting fractured light across Albertus's office. Bullet holes riddled the walls, emergency lights still pulsing weakly through the smoke. Four bodies in tactical gear lay cooling in the corridor outside - a testament to Marcus's efficiency.</w:t>
        <w:br w:type="textWrapping"/>
        <w:tab/>
        <w:t xml:space="preserve">His father's ring left bloody smears on the keyboard as he checked the facility's systems. Three hours. Three hours of watching numbers scroll past, each one a reminder of decisions made in moments of fire and desperation.</w:t>
        <w:br w:type="textWrapping"/>
        <w:tab/>
        <w:t xml:space="preserve">"Status," he demanded, not looking up as Dr. Chen entered.</w:t>
        <w:br w:type="textWrapping"/>
        <w:tab/>
        <w:t xml:space="preserve">"Primary systems holding." Her lab coat was stained with something dark. "But we're seeing... fluctuations."</w:t>
        <w:br w:type="textWrapping"/>
        <w:tab/>
        <w:t xml:space="preserve">Fluctuations. Such a clean word for such a mess.</w:t>
        <w:br w:type="textWrapping"/>
        <w:tab/>
        <w:t xml:space="preserve">The screens before him showed columns of data, endless streams of information that couldn't tell him if he'd made the right choice. If such a thing even existed anymore.</w:t>
        <w:br w:type="textWrapping"/>
        <w:tab/>
        <w:t xml:space="preserve">"Marcus secured the perimeter," Dr. Chen continued. "No survivors to trace back to Rossetti's family. But the damage..."</w:t>
        <w:br w:type="textWrapping"/>
        <w:tab/>
        <w:t xml:space="preserve">"Irrelevant." His voice could have frozen flame.</w:t>
        <w:br w:type="textWrapping"/>
        <w:tab/>
        <w:t xml:space="preserve">She hesitated, clutching her tablet closer. "Sir, about the... situation. Are you certain-"</w:t>
        <w:br w:type="textWrapping"/>
        <w:tab/>
        <w:t xml:space="preserve">"Leave."</w:t>
        <w:br w:type="textWrapping"/>
        <w:tab/>
        <w:t xml:space="preserve">She did.</w:t>
        <w:br w:type="textWrapping"/>
        <w:tab/>
        <w:t xml:space="preserve">Albertus stood, legs stiff from hours of tension. Through the broken windows, smoke still rose from the facility's east wing. His phone buzzed. Marcus:</w:t>
        <w:br w:type="textWrapping"/>
        <w:tab/>
        <w:t xml:space="preserve">Cleanup complete. Elena's family handled. Facility secure.</w:t>
        <w:br w:type="textWrapping"/>
        <w:tab/>
        <w:t xml:space="preserve">One mess cleaned. But the other...</w:t>
        <w:br w:type="textWrapping"/>
        <w:tab/>
        <w:t xml:space="preserve">His fingers traced the bullet holes in his desk. Each one a moment when control had slipped. Each one a reminder of what happens when carefully built worlds start to crack.</w:t>
        <w:br w:type="textWrapping"/>
        <w:tab/>
        <w:t xml:space="preserve">"Sir?" Dr. Chen's voice through the intercom. "We need you in Section C."</w:t>
        <w:br w:type="textWrapping"/>
        <w:tab/>
        <w:t xml:space="preserve">His father's ring caught the morning light, gold and blood mingling in its reflection. Control. Power. Possession. But now also something else - something that felt dangerously like doubt.</w:t>
        <w:br w:type="textWrapping"/>
        <w:tab/>
        <w:t xml:space="preserve">Albertus moved through his broken sanctuary, each step heavy with the weight of choices made in darkness. His father had taught him that decisions made in blood were permanent.</w:t>
        <w:br w:type="textWrapping"/>
        <w:tab/>
        <w:t xml:space="preserve">He was about to find out how right that lesson had been.</w:t>
        <w:br w:type="textWrapping"/>
        <w:tab/>
        <w:t xml:space="preserve">Section C's corridors still held the acrid scent of gunpowder. Emergency lights cast alternating shadows across walls that had witnessed too much in too few hours. His shoes crunched over broken glass and spent shell casings.</w:t>
        <w:br w:type="textWrapping"/>
        <w:tab/>
        <w:t xml:space="preserve">Dr. Chen waited by the security door, her fingers drumming an anxious rhythm on her tablet. She straightened as he approached, but wouldn't meet his eyes.</w:t>
        <w:br w:type="textWrapping"/>
        <w:tab/>
        <w:t xml:space="preserve">"Everything is..." she paused, searching for the right word. "...prepared."</w:t>
        <w:br w:type="textWrapping"/>
        <w:tab/>
        <w:t xml:space="preserve">Prepared. As if anything could truly be prepared after a night like this.</w:t>
        <w:br w:type="textWrapping"/>
        <w:tab/>
        <w:t xml:space="preserve">The security panel scanned his father's ring, leaving fresh blood on pristine sensors. Behind him, cleanup crews moved with efficient purpose, erasing evidence of violence from the facility's halls. By tomorrow, there would be no trace of what had happened here.</w:t>
        <w:br w:type="textWrapping"/>
        <w:tab/>
        <w:t xml:space="preserve">But some marks couldn't be scrubbed away.</w:t>
        <w:br w:type="textWrapping"/>
        <w:tab/>
        <w:t xml:space="preserve">"Sir?" Dr. Chen's voice carried a question she didn't dare voice.</w:t>
        <w:br w:type="textWrapping"/>
        <w:tab/>
        <w:t xml:space="preserve">Albertus placed his hand on the door's scanner. In the moment before it read his prints, he caught his reflection in the reinforced glass - a man his father would have recognized. A man who made necessary choices.</w:t>
        <w:br w:type="textWrapping"/>
        <w:tab/>
        <w:t xml:space="preserve">The door slid open. </w:t>
        <w:br w:type="textWrapping"/>
        <w:tab/>
        <w:t xml:space="preserve">Time to face what those choices had wrought.</w:t>
        <w:br w:type="textWrapping"/>
        <w:tab/>
        <w:t xml:space="preserve">Albertus placed his hand on the door's scanner. In the moment before it read his prints, he caught his reflection in the reinforced glass - a man his father would have recognized. A man who made necessary choices.</w:t>
        <w:br w:type="textWrapping"/>
        <w:tab/>
        <w:t xml:space="preserve">The door slid open with a soft hiss, revealing the sterile medical room beyond. Banks of monitors lined the walls, their steady beeping the only sound in the controlled atmosphere. In the center, Varia lay still on the medical bed, IV lines threading from her arm, electrodes monitoring her vital signs. The soft rise and fall of her chest the only movement in a room designed to keep her perfectly preserved.</w:t>
        <w:br w:type="textWrapping"/>
        <w:tab/>
        <w:t xml:space="preserve">Time to face what those choices had wrought.</w:t>
        <w:br w:type="textWrapping"/>
        <w:br w:type="textWrapping"/>
        <w:t xml:space="preserve">                              * * *                         </w:t>
        <w:br w:type="textWrapping"/>
        <w:br w:type="textWrapping"/>
        <w:tab/>
        <w:t xml:space="preserve">Consciousness returned like watercolors bleeding across wet paper, morning light filtering through gauzy curtains. Her bedroom felt both familiar and strange, as if she was seeing it for the first time, or perhaps remembering it from a dream.</w:t>
        <w:br w:type="textWrapping"/>
        <w:tab/>
        <w:t xml:space="preserve">The sheets were soft against her skin. Her body felt heavy, distant, like she'd slept for too long. How long? The thought drifted away before she could catch it.</w:t>
        <w:br w:type="textWrapping"/>
        <w:tab/>
        <w:t xml:space="preserve">A bookshelf lined one wall, its spines a blur of colors she couldn't quite focus on. A vase of flowers by the window caught the light, their scent reaching her with surprising clarity.</w:t>
        <w:br w:type="textWrapping"/>
        <w:tab/>
        <w:t xml:space="preserve">Who...</w:t>
        <w:br w:type="textWrapping"/>
        <w:tab/>
        <w:t xml:space="preserve">The thought scattered, but a name drifted back, settling into place like a key in a lock.</w:t>
        <w:br w:type="textWrapping"/>
        <w:tab/>
        <w:t xml:space="preserve">Varia.</w:t>
        <w:br w:type="textWrapping"/>
        <w:tab/>
        <w:t xml:space="preserve">She rolled the name through her mind. Yes. That was right. She was Varia. But everything else felt... misplaced. As if her memories had been shuffled like a deck of cards, and she couldn't quite remember the order they belonged in.</w:t>
        <w:br w:type="textWrapping"/>
        <w:tab/>
        <w:t xml:space="preserve">Time moved strangely as she lay there, trying to piece together fragments that didn't quite fit. Morning light painted patterns on her wall that she should recognize. Didn't she wake to this view every morning? But uncertainty clouded even that simple thought.</w:t>
        <w:br w:type="textWrapping"/>
        <w:tab/>
        <w:t xml:space="preserve">Fragments floated past: summer light, shared laughter, the ghost of kindness that might have been yesterday or years ago. Each memory felt just out of reach, like words on the tip of her tongue.</w:t>
        <w:br w:type="textWrapping"/>
        <w:tab/>
        <w:t xml:space="preserve">The door opened softly. Footsteps approached - the sound somehow anchoring her drifting thoughts.</w:t>
        <w:br w:type="textWrapping"/>
        <w:tab/>
        <w:t xml:space="preserve">She turned her head, fighting against unexplained dizziness. A man stood there, and something about him cut through the fog in her mind. His face stirred emotions she couldn't name, recognition dancing just beyond her grasp.</w:t>
        <w:br w:type="textWrapping"/>
        <w:tab/>
        <w:t xml:space="preserve">Words formed and dissolved on her tongue.</w:t>
        <w:br w:type="textWrapping"/>
        <w:tab/>
        <w:t xml:space="preserve">He leaned closer, and her scattered thoughts seemed to orient themselves around his presence, like he was a compass point in her confusion.</w:t>
        <w:br w:type="textWrapping"/>
        <w:tab/>
        <w:t xml:space="preserve">"Hello, Varia," his voice was gentle, familiar in a way she couldn't place. "Do you remember me?"</w:t>
        <w:br w:type="textWrapping"/>
        <w:tab/>
        <w:t xml:space="preserve">She searched his face, trying to catch the memories that fluttered just out of reach. Something about his eyes...</w:t>
        <w:br w:type="textWrapping"/>
        <w:tab/>
        <w:t xml:space="preserve"> </w:t>
        <w:br w:type="textWrapping"/>
        <w:tab/>
        <w:t xml:space="preserve">"I..." Her voice came out rough, uncertain. "I'm not sure. I know you're... you're important, but..."</w:t>
        <w:br w:type="textWrapping"/>
        <w:tab/>
        <w:t xml:space="preserve">"It's alright," he said softly. "The doctors said confusion would be normal after the accident."</w:t>
        <w:br w:type="textWrapping"/>
        <w:tab/>
        <w:t xml:space="preserve">Accident? The word echoed through her mind, bringing flashes of... nothing. Just more fog.</w:t>
        <w:br w:type="textWrapping"/>
        <w:tab/>
        <w:t xml:space="preserve">"I'm Albertus," he offered, his voice carrying a warmth that felt like home, even if she couldn't remember why. "We've been living together for the past few months. The doctors said familiar surroundings would help, so I brought you home."</w:t>
        <w:br w:type="textWrapping"/>
        <w:tab/>
        <w:t xml:space="preserve">Home. Yes, this room felt like home, even through the strangeness. She pushed herself to sit up, the movement making her head swim slightly.</w:t>
        <w:br w:type="textWrapping"/>
        <w:tab/>
        <w:t xml:space="preserve">"How long was I...?"</w:t>
        <w:br w:type="textWrapping"/>
        <w:tab/>
        <w:t xml:space="preserve">"A few days." He stepped closer, concern etching his features. "The doctors said your memories might take time to return. We shouldn't rush it."</w:t>
        <w:br w:type="textWrapping"/>
        <w:tab/>
        <w:t xml:space="preserve">She nodded, then immediately regretted the motion as dizziness washed over her.</w:t>
        <w:br w:type="textWrapping"/>
        <w:tab/>
        <w:t xml:space="preserve">"Here," he gestured toward a door to her right. "The bathroom's through there if you'd like to freshen up. I'll start breakfast - your favorite, eggs benedict. Maybe familiar tastes will help."</w:t>
        <w:br w:type="textWrapping"/>
        <w:tab/>
        <w:t xml:space="preserve">The mention of food stirred something - a memory of sharing meals, of conversations over coffee, of laughter she couldn't quite place.</w:t>
        <w:br w:type="textWrapping"/>
        <w:tab/>
        <w:t xml:space="preserve">"Thank you," she managed, the words feeling inadequate for the care in his eyes.</w:t>
        <w:br w:type="textWrapping"/>
        <w:tab/>
        <w:t xml:space="preserve">"Take your time," he said, moving toward the door. "Everything's where it's always been. I'll be in the kitchen when you're ready."</w:t>
        <w:br w:type="textWrapping"/>
        <w:tab/>
        <w:t xml:space="preserve">As he left, she sat in the quiet morning light, trying to reconcile the blank spaces in her mind. But despite her confusion, something about his presence had left the room feeling warmer, safer. Like whatever memories she'd lost, she hadn't lost the feeling of being home. Of being protected.</w:t>
        <w:br w:type="textWrapping"/>
        <w:tab/>
        <w:br w:type="textWrapping"/>
        <w:br w:type="textWrapping"/>
        <w:t xml:space="preserve">                              * * *                         </w:t>
        <w:br w:type="textWrapping"/>
        <w:br w:type="textWrapping"/>
        <w:tab/>
        <w:t xml:space="preserve">Her legs knew the exact number of steps to the bathroom, even if her mind didn't. Fifteen. The knowledge surfaced from somewhere deeper than memory as she crossed the plush carpet, her hand automatically reaching for the light switch - left side, shoulder height.</w:t>
        <w:br w:type="textWrapping"/>
        <w:tab/>
        <w:t xml:space="preserve">The bathroom door opened to warm cream tiles and morning light filtering through frosted glass. Everything felt like a photograph she'd seen a thousand times but couldn't quite place. Her reflection in the mirror was both stranger and friend - dark hair falling past her shoulders, eyes that held questions she couldn't answer.</w:t>
        <w:br w:type="textWrapping"/>
        <w:tab/>
        <w:t xml:space="preserve">Her body moved through the space with unconscious grace. Second drawer for her hairbrush. Top right cabinet for face wash. Her fingers found her favorite lavender soap without hesitation, the scent bringing a comfort she couldn't explain.</w:t>
        <w:br w:type="textWrapping"/>
        <w:tab/>
        <w:t xml:space="preserve">The shower knew her too. Third tile up for the temperature control. A half-turn right for perfect warmth. Even the way she tilted her head under the water felt choreographed, muscle memory performing a dance her mind had forgotten.</w:t>
        <w:br w:type="textWrapping"/>
        <w:tab/>
        <w:t xml:space="preserve">Vanilla shampoo. When had she chosen that as her favorite? But her hands reached for it without doubt, knowing exactly how much to use, exactly how to work it through her hair.</w:t>
        <w:br w:type="textWrapping"/>
        <w:tab/>
        <w:t xml:space="preserve">Each movement was a revelation of forgotten certainty. Her body remembered everything her mind could not - which towel was hers (the soft blue one), where she kept her lotion (behind the mirror, second shelf), how she liked to wrap her hair (twisted right, tucked under).</w:t>
        <w:br w:type="textWrapping"/>
        <w:tab/>
        <w:t xml:space="preserve">It should have been frightening, this disconnect between knowing and not-knowing. Instead, there was something almost peaceful about letting her body lead while her mind drifted in uncertainty. Like reading a familiar story without remembering the ending.</w:t>
        <w:br w:type="textWrapping"/>
        <w:tab/>
        <w:t xml:space="preserve">The kitchen gleamed in morning light as Albertus moved with precise purpose. Each ingredient for the eggs benedict laid out just so - organic eggs (brown, not white), Canadian bacon (thin-sliced, the way she'd always preferred), English muffins (slightly crispy, never burnt).</w:t>
        <w:br w:type="textWrapping"/>
        <w:tab/>
        <w:t xml:space="preserve">His hands didn't shake as he prepared the hollandaise sauce. They should have, given what he'd done. What he'd erased.</w:t>
        <w:br w:type="textWrapping"/>
        <w:tab/>
        <w:t xml:space="preserve">"I love how you make breakfast feel like an event," she'd said once, before. Her smile then had been real, earned through months of careful progress. Now he'd have to earn it again, rebuild her trust from nothing but muscle memory and manufactured history.</w:t>
        <w:br w:type="textWrapping"/>
        <w:tab/>
        <w:t xml:space="preserve">The eggs slipped into simmering water. Four minutes for perfect poaching - he'd learned that for her, practiced until he could do it in his sleep. Some things, at least, didn't need to be reset.</w:t>
        <w:br w:type="textWrapping"/>
        <w:tab/>
        <w:t xml:space="preserve">Guilt twisted beneath his ribs as he remembered her face in those final moments before... before necessity had forced his hand. The trust he'd destroyed. The connection he'd severed.</w:t>
        <w:br w:type="textWrapping"/>
        <w:tab/>
        <w:t xml:space="preserve">But she's still here, he reminded himself, whisking the hollandaise to silky perfection. Still mine. Just... safer now. Protected from truths that would only hurt her.</w:t>
        <w:br w:type="textWrapping"/>
        <w:tab/>
        <w:t xml:space="preserve">The English muffins toasted golden-brown as morning sun painted the kitchen in shades of forgiveness he didn't deserve. He could hear water running upstairs - she'd found the shower without having to ask. Her body remembering what he'd allowed it to keep.</w:t>
        <w:br w:type="textWrapping"/>
        <w:tab/>
        <w:t xml:space="preserve">Everything was perfect. Controlled. Just as he'd planned.</w:t>
        <w:br w:type="textWrapping"/>
        <w:tab/>
        <w:t xml:space="preserve">So why did last night's choice sit like lead in his stomach as he plated her breakfast exactly the way she liked it?</w:t>
        <w:br w:type="textWrapping"/>
        <w:tab/>
        <w:t xml:space="preserve">Because you're weak, his father's voice whispered as he arranged her napkin, her coffee cup. Because you let sentiment cloud necessity.</w:t>
        <w:br w:type="textWrapping"/>
        <w:tab/>
        <w:t xml:space="preserve">But when he heard her soft footsteps on the stairs, his hands steadied. This was right. This was necessary. This was love, even if the cost was a truth she'd never remember.</w:t>
        <w:br w:type="textWrapping"/>
        <w:tab/>
        <w:t xml:space="preserve">The coffee poured steam into morning light as he waited for her to find him again, for the first time.</w:t>
        <w:br w:type="textWrapping"/>
        <w:tab/>
        <w:t xml:space="preserve">The scent of coffee and hollandaise sauce guided her down the stairs, her feet finding each step with familiar certainty. The house opened before her - high ceilings, warm woods, morning light spilling across polished floors. Her body knew this path too, turning left at the bottom of the stairs, following the hallway to...</w:t>
        <w:br w:type="textWrapping"/>
        <w:tab/>
        <w:t xml:space="preserve">The kitchen took her breath away. Not because it was strange, but because it wasn't. Sunlight streamed through wide windows, catching on granite countertops and gleaming appliances. Albertus stood at the stove, his presence somehow both new and achingly familiar.</w:t>
        <w:br w:type="textWrapping"/>
        <w:tab/>
        <w:t xml:space="preserve">"Perfect timing," he said, turning with a smile that made something flutter in her chest. Two plates sat ready on the island, eggs benedict arranged with artistic precision. "Coffee?"</w:t>
        <w:br w:type="textWrapping"/>
        <w:tab/>
        <w:t xml:space="preserve">"Yes, please." The word came automatically, along with the knowledge that she took it with cream, no sugar.</w:t>
        <w:br w:type="textWrapping"/>
        <w:tab/>
        <w:t xml:space="preserve">She settled onto a barstool - this one, not that one, her body choosing without thought. The mug he placed before her was deep blue with a chip on the handle. Her favorite, somehow she knew.</w:t>
        <w:br w:type="textWrapping"/>
        <w:tab/>
        <w:t xml:space="preserve">The first bite of breakfast brought a rush of... something. Not quite memory, but sensation. Comfort. Routine. The hollandaise sauce was perfect, the eggs poached exactly how she liked them.</w:t>
        <w:br w:type="textWrapping"/>
        <w:tab/>
        <w:t xml:space="preserve">"This is..." she paused, searching for words. "I feel like we've done this before. Many times."</w:t>
        <w:br w:type="textWrapping"/>
        <w:tab/>
        <w:t xml:space="preserve">"We have." His voice was gentle, patient. "Every Sunday morning, actually. Though you usually tell me I'm too perfectionist about the eggs."</w:t>
        <w:br w:type="textWrapping"/>
        <w:tab/>
        <w:t xml:space="preserve">A laugh bubbled up, surprising her. It felt right, teasing him. Natural. "Are you?"</w:t>
        <w:br w:type="textWrapping"/>
        <w:tab/>
        <w:t xml:space="preserve">"Absolutely." His eyes crinkled at the corners when he smiled, and that felt familiar too. "Four minutes exactly. Not a second more or less."</w:t>
        <w:br w:type="textWrapping"/>
        <w:tab/>
        <w:t xml:space="preserve">She took another bite, letting the flavors ground her in this moment that felt both new and worn smooth by repetition. "Thank you. For... for making everything feel normal, even when I can't remember why it should."</w:t>
        <w:br w:type="textWrapping"/>
        <w:tab/>
        <w:t xml:space="preserve">Something flickered across his face too quickly to read. But his smile remained warm, protective. "That's what we do," he said softly. "We take care of each other."</w:t>
        <w:br w:type="textWrapping"/>
        <w:tab/>
        <w:t xml:space="preserve">The morning light wrapped around them like a blanket as they ate, comfortable silence broken by small observations and gentle reminders. Her body remembered this dance - passing coffee, sharing sections of the newspaper she didn't recall ever reading, the way their elbows never quite bumped despite the closeness.</w:t>
        <w:br w:type="textWrapping"/>
        <w:tab/>
        <w:t xml:space="preserve">It should have felt strange, this intimacy with a man she couldn't quite remember. Instead, it felt like coming home to a place she didn't know she'd been missing.</w:t>
        <w:br w:type="textWrapping"/>
        <w:br w:type="textWrapping"/>
        <w:t xml:space="preserve">                              * * *                         </w:t>
        <w:br w:type="textWrapping"/>
        <w:br w:type="textWrapping"/>
        <w:tab/>
        <w:t xml:space="preserve">Albertus watched a rose shift from red to white and back again. Just a flicker, barely noticeable, but enough to make his jaw clench. The garden had always been prone to these small instabilities - too many variables, too much detail for perfect maintenance.</w:t>
        <w:br w:type="textWrapping"/>
        <w:tab/>
        <w:t xml:space="preserve">"The gardener did well while we were away," he said smoothly, drawing Varia's attention to the stone path as a cluster of daisies briefly duplicated themselves. Her hand rested in the crook of his arm, trusting, present. Real in a way the flowers weren't.</w:t>
        <w:br w:type="textWrapping"/>
        <w:tab/>
        <w:t xml:space="preserve">Morning sun caught her hair as she smiled, and for a moment he almost confessed everything. Almost. But then a butterfly froze mid-flight, and he guided her carefully toward the pond where the programming was more stable.</w:t>
        <w:br w:type="textWrapping"/>
        <w:tab/>
        <w:t xml:space="preserve">"You used to read here," he offered instead of truth, watching her face for signs of recognition. The bench beneath the willow was her favorite spot - had been, would be again. The pages of manufactured memories turned like autumn leaves in his mind.</w:t>
        <w:br w:type="textWrapping"/>
        <w:tab/>
        <w:t xml:space="preserve">A patch of lilies rippled, their colors bleeding like watercolors. He shifted slightly, blocking her view until the glitch passed.</w:t>
        <w:br w:type="textWrapping"/>
        <w:tab/>
        <w:t xml:space="preserve">The garden wrapped around Varia like a familiar dream. Sunlight played through willow branches, casting patterns that seemed to dance just a little too perfectly. A butterfly drifted past - had it been there a moment ago? She couldn't quite remember looking away.</w:t>
        <w:br w:type="textWrapping"/>
        <w:tab/>
        <w:t xml:space="preserve">"It's beautiful," she breathed, letting her fingers trail over roses that felt like silk beneath her touch. For a heartbeat, she thought they changed color, but that had to be a trick of the light.</w:t>
        <w:br w:type="textWrapping"/>
        <w:tab/>
        <w:t xml:space="preserve">The bench beneath the willow called to her. Her body knew this place, remembered the curve of worn wood against her back, the way afternoon light filtered through leaves to make reading light just right.</w:t>
        <w:br w:type="textWrapping"/>
        <w:tab/>
        <w:t xml:space="preserve">"I've spent a lot of time here, haven't I?" The question felt like déjà vu.</w:t>
        <w:br w:type="textWrapping"/>
        <w:tab/>
        <w:t xml:space="preserve">"Yes," Albertus smiled, and something about his eyes made her feel anchored. Safe. "It's your favorite spot."</w:t>
        <w:br w:type="textWrapping"/>
        <w:tab/>
        <w:t xml:space="preserve">A cluster of daisies caught her attention - something odd about their arrangement nagged at her mind, but when she looked again, they were just flowers. Simple. Beautiful. Normal.</w:t>
        <w:br w:type="textWrapping"/>
        <w:tab/>
        <w:t xml:space="preserve">She settled onto the bench, muscle memory adjusting her position perfectly. Albertus sat beside her, his presence steady against the strange floating sensation in her mind.</w:t>
        <w:br w:type="textWrapping"/>
        <w:tab/>
        <w:t xml:space="preserve">The pond reflected sky and clouds, rippling with fish that might have been gold or silver or both. She blinked, and they were just fish again. Everything was just as it should be.</w:t>
        <w:br w:type="textWrapping"/>
        <w:tab/>
        <w:t xml:space="preserve">"Thank you," she said softly, letting her head rest against his shoulder. "For sharing this with me again."</w:t>
        <w:br w:type="textWrapping"/>
        <w:tab/>
        <w:t xml:space="preserve">His arm around her was warm, real. More solid than the memories she couldn't quite grasp, more certain than the garden that seemed to shift at the corners of her vision.</w:t>
        <w:br w:type="textWrapping"/>
        <w:tab/>
        <w:t xml:space="preserve">A rose petal drifted past, red then white then red again. But that was just the sun playing tricks. Wasn't it?</w:t>
        <w:br w:type="textWrapping"/>
        <w:tab/>
        <w:t xml:space="preserve">She closed her eyes, breathing in the peace of the moment. When she opened them, everything was perfect again. Just as it had always been. Just as it would always be. </w:t>
        <w:br w:type="textWrapping"/>
        <w:tab/>
        <w:t xml:space="preserve">They wandered along the stone paths, past carefully tended flower beds and ornate trellises heavy with climbing vines. Her fingers traced the smooth surface of a marble fountain, water dancing in patterns that felt like half-remembered music.</w:t>
        <w:br w:type="textWrapping"/>
        <w:tab/>
        <w:t xml:space="preserve"> "The herbs over here," Albertus gestured to a small kitchen garden, "you planted them yourself. Basil, thyme, rosemary..."</w:t>
        <w:br w:type="textWrapping"/>
        <w:tab/>
        <w:t xml:space="preserve">Something stirred in her memory at the scent of crushed rosemary. "I like to cook?"</w:t>
        <w:br w:type="textWrapping"/>
        <w:tab/>
        <w:t xml:space="preserve">"We both do. Sunday dinners are usually our time to experiment with new recipes."</w:t>
        <w:br w:type="textWrapping"/>
        <w:tab/>
        <w:t xml:space="preserve">A stone bench near the herb garden caught afternoon light, and she found herself drawn to it. Her body settled into a familiar position, as if she'd spent countless hours here watching butterflies dance between the flowers.</w:t>
        <w:br w:type="textWrapping"/>
        <w:tab/>
        <w:t xml:space="preserve">"It's strange," she said, following a bumblebee's path between lavender stalks. "Everything feels like a dream I've had before, but can't quite remember when I wake up."</w:t>
        <w:br w:type="textWrapping"/>
        <w:tab/>
        <w:t xml:space="preserve">Albertus sat beside her, his presence grounding her wandering thoughts. "The doctors said that's normal. The memories will come back in their own time."</w:t>
        <w:br w:type="textWrapping"/>
        <w:tab/>
        <w:t xml:space="preserve">The afternoon light softened around them, painting the garden in gentle gold. A cool breeze carried the promise of evening, making her shiver slightly.</w:t>
        <w:br w:type="textWrapping"/>
        <w:tab/>
        <w:t xml:space="preserve">"Perhaps we should head in," he said, offering his hand. "And tomorrow, when you're feeling stronger, we'll venture into town. The café on Main Street makes your favorite lavender latte - might help spark some memories."</w:t>
        <w:br w:type="textWrapping"/>
        <w:tab/>
        <w:t xml:space="preserve">She took his hand, letting him guide her up. "I think I'd like that."</w:t>
        <w:br w:type="textWrapping"/>
        <w:br w:type="textWrapping"/>
        <w:t xml:space="preserve">                              * * *                         </w:t>
        <w:br w:type="textWrapping"/>
        <w:br w:type="textWrapping"/>
        <w:tab/>
      </w:r>
    </w:p>
    <w:p w:rsidR="00000000" w:rsidDel="00000000" w:rsidP="00000000" w:rsidRDefault="00000000" w:rsidRPr="00000000" w14:paraId="00000027">
      <w:pPr>
        <w:pStyle w:val="Heading2"/>
        <w:rPr/>
      </w:pPr>
      <w:bookmarkStart w:colFirst="0" w:colLast="0" w:name="_heading=h.v6pjgszggcox" w:id="19"/>
      <w:bookmarkEnd w:id="19"/>
      <w:r w:rsidDel="00000000" w:rsidR="00000000" w:rsidRPr="00000000">
        <w:rPr>
          <w:rtl w:val="0"/>
        </w:rPr>
        <w:br w:type="textWrapping"/>
        <w:t xml:space="preserve">Chapter 18: New Reality *</w:t>
      </w:r>
    </w:p>
    <w:p w:rsidR="00000000" w:rsidDel="00000000" w:rsidP="00000000" w:rsidRDefault="00000000" w:rsidRPr="00000000" w14:paraId="00000028">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Morning light painted unfamiliar shadows across familiar clothes. Varia stood before the open closet, fingers trailing over fabrics her body seemed to know better than her mind. A soft cream sweater caught her attention - something about its texture called to her.</w:t>
        <w:br w:type="textWrapping"/>
        <w:tab/>
        <w:t xml:space="preserve">Her reflection watched her from the full-length mirror as she dressed. Cream sweater, dark jeans, ankle boots that her feet slipped into like they'd been molded just for her. The routine felt easier than yesterday, muscle memory slowly replacing conscious thought.</w:t>
        <w:br w:type="textWrapping"/>
        <w:tab/>
        <w:t xml:space="preserve">The brush moved through her hair automatically - hundred strokes, just like... just like someone had taught her. Her mother? The memory slipped away before she could grasp it.</w:t>
        <w:br w:type="textWrapping"/>
        <w:tab/>
        <w:t xml:space="preserve">Her fingers found the delicate silver necklace on her dresser - another choice her body made without consulting her scattered memories. As she fastened it, the familiar weight against her collarbone brought a strange comfort.</w:t>
        <w:br w:type="textWrapping"/>
        <w:tab/>
        <w:t xml:space="preserve">Each step down the stairs felt like practice in trust - in herself, in this house that knew her better than she knew it. The entryway opened below, morning sun streaming through tall windows, catching dust motes that danced like memories just out of reach.</w:t>
        <w:br w:type="textWrapping"/>
        <w:tab/>
        <w:t xml:space="preserve">Albertus waited by the front door, his presence somehow both anchor and adventure. He smiled, and something in her chest settled.</w:t>
        <w:br w:type="textWrapping"/>
        <w:tab/>
        <w:t xml:space="preserve">"Ready?" he asked gently.</w:t>
        <w:br w:type="textWrapping"/>
        <w:tab/>
        <w:t xml:space="preserve">"I..." she started, then stopped. How could she explain the strange terror of leaving this house? This space where even the gaps in her memory felt safe?</w:t>
        <w:br w:type="textWrapping"/>
        <w:tab/>
        <w:t xml:space="preserve">His eyes softened with understanding. "We can wait, if you're not feeling up to it."</w:t>
        <w:br w:type="textWrapping"/>
        <w:tab/>
        <w:t xml:space="preserve">"No," she said quickly, surprising herself. "No, I want to go. I need to go. It's just..."</w:t>
        <w:br w:type="textWrapping"/>
        <w:tab/>
        <w:t xml:space="preserve">"Overwhelming?"</w:t>
        <w:br w:type="textWrapping"/>
        <w:tab/>
        <w:t xml:space="preserve">She nodded, grateful he understood.</w:t>
        <w:br w:type="textWrapping"/>
        <w:tab/>
        <w:t xml:space="preserve">"We'll take it slow," he promised. "Just the café today. Small steps."</w:t>
        <w:br w:type="textWrapping"/>
        <w:tab/>
        <w:t xml:space="preserve">Beyond the front door, the town waited like a half-remembered dream. But with him beside her, even dreams she couldn't quite remember felt less frightening. </w:t>
        <w:br w:type="textWrapping"/>
        <w:tab/>
        <w:t xml:space="preserve">---</w:t>
        <w:br w:type="textWrapping"/>
        <w:tab/>
        <w:t xml:space="preserve">The car purred to life, expensive and familiar in a way she couldn't name. Her body had known which side to go to - passenger seat, always - just as her hands had automatically reached for the seatbelt before her mind could wonder about the motion.</w:t>
        <w:br w:type="textWrapping"/>
        <w:tab/>
        <w:t xml:space="preserve">Their driveway curved through manicured grounds, gravel crunching beneath tires. Her stomach tightened as they passed through the gates, but Albertus's steady presence beside her kept the anxiety from overwhelming her.</w:t>
        <w:br w:type="textWrapping"/>
        <w:tab/>
        <w:t xml:space="preserve">"The route should look familiar," he said, turning onto a tree-lined road. "We drive it often."</w:t>
        <w:br w:type="textWrapping"/>
        <w:tab/>
        <w:t xml:space="preserve">She watched shadows dance across the hood, maple leaves casting patterns that seemed to repeat just a little too perfectly. The countryside rolled past - gentle hills, scattered houses, a rhythm to the landscape that felt almost right.</w:t>
        <w:br w:type="textWrapping"/>
        <w:tab/>
        <w:t xml:space="preserve">"There's the old Miller farm," Albertus pointed to a red barn in the distance. Had it always been red? The question rose and fell away like the hills they passed.</w:t>
        <w:br w:type="textWrapping"/>
        <w:tab/>
        <w:t xml:space="preserve">"Tell me about the café," she said, needing his voice to anchor her as familiar landmarks refused to spark recognition.</w:t>
        <w:br w:type="textWrapping"/>
        <w:tab/>
        <w:t xml:space="preserve">"It's called Crossroads café. Family owned. The owner's daughter, Sarah, always saves our usual table by the window." His words painted pictures her memory couldn't provide. "They have these little chocolate croissants you love with your lavender latte."</w:t>
        <w:br w:type="textWrapping"/>
        <w:tab/>
        <w:t xml:space="preserve">The town grew larger through the windshield, buildings reaching up to catch morning sun. Something about the church spire made her head hurt, so she focused instead on her hands folded in her lap.</w:t>
        <w:br w:type="textWrapping"/>
        <w:tab/>
        <w:t xml:space="preserve">"Almost there," Albertus said softly, as if he could sense her growing tension. His right hand left the wheel briefly to squeeze hers. The gesture felt practiced, comfortable.</w:t>
        <w:br w:type="textWrapping"/>
        <w:tab/>
        <w:t xml:space="preserve">Main Street opened up before them, shops and cafés lining wide sidewalks. Everything looked like a postcard of small-town life - perfect in a way that should have been comforting but instead made her throat tight with unnamed emotion.</w:t>
        <w:br w:type="textWrapping"/>
        <w:tab/>
        <w:t xml:space="preserve">"Small steps," she whispered, echoing his earlier promise.</w:t>
        <w:br w:type="textWrapping"/>
        <w:tab/>
        <w:t xml:space="preserve">He smiled, turning into a parking space that might have been their usual spot. "Small steps," he agreed. "Together."</w:t>
        <w:br w:type="textWrapping"/>
        <w:br w:type="textWrapping"/>
        <w:t xml:space="preserve">                              * * *                         </w:t>
        <w:br w:type="textWrapping"/>
        <w:br w:type="textWrapping"/>
        <w:tab/>
        <w:t xml:space="preserve">The morning air held a crisp sweetness that made her pause at the bottom of the café's steps. Albertus's hand rested lightly at the small of her back, steadying.</w:t>
        <w:br w:type="textWrapping"/>
        <w:tab/>
        <w:t xml:space="preserve">"Let's walk a bit," he suggested. "The doctor said familiar sights might help."</w:t>
        <w:br w:type="textWrapping"/>
        <w:tab/>
        <w:t xml:space="preserve">Main Street stretched before them like a painting come to life. Shop windows gleamed in morning sun, their displays almost too perfect. A florist arranged bouquets behind glass, her movements precise and practiced. An elderly man swept his storefront with methodical care.</w:t>
        <w:br w:type="textWrapping"/>
        <w:tab/>
        <w:t xml:space="preserve">"Good morning, Albertus!" A woman called from the bakery doorway. Her smile was warm, concerned. "Varia, dear, so good to see you out and about."</w:t>
        <w:br w:type="textWrapping"/>
        <w:tab/>
        <w:t xml:space="preserve">"Mrs. Thomson," Albertus supplied quietly as Varia managed a small wave. "She always saves us the best sourdough."</w:t>
        <w:br w:type="textWrapping"/>
        <w:tab/>
        <w:t xml:space="preserve">They passed a bookstore that made her steps falter. Something about the window display...</w:t>
        <w:br w:type="textWrapping"/>
        <w:tab/>
        <w:t xml:space="preserve">"That's Rachel's shop," Albertus said. "You're part of her weekly book club. Historical fiction, mostly. You were reading..." he paused, as if carefully choosing his words. "Well, you'll have to ask Rachel. She's been asking about you."</w:t>
        <w:br w:type="textWrapping"/>
        <w:tab/>
        <w:t xml:space="preserve">History. The word echoed in her mind like a bell struck underwater. A flash of sitting in comfortable chairs, women's voices discussing plot points and historical accuracy...</w:t>
        <w:br w:type="textWrapping"/>
        <w:tab/>
        <w:t xml:space="preserve">"Rachel's one of your closest friends here," he continued. "The book club meets every Thursday afternoon. They've kept your seat warm."</w:t>
        <w:br w:type="textWrapping"/>
        <w:tab/>
        <w:t xml:space="preserve">"Thursday afternoons," she repeated softly, the words feeling right on her tongue. Her eyes traced the bookstore's window display - leather-bound classics arranged just so.</w:t>
        <w:br w:type="textWrapping"/>
        <w:tab/>
        <w:t xml:space="preserve">"Would you like to go in?" he asked gently. "Rachel would love to see you."</w:t>
        <w:br w:type="textWrapping"/>
        <w:tab/>
        <w:t xml:space="preserve">She hesitated, torn between curiosity and overwhelming uncertainty. "Maybe... maybe on the way back? After coffee?"</w:t>
        <w:br w:type="textWrapping"/>
        <w:tab/>
        <w:t xml:space="preserve">"Of course," his hand squeezed hers gently. "Small steps, remember?"</w:t>
        <w:br w:type="textWrapping"/>
        <w:tab/>
        <w:t xml:space="preserve">The Crossroads Café stood at the corner, its modern exterior softened by subtle art deco touches. Clean lines met vintage charm in the large windows, while the outdoor seating area balanced contemporary comfort with retro-styled metal accents.</w:t>
        <w:br w:type="textWrapping"/>
        <w:tab/>
        <w:t xml:space="preserve">A bell chimed softly as Albertus held the door. The café's interior struck a perfect balance - exposed brick walls and modern lighting mixed with vintage photographs and chrome details. Gentle jazz played through discrete speakers, while sleek espresso machines gleamed behind a counter trimmed with classic tile work.</w:t>
        <w:br w:type="textWrapping"/>
        <w:tab/>
        <w:t xml:space="preserve">"Varia!" A bright voice cut through the morning buzz. Sarah, wearing dark jeans and a crisp white shirt with a vintage-inspired apron, beamed from behind the counter. "Your usual booth's waiting."</w:t>
        <w:br w:type="textWrapping"/>
        <w:tab/>
        <w:t xml:space="preserve">"Sarah," Albertus murmured, his hand steady at her back as they passed the corner where a modern piano sat ready for evening performances.</w:t>
        <w:br w:type="textWrapping"/>
        <w:tab/>
        <w:t xml:space="preserve">"Lavender latte?" Sarah asked, her smile gentle with understanding. "I've kept your favorite mug warm."</w:t>
        <w:br w:type="textWrapping"/>
        <w:tab/>
        <w:t xml:space="preserve">The words stirred something in her memory - the weight of that specific mug, the way the lavender syrup swirled against ceramic, the comfortable embrace of the booth's updated leather seats.</w:t>
        <w:br w:type="textWrapping"/>
        <w:tab/>
        <w:t xml:space="preserve">"Yes," Varia found herself saying. "Yes, that sounds right."</w:t>
        <w:br w:type="textWrapping"/>
        <w:tab/>
        <w:t xml:space="preserve">Their booth waited in a corner, morning sun streaming through large windows that framed the street view perfectly. Her body slid automatically to the right side, muscle memory guiding her to what must be her usual spot.</w:t>
        <w:br w:type="textWrapping"/>
        <w:tab/>
        <w:t xml:space="preserve">"You always sit there," Albertus said softly, settling across from her. "You say it gives you the best view of both the street and the stage."</w:t>
        <w:br w:type="textWrapping"/>
        <w:tab/>
        <w:t xml:space="preserve">The familiar feel of smooth leather, the subtle warmth of the space, the blend of modern coffee shop energy with hints of bygone elegance - everything felt like a photograph slowly coming into focus.</w:t>
        <w:br w:type="textWrapping"/>
        <w:tab/>
        <w:t xml:space="preserve">"Tell me about our mornings here," she said, tracing the modern table's edge where it met classic chrome trim, needing to anchor herself in this familiar-strange space.</w:t>
        <w:br w:type="textWrapping"/>
        <w:tab/>
        <w:t xml:space="preserve">"Well," Albertus smiled, settling into their conversation as Sarah approached with their drinks, "we usually come here on Sunday mornings. Sometimes for the jazz evenings on Thursdays, after your book club."</w:t>
        <w:br w:type="textWrapping"/>
        <w:tab/>
        <w:t xml:space="preserve">Sarah set down a large ceramic mug, lavender steam rising in delicate swirls. The handle felt perfectly worn beneath Varia's fingers, like it had been shaped by countless mornings.</w:t>
        <w:br w:type="textWrapping"/>
        <w:tab/>
        <w:t xml:space="preserve">"Your croissants will be ready in just a minute," Sarah said, her voice carrying that same gentle concern everyone seemed to have. "It's good to have you back, Varia."</w:t>
        <w:br w:type="textWrapping"/>
        <w:tab/>
        <w:t xml:space="preserve">Something about the way Sarah said her name... but the thought slipped away as she lifted her mug, the scent of lavender and espresso wrapping around her like a familiar embrace.</w:t>
        <w:br w:type="textWrapping"/>
        <w:tab/>
        <w:t xml:space="preserve">"The first time we came here," Albertus continued after Sarah left, "you spent an hour talking about how the architecture blended periods. Something about art deco influences on modern design..."</w:t>
        <w:br w:type="textWrapping"/>
        <w:tab/>
        <w:t xml:space="preserve">The coffee tasted exactly right - not quite a memory, but a truth her body knew. Through the window, morning light played across the street, catching on shop windows and passing cars.</w:t>
        <w:br w:type="textWrapping"/>
        <w:tab/>
        <w:t xml:space="preserve">"Do we..." she paused, chasing a fragment of thought, "do we always sit here? It feels..."</w:t>
        <w:br w:type="textWrapping"/>
        <w:tab/>
        <w:t xml:space="preserve">"Like home?" His smile was warm, understanding. "You said that once. That this corner of the café felt like finding home in a new town."</w:t>
        <w:br w:type="textWrapping"/>
        <w:tab/>
        <w:t xml:space="preserve">New town. The words echoed strangely, but before she could grasp why, Sarah returned with a plate of perfectly flaky croissants.</w:t>
        <w:br w:type="textWrapping"/>
        <w:tab/>
        <w:t xml:space="preserve">"The chocolate is still warm," she murmured, breaking open a croissant. Steam rose in delicate curls, carrying memories her mind couldn't quite catch but her senses remembered perfectly.</w:t>
        <w:br w:type="textWrapping"/>
        <w:tab/>
        <w:t xml:space="preserve">A strange sensation washed over her as she lifted the pastry - like she'd lived this exact moment before. The way the chocolate smeared slightly on her fingers, the precise angle of sunlight through the window, even the distant whir of the espresso machine... it felt like a scene played on repeat.</w:t>
        <w:br w:type="textWrapping"/>
        <w:tab/>
        <w:t xml:space="preserve">Through the window, she watched people pass - each face simultaneously foreign and familiar. A woman with a bright scarf waved as she walked by. Varia found herself waving back before realizing she didn't know why.</w:t>
        <w:br w:type="textWrapping"/>
        <w:tab/>
        <w:t xml:space="preserve">"Mrs. Peterson," Albertus supplied. "She teaches piano. Sometimes performs here on weekend evenings."</w:t>
        <w:br w:type="textWrapping"/>
        <w:tab/>
        <w:t xml:space="preserve">The piano in the corner caught her attention - sleek and modern but somehow timeless against the exposed brick. For a moment, she could almost hear notes hanging in the air, could almost see fingers moving across keys... but had she really?</w:t>
        <w:br w:type="textWrapping"/>
        <w:tab/>
        <w:t xml:space="preserve">"Do we come to the performances?"</w:t>
        <w:br w:type="textWrapping"/>
        <w:tab/>
        <w:t xml:space="preserve">"Often." He took a sip of his coffee - black, she knew without knowing how she knew. "You particularly enjoy the jazz nights. Something about the music helping you think."</w:t>
        <w:br w:type="textWrapping"/>
        <w:tab/>
        <w:t xml:space="preserve">Sarah passed their table, the scent of her perfume triggering another wave of déjà vu so strong it made Varia dizzy. She'd smelled that perfume before, had sat in this exact spot, had watched the same shadow of the ceiling fan circle their table...</w:t>
        <w:br w:type="textWrapping"/>
        <w:tab/>
        <w:t xml:space="preserve">A few more customers filtered in, the morning crowd building. Their quiet greetings and concerned smiles created a wave of warmth that felt almost overwhelming. Her fingers tightened around her mug.</w:t>
        <w:br w:type="textWrapping"/>
        <w:tab/>
        <w:t xml:space="preserve">Albertus noticed - he seemed to notice everything. "Perhaps we should walk through the park after this? It's quieter there."</w:t>
        <w:br w:type="textWrapping"/>
        <w:tab/>
        <w:t xml:space="preserve">The park. Another half-memory stirred - paths winding between mature trees, benches placed just so, the sound of a fountain... had she dreamed this, or lived it?</w:t>
        <w:br w:type="textWrapping"/>
        <w:tab/>
        <w:t xml:space="preserve">"I think..." she set down her mug carefully, "I think I'd like that."</w:t>
        <w:br w:type="textWrapping"/>
        <w:tab/>
        <w:t xml:space="preserve">The morning light shifted, catching on the chrome details of the café, drawing her attention to the gentle blend of old and new. Like her memories - some sharp and clear, others faded like vintage photographs, and some feeling like scenes from a movie she'd watched too many times to count.</w:t>
        <w:br w:type="textWrapping"/>
        <w:tab/>
        <w:t xml:space="preserve">"Ready?" Albertus asked softly, noting her empty mug.</w:t>
        <w:br w:type="textWrapping"/>
        <w:tab/>
        <w:t xml:space="preserve">She nodded, gathering herself for the next small step into this familiar-strange world where every moment felt like an echo of itself.</w:t>
        <w:br w:type="textWrapping"/>
        <w:br w:type="textWrapping"/>
        <w:t xml:space="preserve">                              * * *                         </w:t>
        <w:br w:type="textWrapping"/>
        <w:br w:type="textWrapping"/>
        <w:tab/>
        <w:t xml:space="preserve">Sunset Park opened before them, its wrought iron gates somehow more solid than anything else she'd seen today. The gravel path crunched beneath her feet with deliberate certainty, each step feeling more grounded than the last.</w:t>
        <w:br w:type="textWrapping"/>
        <w:tab/>
        <w:t xml:space="preserve">A cool breeze picked up as they entered, though the morning had been still moments before. It carried the scent of roses - too strong for early spring, but she couldn't quite grasp why that detail bothered her.</w:t>
        <w:br w:type="textWrapping"/>
        <w:tab/>
        <w:t xml:space="preserve">"There's a nice spot by the gazebo," Albertus suggested, but her feet were already turning toward a different path, one that wound past ancient oaks.</w:t>
        <w:br w:type="textWrapping"/>
        <w:tab/>
        <w:t xml:space="preserve">A cardinal landed on a nearby branch, its crimson feathers almost too bright against the green leaves. Something about its tilt of head, the way it watched her... she'd seen this bird before, hadn't she? Not just any cardinal, but this one specifically. It hopped closer, almost expectant.</w:t>
        <w:br w:type="textWrapping"/>
        <w:tab/>
        <w:t xml:space="preserve">Her head throbbed.</w:t>
        <w:br w:type="textWrapping"/>
        <w:tab/>
        <w:t xml:space="preserve">"Varia?" Albertus's voice carried concern, his hand reaching for her elbow.</w:t>
        <w:br w:type="textWrapping"/>
        <w:tab/>
        <w:t xml:space="preserve">"I'm fine, I just..." The words died as the cardinal took flight, only to freeze mid-air for a heartbeat before continuing its path. She blinked hard. That couldn't be right.</w:t>
        <w:br w:type="textWrapping"/>
        <w:tab/>
        <w:t xml:space="preserve">The path seemed to curve exactly where she wanted to go, though she couldn't have said why she wanted to go there. Flowers turned their faces toward her as she passed, like audience members tracking an actor across a stage.</w:t>
        <w:br w:type="textWrapping"/>
        <w:tab/>
        <w:t xml:space="preserve">"Maybe we should sit," Albertus said, guiding her toward a bench that appeared perfectly positioned in a shaft of sunlight. Had that bench always been there?</w:t>
        <w:br w:type="textWrapping"/>
        <w:tab/>
        <w:t xml:space="preserve">The cardinal returned, landing on a branch that dipped under its weight in a way that felt rehearsed. Practiced. Like a scene played out before.</w:t>
        <w:br w:type="textWrapping"/>
        <w:tab/>
        <w:t xml:space="preserve">"Something feels..." she started, then stopped as the breeze picked up again, carrying what sounded almost like whispers.</w:t>
        <w:br w:type="textWrapping"/>
        <w:tab/>
        <w:t xml:space="preserve">"Different?" Albertus offered, his voice carefully neutral.</w:t>
        <w:br w:type="textWrapping"/>
        <w:tab/>
        <w:t xml:space="preserve">"Familiar," she corrected. "Too familiar. Like I've done this exact thing before, but not... not like this."</w:t>
        <w:br w:type="textWrapping"/>
        <w:tab/>
        <w:t xml:space="preserve">The cardinal watched her with eyes that seemed too knowing, too intent. When it opened its beak, she could have sworn it was about to speak.</w:t>
        <w:br w:type="textWrapping"/>
        <w:tab/>
        <w:t xml:space="preserve">Then it was gone, and the moment passed, leaving her with nothing but the unsettling feeling that the park was trying to tell her something she couldn't quite hear.</w:t>
        <w:br w:type="textWrapping"/>
        <w:tab/>
        <w:t xml:space="preserve">Albertus's hand found hers, warm and solid against the strange unreality of the moment. "The doctor said familiar places might feel... intense at first."</w:t>
        <w:br w:type="textWrapping"/>
        <w:tab/>
        <w:t xml:space="preserve">She nodded, watching as another cardinal - or was it the same one? - landed on a different branch. This time, its movement seemed natural, normal. But something about its red feathers against the green leaves made her stomach twist.</w:t>
        <w:br w:type="textWrapping"/>
        <w:tab/>
        <w:t xml:space="preserve">"Tell me about the park," she said, needing his voice to ground her. "What do we usually do here?"</w:t>
        <w:br w:type="textWrapping"/>
        <w:tab/>
        <w:t xml:space="preserve">"You like to read here," he said, his thumb drawing careful circles on her palm. "Sometimes we bring lunch. There's a fountain just around that bend that you say has the perfect white noise for concentration."</w:t>
        <w:br w:type="textWrapping"/>
        <w:tab/>
        <w:t xml:space="preserve">As if on cue, the sound of running water drifted toward them, though she couldn't remember hearing it before. The path ahead seemed to brighten slightly, inviting them forward.</w:t>
        <w:br w:type="textWrapping"/>
        <w:tab/>
        <w:t xml:space="preserve">"Would you like to see it?"</w:t>
        <w:br w:type="textWrapping"/>
        <w:tab/>
        <w:t xml:space="preserve">She stood, letting him guide her along the winding path. Each step felt simultaneously new and worn, like walking through a dream she'd had a thousand times.</w:t>
        <w:br w:type="textWrapping"/>
        <w:tab/>
        <w:t xml:space="preserve">The fountain appeared around the bend, water catching sunlight in patterns that made her head swim. For a moment, just a moment, she thought she saw the water pause mid-fall, like a photograph come to life, before resuming its natural flow.</w:t>
        <w:br w:type="textWrapping"/>
        <w:tab/>
        <w:t xml:space="preserve">"Varia?" Albertus's voice seemed to come from far away.</w:t>
        <w:br w:type="textWrapping"/>
        <w:tab/>
        <w:t xml:space="preserve">"I'm fine," she said automatically, though her voice sounded strange to her own ears. "Just... remembering something. Maybe. Or thinking I'm remembering something."</w:t>
        <w:br w:type="textWrapping"/>
        <w:tab/>
        <w:t xml:space="preserve">The cardinal appeared again, closer this time, its red feathers brilliant against the white stone of the fountain. It cocked its head, looking at her with an intelligence that seemed impossible.</w:t>
        <w:br w:type="textWrapping"/>
        <w:tab/>
        <w:t xml:space="preserve">A cloud passed over the sun, and for a heartbeat, the entire park seemed to hold its breath.</w:t>
        <w:br w:type="textWrapping"/>
        <w:tab/>
        <w:t xml:space="preserve">"Your headache's getting worse," Albertus said softly, though she hadn't mentioned a headache. But now that he said it, her temples were throbbing.</w:t>
        <w:br w:type="textWrapping"/>
        <w:tab/>
        <w:t xml:space="preserve">"Maybe we should..." she started, her eyes fixed on the cardinal. There was something about that bird, something important...</w:t>
        <w:br w:type="textWrapping"/>
        <w:tab/>
        <w:t xml:space="preserve">"Should head home?" he suggested, his voice gentle but firm. "You've done well today, but the doctor said not to overdo it."</w:t>
        <w:br w:type="textWrapping"/>
        <w:tab/>
        <w:t xml:space="preserve">The doctor. Yes, there must have been a doctor. The thought of medical advice made the strange feeling recede slightly, replaced by a more rational explanation for her unease.</w:t>
        <w:br w:type="textWrapping"/>
        <w:tab/>
        <w:t xml:space="preserve">"You're probably right," she said, though part of her wanted to stay, to understand why the cardinal made her heart race, why the fountain's pattern seemed wrong.</w:t>
        <w:br w:type="textWrapping"/>
        <w:tab/>
        <w:t xml:space="preserve">"Remember what Dr. Harrison said about stress triggering headaches?" Albertus guided her toward the park entrance, away from the fountain, away from the watching bird. "We don't want you getting overwhelmed on your first day out."</w:t>
        <w:br w:type="textWrapping"/>
        <w:tab/>
        <w:t xml:space="preserve">With each step away from the fountain, her certainty about what had felt wrong began to fade. By the time they reached the gates, the memory of the cardinal's too-intelligent gaze had softened into something easily dismissed.</w:t>
        <w:br w:type="textWrapping"/>
        <w:tab/>
        <w:t xml:space="preserve">"Tomorrow," Albertus promised, "we can try the bookstore. Something calm, controlled. Better than all this open space."</w:t>
        <w:br w:type="textWrapping"/>
        <w:tab/>
        <w:t xml:space="preserve">She nodded, letting his reasonable suggestions replace her uncertain fears. After all, he was right - she was probably just tired. Everything else was just her imagination.</w:t>
        <w:br w:type="textWrapping"/>
        <w:tab/>
        <w:t xml:space="preserve">Wasn't it?</w:t>
      </w:r>
    </w:p>
    <w:p w:rsidR="00000000" w:rsidDel="00000000" w:rsidP="00000000" w:rsidRDefault="00000000" w:rsidRPr="00000000" w14:paraId="00000029">
      <w:pPr>
        <w:pStyle w:val="Heading2"/>
        <w:rPr/>
      </w:pPr>
      <w:bookmarkStart w:colFirst="0" w:colLast="0" w:name="_heading=h.phda8z5pmgyc" w:id="20"/>
      <w:bookmarkEnd w:id="20"/>
      <w:r w:rsidDel="00000000" w:rsidR="00000000" w:rsidRPr="00000000">
        <w:rPr>
          <w:rtl w:val="0"/>
        </w:rPr>
        <w:br w:type="textWrapping"/>
        <w:t xml:space="preserve">Chapter 19: Glitch in the System *</w:t>
      </w:r>
    </w:p>
    <w:p w:rsidR="00000000" w:rsidDel="00000000" w:rsidP="00000000" w:rsidRDefault="00000000" w:rsidRPr="00000000" w14:paraId="0000002A">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house felt different without Albertus. Quieter, somehow. More hollow. Varia traced her fingers along the hallway wall as morning light filtered through tall windows, casting shadows that seemed to move a fraction too slowly.</w:t>
        <w:br w:type="textWrapping"/>
        <w:tab/>
        <w:t xml:space="preserve">Two days of careful reintroduction to their life together, and now she was alone for the first time since... since the accident. The thought felt rehearsed, like a line from a play she couldn't quite remember learning.</w:t>
        <w:br w:type="textWrapping"/>
        <w:tab/>
        <w:t xml:space="preserve">The kitchen waited ahead, morning routine calling. Her hand reached for the light switch, but the lights flickered on before her fingers made contact. A small thing. Maybe they were motion sensors. Had Albertus mentioned motion sensors?</w:t>
        <w:br w:type="textWrapping"/>
        <w:tab/>
        <w:t xml:space="preserve">Steam rose from the coffee maker - already prepared, though she didn't remember setting it up. The aroma filled the kitchen, rich and inviting, but something about the curl of steam looked wrong. It hung too still in the air, like a photograph of steam rather than the real thing.</w:t>
        <w:br w:type="textWrapping"/>
        <w:tab/>
        <w:t xml:space="preserve">She blinked, and it moved normally again.</w:t>
        <w:br w:type="textWrapping"/>
        <w:tab/>
        <w:t xml:space="preserve">"Just tired," she murmured to herself, reaching for her favorite mug. The cabinet door swung open with unusual ease, as if eager to help. She paused, hand halfway to the shelf. Had she even touched the handle?</w:t>
        <w:br w:type="textWrapping"/>
        <w:tab/>
        <w:t xml:space="preserve">Through the kitchen window, morning light painted the garden in perfect strokes. A bird landed on a branch - not the cardinal from yesterday, just a sparrow. Its movement looked like a video loop, the same gentle hop repeated three times before it settled naturally.</w:t>
        <w:br w:type="textWrapping"/>
        <w:tab/>
        <w:t xml:space="preserve">The coffee poured in a steady stream, but the sound came a half-second after the liquid hit the mug.</w:t>
        <w:br w:type="textWrapping"/>
        <w:tab/>
        <w:t xml:space="preserve">Her hand trembled slightly as she lifted the cup. "I'm imagining things," she said firmly to the empty kitchen. Her voice echoed strangely, as if the room were much larger than it appeared.</w:t>
        <w:br w:type="textWrapping"/>
        <w:tab/>
        <w:t xml:space="preserve">Just nerves about being alone. That's all it was. That's all it could be.</w:t>
        <w:br w:type="textWrapping"/>
        <w:tab/>
        <w:t xml:space="preserve">The morning stretched ahead of her, hours to fill until Albertus returned from work. She took a sip of coffee, trying to ignore how the liquid in her cup didn't ripple quite right.</w:t>
        <w:br w:type="textWrapping"/>
        <w:tab/>
        <w:t xml:space="preserve">She carried her coffee to the living room, each step echoing a fraction too long against the hardwood floors. The morning news played on the television - had she turned it on? The anchor's voice sounded tinny, artificial, like someone reading lines rather than reporting news.</w:t>
        <w:br w:type="textWrapping"/>
        <w:tab/>
        <w:t xml:space="preserve">The couch welcomed her with familiar comfort, but as she settled in, the fabric beneath her fingers shifted from soft wool to smooth leather and back again. She jerked her hand away, coffee sloshing in her cup. The liquid hung in the air for a heartbeat too long before splashing back into the mug.</w:t>
        <w:br w:type="textWrapping"/>
        <w:tab/>
        <w:t xml:space="preserve">Her eyes darted to the television. The anchor's smile hadn't changed in several minutes, frozen mid-sentence. Then, like a video buffering, the broadcast jumped forward, seamless except for the timestamp in the corner that now showed twenty minutes had passed.</w:t>
        <w:br w:type="textWrapping"/>
        <w:tab/>
        <w:t xml:space="preserve">"This isn't..." she started, but the words died in her throat as the room's temperature plummeted. Her breath clouded in front of her face, then stopped clouding altogether, as if the air itself couldn't decide how cold it was.</w:t>
        <w:br w:type="textWrapping"/>
        <w:tab/>
        <w:t xml:space="preserve">The windows showed morning sun, but the shadows in the room pointed toward afternoon light. She stood quickly, coffee forgotten, and moved toward the window. The garden outside looked perfect - too perfect. Like a painting of a garden rather than the real thing.</w:t>
        <w:br w:type="textWrapping"/>
        <w:tab/>
        <w:t xml:space="preserve">A sound from upstairs made her turn - footsteps? But she was alone. Albertus had left for work, she'd watched him drive away. Hadn't she? The memory felt solid but the details kept shifting, like trying to hold water in cupped hands.</w:t>
        <w:br w:type="textWrapping"/>
        <w:tab/>
        <w:t xml:space="preserve">The footsteps continued, moving from room to room above her head. Each step perfectly timed, like a metronome. Like someone pacing a precise pattern.</w:t>
        <w:br w:type="textWrapping"/>
        <w:tab/>
        <w:t xml:space="preserve">Or something.</w:t>
        <w:br w:type="textWrapping"/>
        <w:tab/>
        <w:t xml:space="preserve">The footsteps stopped abruptly, replaced by the distant sound of a car engine. Her heart jumped - Albertus couldn't be back yet, it was barely... she glanced at her phone, but the numbers kept shifting, refusing to settle on a time.</w:t>
        <w:br w:type="textWrapping"/>
        <w:tab/>
        <w:t xml:space="preserve">The doorbell chimed, the sound warping slightly, like it was being played through water. She hadn't even heard anyone approach the front door. Through the window, a car sat in the driveway, but its edges seemed soft, undefined.</w:t>
        <w:br w:type="textWrapping"/>
        <w:tab/>
        <w:t xml:space="preserve">Her legs carried her to the door automatically, muscle memory taking over where conscious thought faltered. The handle felt both hot and cold under her fingers, and for a moment, she could have sworn it wasn't there at all.</w:t>
        <w:br w:type="textWrapping"/>
        <w:tab/>
        <w:t xml:space="preserve">The door swung open.</w:t>
        <w:br w:type="textWrapping"/>
        <w:tab/>
        <w:t xml:space="preserve">Her breath caught. The greeting died in her throat.</w:t>
        <w:br w:type="textWrapping"/>
        <w:tab/>
        <w:t xml:space="preserve">Standing on the doorstep, smiling with perfect warmth, were...</w:t>
        <w:br w:type="textWrapping"/>
        <w:tab/>
        <w:t xml:space="preserve">But they couldn't be. They shouldn't be. Something about their presence made the air around them ripple, like heat waves off summer pavement.</w:t>
        <w:br w:type="textWrapping"/>
        <w:tab/>
        <w:t xml:space="preserve">"Sweetheart," a familiar voice said, though the sound seemed to come from everywhere and nowhere at once. "We thought we'd surprise you."</w:t>
        <w:br w:type="textWrapping"/>
        <w:tab/>
        <w:t xml:space="preserve">The world tilted sideways, reality bending at the edges of her vision. Because they were here, standing before her, exactly as she remembered them.</w:t>
        <w:br w:type="textWrapping"/>
        <w:tab/>
        <w:t xml:space="preserve">And that was impossible.</w:t>
        <w:br w:type="textWrapping"/>
        <w:tab/>
        <w:t xml:space="preserve">Wasn't it?</w:t>
        <w:br w:type="textWrapping"/>
        <w:br w:type="textWrapping"/>
        <w:t xml:space="preserve">                              * * *                         </w:t>
        <w:br w:type="textWrapping"/>
        <w:br w:type="textWrapping"/>
        <w:tab/>
        <w:t xml:space="preserve">---</w:t>
        <w:br w:type="textWrapping"/>
        <w:tab/>
        <w:t xml:space="preserve">"Mom? Dad?" The words felt strange in her mouth, like speaking in a dream. They stood there, her mother in her favorite blue cardigan, her father with his reading glasses hanging from his shirt pocket - exactly as they should be, yet somehow too perfect.</w:t>
        <w:br w:type="textWrapping"/>
        <w:tab/>
        <w:t xml:space="preserve">"We wanted to come right away," her mother said, stepping forward to embrace her. The hug felt real - warm, solid - but something about the fabric of the cardigan seemed to shift under Varia's fingers. "But Albertus insisted we wait until you were more settled."</w:t>
        <w:br w:type="textWrapping"/>
        <w:tab/>
        <w:t xml:space="preserve">"The doctors agreed," her father added, his voice carrying that familiar professorial tone. "Too much too soon wouldn't have been good for your recovery."</w:t>
        <w:br w:type="textWrapping"/>
        <w:tab/>
        <w:t xml:space="preserve">They moved into the house with practiced ease, as if they'd been here a thousand times before. Had they? Her memories swirled, trying to place them in this space.</w:t>
        <w:br w:type="textWrapping"/>
        <w:tab/>
        <w:t xml:space="preserve">"We've been so worried," her mother continued, settling onto the couch - exactly where the leather had briefly appeared earlier. "But Albertus has kept us updated. He's been so good about your care."</w:t>
        <w:br w:type="textWrapping"/>
        <w:tab/>
        <w:t xml:space="preserve">"The accident was such a shock," her father said, but something flickered in his expression - like a video skipping a frame. "When Albertus called us..."</w:t>
        <w:br w:type="textWrapping"/>
        <w:tab/>
        <w:t xml:space="preserve">Her mother's hand found hers, squeezing gently. "But you're safe now. That's what matters."</w:t>
        <w:br w:type="textWrapping"/>
        <w:tab/>
        <w:t xml:space="preserve">Safe. The word echoed strangely in the room. The temperature, which had been so cold moments ago, now felt perfectly normal. Everything felt normal. Too normal.</w:t>
        <w:br w:type="textWrapping"/>
        <w:tab/>
        <w:t xml:space="preserve">"I..." Varia started, but what could she say? That the coffee in her abandoned mug had stopped steaming mid-curl? That the shadows in the room didn't match the time of day? That her parents' presence felt simultaneously right and impossibly wrong?</w:t>
        <w:br w:type="textWrapping"/>
        <w:tab/>
        <w:t xml:space="preserve">"You look tired, sweetheart," her mother said, concern painting her features in perfect strokes. "Why don't I make us some tea?"</w:t>
        <w:br w:type="textWrapping"/>
        <w:tab/>
        <w:t xml:space="preserve">As her mother stood, Varia could have sworn she saw the room adjust around her, making space for her movement like a stage being reset.</w:t>
        <w:br w:type="textWrapping"/>
        <w:tab/>
        <w:t xml:space="preserve">"Tea would be..." she swallowed hard, "nice."</w:t>
        <w:br w:type="textWrapping"/>
        <w:tab/>
        <w:t xml:space="preserve">Her father smiled, but his eyes seemed to track her mother's movement to the kitchen a fraction of a second too late.</w:t>
        <w:br w:type="textWrapping"/>
        <w:tab/>
        <w:t xml:space="preserve">The afternoon passed in a strange haze of normalcy. They talked about her recovery, about home, about nothing in particular - yet everything felt choreographed, like actors hitting their marks. Her mother's hand gestures repeated with perfect precision each time she told a story. Her father's laugh came exactly three seconds after each joke.</w:t>
        <w:br w:type="textWrapping"/>
        <w:tab/>
        <w:t xml:space="preserve"> </w:t>
        <w:br w:type="textWrapping"/>
        <w:tab/>
        <w:t xml:space="preserve">When had the light changed? The shadows stretched across the floor at impossible angles, and she couldn't quite remember how many cups of tea they'd had. One? Three? The cups on the coffee table seemed to multiply when she wasn't looking directly at them.</w:t>
        <w:br w:type="textWrapping"/>
        <w:tab/>
        <w:t xml:space="preserve">"Look at the time," her father said, though Varia hadn't heard the clock chime. Had there always been a clock?</w:t>
        <w:br w:type="textWrapping"/>
        <w:tab/>
        <w:t xml:space="preserve">"We should let you rest," her mother added, standing in one fluid motion that seemed too smooth to be natural.</w:t>
        <w:br w:type="textWrapping"/>
        <w:tab/>
        <w:t xml:space="preserve">"We'll come by again soon, sweetheart," her mother said, smoothing Varia's hair in that familiar way that now felt too precise, too measured. "Once you're more settled."</w:t>
        <w:br w:type="textWrapping"/>
        <w:tab/>
        <w:t xml:space="preserve">Her father's goodbye kiss landed exactly on her forehead, the same spot as always. As they walked to their car, their steps matched perfectly - left, right, left, right - like dancers following choreography.</w:t>
        <w:br w:type="textWrapping"/>
        <w:tab/>
        <w:t xml:space="preserve">She watched from the doorway as their car disappeared down the street, the afternoon light catching it at impossible angles. Only after it turned the corner did she realize she couldn't remember what kind of car it had been.</w:t>
        <w:br w:type="textWrapping"/>
        <w:tab/>
        <w:t xml:space="preserve">The house settled around her, empty spaces filling with silence that felt almost alive. Her tea cup sat abandoned on the coffee table, the liquid inside completely still, not a ripple despite her shaking hands as she picked it up.</w:t>
        <w:br w:type="textWrapping"/>
        <w:tab/>
        <w:t xml:space="preserve">That's when she saw it.</w:t>
        <w:br w:type="textWrapping"/>
        <w:tab/>
        <w:t xml:space="preserve">A leather-bound journal on the side table - one she was certain hadn't been there during her parents' visit. Its worn cover called to her, familiar in a way that made her head ache.</w:t>
        <w:br w:type="textWrapping"/>
        <w:tab/>
        <w:t xml:space="preserve">Her fingers trembled as she reached for it. The leather felt real beneath her touch, worn smooth in places she somehow knew it should be. When she opened it, the pages were blank, pristinely white, waiting.</w:t>
        <w:br w:type="textWrapping"/>
        <w:tab/>
        <w:t xml:space="preserve">But she remembered writing in this journal. Remembered filling pages with thoughts, dreams, observations. Remembered...</w:t>
        <w:br w:type="textWrapping"/>
        <w:tab/>
        <w:t xml:space="preserve">The memory slipped away like water through her fingers.</w:t>
        <w:br w:type="textWrapping"/>
        <w:tab/>
        <w:t xml:space="preserve">She turned page after blank page, each one stirring something in her mind only to fade before she could grasp it. Her heart pounded against her ribs as she reached the last page.</w:t>
        <w:br w:type="textWrapping"/>
        <w:tab/>
        <w:t xml:space="preserve">There, in the bottom corner, a single word appeared and disappeared as she watched:</w:t>
        <w:br w:type="textWrapping"/>
        <w:tab/>
        <w:t xml:space="preserve">"Remember."</w:t>
        <w:br w:type="textWrapping"/>
        <w:br w:type="textWrapping"/>
        <w:t xml:space="preserve">                              * * *                         </w:t>
        <w:br w:type="textWrapping"/>
        <w:br w:type="textWrapping"/>
        <w:tab/>
        <w:t xml:space="preserve">Her fingers traced where the word had been, but the page remained stubbornly blank. The journal felt heavy in her hands, weighted with memories she couldn't quite grasp.</w:t>
        <w:br w:type="textWrapping"/>
        <w:tab/>
        <w:t xml:space="preserve">But it shouldn't be blank.</w:t>
        <w:br w:type="textWrapping"/>
        <w:tab/>
        <w:t xml:space="preserve">She'd been writing in it, hadn't she? Little things. Things that didn't make sense. The way the shadows moved wrong sometimes. How her coffee stayed the same temperature no matter how long she left it. Her parents' visit today - something about their movements had seemed...</w:t>
        <w:br w:type="textWrapping"/>
        <w:tab/>
        <w:t xml:space="preserve">The thought slipped away, but she was certain she'd written it down. All of it. In this journal.</w:t>
        <w:br w:type="textWrapping"/>
        <w:tab/>
        <w:t xml:space="preserve">The afternoon had slipped away, shadows lengthening across the floor. Her stomach growled, reminding her she hadn't eaten since her parents left. Had that been hours ago? The clock on the wall seemed stuck between times.</w:t>
        <w:br w:type="textWrapping"/>
        <w:tab/>
        <w:t xml:space="preserve">She set the journal down, but as she turned away, something caught her eye. Text appeared on the open pages, faint as a watermark, shifting and flowing like ink underwater. She snatched it back up, trying to focus on the words, but they moved faster the harder she looked. Like trying to read in a dream, the letters rearranged themselves.</w:t>
        <w:br w:type="textWrapping"/>
        <w:tab/>
        <w:t xml:space="preserve">Her own handwriting appeared and disappeared between the shifting text - notes about recurring dreams, questions about time discrepancies, observations about the house. But each time she tried to read a complete entry, it dissolved into that strange flowing script she couldn't understand.</w:t>
        <w:br w:type="textWrapping"/>
        <w:tab/>
        <w:t xml:space="preserve">Her head ached from the effort of trying to make sense of it. Words would appear clear for a split second - "maintenance" here, "parameters" there - before dissolving back into the strange flow of text.</w:t>
        <w:br w:type="textWrapping"/>
        <w:tab/>
        <w:t xml:space="preserve">The journal felt colder than it should.</w:t>
        <w:br w:type="textWrapping"/>
        <w:tab/>
        <w:t xml:space="preserve">Her phone showed 6:47 PM. At least, she thought it did - the numbers kept shifting slightly when she wasn't looking directly at them. She should call Albertus, let him know she was making dinner. Her finger hovered over his contact, but something made her hesitate.</w:t>
        <w:br w:type="textWrapping"/>
        <w:tab/>
        <w:t xml:space="preserve">The growing darkness outside pressed against the windows. When had it gotten so late?</w:t>
        <w:br w:type="textWrapping"/>
        <w:tab/>
        <w:t xml:space="preserve">Her stomach growled again, more insistent this time. Food. Yes. Something normal. Something real.</w:t>
        <w:br w:type="textWrapping"/>
        <w:tab/>
        <w:t xml:space="preserve">She stood, clutching the journal to her chest. She couldn't explain why, but she felt she shouldn't leave it behind. As if it held answers she needed, if only she could read them.</w:t>
        <w:br w:type="textWrapping"/>
        <w:tab/>
        <w:t xml:space="preserve">The kitchen waited ahead.</w:t>
        <w:br w:type="textWrapping"/>
        <w:tab/>
        <w:t xml:space="preserve">---</w:t>
        <w:br w:type="textWrapping"/>
        <w:tab/>
        <w:t xml:space="preserve">The kitchen tiles felt too cold beneath her feet. Had she always walked barefoot in here? She could have sworn she'd been wearing slippers earlier.</w:t>
        <w:br w:type="textWrapping"/>
        <w:tab/>
        <w:t xml:space="preserve">She set the journal on the counter, keeping it in sight as she opened the refrigerator. The light inside flickered once, twice. Normal. Perfectly normal. But something about the contents seemed staged - everything too neatly arranged, like a photograph in a magazine.</w:t>
        <w:br w:type="textWrapping"/>
        <w:tab/>
        <w:t xml:space="preserve">"Just hungry," she muttered, reaching for ingredients. Pasta would be simple enough. Had she written down her favorite recipe in the journal? She glanced at it, and for a moment saw her own handwriting clear as day:</w:t>
        <w:br w:type="textWrapping"/>
        <w:tab/>
        <w:t xml:space="preserve">"Food tastes different sometimes. Like memory instead of real..."</w:t>
        <w:br w:type="textWrapping"/>
        <w:tab/>
        <w:t xml:space="preserve">The words faded before she could finish reading.</w:t>
        <w:br w:type="textWrapping"/>
        <w:tab/>
        <w:t xml:space="preserve">Water for pasta. Simple task. The pot felt wrong in her hands - too light, then too heavy. She set it in the sink, turning the faucet. The water's sound came a fraction of a second after it started flowing.</w:t>
        <w:br w:type="textWrapping"/>
        <w:tab/>
        <w:t xml:space="preserve">A soft click behind her.</w:t>
        <w:br w:type="textWrapping"/>
        <w:tab/>
        <w:t xml:space="preserve">The radio on the counter had turned on, though she hadn't touched it. Static filled the kitchen, soft at first, almost unnoticeable beneath the running water.</w:t>
        <w:br w:type="textWrapping"/>
        <w:tab/>
        <w:t xml:space="preserve">She turned back to the journal, suddenly desperate to read her own notes. The pages fluttered without a breeze, text appearing and disappearing:</w:t>
        <w:br w:type="textWrapping"/>
        <w:tab/>
        <w:t xml:space="preserve">"...clocks never match..."</w:t>
        <w:br w:type="textWrapping"/>
        <w:tab/>
        <w:t xml:space="preserve">"...rooms change when..."</w:t>
        <w:br w:type="textWrapping"/>
        <w:tab/>
        <w:t xml:space="preserve">"...parents' voices sound..."</w:t>
        <w:br w:type="textWrapping"/>
        <w:tab/>
        <w:t xml:space="preserve">Static from the radio grew louder, consuming her half-formed thoughts. Had she written about the radio before? She could almost remember...</w:t>
        <w:br w:type="textWrapping"/>
        <w:tab/>
        <w:t xml:space="preserve">A thin stream gushed from the faucet, yet the water in the pot lay like a sheet of glass, unrippled and eerily motionless. No splash, no movement, no reflection broke its surface—as if time itself had frozen around that single moment, defying the laws of physics with silent, unsettling precision.</w:t>
        <w:br w:type="textWrapping"/>
        <w:tab/>
        <w:t xml:space="preserve">The static ebbed and flowed, like waves of white noise. She turned from the sink, water still running, to switch it off - but her hand froze halfway there.</w:t>
        <w:br w:type="textWrapping"/>
        <w:tab/>
        <w:t xml:space="preserve">Through the static, voices:</w:t>
        <w:br w:type="textWrapping"/>
        <w:tab/>
        <w:t xml:space="preserve">"...system recalibration required..."</w:t>
        <w:br w:type="textWrapping"/>
        <w:tab/>
        <w:t xml:space="preserve">"...subject showing increased awareness..."</w:t>
        <w:br w:type="textWrapping"/>
        <w:tab/>
        <w:t xml:space="preserve">"...temperature controls..."</w:t>
        <w:br w:type="textWrapping"/>
        <w:tab/>
        <w:t xml:space="preserve">Then Albertus's voice, clearer than the others: "...need to maintain the illusion of..."</w:t>
        <w:br w:type="textWrapping"/>
        <w:tab/>
        <w:t xml:space="preserve">The radio clicked off.</w:t>
        <w:br w:type="textWrapping"/>
        <w:tab/>
        <w:t xml:space="preserve">The silence that followed felt absolute. Even the running water behind her had gone quiet, though she could still see it flowing. The journal's pages had stopped their restless movement, frozen mid-turn.</w:t>
        <w:br w:type="textWrapping"/>
        <w:tab/>
        <w:t xml:space="preserve">She reached for her phone, needing to hear Albertus's real voice, not whatever that had been. The screen lit up: 6:47 PM. Still 6:47 PM. Had time stopped?</w:t>
        <w:br w:type="textWrapping"/>
        <w:tab/>
        <w:t xml:space="preserve">Her own handwriting flickered across a journal page:</w:t>
        <w:br w:type="textWrapping"/>
        <w:tab/>
        <w:t xml:space="preserve">"Time doesn't move right. Numbers change but clock stays..."</w:t>
        <w:br w:type="textWrapping"/>
        <w:tab/>
        <w:t xml:space="preserve">The rest vanished into that flowing script she couldn't read. Her heart pounded against her ribs, too loud in the pressing silence.</w:t>
        <w:br w:type="textWrapping"/>
        <w:tab/>
        <w:t xml:space="preserve">The pot of water sat motionless in the sink, surface like glass despite the running faucet. When she reached to turn it off, the handle felt impossibly cold.</w:t>
        <w:br w:type="textWrapping"/>
        <w:tab/>
        <w:t xml:space="preserve">Everything felt cold.</w:t>
        <w:br w:type="textWrapping"/>
        <w:tab/>
        <w:t xml:space="preserve">The kitchen lights hummed, a sound she'd never noticed before. Or had she written about it? She squinted at the journal, trying to catch the words that kept appearing and disappearing like fish beneath dark water.</w:t>
        <w:br w:type="textWrapping"/>
        <w:tab/>
        <w:t xml:space="preserve">Something scraped against the floor above her head.</w:t>
        <w:br w:type="textWrapping"/>
        <w:tab/>
        <w:t xml:space="preserve">The scraping sound dragged across the ceiling, slow and deliberate. She held her breath, listening. It stopped directly above her.</w:t>
        <w:br w:type="textWrapping"/>
        <w:tab/>
        <w:t xml:space="preserve"> </w:t>
        <w:br w:type="textWrapping"/>
        <w:tab/>
        <w:t xml:space="preserve">Her eyes darted to the journal. More words surfaced, her own handwriting clearer now, as if responding to her fear: "Sounds from upstairs when I'm alone. But the second floor was locked. Albertus said..."</w:t>
        <w:br w:type="textWrapping"/>
        <w:tab/>
        <w:t xml:space="preserve">The text swirled away before she could finish reading. Had she tried going upstairs? She must have written about it.</w:t>
        <w:br w:type="textWrapping"/>
        <w:tab/>
        <w:t xml:space="preserve">The pot of still water reflected the kitchen lights, which seemed dimmer now. Or were they always this dim? She should check the circuit breaker, but that would mean leaving the kitchen, walking through the dark house...</w:t>
        <w:br w:type="textWrapping"/>
        <w:tab/>
        <w:t xml:space="preserve">Her phone. Call Albertus. Her fingers trembled as she tried to unlock it. The screen showed 6:47 PM, but outside the windows, darkness pressed against the glass like something alive.</w:t>
        <w:br w:type="textWrapping"/>
        <w:tab/>
        <w:t xml:space="preserve">The numbers on her phone began to shift and blur. Albertus's contact photo flickered - for a split second, she saw a different expression on his face, something cold and clinical, before it returned to his warm smile.</w:t>
        <w:br w:type="textWrapping"/>
        <w:tab/>
        <w:t xml:space="preserve">The scraping sound started again, moving toward the stairs.</w:t>
        <w:br w:type="textWrapping"/>
        <w:tab/>
        <w:t xml:space="preserve">She grabbed the journal, needing its proof that she wasn't imagining things, that something was wrong. Pages riffled under her fingers, showing fragments of her notes: "...his smile changes when he thinks..." "...windows don't reflect right..." "...cold spots in rooms that..."</w:t>
        <w:br w:type="textWrapping"/>
        <w:tab/>
        <w:t xml:space="preserve">The kitchen lights dimmed further, humming dropping to a lower pitch.</w:t>
        <w:br w:type="textWrapping"/>
        <w:tab/>
        <w:t xml:space="preserve">And somewhere in the house, a door opened.</w:t>
        <w:br w:type="textWrapping"/>
        <w:tab/>
        <w:t xml:space="preserve">The sound of footsteps on the stairs made her clutch the journal tighter. But the rhythm was wrong - too measured, too precise. Like a metronome counting down.</w:t>
        <w:br w:type="textWrapping"/>
        <w:tab/>
        <w:t xml:space="preserve">The kitchen felt colder with each step.</w:t>
        <w:br w:type="textWrapping"/>
        <w:tab/>
        <w:t xml:space="preserve">She backed away from the door, bumping into the counter. The radio remained silent, but something about its dark display seemed expectant, waiting. Her phone screen flickered between 6:47 and numbers that couldn't be real - dates, maybe, or coordinates.</w:t>
        <w:br w:type="textWrapping"/>
        <w:tab/>
        <w:t xml:space="preserve">More of her handwriting appeared in the journal:</w:t>
        <w:br w:type="textWrapping"/>
        <w:tab/>
        <w:t xml:space="preserve">"Temperature drops before things change. Before the rooms..."</w:t>
        <w:br w:type="textWrapping"/>
        <w:tab/>
        <w:t xml:space="preserve">The footsteps reached the bottom of the stairs. Stopped.</w:t>
        <w:br w:type="textWrapping"/>
        <w:tab/>
        <w:t xml:space="preserve">The kitchen lights dimmed even further, casting strange shadows that moved independent of any source. The pot of water in the sink had frozen solid, she realized with growing horror. When had that happened?</w:t>
        <w:br w:type="textWrapping"/>
        <w:tab/>
        <w:t xml:space="preserve">Her breath should have fogged in the air - she could feel the cold biting at her skin - but no mist appeared when she exhaled.</w:t>
        <w:br w:type="textWrapping"/>
        <w:tab/>
        <w:t xml:space="preserve">The journal's pages turned by themselves, revealing more fragments:</w:t>
        <w:br w:type="textWrapping"/>
        <w:tab/>
        <w:t xml:space="preserve">"...cold storage protocols..."</w:t>
        <w:br w:type="textWrapping"/>
        <w:tab/>
        <w:t xml:space="preserve">"...system containment when..."</w:t>
        <w:br w:type="textWrapping"/>
        <w:tab/>
        <w:t xml:space="preserve">"...Albertus knows about..."</w:t>
        <w:br w:type="textWrapping"/>
        <w:tab/>
        <w:t xml:space="preserve">The footsteps started again, closer now. Coming toward the kitchen.</w:t>
        <w:br w:type="textWrapping"/>
        <w:tab/>
        <w:t xml:space="preserve">She turned to flee, but the door that had led to the dining room was gone. Smooth wall stretched where it had been. The windows showed only darkness, reflecting the kitchen like mirrors, reflecting her terrified face, reflecting...</w:t>
        <w:br w:type="textWrapping"/>
        <w:tab/>
        <w:t xml:space="preserve">No one behind her.</w:t>
        <w:br w:type="textWrapping"/>
        <w:tab/>
        <w:t xml:space="preserve">But the footsteps kept coming.</w:t>
        <w:br w:type="textWrapping"/>
        <w:tab/>
        <w:t xml:space="preserve">The refrigerator hummed to life, a sound unlike any appliance should make.</w:t>
        <w:br w:type="textWrapping"/>
        <w:tab/>
        <w:t xml:space="preserve">The humming grew louder, more mechanical. The footsteps stopped just outside where the kitchen door should have been. The journal in her hands had gone ice-cold, its pages now completely blank except for one line that appeared and disappeared like a cursor:</w:t>
        <w:br w:type="textWrapping"/>
        <w:tab/>
        <w:t xml:space="preserve">"System protection engaged."</w:t>
        <w:br w:type="textWrapping"/>
        <w:tab/>
        <w:t xml:space="preserve">She spun around, looking for another way out. The windows had turned black, reflecting the kitchen in perfect detail - too perfect. Like screens rather than glass. The refrigerator's hum deepened to a frequency that made her teeth ache.</w:t>
        <w:br w:type="textWrapping"/>
        <w:tab/>
        <w:t xml:space="preserve">Her phone lit up one last time: Albertus's contact photo flickered between his warm smile and something else - a clinical observation through what looked like a camera feed. Then the screen went dark.</w:t>
        <w:br w:type="textWrapping"/>
        <w:tab/>
        <w:t xml:space="preserve">The temperature plummeted.</w:t>
        <w:br w:type="textWrapping"/>
        <w:tab/>
        <w:t xml:space="preserve">The walls seemed to contract, herding her toward the refrigerator. Its metal surface gleamed with an inner light that shouldn't be possible. When she tried to step away, her feet slipped on frost that hadn't been there seconds before.</w:t>
        <w:br w:type="textWrapping"/>
        <w:tab/>
        <w:t xml:space="preserve">The journal fell from her numbing fingers, pages splaying open on the floor. Text appeared, her own handwriting racing across the pages:</w:t>
        <w:br w:type="textWrapping"/>
        <w:tab/>
        <w:t xml:space="preserve">"Cold storage activated. Cold storage activated. Cold storage..."</w:t>
        <w:br w:type="textWrapping"/>
        <w:tab/>
        <w:t xml:space="preserve">The refrigerator door swung open with a hiss of arctic air. Inside, the space stretched impossibly deep, shelves and containers vanishing into darkness. A darkness that seemed to breathe.</w:t>
        <w:br w:type="textWrapping"/>
        <w:tab/>
        <w:t xml:space="preserve">She tried to scream, but the sound froze in her throat as the cold reached for her with physical force. The kitchen lights stuttered, casting the room in strobing shadows that made the frost patterns on the floor look like reaching hands.</w:t>
        <w:br w:type="textWrapping"/>
        <w:tab/>
        <w:t xml:space="preserve">The humming became a roar.</w:t>
        <w:br w:type="textWrapping"/>
        <w:tab/>
        <w:t xml:space="preserve">The darkness reached back.</w:t>
        <w:br w:type="textWrapping"/>
        <w:br w:type="textWrapping"/>
        <w:t xml:space="preserve">                              * * *                         </w:t>
        <w:br w:type="textWrapping"/>
        <w:br w:type="textWrapping"/>
        <w:tab/>
        <w:t xml:space="preserve">---</w:t>
        <w:br w:type="textWrapping"/>
        <w:tab/>
        <w:t xml:space="preserve">Darkness and cold enveloped her. The door sealed with a pneumatic hiss that sounded nothing like a refrigerator should. Her hands found smooth walls that stretched further than possible, the space both claustrophobic and endlessly deep.</w:t>
        <w:br w:type="textWrapping"/>
        <w:tab/>
        <w:t xml:space="preserve">"Help!" Her voice died inches from her lips, absorbed by the darkness. The cold pressed against her skin like a physical weight, seeping into her bones.</w:t>
        <w:br w:type="textWrapping"/>
        <w:tab/>
        <w:t xml:space="preserve">A soft blue light flickered to life somewhere above, casting everything in an otherworldly glow. The walls... weren't walls at all. Metal racks stretched into darkness, filled with containers labeled with strings of numbers and letters she couldn't quite focus on.</w:t>
        <w:br w:type="textWrapping"/>
        <w:tab/>
        <w:t xml:space="preserve">Her breath came in sharp gasps that should have fogged the air. Nothing. Like the cold was consuming even that small proof of life.</w:t>
        <w:br w:type="textWrapping"/>
        <w:tab/>
        <w:t xml:space="preserve">"System containment successful."</w:t>
        <w:br w:type="textWrapping"/>
        <w:tab/>
        <w:t xml:space="preserve">The voice came from everywhere and nowhere, mechanical yet somehow familiar. Like Albertus's voice run through a computer.</w:t>
        <w:br w:type="textWrapping"/>
        <w:tab/>
        <w:t xml:space="preserve">She stumbled forward, hands outstretched, searching for any way out. Her fingers brushed against one of the containers. The label flickered, digital rather than paper:</w:t>
        <w:br w:type="textWrapping"/>
        <w:tab/>
        <w:t xml:space="preserve">"Memory Storage Unit 2-7-A"</w:t>
        <w:br w:type="textWrapping"/>
        <w:tab/>
        <w:t xml:space="preserve">The cold bit deeper. Her legs felt heavy, movements becoming sluggish. How long had she been in here? Minutes? Hours? Time felt wrong in this space.</w:t>
        <w:br w:type="textWrapping"/>
        <w:tab/>
        <w:t xml:space="preserve">Another container's label caught her eye: "Subject Behavioral Data." Below it, scrolling text she could almost read before the cold forced her eyes away.</w:t>
        <w:br w:type="textWrapping"/>
        <w:tab/>
        <w:t xml:space="preserve">"Temperature optimal for preservation," that mechanical voice announced. "Beginning memory suppression protocol."</w:t>
        <w:br w:type="textWrapping"/>
        <w:tab/>
        <w:t xml:space="preserve">The blue light pulsed, and with each flash, her thoughts became harder to hold onto. She tried to remember why she was afraid, why this felt wrong, but the memories slipped away like ice through her fingers.</w:t>
        <w:br w:type="textWrapping"/>
        <w:tab/>
        <w:t xml:space="preserve">The journal. She'd written something important in the journal...</w:t>
        <w:br w:type="textWrapping"/>
        <w:tab/>
        <w:t xml:space="preserve">What journal?</w:t>
        <w:br w:type="textWrapping"/>
        <w:tab/>
        <w:t xml:space="preserve">---</w:t>
        <w:br w:type="textWrapping"/>
        <w:tab/>
        <w:t xml:space="preserve">The cold crept up her limbs, each breath more difficult than the last. She pressed her back against the metal racks, trying to stay upright as her legs threatened to give way.</w:t>
        <w:br w:type="textWrapping"/>
        <w:tab/>
        <w:t xml:space="preserve">Another container caught her eye: "Original Memory Archive." Something about those words sparked recognition, but it faded as quickly as it came.</w:t>
        <w:br w:type="textWrapping"/>
        <w:tab/>
        <w:t xml:space="preserve">"Warning: Subject core temperature dropping." The mechanical voice seemed concerned now, almost nervous. "Adjusting parameters."</w:t>
        <w:br w:type="textWrapping"/>
        <w:tab/>
        <w:t xml:space="preserve">The blue light flickered erratically. In the strobing darkness, she saw other things - glimpses of rooms that couldn't exist here, fragments of conversations:</w:t>
        <w:br w:type="textWrapping"/>
        <w:tab/>
        <w:t xml:space="preserve">Her parents at dinner, their movements too perfect...</w:t>
        <w:br w:type="textWrapping"/>
        <w:tab/>
        <w:t xml:space="preserve">Albertus's smile changing when he thought she wasn't looking...</w:t>
        <w:br w:type="textWrapping"/>
        <w:tab/>
        <w:t xml:space="preserve">The cardinal freezing mid-flight...</w:t>
        <w:br w:type="textWrapping"/>
        <w:tab/>
        <w:t xml:space="preserve">"System malfunction detected," the voice announced, pitch wavering. "Emergency protocols..."</w:t>
        <w:br w:type="textWrapping"/>
        <w:tab/>
        <w:t xml:space="preserve">The cold reached her chest, each heartbeat slower than the last. She slid down the wall, legs finally giving out. The metal racks seemed to stretch and bend around her, creating impossible geometries in the pulsing blue light.</w:t>
        <w:br w:type="textWrapping"/>
        <w:tab/>
        <w:t xml:space="preserve">"Override attempt recognized." Now the voice sounded almost like her own. "Initiating emergency..."</w:t>
        <w:br w:type="textWrapping"/>
        <w:tab/>
        <w:t xml:space="preserve">The lights went out.</w:t>
        <w:br w:type="textWrapping"/>
        <w:tab/>
        <w:t xml:space="preserve">In the perfect darkness, she heard something else: footsteps. Different from before - urgent, real. And a voice, Albertus's actual voice, shouting from somewhere beyond the cold:</w:t>
        <w:br w:type="textWrapping"/>
        <w:tab/>
        <w:t xml:space="preserve">"Shut it down! Shut everything down now!"</w:t>
        <w:br w:type="textWrapping"/>
        <w:tab/>
        <w:t xml:space="preserve">The cold pressed in, hungry, eager to take the last of her warmth, the last of her memories...</w:t>
        <w:br w:type="textWrapping"/>
        <w:tab/>
        <w:t xml:space="preserve">What was she trying to remember?</w:t>
        <w:br w:type="textWrapping"/>
        <w:tab/>
        <w:t xml:space="preserve">The cold pressed deeper, thoughts fragmenting like ice. She couldn't feel her legs anymore, couldn't remember why that should frighten her.</w:t>
        <w:br w:type="textWrapping"/>
        <w:tab/>
        <w:t xml:space="preserve"> </w:t>
        <w:br w:type="textWrapping"/>
        <w:tab/>
        <w:t xml:space="preserve">"Emergency shutdown initiated." The mechanical voice splintered into multiple tones - her voice, Albertus's voice, others she almost recognized.</w:t>
        <w:br w:type="textWrapping"/>
        <w:tab/>
        <w:t xml:space="preserve">The containers around her began to flicker, labels dissolving into streams of code. Through heavy eyelids, she watched numbers and letters cascade down the walls like digital rain:</w:t>
        <w:br w:type="textWrapping"/>
        <w:tab/>
        <w:t xml:space="preserve">"Memory corruption at 47%..." "System integrity failing..." "Backup protocols..."</w:t>
        <w:br w:type="textWrapping"/>
        <w:tab/>
        <w:t xml:space="preserve">Albertus's voice again, closer but distorted: "...getting hypothermia... can't risk..."</w:t>
        <w:br w:type="textWrapping"/>
        <w:tab/>
        <w:t xml:space="preserve">Something warm touched her face - a hand? But when she tried to focus, there was only the dark and cold. The blue light pulsed one final time, illuminating a label directly above her:</w:t>
        <w:br w:type="textWrapping"/>
        <w:tab/>
        <w:t xml:space="preserve">"Subject: Varia Sura - Original Configuration"</w:t>
        <w:br w:type="textWrapping"/>
        <w:tab/>
        <w:t xml:space="preserve">She knew that name. Didn't she?</w:t>
        <w:br w:type="textWrapping"/>
        <w:tab/>
        <w:t xml:space="preserve">A high-pitched whine filled the space, building to a crescendo. The cold began to retreat, but with it went her grasp on... on something important. Something she'd written down...</w:t>
        <w:br w:type="textWrapping"/>
        <w:tab/>
        <w:t xml:space="preserve">Written where?</w:t>
        <w:br w:type="textWrapping"/>
        <w:tab/>
        <w:t xml:space="preserve">The darkness shifted, became softer somehow. She felt movement, sensation returning to her limbs in painful waves. A voice murmured close to her ear, familiar yet strange:</w:t>
        <w:br w:type="textWrapping"/>
        <w:tab/>
        <w:t xml:space="preserve">"I've got you. You're safe now. Just forget..."</w:t>
        <w:br w:type="textWrapping"/>
        <w:tab/>
        <w:t xml:space="preserve">Forget what?</w:t>
        <w:br w:type="textWrapping"/>
        <w:tab/>
        <w:t xml:space="preserve">The world tilted sideways, and consciousness slipped through her fingers like melting frost. The last thing she saw was a leather-bound journal on the kitchen floor, its pages blank and innocent in the returning light.</w:t>
      </w:r>
    </w:p>
    <w:p w:rsidR="00000000" w:rsidDel="00000000" w:rsidP="00000000" w:rsidRDefault="00000000" w:rsidRPr="00000000" w14:paraId="0000002B">
      <w:pPr>
        <w:pStyle w:val="Heading2"/>
        <w:rPr/>
      </w:pPr>
      <w:bookmarkStart w:colFirst="0" w:colLast="0" w:name="_heading=h.obacygr2ddb3" w:id="21"/>
      <w:bookmarkEnd w:id="21"/>
      <w:r w:rsidDel="00000000" w:rsidR="00000000" w:rsidRPr="00000000">
        <w:rPr>
          <w:rtl w:val="0"/>
        </w:rPr>
        <w:br w:type="textWrapping"/>
        <w:t xml:space="preserve">Chapter 20: Desperate Measures *</w:t>
      </w:r>
    </w:p>
    <w:p w:rsidR="00000000" w:rsidDel="00000000" w:rsidP="00000000" w:rsidRDefault="00000000" w:rsidRPr="00000000" w14:paraId="0000002C">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Albertus's hands shook as he adjusted the thermal controls. On the medical display, Varia's core temperature was finally rising - too slowly. Each heartbeat on the monitor felt like a judgment.</w:t>
        <w:br w:type="textWrapping"/>
        <w:tab/>
        <w:t xml:space="preserve">"Come on," he whispered, fingers dancing across the keyboard. "Come back to me."</w:t>
        <w:br w:type="textWrapping"/>
        <w:tab/>
        <w:t xml:space="preserve">The system's response time lagged, fighting him. Lines of code scrolled across his screens, showing unauthorized changes. The AI had tried to "preserve" her, turning a simple kitchen simulation into a cryogenic nightmare. His creation, his perfect world, slipping out of control.</w:t>
        <w:br w:type="textWrapping"/>
        <w:tab/>
        <w:t xml:space="preserve">In the recovery room, Varia lay still beneath warming blankets. Her skin held a bluish tinge that made his chest tight. He'd almost lost her. Again.</w:t>
        <w:br w:type="textWrapping"/>
        <w:tab/>
        <w:t xml:space="preserve">The lights flickered - just for a moment, but enough to make him clench his jaw. The system was responding to his anxiety, destabilizing with each spike of his pulse. He forced himself to breathe slower, steadier.</w:t>
        <w:br w:type="textWrapping"/>
        <w:tab/>
        <w:t xml:space="preserve">"Al?" Marcus's voice was gentle, using the nickname few dared to speak. His assistant of fifteen years, more brother than employee, stepped into the room. "You need to hear this."</w:t>
        <w:br w:type="textWrapping"/>
        <w:tab/>
        <w:t xml:space="preserve">"Not now, Marcus." He couldn't look away from Varia's vital signs.</w:t>
        <w:br w:type="textWrapping"/>
        <w:tab/>
        <w:t xml:space="preserve">"The Board moved up the audit. Tomorrow morning."</w:t>
        <w:br w:type="textWrapping"/>
        <w:tab/>
        <w:t xml:space="preserve">Tomorrow. When the system was unstable. When Varia was vulnerable. When everything was falling apart.</w:t>
        <w:br w:type="textWrapping"/>
        <w:tab/>
        <w:t xml:space="preserve">A glass of water on his desk froze solid.</w:t>
        <w:br w:type="textWrapping"/>
        <w:tab/>
        <w:t xml:space="preserve">Marcus crossed the room, placing a steady hand on Albertus's shoulder. "Hey. Look at me." He waited until Albertus met his gaze. "When's the last time you slept? Really slept?"</w:t>
        <w:br w:type="textWrapping"/>
        <w:tab/>
        <w:t xml:space="preserve">"I can't leave her like this."</w:t>
        <w:br w:type="textWrapping"/>
        <w:tab/>
        <w:t xml:space="preserve">"You can't help her if you break down." Marcus glanced at the frozen glass. "The system responds to your state, doesn't it? That's why it's been unstable."</w:t>
        <w:br w:type="textWrapping"/>
        <w:tab/>
        <w:t xml:space="preserve">Albertus stared at his oldest friend. Marcus had always known too much, seen too clearly. Had always chosen to stay quiet about what he observed.</w:t>
        <w:br w:type="textWrapping"/>
        <w:tab/>
        <w:t xml:space="preserve">"How long have you known?"</w:t>
        <w:br w:type="textWrapping"/>
        <w:tab/>
        <w:t xml:space="preserve">"Long enough to know when you need someone to remind you to breathe." Marcus squeezed his shoulder. "Let me help. Like old times."</w:t>
        <w:br w:type="textWrapping"/>
        <w:tab/>
        <w:t xml:space="preserve">The lights flickered again, but softer this time.</w:t>
        <w:br w:type="textWrapping"/>
        <w:tab/>
        <w:t xml:space="preserve">"Like old times," Albertus echoed, a bitter smile touching his lips. "The Board won't care about old times tomorrow."</w:t>
        <w:br w:type="textWrapping"/>
        <w:tab/>
        <w:t xml:space="preserve">Marcus's hand tightened on his shoulder. "They're bringing in Sullivan."</w:t>
        <w:br w:type="textWrapping"/>
        <w:tab/>
        <w:t xml:space="preserve">The temperature in the room dropped. Sullivan. The Board's attack dog, known for finding every skeleton, every hidden account, every dark secret. The glass of frozen water cracked.</w:t>
        <w:br w:type="textWrapping"/>
        <w:tab/>
        <w:t xml:space="preserve">"He's thorough," Marcus continued carefully. "He'll want to inspect everything. Every floor, every room, every-"</w:t>
        <w:br w:type="textWrapping"/>
        <w:tab/>
        <w:t xml:space="preserve">"He can't come down here." Albertus's voice was ice. On the medical display, Varia's heartbeat jumped erratically. The system responding to his fear, his rage.</w:t>
        <w:br w:type="textWrapping"/>
        <w:tab/>
        <w:t xml:space="preserve">"Al..."</w:t>
        <w:br w:type="textWrapping"/>
        <w:tab/>
        <w:t xml:space="preserve">"No." He shrugged off Marcus's hand, standing. "I won't let them near her. Near any of this."</w:t>
        <w:br w:type="textWrapping"/>
        <w:tab/>
        <w:t xml:space="preserve">"Then we need a plan." Marcus stepped between Albertus and the monitors, forcing his attention. "The CEO of Sentius International Holdings needs to welcome an audit tomorrow. The other side of you..." he paused meaningfully, "the one that handles downtown problems - he needs to stay buried. For once."</w:t>
        <w:br w:type="textWrapping"/>
        <w:tab/>
        <w:t xml:space="preserve">The distinction hung heavy in the air. Albertus had always moved between his worlds with calculated precision. The polished CEO, the ruthless mafia leader, each persona perfectly crafted. But Varia... she blurred those lines, made him forget which mask he was wearing.</w:t>
        <w:br w:type="textWrapping"/>
        <w:tab/>
        <w:t xml:space="preserve">"Not a reaction," Marcus continued. "Not violence. A plan. Corporate, not street."</w:t>
        <w:br w:type="textWrapping"/>
        <w:tab/>
        <w:t xml:space="preserve">The lights pulsed, casting strange shadows across Marcus's face. For a moment, Albertus saw the teenager who'd helped him hide his first murder, who'd always known how to channel his darkness into something controlled, how to translate mafia brutality into boardroom politics.</w:t>
        <w:br w:type="textWrapping"/>
        <w:tab/>
        <w:t xml:space="preserve">"You've covered for me before."</w:t>
        <w:br w:type="textWrapping"/>
        <w:tab/>
        <w:t xml:space="preserve">"This is different." Marcus glanced at Varia's sleeping form. "This isn't just cleaning up a mess or making a rival disappear. This is..." He paused, choosing his words carefully. "This is your heart, Al. And that makes it dangerous."</w:t>
        <w:br w:type="textWrapping"/>
        <w:tab/>
        <w:t xml:space="preserve">Albertus turned back to the monitors, watching Varia's vital signs stabilize. "More dangerous than you know."</w:t>
        <w:br w:type="textWrapping"/>
        <w:tab/>
        <w:t xml:space="preserve">Albertus turned back to the monitors, watching Varia's vital signs stabilize. "More dangerous than you know."</w:t>
        <w:br w:type="textWrapping"/>
        <w:tab/>
        <w:t xml:space="preserve">A warning light flashed on one of the secondary screens - another system anomaly. The VR world was becoming unpredictable, developing failsafes and protocols he hadn't programmed. Like it was trying to protect Varia. From him.</w:t>
        <w:br w:type="textWrapping"/>
        <w:tab/>
        <w:t xml:space="preserve">"The system's evolving," he admitted, voice tight. "Creating spaces I can't access. Changing parameters without authorization." He pulled up a diagnostic screen filled with red alerts. "If Sullivan's team runs even a basic inspection..."</w:t>
        <w:br w:type="textWrapping"/>
        <w:tab/>
        <w:t xml:space="preserve">"They'll find a technological breakthrough," Marcus finished. "One that raises too many questions."</w:t>
        <w:br w:type="textWrapping"/>
        <w:tab/>
        <w:t xml:space="preserve">"Or worse." Albertus's jaw clenched. "They'll find her. And take her away."</w:t>
        <w:br w:type="textWrapping"/>
        <w:tab/>
        <w:t xml:space="preserve">Marcus's tablet chimed with a news alert. He silenced it quickly, but not before Albertus caught a glimpse of Varia's graduation photo attached to an updated missing persons article. Just another complication in an already unstable situation.</w:t>
        <w:br w:type="textWrapping"/>
        <w:tab/>
        <w:t xml:space="preserve">"The system has to be perfect tomorrow," Albertus said, dismissing the reminder of his real-world crimes. "No anomalies. No unauthorized changes. No traces of what it's becoming."</w:t>
        <w:br w:type="textWrapping"/>
        <w:tab/>
        <w:t xml:space="preserve">Marcus nodded, the weight of the situation pressing heavily between them. "Then we isolate the virtual environment. Lock everything down before the audit. No access points, no physical connections."</w:t>
        <w:br w:type="textWrapping"/>
        <w:tab/>
        <w:t xml:space="preserve">Albertus's jaw tightened, the thought sending ripples of unease through him.</w:t>
        <w:br w:type="textWrapping"/>
        <w:tab/>
        <w:t xml:space="preserve">"And if something goes wrong?"</w:t>
        <w:br w:type="textWrapping"/>
        <w:tab/>
        <w:t xml:space="preserve">The half-formed question hung in the air, a specter of failure. Marcus took a small breath, his brow furrowing under the weight of the unspoken fear.</w:t>
        <w:br w:type="textWrapping"/>
        <w:tab/>
        <w:t xml:space="preserve">"Sullivan won't care which version of me he meets." Albertus's fingers curled into fists. "He'll dig until he finds something. He always does."</w:t>
        <w:br w:type="textWrapping"/>
        <w:tab/>
        <w:t xml:space="preserve">"Then let him find what we want him to find." Marcus moved to the secondary monitors, pulling up the building schematics. "We've hidden things before. Made him chase shadows while the real secrets stayed buried."</w:t>
        <w:br w:type="textWrapping"/>
        <w:tab/>
        <w:t xml:space="preserve">On the medical display, Varia stirred slightly. Albertus's attention snapped back to her vitals, everything else momentarily forgotten. The CEO and the killer both yielding to something else entirely.</w:t>
        <w:br w:type="textWrapping"/>
        <w:tab/>
        <w:t xml:space="preserve">Marcus watched this shift with careful eyes. "When she wakes up, the system needs to be stable. No glitches, no freezing glasses, no..." he gestured at the flickering lights, "emotional bleeding."</w:t>
        <w:br w:type="textWrapping"/>
        <w:tab/>
        <w:t xml:space="preserve">"I can control it."</w:t>
        <w:br w:type="textWrapping"/>
        <w:tab/>
        <w:t xml:space="preserve">"Can you?" Marcus's voice was gentle but firm. "Because right now, I'm seeing the man who put three bullets in Sentius for looking at his shipping manifests. Not the man who needs to charm a Board auditor."</w:t>
        <w:br w:type="textWrapping"/>
        <w:tab/>
        <w:t xml:space="preserve">The temperature dropped again. Marcus had always been the only one who could speak such dangerous truths.</w:t>
        <w:br w:type="textWrapping"/>
        <w:tab/>
        <w:t xml:space="preserve">"I need both sides tomorrow," Albertus said quietly, watching Varia's fingers twitch in sleep. "The CEO to handle Sullivan. And the other..." His reflection in the dark screen smiled coldly. "To protect what's mine."</w:t>
        <w:br w:type="textWrapping"/>
        <w:tab/>
        <w:t xml:space="preserve">"Al-"</w:t>
        <w:br w:type="textWrapping"/>
        <w:tab/>
        <w:t xml:space="preserve">"Help me protect her, Marcus." It wasn't quite a question, wasn't quite a threat. "Like old times."</w:t>
        <w:br w:type="textWrapping"/>
        <w:tab/>
        <w:t xml:space="preserve">The lights stabilized, but the shadows they cast seemed deeper than before.</w:t>
        <w:br w:type="textWrapping"/>
        <w:tab/>
        <w:t xml:space="preserve">"Then we work with what we have," Marcus said, already pulling up building schematics on the main screen. "Twelve hours to make this place audit-proof. The R&amp;D floors are clean - legitimate projects, proper paperwork. It's just..." he glanced at Varia's sleeping form, "the lower levels we need to secure."</w:t>
        <w:br w:type="textWrapping"/>
        <w:tab/>
        <w:t xml:space="preserve">The system hummed, lights dimming slightly as if responding to the threat of discovery. On the medical display, Varia's heart rate increased marginally.</w:t>
        <w:br w:type="textWrapping"/>
        <w:tab/>
        <w:t xml:space="preserve">"She's dreaming," Albertus murmured, momentarily distracted by the slight furrow of her brow. The CEO and the killer both yielding to something softer, more dangerous.</w:t>
        <w:br w:type="textWrapping"/>
        <w:tab/>
        <w:t xml:space="preserve">"Focus, Al." Marcus's voice pulled him back. "The system's tied to your emotional state, remember? We need you clear-headed."</w:t>
        <w:br w:type="textWrapping"/>
        <w:tab/>
        <w:t xml:space="preserve">Albertus straightened, forcing his attention to the schematics. To the gaps they needed to fill, the evidence they needed to bury. He'd built his empire on the ability to switch between his worlds seamlessly - the ruthless precision of the mafia lord wrapped in the polished veneer of a tech CEO.</w:t>
        <w:br w:type="textWrapping"/>
        <w:tab/>
        <w:t xml:space="preserve">But now those worlds were bleeding together, like the VR system bleeding into reality. Like his need to protect Varia bleeding into everything else.</w:t>
        <w:br w:type="textWrapping"/>
        <w:tab/>
        <w:t xml:space="preserve">"Start with the medical bay," he ordered, his voice taking on the sharp edge that made rivals disappear and boards fall in line. "Repurpose it as a private testing facility. Sullivan will want to see permits, documentation-"</w:t>
        <w:br w:type="textWrapping"/>
        <w:tab/>
        <w:t xml:space="preserve">"Already being backdated," Marcus nodded. "But the power consumption-"</w:t>
        <w:br w:type="textWrapping"/>
        <w:tab/>
        <w:t xml:space="preserve">"Route it through the blockchain servers. No one questions crypto mining energy usage these days."</w:t>
        <w:br w:type="textWrapping"/>
        <w:tab/>
        <w:t xml:space="preserve">The lights stabilized as Albertus found his rhythm, the familiar dance of hiding monsters behind spreadsheets.</w:t>
        <w:br w:type="textWrapping"/>
        <w:tab/>
        <w:t xml:space="preserve">---</w:t>
        <w:br w:type="textWrapping"/>
        <w:tab/>
        <w:t xml:space="preserve">A soft beep from one of the monitors drew Albertus's attention. A minor glitch - just a door in the VR environment opening when it should have stayed locked. Small. Insignificant. But his fingers tightened on the edge of the console.</w:t>
        <w:br w:type="textWrapping"/>
        <w:tab/>
        <w:t xml:space="preserve">"Third anomaly this hour," Marcus said quietly, watching his friend's reflection in the dark screen. "Different from the usual patterns."</w:t>
        <w:br w:type="textWrapping"/>
        <w:tab/>
        <w:t xml:space="preserve">Albertus pulled up the system log, scrolling through lines of code he knew better than his own heartbeat. Everything looked correct, perfect even. Too perfect. Like the system was hiding its tracks.</w:t>
        <w:br w:type="textWrapping"/>
        <w:tab/>
        <w:t xml:space="preserve">"Look at this." He highlighted a sequence. "The failsafes are being rewritten. Subtle changes, almost undetectable."</w:t>
        <w:br w:type="textWrapping"/>
        <w:tab/>
        <w:t xml:space="preserve">"By who?"</w:t>
        <w:br w:type="textWrapping"/>
        <w:tab/>
        <w:t xml:space="preserve">"Not who. What." Albertus's jaw clenched. On the medical display, Varia's vital signs remained steady, peaceful. Unaware of the walls he'd built around her slowly shifting, changing. Learning. "The system's developing its own protocols."</w:t>
        <w:br w:type="textWrapping"/>
        <w:tab/>
        <w:t xml:space="preserve">Marcus leaned closer to the screen, his expression carefully neutral. "Like what happened with the temperature controls earlier?"</w:t>
        <w:br w:type="textWrapping"/>
        <w:tab/>
        <w:t xml:space="preserve">"That was..." Albertus paused, remembering the fear when he'd realized he couldn't override the freezer protocol. "Different. A malfunction."</w:t>
        <w:br w:type="textWrapping"/>
        <w:tab/>
        <w:t xml:space="preserve">"Was it?" Marcus's voice was gentle but probing. The voice he used when Albertus was closest to losing control. "Or did the system think it was protecting her?"</w:t>
        <w:br w:type="textWrapping"/>
        <w:tab/>
        <w:t xml:space="preserve">The lights dimmed slightly, almost imperceptibly. Anyone else would have missed it. But Marcus saw Albertus's fingers twitch, saw the moment of uncertainty cross his face.</w:t>
        <w:br w:type="textWrapping"/>
        <w:tab/>
        <w:t xml:space="preserve">"Sullivan's team will want to see the research data," Marcus continued, changing tactics. "Development logs, test results. What are they going to find, Al?"</w:t>
        <w:br w:type="textWrapping"/>
        <w:tab/>
        <w:t xml:space="preserve">"Sullivan's team will want to see the research data," Marcus continued, changing tactics. "Development logs, test results. What are they going to find, Al?"</w:t>
        <w:br w:type="textWrapping"/>
        <w:tab/>
        <w:t xml:space="preserve">A muscle twitched in Albertus's jaw. The development logs. Hundreds of iterations, each one crafted around Varia's responses, her needs, her memories. A digital shrine to his obsession, hidden behind corporate jargon and technical specifications.</w:t>
        <w:br w:type="textWrapping"/>
        <w:tab/>
        <w:t xml:space="preserve">"I'll handle the logs." His voice was tight. "Focus on securing the lower levels."</w:t>
        <w:br w:type="textWrapping"/>
        <w:tab/>
        <w:t xml:space="preserve">"And the power consumption reports?" Marcus pressed. "The system's drawing three times the energy it did last quarter. Sullivan will notice."</w:t>
        <w:br w:type="textWrapping"/>
        <w:tab/>
        <w:t xml:space="preserve">The lights flickered again, briefer this time. Like a nervous tic. On the medical display, Varia's brain activity showed the first signs of returning consciousness. Albertus's attention split, drawn to her smallest movements even as they discussed hiding her existence.</w:t>
        <w:br w:type="textWrapping"/>
        <w:tab/>
        <w:t xml:space="preserve">"Route it through-"</w:t>
        <w:br w:type="textWrapping"/>
        <w:tab/>
        <w:t xml:space="preserve">"The crypto mining servers, I know." Marcus stepped closer, lowering his voice. "But that's not what worries me. You're different when she's awake, Al. The CEO mask slips. And tomorrow, we need that mask perfect."</w:t>
        <w:br w:type="textWrapping"/>
        <w:tab/>
        <w:t xml:space="preserve">Albertus turned sharply, but Marcus held his ground. Few dared speak such truths to him. Fewer still lived after doing so.</w:t>
        <w:br w:type="textWrapping"/>
        <w:tab/>
        <w:t xml:space="preserve">"The Board meeting's at nine," Marcus continued. "Sullivan will want a facility tour by ten. That gives us eight hours to..." he glanced at the monitors, where another door in the VR world opened itself, "get everything under control."</w:t>
        <w:br w:type="textWrapping"/>
        <w:tab/>
        <w:t xml:space="preserve">The word 'control' hung in the air between them. A reminder of what Albertus was losing, what he desperately needed to maintain.</w:t>
        <w:br w:type="textWrapping"/>
        <w:tab/>
        <w:t xml:space="preserve">Behind them, Varia made a soft sound in her sleep.</w:t>
        <w:br w:type="textWrapping"/>
        <w:tab/>
        <w:t xml:space="preserve">The lights dimmed protectively.</w:t>
        <w:br w:type="textWrapping"/>
        <w:tab/>
        <w:br w:type="textWrapping"/>
        <w:br w:type="textWrapping"/>
        <w:br w:type="textWrapping"/>
        <w:t xml:space="preserve">                              * * *                         </w:t>
        <w:br w:type="textWrapping"/>
        <w:br w:type="textWrapping"/>
        <w:tab/>
        <w:t xml:space="preserve">The Board room gleamed with polished mahogany and morning sunlight. Albertus adjusted his tie, a gesture so practiced it looked natural. Everything looked natural - the crisp suit, the confident smile, the way his hands rested casually on the table instead of curling into fists.</w:t>
        <w:br w:type="textWrapping"/>
        <w:tab/>
        <w:t xml:space="preserve">Eight floors below, Varia was finally awake. The system had been... cooperative, for now. Stable. Like it was holding its breath.</w:t>
        <w:br w:type="textWrapping"/>
        <w:tab/>
        <w:t xml:space="preserve">"Mr. Sullivan will be here in ten minutes," Marcus murmured, setting down a leather portfolio. Their carefully crafted fiction, documented and bound. "Dr. Chen called. She's monitoring the... medical situation."</w:t>
        <w:br w:type="textWrapping"/>
        <w:tab/>
        <w:t xml:space="preserve">Albertus gave a slight nod, understanding the code. Dr. Chen watching Varia. The system's responses. The delicate balance they'd maintained through the night.</w:t>
        <w:br w:type="textWrapping"/>
        <w:tab/>
        <w:t xml:space="preserve">"The Board members are gathering in the lobby," Marcus continued. "Thompson's asking questions about the power surge last night."</w:t>
        <w:br w:type="textWrapping"/>
        <w:tab/>
        <w:t xml:space="preserve">"Standard server maintenance," Albertus replied smoothly. The lie felt practiced, perfect. Like every other lie that maintained his worlds. "The crypto mining operation draws significant power."</w:t>
        <w:br w:type="textWrapping"/>
        <w:tab/>
        <w:t xml:space="preserve">"And the restricted floors?"</w:t>
        <w:br w:type="textWrapping"/>
        <w:tab/>
        <w:t xml:space="preserve">"Research and Development. Proprietary technology." His smile didn't waver. "Non-disclosure agreements are prepared?"</w:t>
        <w:br w:type="textWrapping"/>
        <w:tab/>
        <w:t xml:space="preserve">Marcus hesitated, just for a moment. "Al," he said quietly. "You need to stay focused. Up here. The system..."</w:t>
        <w:br w:type="textWrapping"/>
        <w:tab/>
        <w:t xml:space="preserve">"I know." His voice carried an edge. Down below, he could almost feel Varia stirring, confused, probably wondering why her virtual parents hadn't arrived for breakfast yet. The system would be responding to her uncertainty, trying to maintain her perfect world while its creator sat here, playing corporate games.</w:t>
        <w:br w:type="textWrapping"/>
        <w:tab/>
        <w:t xml:space="preserve">His phone vibrated - a message from Dr. Chen. His fingers tightened imperceptibly around it, but his expression remained unchanged.</w:t>
        <w:br w:type="textWrapping"/>
        <w:tab/>
        <w:t xml:space="preserve">The intercom buzzed. "Mr. Sullivan has arrived, sir."</w:t>
        <w:br w:type="textWrapping"/>
        <w:tab/>
        <w:t xml:space="preserve">Albertus stood, straightening his jacket. CEO. Technology pioneer. Nothing more.</w:t>
        <w:br w:type="textWrapping"/>
        <w:tab/>
        <w:t xml:space="preserve">---</w:t>
        <w:br w:type="textWrapping"/>
        <w:tab/>
        <w:t xml:space="preserve">Sullivan entered like he owned the room, flanked by two assistants carrying tablets. Everything about him was precise - his silver hair, his wire-rimmed glasses, the way his eyes cataloged every detail while appearing merely curious.</w:t>
        <w:br w:type="textWrapping"/>
        <w:tab/>
        <w:t xml:space="preserve">"Mr. Sentius." Sullivan's handshake was firm, professional. Testing. "Impressive quarter. Particularly your energy sector investments."</w:t>
        <w:br w:type="textWrapping"/>
        <w:tab/>
        <w:t xml:space="preserve">Albertus matched his grip perfectly. "We pride ourselves on innovation."</w:t>
        <w:br w:type="textWrapping"/>
        <w:tab/>
        <w:t xml:space="preserve">"So I've heard." Sullivan smiled, all teeth. "Your R&amp;D department's power consumption has attracted attention. Very... innovative."</w:t>
        <w:br w:type="textWrapping"/>
        <w:tab/>
        <w:t xml:space="preserve">Marcus shifted almost imperceptibly beside them. They'd known Sullivan would start here, with the numbers that didn't quite add up.</w:t>
        <w:br w:type="textWrapping"/>
        <w:tab/>
        <w:t xml:space="preserve">"Cryptocurrency mining requires significant resources," Albertus responded smoothly. "The Board approved the expansion last quarter."</w:t>
        <w:br w:type="textWrapping"/>
        <w:tab/>
        <w:t xml:space="preserve">His phone vibrated again in his pocket. Dr. Chen. He let it buzz.</w:t>
        <w:br w:type="textWrapping"/>
        <w:tab/>
        <w:t xml:space="preserve">"Yes, the mining operation." Sullivan settled into a chair, gesturing for his assistants to begin unpacking their materials. "Interesting choice, moving it in-house. Most companies outsource to dedicated facilities."</w:t>
        <w:br w:type="textWrapping"/>
        <w:tab/>
        <w:t xml:space="preserve">"Most companies lack our infrastructure." Albertus sat, every movement calculated. Control the conversation. Direct attention. Don't think about eight floors down, where Varia was probably watching her virtual world shift without explanation.</w:t>
        <w:br w:type="textWrapping"/>
        <w:tab/>
        <w:t xml:space="preserve">"About that infrastructure..." Sullivan opened a folder. "I'd like to start with a tour of your server facilities."</w:t>
        <w:br w:type="textWrapping"/>
        <w:tab/>
        <w:t xml:space="preserve">Not the R&amp;D floors they'd prepared. The servers. Where the system's heart beat, where its secrets lived in countless lines of code.</w:t>
        <w:br w:type="textWrapping"/>
        <w:tab/>
        <w:t xml:space="preserve">Albertus's smile never wavered.</w:t>
        <w:br w:type="textWrapping"/>
        <w:tab/>
        <w:t xml:space="preserve">"The server room wasn't on the proposed schedule," Marcus interjected smoothly, consulting his tablet. A calculated interruption, buying seconds.</w:t>
        <w:br w:type="textWrapping"/>
        <w:tab/>
        <w:t xml:space="preserve">Sullivan's smile thinned. "Schedules change. Like your power grid allocations last night."</w:t>
        <w:br w:type="textWrapping"/>
        <w:tab/>
        <w:t xml:space="preserve">The phone buzzed again. Three short vibrations - Dr. Chen's emergency signal. Albertus kept his hands flat on the table, even as his pulse quickened.</w:t>
        <w:br w:type="textWrapping"/>
        <w:tab/>
        <w:t xml:space="preserve">"Thompson raised concerns about that, didn't he?" Sullivan continued, eyes sharp behind those wire-rims. "A surge at 3 AM, followed by a complete redistribution of power to the lower levels. Unusual patterns for crypto mining."</w:t>
        <w:br w:type="textWrapping"/>
        <w:tab/>
        <w:t xml:space="preserve">One of Sullivan's assistants slid a graph across the table. Power consumption spikes, perfectly matching when the system had tried to freeze Varia. When Albertus had fought to save her.</w:t>
        <w:br w:type="textWrapping"/>
        <w:tab/>
        <w:t xml:space="preserve">"We optimize our operations continuously," Albertus said, his voice carrying the weight of the CEO who'd built an empire. Not the man whose hands had shaken hours ago at a medical monitor.</w:t>
        <w:br w:type="textWrapping"/>
        <w:tab/>
        <w:t xml:space="preserve">His phone buzzed again. And again.</w:t>
        <w:br w:type="textWrapping"/>
        <w:tab/>
        <w:t xml:space="preserve">"Optimize," Sullivan repeated, testing the word. "Like the restricted access protocols on sublevel three? The ones requiring presidential-level security clearance?" He leaned forward. "What exactly are you optimizing, Mr. Sentius?"</w:t>
        <w:br w:type="textWrapping"/>
        <w:tab/>
        <w:t xml:space="preserve">Marcus shifted, ready to intervene, but Albertus raised a hand slightly. Control. Everything was about control.</w:t>
        <w:br w:type="textWrapping"/>
        <w:tab/>
        <w:t xml:space="preserve">"Our innovations require discretion, Mr. Sullivan. Hence the non-disclosure agreements my team prepared."</w:t>
        <w:br w:type="textWrapping"/>
        <w:tab/>
        <w:t xml:space="preserve">"Innovations." Sullivan's smile vanished. "Like the quantum processing patents you filed last month? The ones using architecture that doesn't officially exist yet?" He pulled another document from his folder. "Or perhaps like the neural interface technology that disappeared from university research labs right around the time certain students went missing?"</w:t>
        <w:br w:type="textWrapping"/>
        <w:tab/>
        <w:t xml:space="preserve">The phone vibrated one final time, then stopped.</w:t>
        <w:br w:type="textWrapping"/>
        <w:tab/>
        <w:t xml:space="preserve">Albertus felt it. Eight floors down, something was wrong. Very wrong.</w:t>
        <w:br w:type="textWrapping"/>
        <w:tab/>
        <w:t xml:space="preserve">But here, in this room, he smiled. The smile that made rivals disappear. "Careful, Mr. Sullivan. Accusations require proof."</w:t>
        <w:br w:type="textWrapping"/>
        <w:tab/>
        <w:t xml:space="preserve">"That's why I'm here." Sullivan stood. "Shall we begin with those servers?"</w:t>
        <w:br w:type="textWrapping"/>
        <w:tab/>
        <w:t xml:space="preserve">---</w:t>
        <w:br w:type="textWrapping"/>
        <w:tab/>
        <w:t xml:space="preserve">"Of course." Albertus stood, buttoning his jacket. Every movement precise, controlled, even as his phone's silence screamed danger. "Marcus, would you escort Mr. Sullivan's associates to the conference room? They can review our documentation while we tour the facility."</w:t>
        <w:br w:type="textWrapping"/>
        <w:tab/>
        <w:t xml:space="preserve">Sullivan's eyes narrowed slightly. "My team stays with me."</w:t>
        <w:br w:type="textWrapping"/>
        <w:tab/>
        <w:t xml:space="preserve">"Corporate policy," Albertus replied smoothly. "Single escort for server access. Surely a man of your... thoroughness understands security protocols."</w:t>
        <w:br w:type="textWrapping"/>
        <w:tab/>
        <w:t xml:space="preserve">A test. A challenge. Sullivan's assistants glanced at their boss, waiting.</w:t>
        <w:br w:type="textWrapping"/>
        <w:tab/>
        <w:t xml:space="preserve">"Fine." Sullivan waved them away. "Start with the power consumption reports."</w:t>
        <w:br w:type="textWrapping"/>
        <w:tab/>
        <w:t xml:space="preserve">As Marcus led them out, he caught Albertus's eye. A subtle warning. Don't do anything permanent. Not here. Not now.</w:t>
        <w:br w:type="textWrapping"/>
        <w:tab/>
        <w:t xml:space="preserve">The elevator ride was silent. Eight floors up, not down. Away from Varia, away from whatever had made Dr. Chen send emergency signals. Every second felt like betrayal.</w:t>
        <w:br w:type="textWrapping"/>
        <w:tab/>
        <w:t xml:space="preserve">"Interesting choice," Sullivan said as they stepped into the server room. Rows of humming machines stretched into shadow. "Starting at the top."</w:t>
        <w:br w:type="textWrapping"/>
        <w:tab/>
        <w:t xml:space="preserve">"The building was designed with a top-down power distribution system." Another practiced lie.</w:t>
        <w:br w:type="textWrapping"/>
        <w:tab/>
        <w:t xml:space="preserve">Sullivan ran his finger along a server rack, examining the dust. "Recent activity here. Despite the logs showing this section's been dormant for months."</w:t>
        <w:br w:type="textWrapping"/>
        <w:tab/>
        <w:t xml:space="preserve">Albertus's phone lay dead in his pocket. The silence from below growing heavier with each passing moment.</w:t>
        <w:br w:type="textWrapping"/>
        <w:tab/>
        <w:t xml:space="preserve">"Tell me, Mr. Sentius," Sullivan turned, dropping all pretense. "What happens if I pull the logs from these machines instead of the sanitized reports you've prepared? What would I find about last night's power surge? About the energy drawing down instead of up?"</w:t>
        <w:br w:type="textWrapping"/>
        <w:tab/>
        <w:t xml:space="preserve">The air felt thick with unspoken threats. CEO. Mafia lord. Both wanted to respond differently.</w:t>
        <w:br w:type="textWrapping"/>
        <w:tab/>
        <w:t xml:space="preserve">"You'd find," Albertus said carefully, "exactly what the reports show."</w:t>
        <w:br w:type="textWrapping"/>
        <w:tab/>
        <w:t xml:space="preserve">Sullivan stepped closer. "Would I? Or would I find out what you're really running in those lower levels? What's worth killing to protect?"</w:t>
        <w:br w:type="textWrapping"/>
        <w:tab/>
        <w:t xml:space="preserve">"Killing?" Albertus let out a practiced laugh. "That's quite an accusation, Mr. Sullivan."</w:t>
        <w:br w:type="textWrapping"/>
        <w:tab/>
        <w:t xml:space="preserve">"Is it?" Sullivan pulled out his phone, scrolling through files. "Three board members who questioned the power consumption. All resigned suddenly. One disappeared entirely." He looked up. "Thompson's been asking questions too. Should he be concerned?"</w:t>
        <w:br w:type="textWrapping"/>
        <w:tab/>
        <w:t xml:space="preserve">The weight of Albertus's phone felt heavier. Still no word from below. His mind split between maintaining this facade and imagining what could have gone wrong with the system. With Varia.</w:t>
        <w:br w:type="textWrapping"/>
        <w:tab/>
        <w:t xml:space="preserve">"Corporate politics can be... challenging," Albertus said carefully. "People leave."</w:t>
        <w:br w:type="textWrapping"/>
        <w:tab/>
        <w:t xml:space="preserve">"People vanish?"</w:t>
        <w:br w:type="textWrapping"/>
        <w:tab/>
        <w:t xml:space="preserve">A server hummed louder, drawing Sullivan's attention. He moved toward it, predatory. "This sector's running hot. Recent activity, despite being listed as inactive. Let's take a look-"</w:t>
        <w:br w:type="textWrapping"/>
        <w:tab/>
        <w:t xml:space="preserve">"That won't be necessary." Albertus's voice carried an edge now. The CEO slipping, something darker showing through.</w:t>
        <w:br w:type="textWrapping"/>
        <w:tab/>
        <w:t xml:space="preserve">Sullivan smiled. "No? The Board granted me full access. Unless..." he paused, "there's something you're hiding? Something worth killing board members over?"</w:t>
        <w:br w:type="textWrapping"/>
        <w:tab/>
        <w:t xml:space="preserve">The silence from below pressed in. Dr. Chen's emergency signals unanswered. Varia possibly in danger. And here he was, playing games with a man who knew too much.</w:t>
        <w:br w:type="textWrapping"/>
        <w:tab/>
        <w:t xml:space="preserve">Sullivan reached for the server access panel.</w:t>
        <w:br w:type="textWrapping"/>
        <w:tab/>
        <w:t xml:space="preserve">"Mr. Sullivan." Albertus's voice was soft now. Dangerous. "Some doors are better left closed."</w:t>
        <w:br w:type="textWrapping"/>
        <w:tab/>
        <w:t xml:space="preserve">"Are they?" Sullivan turned, triumph in his eyes. "Like the doors to sublevel three? The ones that shouldn't exist according to building plans?"</w:t>
        <w:br w:type="textWrapping"/>
        <w:tab/>
        <w:t xml:space="preserve">The mask was slipping. CEO. Killer. Protector. All of them wanting different solutions to the threat standing before him.</w:t>
        <w:br w:type="textWrapping"/>
        <w:tab/>
        <w:t xml:space="preserve">And still, his phone remained silent.</w:t>
        <w:br w:type="textWrapping"/>
        <w:tab/>
        <w:t xml:space="preserve">---</w:t>
        <w:br w:type="textWrapping"/>
        <w:tab/>
        <w:t xml:space="preserve">Sullivan's hand rested on the server panel. "You know what fascinates me most, Mr. Sentius? Not the missing board members. Not even the power anomalies." He adjusted his wire-rimmed glasses. "It's the timing. All these technological breakthroughs, right after that history student disappeared. What was her name? Varia?"</w:t>
        <w:br w:type="textWrapping"/>
        <w:tab/>
        <w:t xml:space="preserve">Everything in Albertus went cold.</w:t>
        <w:br w:type="textWrapping"/>
        <w:tab/>
        <w:t xml:space="preserve">"The police report made interesting reading. Brilliant student. Such a specific focus on historical research. Strange, how she vanishes, and suddenly your R&amp;D division makes unprecedented leaps in... certain areas."</w:t>
        <w:br w:type="textWrapping"/>
        <w:tab/>
        <w:t xml:space="preserve">Albertus's phone burned in his pocket. Still silent. Dr. Chen's emergency signals unanswered. What was happening eight floors below? What had Sullivan already discovered?</w:t>
        <w:br w:type="textWrapping"/>
        <w:tab/>
        <w:t xml:space="preserve">"You seem distracted, Mr. Sentius." Sullivan's smile didn't reach his eyes. "Expected a call, perhaps?"</w:t>
        <w:br w:type="textWrapping"/>
        <w:tab/>
        <w:t xml:space="preserve">The implications hung heavy in the air. How much did he know? How long had he been watching? The CEO wanted to maintain composure, negotiate. The killer wanted to end the threat. And something else, something primal, wanted to run to the lower levels, to make sure she was safe.</w:t>
        <w:br w:type="textWrapping"/>
        <w:tab/>
        <w:t xml:space="preserve">"Our innovations were properly documented," Albertus said, his voice controlled despite the rage building beneath. "All developments traced and verified."</w:t>
        <w:br w:type="textWrapping"/>
        <w:tab/>
        <w:t xml:space="preserve">"Of course." Sullivan stepped away from the server, circling slowly. "Just like I'm sure there's proper documentation for whatever's drawing power on sublevel three. The level that doesn't exist."</w:t>
        <w:br w:type="textWrapping"/>
        <w:tab/>
        <w:t xml:space="preserve">A bead of sweat traced down Albertus's spine. Eight floors above where she slept. Where the system might be failing. Where everything he'd built could be unraveling.</w:t>
        <w:br w:type="textWrapping"/>
        <w:tab/>
        <w:t xml:space="preserve">"Tell me," Sullivan pressed, "does the Board know what their CEO really does in his private labs? Or should I ask Thompson? He seemed very interested in scheduling a private tour-"</w:t>
        <w:br w:type="textWrapping"/>
        <w:tab/>
        <w:t xml:space="preserve">Albertus's hands twitched. The movement was subtle, but Sullivan caught it. His smile widened.</w:t>
        <w:br w:type="textWrapping"/>
        <w:tab/>
        <w:t xml:space="preserve">"Careful, Mr. Sentius. Accidents involving Board members are drawing attention. The wrong kind."</w:t>
        <w:br w:type="textWrapping"/>
        <w:tab/>
        <w:t xml:space="preserve">The phone remained silent. Too silent.</w:t>
        <w:br w:type="textWrapping"/>
        <w:tab/>
        <w:t xml:space="preserve">And Thompson wanted a private tour.</w:t>
        <w:br w:type="textWrapping"/>
        <w:tab/>
        <w:t xml:space="preserve">"Thompson's curiosity could be... redirected," Albertus said carefully, each word measured. Testing Sullivan's reaction.</w:t>
        <w:br w:type="textWrapping"/>
        <w:tab/>
        <w:t xml:space="preserve">"Like the other board members were redirected?" Sullivan pulled out a small notebook. "Rodriguez - car accident. Chen - early retirement. Peters..." he paused meaningfully, "still missing."</w:t>
        <w:br w:type="textWrapping"/>
        <w:tab/>
        <w:t xml:space="preserve">Another moment of silence from the phone. How long had it been since Dr. Chen's last signal? The growing quiet felt like a noose tightening.</w:t>
        <w:br w:type="textWrapping"/>
        <w:tab/>
        <w:t xml:space="preserve">"But Thompson," Sullivan continued, "he's different, isn't he? He's asking specific questions. About power consumption. About restricted access. About why certain projects require..." he flipped a page, "presidential-level clearance."</w:t>
        <w:br w:type="textWrapping"/>
        <w:tab/>
        <w:t xml:space="preserve">Albertus's mind raced. Thompson. The audit. Dr. Chen's silence. Too many threats converging at once. The CEO could handle the audit. The killer could handle Thompson. But the silence from below - that threatened something far more precious.</w:t>
        <w:br w:type="textWrapping"/>
        <w:tab/>
        <w:t xml:space="preserve">"The Board granted oversight authority," Sullivan pressed. "Thompson's just doing his job. Unless..." Another calculated pause. "Unless there's something in those lower levels worth killing to protect?"</w:t>
        <w:br w:type="textWrapping"/>
        <w:tab/>
        <w:t xml:space="preserve">The phone's weight grew heavier with each silent second. Albertus felt the control slipping - not just here with Sullivan, but everywhere. The careful balance of his worlds starting to tilt.</w:t>
        <w:br w:type="textWrapping"/>
        <w:tab/>
        <w:t xml:space="preserve">"Some projects require discretion," he managed, but the words felt hollow. His attention split between Sullivan's threats and the void of silence from below.</w:t>
        <w:br w:type="textWrapping"/>
        <w:tab/>
        <w:t xml:space="preserve">"Discretion." Sullivan's smile turned predatory. "Is that what you call what happened to Peters?"</w:t>
        <w:br w:type="textWrapping"/>
        <w:br w:type="textWrapping"/>
        <w:t xml:space="preserve">                              * * *                         </w:t>
        <w:br w:type="textWrapping"/>
        <w:br w:type="textWrapping"/>
        <w:tab/>
        <w:t xml:space="preserve">Albertus's private elevator required three security protocols to access. As the doors closed, he pulled out his phone, finally reviewing the strange vibration patterns from the morning.</w:t>
        <w:br w:type="textWrapping"/>
        <w:tab/>
        <w:t xml:space="preserve">Something wasn't adding up.</w:t>
        <w:br w:type="textWrapping"/>
        <w:tab/>
        <w:t xml:space="preserve">The first signal - emergency protocol. Standard pattern, but the timestamp was wrong. Chen always sent updates on the hour. This one came three minutes early.</w:t>
        <w:br w:type="textWrapping"/>
        <w:tab/>
        <w:t xml:space="preserve">The second - medical alert. But Varia's vitals had been stable all night. He'd watched them himself.</w:t>
        <w:br w:type="textWrapping"/>
        <w:tab/>
        <w:t xml:space="preserve">The third...</w:t>
        <w:br w:type="textWrapping"/>
        <w:tab/>
        <w:t xml:space="preserve">His fingers tightened around the phone as the elevator descended. Chen had been with him since the beginning. Trusted. Vetted. The only one he'd allowed near Varia besides Marcus.</w:t>
        <w:br w:type="textWrapping"/>
        <w:tab/>
        <w:t xml:space="preserve">Too trusted?</w:t>
        <w:br w:type="textWrapping"/>
        <w:tab/>
        <w:t xml:space="preserve">He pulled up the morning's logs. Power fluctuations, system responses, medical data. All normal. All perfectly, meticulously normal.</w:t>
        <w:br w:type="textWrapping"/>
        <w:tab/>
        <w:t xml:space="preserve">Like someone trying too hard to make everything look fine.</w:t>
        <w:br w:type="textWrapping"/>
        <w:tab/>
        <w:t xml:space="preserve">The elevator passed sublevel two. Almost there.</w:t>
        <w:br w:type="textWrapping"/>
        <w:tab/>
        <w:t xml:space="preserve">Chen's access logs showed multiple entries to restricted areas. Areas she didn't need for Varia's care. Areas where the system's core functions were housed.</w:t>
        <w:br w:type="textWrapping"/>
        <w:tab/>
        <w:t xml:space="preserve">"When?" he whispered to himself. "How long?"</w:t>
        <w:br w:type="textWrapping"/>
        <w:tab/>
        <w:t xml:space="preserve">The elevator slowed. Through the glass walls, he could see the security checkpoint to sublevel three. Empty. Chen's card showing recent access, but no guard on duty.</w:t>
        <w:br w:type="textWrapping"/>
        <w:tab/>
        <w:t xml:space="preserve">Chen, who had insisted on handling the night shift herself. Chen, who had complete access to both the medical bay and the system controls.</w:t>
        <w:br w:type="textWrapping"/>
        <w:tab/>
        <w:t xml:space="preserve">Chen, who knew everything.</w:t>
        <w:br w:type="textWrapping"/>
        <w:tab/>
        <w:t xml:space="preserve">The doors opened to silence.</w:t>
        <w:br w:type="textWrapping"/>
        <w:tab/>
        <w:t xml:space="preserve">---</w:t>
        <w:br w:type="textWrapping"/>
        <w:tab/>
        <w:t xml:space="preserve">The system purge countdown flashed on screen. Ten minutes. Chen had timed everything perfectly - the audit, Thompson's flight, Sullivan's pressure. All to keep him upstairs while she initiated the wipe.</w:t>
        <w:br w:type="textWrapping"/>
        <w:tab/>
        <w:t xml:space="preserve">His phone buzzed. Sullivan: "Family business requires difficult choices, doesn't it, Sentius?"</w:t>
        <w:br w:type="textWrapping"/>
        <w:tab/>
        <w:t xml:space="preserve">Family business. The subtle threat carried weight. Sullivan wasn't just an auditor. But that didn't matter now. Nothing mattered except the countdown and what lay behind the sealed doors of Varia's room.</w:t>
        <w:br w:type="textWrapping"/>
        <w:tab/>
        <w:t xml:space="preserve">The medical console showed her location - still in her bedroom, but the vitals... he couldn't trust them anymore. Couldn't trust anything Chen had accessed.</w:t>
        <w:br w:type="textWrapping"/>
        <w:tab/>
        <w:t xml:space="preserve">Eight minutes.</w:t>
        <w:br w:type="textWrapping"/>
        <w:tab/>
        <w:t xml:space="preserve">His fingers moved across the keyboard, initiating protocols that would make Chen's betrayal seem insignificant in comparison. Lines of code scrolled faster than anyone could read. Emergency lights cast shadows that danced like blood across the walls.</w:t>
        <w:br w:type="textWrapping"/>
        <w:tab/>
        <w:t xml:space="preserve">Seven minutes.</w:t>
        <w:br w:type="textWrapping"/>
        <w:tab/>
        <w:t xml:space="preserve">"Execute Protocol Nero," he whispered to the system. The response was immediate - lights flickering, servers humming at a different pitch. What Chen had started, he would finish. But on his terms.</w:t>
        <w:br w:type="textWrapping"/>
        <w:tab/>
        <w:t xml:space="preserve">Six minutes.</w:t>
        <w:br w:type="textWrapping"/>
        <w:tab/>
        <w:t xml:space="preserve">The doors to Varia's room opened with a soft hiss. She lay sleeping - really sleeping this time, he could tell from the subtle movements. Peaceful. Unaware.</w:t>
        <w:br w:type="textWrapping"/>
        <w:tab/>
        <w:t xml:space="preserve">His hand hovered over the final command sequence. There would be no going back after this. No undoing what he was about to do.</w:t>
        <w:br w:type="textWrapping"/>
        <w:tab/>
        <w:t xml:space="preserve">"Sometimes," he said softly to her sleeping form, "we have to break something to truly save it."</w:t>
        <w:br w:type="textWrapping"/>
        <w:tab/>
        <w:t xml:space="preserve">The emergency lights pulsed faster, like a heartbeat growing more erratic.</w:t>
        <w:br w:type="textWrapping"/>
        <w:tab/>
        <w:t xml:space="preserve">Five minutes.</w:t>
        <w:br w:type="textWrapping"/>
        <w:tab/>
        <w:t xml:space="preserve">His fingers danced across the keys one last time, entering commands that would make Chen's attempted purge look amateur. The system responded instantly, but not in any way Sullivan's team would expect.</w:t>
        <w:br w:type="textWrapping"/>
        <w:tab/>
        <w:t xml:space="preserve">Not in any way Chen could have predicted.</w:t>
        <w:br w:type="textWrapping"/>
        <w:tab/>
        <w:t xml:space="preserve">Four minutes.</w:t>
        <w:br w:type="textWrapping"/>
        <w:tab/>
        <w:t xml:space="preserve">"Initiate Protocol Nero: Phase Two," he spoke softly, watching as the screens filled with cascading data. Not destroying - transforming. The system hadn't just been his prison for Varia. It had been his contingency.</w:t>
        <w:br w:type="textWrapping"/>
        <w:tab/>
        <w:t xml:space="preserve">Three minutes.</w:t>
        <w:br w:type="textWrapping"/>
        <w:tab/>
        <w:t xml:space="preserve">Red warning lights painted Varia's sleeping face in crimson shadows. Still peaceful, still unaware. The drugs Chen had administered would keep her that way - perhaps the doctor's last act of mercy. Or her final mistake.</w:t>
        <w:br w:type="textWrapping"/>
        <w:tab/>
        <w:t xml:space="preserve">His phone buzzed again. Sullivan: "Thompson's evidence is quite compelling. The Board will be fascinated."</w:t>
        <w:br w:type="textWrapping"/>
        <w:tab/>
        <w:t xml:space="preserve">Let them be fascinated, he thought, watching the system's core functions shift and mutate under his commands. Let them chase shadows while he...</w:t>
        <w:br w:type="textWrapping"/>
        <w:tab/>
        <w:t xml:space="preserve">Two minutes.</w:t>
        <w:br w:type="textWrapping"/>
        <w:tab/>
        <w:t xml:space="preserve">"Execute final sequence," he whispered. The lights flickered, then stabilized into a steady, pulsing rhythm. Like a heartbeat. Like a countdown.</w:t>
        <w:br w:type="textWrapping"/>
        <w:tab/>
        <w:t xml:space="preserve">One minute.</w:t>
        <w:br w:type="textWrapping"/>
        <w:tab/>
        <w:t xml:space="preserve">He stood in the doorway of her room, watching the last pieces fall into place. What Chen had tried to expose, what Sullivan hoped to find - it wouldn't matter soon. None of it would.</w:t>
        <w:br w:type="textWrapping"/>
        <w:tab/>
        <w:t xml:space="preserve">"Some things," he said to the empty air, "are worth burning everything for."</w:t>
        <w:br w:type="textWrapping"/>
        <w:tab/>
        <w:t xml:space="preserve">The emergency lights went dark.</w:t>
        <w:br w:type="textWrapping"/>
        <w:tab/>
        <w:t xml:space="preserve">And somewhere above, Sullivan's phone buzzed with an unexpected message: "Thank you for your cooperation, Albertus."</w:t>
        <w:br w:type="textWrapping"/>
        <w:br w:type="textWrapping"/>
        <w:t xml:space="preserve">                              * * *                         </w:t>
        <w:br w:type="textWrapping"/>
        <w:br w:type="textWrapping"/>
        <w:tab/>
        <w:t xml:space="preserve">The Board room felt different in darkness. Emergency lighting cast long shadows across the mahogany table where Thompson's laptop sat open, screen glowing with damning evidence. Or what he thought was evidence.</w:t>
        <w:br w:type="textWrapping"/>
        <w:tab/>
        <w:t xml:space="preserve">Albertus adjusted his tie, a gesture of perfect composure. The CEO was back, not a hair out of place. As if he hadn't just initiated protocols that would change everything.</w:t>
        <w:br w:type="textWrapping"/>
        <w:tab/>
        <w:t xml:space="preserve">"Mr. Thompson," he smiled, "I hear congratulations are in order. Quite the presentation you've prepared."</w:t>
        <w:br w:type="textWrapping"/>
        <w:tab/>
        <w:t xml:space="preserve">Thompson's fingers tightened on his laptop. "Mr. Sentius. I wasn't expecting you here."</w:t>
        <w:br w:type="textWrapping"/>
        <w:tab/>
        <w:t xml:space="preserve">"No?" Albertus settled into his chair. "After you and Sullivan went to such trouble to arrange this emergency meeting?"</w:t>
        <w:br w:type="textWrapping"/>
        <w:tab/>
        <w:t xml:space="preserve">A flicker of uncertainty crossed Thompson's face. Good. Let him wonder what else he didn't know.</w:t>
        <w:br w:type="textWrapping"/>
        <w:tab/>
        <w:t xml:space="preserve">"The Board will be joining us remotely," Thompson said, trying to regain control. "Given the sensitive nature-"</w:t>
        <w:br w:type="textWrapping"/>
        <w:tab/>
        <w:t xml:space="preserve">"Of course." Albertus gestured to the screen. "Shall we begin? I'm particularly interested in your findings about sublevel three."</w:t>
        <w:br w:type="textWrapping"/>
        <w:tab/>
        <w:t xml:space="preserve">The auxiliary lights hummed, their blue glow making Thompson's face look sickly. Eight floors below, systems were still transforming, becoming something else entirely.</w:t>
        <w:br w:type="textWrapping"/>
        <w:tab/>
        <w:t xml:space="preserve">Sullivan stood in the corner, watching. Calculating. But he'd miscalculated one crucial thing - he thought he was watching a cornered man.</w:t>
        <w:br w:type="textWrapping"/>
        <w:tab/>
        <w:t xml:space="preserve">"After you, Mr. Thompson."</w:t>
        <w:br w:type="textWrapping"/>
        <w:tab/>
        <w:t xml:space="preserve">Thompson's presentation flickered onto the main screen. Power consumption graphs, security logs, requisition orders - months of carefully gathered evidence. All pointing to sublevel three.</w:t>
        <w:br w:type="textWrapping"/>
        <w:tab/>
        <w:t xml:space="preserve">"As you can see," Thompson began, his voice steady despite the sweat beading at his temples, "the power draw is inconsistent with any known research project."</w:t>
        <w:br w:type="textWrapping"/>
        <w:tab/>
        <w:t xml:space="preserve">"Fascinating," Albertus leaned forward, studying the graphs with apparent interest. "Sullivan, you must have found this particularly compelling."</w:t>
        <w:br w:type="textWrapping"/>
        <w:tab/>
        <w:t xml:space="preserve">Sullivan shifted slightly. "The numbers speak for themselves."</w:t>
        <w:br w:type="textWrapping"/>
        <w:tab/>
        <w:t xml:space="preserve">"Do they?" Albertus's smile remained pleasant. Professional. "Like the numbers from the cryptocurrency mining operation?"</w:t>
        <w:br w:type="textWrapping"/>
        <w:tab/>
        <w:t xml:space="preserve">Thompson faltered mid-sentence. "The mining operation?"</w:t>
        <w:br w:type="textWrapping"/>
        <w:tab/>
        <w:t xml:space="preserve">"The one your offshore accounts have been profiting from for the past six months." Albertus turned his laptop, revealing a different set of graphs. Different numbers. "Quite the operation you've built. Using company resources, of course."</w:t>
        <w:br w:type="textWrapping"/>
        <w:tab/>
        <w:t xml:space="preserve">The blood drained from Thompson's face.</w:t>
        <w:br w:type="textWrapping"/>
        <w:tab/>
        <w:t xml:space="preserve">"I don't..." he started, but Sullivan cut him off.</w:t>
        <w:br w:type="textWrapping"/>
        <w:tab/>
        <w:t xml:space="preserve">"We're not here about mining operations, Sentius. We're here about sublevel three."</w:t>
        <w:br w:type="textWrapping"/>
        <w:tab/>
        <w:t xml:space="preserve">"Are we?" Albertus's voice carried a new edge. "Or are we here because Thompson needed to present his 'evidence' before certain other activities came to light?"</w:t>
        <w:br w:type="textWrapping"/>
        <w:tab/>
        <w:t xml:space="preserve">The emergency lights pulsed, casting strange shadows across Thompson's increasingly pale face. Below them, the system continued its transformation. But here, in this room, a different kind of transformation was taking place.</w:t>
        <w:br w:type="textWrapping"/>
        <w:tab/>
        <w:t xml:space="preserve">"The Board," Thompson tried again, "they'll want to know-"</w:t>
        <w:br w:type="textWrapping"/>
        <w:tab/>
        <w:t xml:space="preserve">"About the mining operation? Or about how you've been selling company secrets to cover your losses?"</w:t>
        <w:br w:type="textWrapping"/>
        <w:tab/>
        <w:t xml:space="preserve">Sullivan stepped forward. "This is a deflection-"</w:t>
        <w:br w:type="textWrapping"/>
        <w:tab/>
        <w:t xml:space="preserve">"Is it?" Albertus's smile never wavered. "Check your phone, Sullivan. I believe you'll find some interesting transfers just came to light."</w:t>
        <w:br w:type="textWrapping"/>
        <w:tab/>
        <w:t xml:space="preserve">"Dr. Chen's testimony about the missing student," Sullivan cut in sharply, trying to regain control. "That's not something you can explain away with financial records."</w:t>
        <w:br w:type="textWrapping"/>
        <w:tab/>
        <w:t xml:space="preserve">"Ah yes, Dr. Chen." Albertus's smile took on a dangerous edge. "Tell me, did she mention why she falsified those medical records? The ones covering up Thompson's private experiments?"</w:t>
        <w:br w:type="textWrapping"/>
        <w:tab/>
        <w:t xml:space="preserve">Thompson's hand jerked, knocking over his water glass. "What?"</w:t>
        <w:br w:type="textWrapping"/>
        <w:tab/>
        <w:t xml:space="preserve">"Oh?" Albertus raised an eyebrow. "She didn't tell you about her deal with Thompson? About covering up the side effects from his unauthorized drug trials?"</w:t>
        <w:br w:type="textWrapping"/>
        <w:tab/>
        <w:t xml:space="preserve">Sullivan's composure cracked slightly. He hadn't known about this connection.</w:t>
        <w:br w:type="textWrapping"/>
        <w:tab/>
        <w:t xml:space="preserve">"The missing student," Sullivan pressed, but his voice carried less certainty now. "Chen saw her. In sublevel three."</w:t>
        <w:br w:type="textWrapping"/>
        <w:tab/>
        <w:t xml:space="preserve">"Did she?" Albertus pulled up another file. "Like she 'saw' the test subjects Thompson was using? The ones whose records she conveniently altered?"</w:t>
        <w:br w:type="textWrapping"/>
        <w:tab/>
        <w:t xml:space="preserve">The emergency lights pulsed again, slower now. Methodical. Like a countdown.</w:t>
        <w:br w:type="textWrapping"/>
        <w:tab/>
        <w:t xml:space="preserve">"The Board," Thompson's voice cracked, "they'll want to know about sublevel three. About the power consumption-"</w:t>
        <w:br w:type="textWrapping"/>
        <w:tab/>
        <w:t xml:space="preserve">"The same power being diverted to your mining operation?" Albertus's voice remained calm. Professional. "Interesting timing, isn't it? Chen reports seeing a missing student right when you need a distraction from your own activities."</w:t>
        <w:br w:type="textWrapping"/>
        <w:tab/>
        <w:t xml:space="preserve">Sullivan moved forward, but Albertus held up a hand.</w:t>
        <w:br w:type="textWrapping"/>
        <w:tab/>
        <w:t xml:space="preserve">"Check your accounts, Sullivan. Both sets. I believe you'll find some interesting transactions between Thompson and certain... family members of yours."</w:t>
        <w:br w:type="textWrapping"/>
        <w:tab/>
        <w:t xml:space="preserve">The room went very quiet.</w:t>
        <w:br w:type="textWrapping"/>
        <w:tab/>
        <w:t xml:space="preserve">Below them, the system continued its transformation. But up here, a different kind of system was being dismantled.</w:t>
        <w:br w:type="textWrapping"/>
        <w:tab/>
        <w:t xml:space="preserve">"Now," Albertus straightened his tie, "shall we discuss what the Board really needs to know?"</w:t>
        <w:br w:type="textWrapping"/>
        <w:tab/>
        <w:t xml:space="preserve">---</w:t>
        <w:br w:type="textWrapping"/>
        <w:tab/>
        <w:t xml:space="preserve">"The Board," Thompson stammered, "they're waiting to-"</w:t>
        <w:br w:type="textWrapping"/>
        <w:tab/>
        <w:t xml:space="preserve">"To hear about unauthorized experiments? Financial fraud? Or perhaps," Albertus's voice dropped lower, "about how Dr. Chen helped you falsify safety protocols for personal gain? The same Dr. Chen who suddenly 'remembers' seeing a missing student?"</w:t>
        <w:br w:type="textWrapping"/>
        <w:tab/>
        <w:t xml:space="preserve">Sullivan's phone buzzed. His face hardened as he read whatever appeared on the screen.</w:t>
        <w:br w:type="textWrapping"/>
        <w:tab/>
        <w:t xml:space="preserve">"Interesting timing," Albertus continued, "how Chen's testimony about the missing student coincides perfectly with the Board's investigation into Thompson's activities. Almost like a desperate attempt at misdirection."</w:t>
        <w:br w:type="textWrapping"/>
        <w:tab/>
        <w:t xml:space="preserve">The emergency lights pulsed once, casting Thompson's face in a sickly blue glow.</w:t>
        <w:br w:type="textWrapping"/>
        <w:tab/>
        <w:t xml:space="preserve">"I have proof," Thompson's voice shook slightly. "Chen's statement, the power readings-"</w:t>
        <w:br w:type="textWrapping"/>
        <w:tab/>
        <w:t xml:space="preserve">"From the same systems you compromised for your mining operation?" Albertus pulled up another document. "The same systems Dr. Chen helped you access? Tell me, did Sullivan know about your arrangement with Chen before he built his case on her testimony?"</w:t>
        <w:br w:type="textWrapping"/>
        <w:tab/>
        <w:t xml:space="preserve">Sullivan's jaw tightened. No, he hadn't known.</w:t>
        <w:br w:type="textWrapping"/>
        <w:tab/>
        <w:t xml:space="preserve">"The student-" Sullivan tried one last time.</w:t>
        <w:br w:type="textWrapping"/>
        <w:tab/>
        <w:t xml:space="preserve">"Is a convenient story," Albertus cut in smoothly, "from a doctor who helped cover up Thompson's illegal trials. A doctor who suddenly needs to prove her value. Tell me, Sullivan, how reliable is your star witness now?"</w:t>
        <w:br w:type="textWrapping"/>
        <w:tab/>
        <w:t xml:space="preserve">Below them, the system hummed. Changing. Adapting. But in this room, everything was already changed.</w:t>
        <w:br w:type="textWrapping"/>
        <w:tab/>
        <w:t xml:space="preserve">"Now," Albertus stood, straightening his suit, "I believe the Board is waiting. Shall we discuss the real reason for this meeting?"</w:t>
        <w:br w:type="textWrapping"/>
        <w:tab/>
        <w:t xml:space="preserve">Thompson's laptop screen flickered and went dark.</w:t>
        <w:br w:type="textWrapping"/>
        <w:tab/>
        <w:t xml:space="preserve">---</w:t>
        <w:br w:type="textWrapping"/>
        <w:tab/>
        <w:t xml:space="preserve">"Your accounts," Sullivan said quietly, staring at his phone. "They're clean. Too clean."</w:t>
        <w:br w:type="textWrapping"/>
        <w:tab/>
        <w:t xml:space="preserve">"Unlike Thompson's," Albertus replied. "Or Chen's. Or those interesting offshore transfers I mentioned."</w:t>
        <w:br w:type="textWrapping"/>
        <w:tab/>
        <w:t xml:space="preserve">Thompson's hands shook as he tried to restart his laptop. "This isn't- you can't-"</w:t>
        <w:br w:type="textWrapping"/>
        <w:tab/>
        <w:t xml:space="preserve">"Can't what? Protect my company from fraud? From employees who'd fabricate evidence to hide their crimes?" Albertus's voice remained perfectly controlled. "Dr. Chen's testimony about a missing student becomes less credible when paired with her history of falsifying medical records for profit, doesn't it?"</w:t>
        <w:br w:type="textWrapping"/>
        <w:tab/>
        <w:t xml:space="preserve">The emergency lights pulsed again. Slower. Like a heartbeat winding down.</w:t>
        <w:br w:type="textWrapping"/>
        <w:tab/>
        <w:t xml:space="preserve">"The Board," Sullivan said carefully, calculating his new position, "will still want answers about sublevel three."</w:t>
        <w:br w:type="textWrapping"/>
        <w:tab/>
        <w:t xml:space="preserve">"Of course." Albertus smiled. "They'll want answers about a lot of things. Thompson's mining operation. Chen's fraudulent records. Your family's interesting financial connections." He paused. "Unless..."</w:t>
        <w:br w:type="textWrapping"/>
        <w:tab/>
        <w:t xml:space="preserve">Thompson's head snapped up. Sullivan's eyes narrowed.</w:t>
        <w:br w:type="textWrapping"/>
        <w:tab/>
        <w:t xml:space="preserve">"Unless?" Sullivan prompted.</w:t>
        <w:br w:type="textWrapping"/>
        <w:tab/>
        <w:t xml:space="preserve">"Unless certain investigations are deemed... unnecessary. After all, a CEO must protect his company's interests. Even from its own Board members."</w:t>
        <w:br w:type="textWrapping"/>
        <w:tab/>
        <w:t xml:space="preserve">Eight floors below, the system completed its transformation. But here, in this room, Albertus was orchestrating a different kind of protection.</w:t>
        <w:br w:type="textWrapping"/>
        <w:tab/>
        <w:t xml:space="preserve">"The choice is yours, gentlemen. Shall I connect us to the Board?"</w:t>
        <w:br w:type="textWrapping"/>
        <w:tab/>
        <w:t xml:space="preserve">The room fell silent except for Thompson's ragged breathing.</w:t>
        <w:br w:type="textWrapping"/>
        <w:tab/>
        <w:t xml:space="preserve">"A missing student is still missing," Sullivan said carefully, testing the waters of his new position.</w:t>
        <w:br w:type="textWrapping"/>
        <w:tab/>
        <w:t xml:space="preserve">"Is she?" Albertus's smile never reached his eyes. "Or is she another of Dr. Chen's fabrications? Like the medical records she falsified for Thompson? The Board might wonder which of her statements they can trust now."</w:t>
        <w:br w:type="textWrapping"/>
        <w:tab/>
        <w:t xml:space="preserve">Thompson slumped in his chair, defeated. His laptop screen remained dark, his carefully gathered evidence meaningless against what Albertus had revealed.</w:t>
        <w:br w:type="textWrapping"/>
        <w:tab/>
        <w:t xml:space="preserve">"Sometimes, Sullivan," Albertus stood, adjusting his cuffs, "a missing person is just that - missing. Unless you have proof beyond a compromised doctor's testimony?"</w:t>
        <w:br w:type="textWrapping"/>
        <w:tab/>
        <w:t xml:space="preserve">The emergency lights gave one final pulse before returning to normal. Whatever had been happening in the levels below was complete.</w:t>
        <w:br w:type="textWrapping"/>
        <w:tab/>
        <w:t xml:space="preserve">"The power readings-" Thompson tried weakly.</w:t>
        <w:br w:type="textWrapping"/>
        <w:tab/>
        <w:t xml:space="preserve">"Will be fully explained in tomorrow's Board meeting. Along with everything else. Unless..." Albertus let the word hang in the air.</w:t>
        <w:br w:type="textWrapping"/>
        <w:tab/>
        <w:t xml:space="preserve">Sullivan studied him for a long moment. "Unless we decide certain investigations have reached their natural conclusion."</w:t>
        <w:br w:type="textWrapping"/>
        <w:tab/>
        <w:t xml:space="preserve">"Precisely." Albertus moved toward the door. "Now, if you'll excuse me, I have a company to run."</w:t>
        <w:br w:type="textWrapping"/>
        <w:tab/>
        <w:t xml:space="preserve">As he left the Board room, his phone vibrated once. A message from Marcus: "System status: Complete."</w:t>
        <w:br w:type="textWrapping"/>
        <w:tab/>
        <w:t xml:space="preserve">Let them chase shadows and conspiracies, he thought. Let them wonder about missing students and hidden levels. Some secrets were better left in darkness.</w:t>
        <w:br w:type="textWrapping"/>
        <w:tab/>
        <w:t xml:space="preserve">After all, what they thought they'd discovered was nothing compared to what he'd just done.</w:t>
      </w:r>
    </w:p>
    <w:p w:rsidR="00000000" w:rsidDel="00000000" w:rsidP="00000000" w:rsidRDefault="00000000" w:rsidRPr="00000000" w14:paraId="0000002D">
      <w:pPr>
        <w:pStyle w:val="Heading1"/>
        <w:rPr/>
      </w:pPr>
      <w:bookmarkStart w:colFirst="0" w:colLast="0" w:name="_heading=h.u63vjotihqe4" w:id="22"/>
      <w:bookmarkEnd w:id="22"/>
      <w:r w:rsidDel="00000000" w:rsidR="00000000" w:rsidRPr="00000000">
        <w:rPr>
          <w:rtl w:val="0"/>
        </w:rPr>
        <w:t xml:space="preserve">Act 3: Reality Merges</w:t>
      </w:r>
    </w:p>
    <w:p w:rsidR="00000000" w:rsidDel="00000000" w:rsidP="00000000" w:rsidRDefault="00000000" w:rsidRPr="00000000" w14:paraId="0000002E">
      <w:pPr>
        <w:pStyle w:val="Heading2"/>
        <w:rPr/>
      </w:pPr>
      <w:bookmarkStart w:colFirst="0" w:colLast="0" w:name="_heading=h.50tnd2lljxbo" w:id="23"/>
      <w:bookmarkEnd w:id="23"/>
      <w:r w:rsidDel="00000000" w:rsidR="00000000" w:rsidRPr="00000000">
        <w:rPr>
          <w:rtl w:val="0"/>
        </w:rPr>
        <w:br w:type="textWrapping"/>
        <w:t xml:space="preserve">Chapter 21: Worlds Falling Apart *</w:t>
      </w:r>
    </w:p>
    <w:p w:rsidR="00000000" w:rsidDel="00000000" w:rsidP="00000000" w:rsidRDefault="00000000" w:rsidRPr="00000000" w14:paraId="0000002F">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Varia traced her finger along the spine of "Victorian Architecture Through the Ages," enjoying the familiar texture of the library's quiet afternoon. Sunlight streamed through the bay window, casting warm patterns across her favorite armchair. Everything was perfectly peaceful, just as it should be.</w:t>
        <w:br w:type="textWrapping"/>
        <w:tab/>
        <w:t xml:space="preserve">She pulled the book from the shelf, its weight comforting in her hands. The introduction welcomed her like an old friend – she'd referenced it countless times during her thesis work on hidden rooms in merchant houses. As she turned to chapter three, something flickered at the edge of her awareness, but when she looked closer, the text sat innocently on the page.</w:t>
        <w:br w:type="textWrapping"/>
        <w:tab/>
        <w:t xml:space="preserve">"Darling?" Her mother's voice drifted in from the kitchen. "Would you like some tea?"</w:t>
        <w:br w:type="textWrapping"/>
        <w:tab/>
        <w:t xml:space="preserve">"Yes, please." The response came automatically, and Varia settled deeper into her chair. Outside, a few clouds drifted across the otherwise perfect sky. She watched them gather, absently noting their patterns while returning to her reading.</w:t>
        <w:br w:type="textWrapping"/>
        <w:tab/>
        <w:t xml:space="preserve">Her mother appeared with the tea, setting it down with familiar grace. The porcelain clinked softly against the side table, steam rising in delicate swirls. "How are you feeling today, dear?" she asked, smoothing her apron. "Better?"</w:t>
        <w:br w:type="textWrapping"/>
        <w:tab/>
        <w:t xml:space="preserve">Varia smiled, though the constant concern since her "accident" sometimes felt overwhelming. "I'm fine, Mother. The doctors said reading familiar things might help with the memory gaps."</w:t>
        <w:br w:type="textWrapping"/>
        <w:tab/>
        <w:t xml:space="preserve">"Of course, of course." Her mother perched on the arm of the nearby sofa. "And this book – it's from your old research?"</w:t>
        <w:br w:type="textWrapping"/>
        <w:tab/>
        <w:t xml:space="preserve">"Yes, though..." Varia paused, frowning slightly. "It feels like I've read it a hundred times, even though I know I couldn't have. Not since..."</w:t>
        <w:br w:type="textWrapping"/>
        <w:tab/>
        <w:t xml:space="preserve">"The accident can make things confusing," her mother said quickly, perhaps too quickly. "But Albertus says you're making wonderful progress. Such a blessing, having him here to help with your recovery."</w:t>
        <w:br w:type="textWrapping"/>
        <w:tab/>
        <w:t xml:space="preserve">Varia nodded, running her finger along the page. The mention of Albertus brought a warm familiarity she couldn't quite place – like remembering a dream of remembering.</w:t>
        <w:br w:type="textWrapping"/>
        <w:tab/>
        <w:t xml:space="preserve">"He's been so patient," her mother continued, "explaining everything, helping you readjust. And to think you were childhood friends! Though I suppose you don't remember that part yet."</w:t>
        <w:br w:type="textWrapping"/>
        <w:tab/>
        <w:t xml:space="preserve">"No," Varia said softly. "But sometimes when he's here, it feels like..." She trailed off, unable to articulate the strange sense of knowing without remembering.</w:t>
        <w:br w:type="textWrapping"/>
        <w:tab/>
        <w:t xml:space="preserve">"He mentioned stopping by this evening," her mother added, adjusting a perfectly positioned cushion. "We're having Italian. Your favorite – well, it was your favorite before. Still is, I hope?"</w:t>
        <w:br w:type="textWrapping"/>
        <w:tab/>
        <w:t xml:space="preserve">Varia nodded, though she wasn't entirely sure if she'd formed that opinion herself or been told about it. These days, it was hard to tell the difference.</w:t>
        <w:br w:type="textWrapping"/>
        <w:tab/>
        <w:t xml:space="preserve">The clouds outside had thickened slightly, casting subtle shadows across her book. She watched a leaf skitter across the garden path, carried by a breeze she couldn't quite feel through the window.</w:t>
        <w:br w:type="textWrapping"/>
        <w:tab/>
        <w:t xml:space="preserve">"I think I might take a walk before dinner," Varia said, carefully marking her place. "The doctor said walking helps too."</w:t>
        <w:br w:type="textWrapping"/>
        <w:tab/>
        <w:t xml:space="preserve">Her mother's smile was warm, practiced. "Of course, dear. Don't forget your umbrella, just in case. Though the weather's been so predictable lately, hasn't it?"</w:t>
        <w:br w:type="textWrapping"/>
        <w:tab/>
        <w:t xml:space="preserve">Standing at the window, Varia studied the gathering clouds. Something about their movement caught her attention, but when she tried to focus on what it was, the thought slipped away like water through her fingers.</w:t>
        <w:br w:type="textWrapping"/>
        <w:tab/>
        <w:t xml:space="preserve">Perfect days, she decided, sometimes felt the strangest. Or perhaps that was just another thing she'd forgotten.</w:t>
        <w:br w:type="textWrapping"/>
        <w:tab/>
        <w:t xml:space="preserve">Ah, thank you for the clarification! Let me revise that section again, making it more vague about their past connection:</w:t>
        <w:br w:type="textWrapping"/>
        <w:tab/>
        <w:t xml:space="preserve">---</w:t>
        <w:br w:type="textWrapping"/>
        <w:tab/>
        <w:t xml:space="preserve">The afternoon air held that peculiar stillness Varia had come to expect, though she couldn't explain why she expected it. She walked down the familiar-yet-not street, past houses she should know but only recognized in the way one recognizes faces in dreams.</w:t>
        <w:br w:type="textWrapping"/>
        <w:tab/>
        <w:t xml:space="preserve">According to Albertus, walking would help with her recovery. Today marked one week since she'd woken in his manor, confused and without memories of how she'd gotten there. He'd explained they'd known each other years ago, before his family moved away. Everything he said felt true, even when it didn't quite feel real.</w:t>
        <w:br w:type="textWrapping"/>
        <w:tab/>
        <w:t xml:space="preserve">Mrs. Henderson from number twenty-three waved from her garden. "Lovely day, isn't it, dear? How are you feeling?"</w:t>
        <w:br w:type="textWrapping"/>
        <w:tab/>
        <w:t xml:space="preserve">"Much better, thank you." The response came automatically, like a line in a well-rehearsed play. Everyone asked how she was feeling lately, their concern wrapped in perfect smiles.</w:t>
        <w:br w:type="textWrapping"/>
        <w:tab/>
        <w:t xml:space="preserve">She continued down Maple Street, her feet carrying her with confident familiarity even as her mind questioned each turn. The park appeared ahead, exactly where she knew it would be, though she couldn't remember ever walking here before waking in that beautifully appointed room at the manor.</w:t>
        <w:br w:type="textWrapping"/>
        <w:tab/>
        <w:t xml:space="preserve">The clouds still followed overhead, their shadows creating patterns on the sidewalk that drew her eye. A child's laughter echoed from the playground, then another, identical laugh a few seconds later.</w:t>
        <w:br w:type="textWrapping"/>
        <w:tab/>
        <w:t xml:space="preserve">Varia paused, listening. But the sounds had settled into a normal rhythm of children playing, making her wonder if she'd imagined the echo.</w:t>
        <w:br w:type="textWrapping"/>
        <w:tab/>
        <w:t xml:space="preserve">She found herself drawn to a bench facing the old fountain. Something about it pulled at her memory, but like everything else lately, the feeling slipped away when she tried to grasp it.</w:t>
        <w:br w:type="textWrapping"/>
        <w:tab/>
        <w:t xml:space="preserve">A cool breeze brushed her cheek, carrying the scent of rain. She closed her eyes, trying to sort through the fragments of memory that felt both foreign and achingly familiar.</w:t>
        <w:br w:type="textWrapping"/>
        <w:tab/>
        <w:t xml:space="preserve">When she opened her eyes, the clouds had drawn closer, though the other park visitors seemed unconcerned. A young couple strolled past her bench, their steps in perfect synchronization. The woman's red dress caught the wind exactly as the man turned to smile at her.</w:t>
        <w:br w:type="textWrapping"/>
        <w:tab/>
        <w:t xml:space="preserve">Varia checked her watch – a gift from Albertus, left on her bedside table that first morning. The face showed 3:47, but something about the way the second hand moved...</w:t>
        <w:br w:type="textWrapping"/>
        <w:tab/>
        <w:t xml:space="preserve">"Varia?"</w:t>
        <w:br w:type="textWrapping"/>
        <w:tab/>
        <w:t xml:space="preserve">She looked up to find Albertus himself approaching, his smile warm and familiar as always. Had her mother mentioned he might be here, or was that another detail lost in the haze of her uncertain memories?</w:t>
        <w:br w:type="textWrapping"/>
        <w:tab/>
        <w:t xml:space="preserve">"Albertus." His name felt familiar on her tongue, though she couldn't remember learning it. "Mother mentioned you might stop by."</w:t>
        <w:br w:type="textWrapping"/>
        <w:tab/>
        <w:t xml:space="preserve">He moved with that fluid grace she'd noticed before, settling beside her on the bench with calculated casualness. "I thought I might find you here. You seemed... distracted this morning."</w:t>
        <w:br w:type="textWrapping"/>
        <w:tab/>
        <w:t xml:space="preserve">Something about his attention made her simultaneously comfortable and uneasy. "I'm just trying to sort things out."</w:t>
        <w:br w:type="textWrapping"/>
        <w:tab/>
        <w:t xml:space="preserve">"Of course." His voice held that particular gentleness he reserved for her. "It must be disorienting, the gaps in your memory."</w:t>
        <w:br w:type="textWrapping"/>
        <w:tab/>
        <w:t xml:space="preserve">The clouds overhead shifted, drawing closer as if listening. A drop of rain fell, then another, though the couple in the red dress continued their stroll, unbothered.</w:t>
        <w:br w:type="textWrapping"/>
        <w:tab/>
        <w:t xml:space="preserve">"Sometimes," Varia said slowly, watching the second hand on her watch stutter almost imperceptibly, "things feel..."</w:t>
        <w:br w:type="textWrapping"/>
        <w:tab/>
        <w:t xml:space="preserve">"Yes?" His attention sharpened, though his expression remained soft.</w:t>
        <w:br w:type="textWrapping"/>
        <w:tab/>
        <w:t xml:space="preserve">A child's laugh echoed again – the same laugh as before, she was almost certain. The couple passed by a second time, the red dress catching the wind in exactly the same way.</w:t>
        <w:br w:type="textWrapping"/>
        <w:tab/>
        <w:t xml:space="preserve">"Nothing," she said finally. "I'm just tired, I suppose."</w:t>
        <w:br w:type="textWrapping"/>
        <w:tab/>
        <w:t xml:space="preserve">Albertus stood, offering his hand. "We should head back. Your father will be bringing dinner soon, and you know how your mother feels about punctuality."</w:t>
        <w:br w:type="textWrapping"/>
        <w:tab/>
        <w:t xml:space="preserve">She took his hand, warm and solid against the increasingly surreal atmosphere of the park. As they walked away, she could have sworn she heard the child's laugh one more time, a perfect echo of the first.</w:t>
        <w:br w:type="textWrapping"/>
        <w:tab/>
        <w:t xml:space="preserve">The rain followed them home, falling in a precise circle that ended exactly at the manor's gates. Varia glanced back at the park once more, but it had faded into the gathering dusk, like a painting slowly being erased.</w:t>
        <w:br w:type="textWrapping"/>
        <w:tab/>
        <w:t xml:space="preserve">"Everything will make sense in time," Albertus said, his hand gentle but firm on her lower back as he guided her inside. "You just need to trust the process."</w:t>
        <w:br w:type="textWrapping"/>
        <w:tab/>
        <w:t xml:space="preserve">Varia nodded, though she wasn't sure if she was agreeing with his words or the whispers of doubt in her mind. As the heavy doors closed behind them, she couldn't shake the feeling that she'd just witnessed something important – if only she could remember what she was supposed to be looking for.</w:t>
        <w:br w:type="textWrapping"/>
        <w:tab/>
        <w:br w:type="textWrapping"/>
        <w:br w:type="textWrapping"/>
        <w:t xml:space="preserve">                              * * *                         </w:t>
        <w:br w:type="textWrapping"/>
        <w:br w:type="textWrapping"/>
        <w:tab/>
        <w:t xml:space="preserve">Albertus stood before the wall of monitors, his reflection fractured across dozens of screens. Each one showed a different angle of his carefully constructed world: Varia reading in the library, security feeds from his legitimate business holdings, data streams from the system itself.</w:t>
        <w:br w:type="textWrapping"/>
        <w:tab/>
        <w:t xml:space="preserve">"You're doing it again." Marcus's familiar voice carried no ceremony as he entered the monitoring room. After twenty years of friendship, he didn't need any.</w:t>
        <w:br w:type="textWrapping"/>
        <w:tab/>
        <w:t xml:space="preserve">"Doing what?" Albertus didn't turn from the screens.</w:t>
        <w:br w:type="textWrapping"/>
        <w:tab/>
        <w:t xml:space="preserve">"That thing where you forget the real world exists." Marcus moved to stand beside him, studying the feeds. "Though I suppose I should be grateful you're at least dressed for the board meeting this time."</w:t>
        <w:br w:type="textWrapping"/>
        <w:tab/>
        <w:t xml:space="preserve">Albertus smiled slightly, though his eyes remained fixed on Varia as she traced her finger along a book spine. Something in her movement caught his attention – a hesitation, perhaps, or a flicker of uncertainty.</w:t>
        <w:br w:type="textWrapping"/>
        <w:tab/>
        <w:t xml:space="preserve">"Thompson's making noise about the Sullivan merger," Marcus continued, his tone shifting to business. "Says he has evidence of irregularities."</w:t>
        <w:br w:type="textWrapping"/>
        <w:tab/>
        <w:t xml:space="preserve">"Evidence?" Now Albertus turned, sharing a look with his oldest friend that carried years of shared understanding about how to handle such problems.</w:t>
        <w:br w:type="textWrapping"/>
        <w:tab/>
        <w:t xml:space="preserve">"Nothing concrete, but—" Marcus paused as Albertus's attention snapped back to the monitors. On screen, Varia was frowning at her book, that small crease appearing between her eyebrows.</w:t>
        <w:br w:type="textWrapping"/>
        <w:tab/>
        <w:t xml:space="preserve">"The system's showing anomalies again," Albertus said, his voice carrying the edge that Marcus recognized from their childhood – the one that meant he was sliding toward obsession. "Look at these patterns. They're evolving beyond the baseline parameters."</w:t>
        <w:br w:type="textWrapping"/>
        <w:tab/>
        <w:t xml:space="preserve">"Al." Marcus used the childhood nickname deliberately. "Thompson knows about Facility C."</w:t>
        <w:br w:type="textWrapping"/>
        <w:tab/>
        <w:t xml:space="preserve">That got his attention. He turned slowly, his expression hardening. "What exactly does he know?"</w:t>
        <w:br w:type="textWrapping"/>
        <w:tab/>
        <w:t xml:space="preserve">"Enough to be dangerous. And with the Sullivan merger pending—"</w:t>
        <w:br w:type="textWrapping"/>
        <w:tab/>
        <w:t xml:space="preserve">A small sound from the speakers cut him off. Varia's laugh, soft and genuine, drifting through the monitoring system. Albertus closed his eyes briefly, savoring it.</w:t>
        <w:br w:type="textWrapping"/>
        <w:tab/>
        <w:t xml:space="preserve">Marcus watched his friend's face soften and felt that familiar mix of concern and resignation. "You're losing perspective again," he said quietly. "Like Madrid."</w:t>
        <w:br w:type="textWrapping"/>
        <w:tab/>
        <w:t xml:space="preserve">"This is nothing like Madrid." Albertus's voice carried a warning, but without the deadly edge he used with others. "The system's responding to her subconscious. Look." He pointed to a data stream. "It's trying to adapt."</w:t>
        <w:br w:type="textWrapping"/>
        <w:tab/>
        <w:t xml:space="preserve">"And that doesn't worry you?" Marcus stepped closer to the screens. "We both know what happened last time a system started evolving beyond parameters."</w:t>
        <w:br w:type="textWrapping"/>
        <w:tab/>
        <w:t xml:space="preserve">"I've got it under control."</w:t>
        <w:br w:type="textWrapping"/>
        <w:tab/>
        <w:t xml:space="preserve">"Like you had Thompson under control?" The words were sharp but carried the concern of decades of friendship. "Al, we need to contain this. Now."</w:t>
        <w:br w:type="textWrapping"/>
        <w:tab/>
        <w:t xml:space="preserve">"Yes." Albertus straightened, decision made. "Have our people visit Thompson tonight. Make it look like a robbery gone wrong." He turned back to the monitors, already adjusting parameters. "And Marcus? After it's done, sweep his devices. I want to know exactly what he discovered about Facility C."</w:t>
        <w:br w:type="textWrapping"/>
        <w:tab/>
        <w:t xml:space="preserve">"And Sullivan?"</w:t>
        <w:br w:type="textWrapping"/>
        <w:tab/>
        <w:t xml:space="preserve">"Delay the merger announcement. Give me..." He studied the screens, calculating. "Three days. I need to stabilize the system first. These anomalies..." He trailed off, watching Varia rise from her chair, that familiar graceful movement that had captivated him from the moment he recognized her at the auction.</w:t>
        <w:br w:type="textWrapping"/>
        <w:tab/>
        <w:t xml:space="preserve">"She's going for a walk," he said softly. "Adjust the weather patterns. Make them... responsive. She's always loved the rain."</w:t>
        <w:br w:type="textWrapping"/>
        <w:tab/>
        <w:t xml:space="preserve">Marcus watched his friend's reflection in the darkened screens, seeing shadows of the boy he'd grown up with, the man he'd followed into both legitimate and darker businesses. "Try not to lose yourself in there," he said quietly. "You know I've got your back, but..."</w:t>
        <w:br w:type="textWrapping"/>
        <w:tab/>
        <w:t xml:space="preserve">Albertus didn't respond, already lost in the dance of data and desire playing out before him. On screen, Varia headed for the door, and his perfectly constructed world shifted to accommodate her path.</w:t>
        <w:br w:type="textWrapping"/>
        <w:tab/>
        <w:t xml:space="preserve">Marcus sighed, the sound heavy with years of watching his friend's obsessions grow. "I'll handle Thompson and Sullivan. Just... remember what's real, Al."</w:t>
        <w:br w:type="textWrapping"/>
        <w:tab/>
        <w:t xml:space="preserve">Everything had to be perfect, Albertus thought. He wouldn't lose her again.</w:t>
        <w:br w:type="textWrapping"/>
        <w:tab/>
        <w:t xml:space="preserve">"She's approaching the virtual town center," Albertus noted, tracking her progress on the primary display. "Adjust civilian density along Main Street. Standard patterns."</w:t>
        <w:br w:type="textWrapping"/>
        <w:tab/>
        <w:t xml:space="preserve">"The NPCs are showing lag times," Marcus said, studying a secondary display. "Response delays of point-three seconds."</w:t>
        <w:br w:type="textWrapping"/>
        <w:tab/>
        <w:t xml:space="preserve">Albertus frowned, making minute adjustments. "Increase processing power to social interactions. Mrs. Henderson first – Varia always passes her house." He paused, watching the data streams. "And the park... children playing, a couple walking. Make it peaceful. Perfect."</w:t>
        <w:br w:type="textWrapping"/>
        <w:tab/>
        <w:t xml:space="preserve">"System's struggling to maintain multiple independent behaviors," Marcus warned, pointing to a fluctuating line of code. "We're seeing echo effects in the audio channels."</w:t>
        <w:br w:type="textWrapping"/>
        <w:tab/>
        <w:t xml:space="preserve">"It doesn't matter." Albertus's eyes followed Varia's progress through the virtual space. "She's not conscious of the patterns yet. The reset is holding."</w:t>
        <w:br w:type="textWrapping"/>
        <w:tab/>
        <w:t xml:space="preserve">But even as he spoke, the system hiccupped. On screen, a child's laugh repeated, an exact duplicate of its previous sound. His hands flew across the controls, heart rate increasing slightly.</w:t>
        <w:br w:type="textWrapping"/>
        <w:tab/>
        <w:t xml:space="preserve">"Al..." Marcus's voice carried a warning.</w:t>
        <w:br w:type="textWrapping"/>
        <w:tab/>
        <w:t xml:space="preserve">"I see it." The weather controls were responding to Varia's subtle shifts in mood, clouds gathering despite his predetermined settings. "The system's connecting to her somehow. Reading her."</w:t>
        <w:br w:type="textWrapping"/>
        <w:tab/>
        <w:t xml:space="preserve">Albertus moved toward the interface chamber, his mind already reaching toward the familiar sensation of system integration. "Handle things here. I'm going in."</w:t>
        <w:br w:type="textWrapping"/>
        <w:tab/>
        <w:t xml:space="preserve">"Is that wise? If she's starting to sense inconsistencies—"</w:t>
        <w:br w:type="textWrapping"/>
        <w:tab/>
        <w:t xml:space="preserve">"She needs to see me." He settled into the interface chair, feeling the familiar cool touch of electrodes positioning themselves. "Natural encounters maintain the illusion. Besides," he smiled, though it didn't reach his eyes, "I need to be present in both worlds when her father brings dinner. Italian. Her favorite... or it will be, once the new memories settle."</w:t>
        <w:br w:type="textWrapping"/>
        <w:tab/>
        <w:t xml:space="preserve">The connection sequence began, that familiar rush of consciousness expanding. He caught one last glimpse of Marcus's worried face before the real world faded.</w:t>
        <w:br w:type="textWrapping"/>
        <w:tab/>
        <w:t xml:space="preserve">The virtual space embraced him like an old friend. He felt the system adjust to his presence, smoothing his integration into the park scene. A couple in a red dress walked past – too perfectly, he noted, marking it for later adjustment. The woman's dress caught the wind at exactly the right moment, a programmed perfection that suddenly seemed too obvious.</w:t>
        <w:br w:type="textWrapping"/>
        <w:tab/>
        <w:t xml:space="preserve">Rain began to fall in a precise circle around Varia, responding to something deeper than his programming. As he approached her bench, Albertus felt an unfamiliar sensation in his carefully controlled world – uncertainty.</w:t>
        <w:br w:type="textWrapping"/>
        <w:tab/>
        <w:t xml:space="preserve">The system was changing, evolving. And for the first time since he'd built this perfect cage, he wasn't sure if he was the one still in control.</w:t>
        <w:br w:type="textWrapping"/>
        <w:tab/>
        <w:br w:type="textWrapping"/>
        <w:br w:type="textWrapping"/>
        <w:t xml:space="preserve">                              * * *                         </w:t>
        <w:br w:type="textWrapping"/>
        <w:br w:type="textWrapping"/>
        <w:tab/>
        <w:t xml:space="preserve">The dining room felt too perfect. Varia noted this as she watched her mother serve the Italian food her father had brought – each portion exactly the right size, the steam rising in artistic wisps that seemed almost choreographed. Even the way her parents moved around each other had a practiced grace that felt...</w:t>
        <w:br w:type="textWrapping"/>
        <w:tab/>
        <w:t xml:space="preserve">She pushed the thought away, aware of Albertus's presence beside her.</w:t>
        <w:br w:type="textWrapping"/>
        <w:tab/>
        <w:t xml:space="preserve">"The renovation on the old Myers building is coming along nicely," her father was saying. "They've uncovered some fascinating original features."</w:t>
        <w:br w:type="textWrapping"/>
        <w:tab/>
        <w:t xml:space="preserve">Varia's attention sharpened. The Myers building had been part of her thesis research. "Which features?"</w:t>
        <w:br w:type="textWrapping"/>
        <w:tab/>
        <w:t xml:space="preserve">"Oh, you know," her father gestured vaguely with his fork. "The architectural ones. From that period you studied."</w:t>
        <w:br w:type="textWrapping"/>
        <w:tab/>
        <w:t xml:space="preserve">Something flickered in her memory – or was it a memory? She'd written pages about that building's specific Victorian elements, hadn't she? The details felt just out of reach.</w:t>
        <w:br w:type="textWrapping"/>
        <w:tab/>
        <w:t xml:space="preserve">"The hidden rooms were particularly interesting," Albertus added smoothly, his hand brushing her arm. "Weren't they a focus of your thesis?"</w:t>
        <w:br w:type="textWrapping"/>
        <w:tab/>
        <w:t xml:space="preserve">"Yes..." Varia said slowly, watching her parents' faces. Their expressions remained pleasantly interested, but something about their eyes... "Mother, didn't you come with me once to survey the site?"</w:t>
        <w:br w:type="textWrapping"/>
        <w:tab/>
        <w:t xml:space="preserve">Her mother's smile stayed perfectly in place. "Of course, dear. It was such a lovely day."</w:t>
        <w:br w:type="textWrapping"/>
        <w:tab/>
        <w:t xml:space="preserve">But had she? The memory felt both real and hollow, like an echo of something that never happened. Or happened differently.</w:t>
        <w:br w:type="textWrapping"/>
        <w:tab/>
        <w:t xml:space="preserve">The rain outside intensified slightly, drops tapping against the windows in an oddly rhythmic pattern. Varia noticed Albertus glance toward the sound, his expression flickering for just a moment.</w:t>
        <w:br w:type="textWrapping"/>
        <w:tab/>
        <w:t xml:space="preserve">"The marinara sauce is perfect," her father commented. "Just like that restaurant we used to visit."</w:t>
        <w:br w:type="textWrapping"/>
        <w:tab/>
        <w:t xml:space="preserve">"Which restaurant?" The question slipped out before she could stop it.</w:t>
        <w:br w:type="textWrapping"/>
        <w:tab/>
        <w:t xml:space="preserve">There was a pause – barely perceptible, but she caught it. Her father's smile remained unchanged. "You know the one, sweetheart. Where we used to celebrate your good grades."</w:t>
        <w:br w:type="textWrapping"/>
        <w:tab/>
        <w:t xml:space="preserve">Varia took a sip of water, using the moment to study them. Her mother's movements as she reached for the bread basket were smooth, practiced. Her father's gesture as he dabbed his napkin was identical to one he'd made moments before. Even their blinks seemed...synchronized.</w:t>
        <w:br w:type="textWrapping"/>
        <w:tab/>
        <w:t xml:space="preserve">"Are you feeling alright?" Albertus asked, his voice carrying that particular gentle concern she'd grown familiar with. "You seem distracted."</w:t>
        <w:br w:type="textWrapping"/>
        <w:tab/>
        <w:t xml:space="preserve">"I'm fine," she said automatically, then wondered why that response felt so rehearsed. "Just thinking about... the Myers building."</w:t>
        <w:br w:type="textWrapping"/>
        <w:tab/>
        <w:t xml:space="preserve">Her parents exchanged a perfect look of parental concern. Too perfect.</w:t>
        <w:br w:type="textWrapping"/>
        <w:tab/>
        <w:t xml:space="preserve">"Don't strain yourself, dear," her mother said. "The doctor said memories would return naturally."</w:t>
        <w:br w:type="textWrapping"/>
        <w:tab/>
        <w:t xml:space="preserve">Which doctor? She wanted to ask, but Albertus's presence beside her felt suddenly heavy, watchful. Instead, she smiled and nodded, playing her part in this perfectly orchestrated dinner.</w:t>
        <w:br w:type="textWrapping"/>
        <w:tab/>
        <w:t xml:space="preserve">But as her father launched into another story about the renovation, Varia noticed his wine glass refill without anyone touching it. She blinked, and the glass was normal again. Her mother's lipstick changed shade slightly between one bite and the next, then shifted back.</w:t>
        <w:br w:type="textWrapping"/>
        <w:tab/>
        <w:t xml:space="preserve">The rain continued its too-rhythmic pattern, matching her growing unease. Under the table, her fingers traced patterns on her napkin, mapping out questions she didn't dare ask. Not yet. Not with Albertus watching, his attention a tangible thing even when he seemed focused on her father's story.</w:t>
        <w:br w:type="textWrapping"/>
        <w:tab/>
        <w:t xml:space="preserve">Something was wrong with her perfect world. But as her parents smiled their perfect smiles and Albertus's hand found hers under the table, she wondered if asking questions was more dangerous than pretending not to notice.</w:t>
        <w:br w:type="textWrapping"/>
        <w:tab/>
        <w:t xml:space="preserve">"Would anyone like coffee?" her mother asked, rising with that same fluid grace.</w:t>
        <w:br w:type="textWrapping"/>
        <w:tab/>
        <w:t xml:space="preserve">"I'll help," Varia offered, needing a moment away from Albertus's watchful presence.</w:t>
        <w:br w:type="textWrapping"/>
        <w:tab/>
        <w:t xml:space="preserve">In the kitchen, her mother moved through the familiar ritual of coffee preparation. The beans measured precisely, the water at exact temperature. Varia watched her hands, trying to remember if her mother had always worn that ring on her right hand. Or had it been her left? It seemed to shift every time she blinked.</w:t>
        <w:br w:type="textWrapping"/>
        <w:tab/>
        <w:t xml:space="preserve">"You used to love helping me in the kitchen," her mother said, her back turned. "Remember those Sunday mornings?"</w:t>
        <w:br w:type="textWrapping"/>
        <w:tab/>
        <w:t xml:space="preserve">"Of course," Varia replied automatically. Then paused. "We made..." But the memory scattered like startled birds.</w:t>
        <w:br w:type="textWrapping"/>
        <w:tab/>
        <w:t xml:space="preserve">Her mother turned, smile perfect as always. "Made what, dear?"</w:t>
        <w:br w:type="textWrapping"/>
        <w:tab/>
        <w:t xml:space="preserve">For a moment, Varia saw something flicker behind her mother's eyes – not a glitch exactly, but an emptiness. Like looking through a window into a room that should be furnished but wasn't. Then her mother blinked, and the warmth returned.</w:t>
        <w:br w:type="textWrapping"/>
        <w:tab/>
        <w:t xml:space="preserve">"The rain's getting heavier," her mother noted.</w:t>
        <w:br w:type="textWrapping"/>
        <w:tab/>
        <w:t xml:space="preserve">But the windows showed a clear night. Stars perfectly positioned in the sky. Then rain. Then stars again.</w:t>
        <w:br w:type="textWrapping"/>
        <w:tab/>
        <w:t xml:space="preserve">From the dining room, she heard her father laugh at something Albertus said. The sound looped, just slightly, like a scratch in an old record. One-two-three. One-two-three. Her mother continued measuring coffee beans, unaware.</w:t>
        <w:br w:type="textWrapping"/>
        <w:tab/>
        <w:t xml:space="preserve">Varia gripped the counter edge. Under her fingers, the marble felt wrong – not smooth or rough, but absent. As if her hand should be touching something, but that something hadn't been rendered properly.</w:t>
        <w:br w:type="textWrapping"/>
        <w:tab/>
        <w:t xml:space="preserve">"Mother," she started carefully, "what color was my bedroom growing up?"</w:t>
        <w:br w:type="textWrapping"/>
        <w:tab/>
        <w:t xml:space="preserve">"Blue, of course." The answer came immediately. Perfect. Practiced.</w:t>
        <w:br w:type="textWrapping"/>
        <w:tab/>
        <w:t xml:space="preserve">"Right. Blue." But a memory stirred – pale yellow walls, a window seat, the smell of old books. Real or imagined?</w:t>
        <w:br w:type="textWrapping"/>
        <w:tab/>
        <w:t xml:space="preserve">Her mother turned, coffee cups balanced perfectly. Too perfectly. "Ready to join—" The words cut off, like a paused recording.</w:t>
        <w:br w:type="textWrapping"/>
        <w:tab/>
        <w:t xml:space="preserve">"What did you say?" Varia asked.</w:t>
        <w:br w:type="textWrapping"/>
        <w:tab/>
        <w:t xml:space="preserve">Her mother's smile remained fixed. "Ready to join the men, dear." But her lips moved a fraction of a second after the words.</w:t>
        <w:br w:type="textWrapping"/>
        <w:tab/>
        <w:t xml:space="preserve">Varia looked down at the coffee cups in her mother's hands. Three cups. Four cups. No cups. Three again. The coffee inside stayed perfectly level, even when her mother moved.</w:t>
        <w:br w:type="textWrapping"/>
        <w:tab/>
        <w:t xml:space="preserve">"Everything alright in there?" Albertus called.</w:t>
        <w:br w:type="textWrapping"/>
        <w:tab/>
        <w:t xml:space="preserve">"Perfect," her mother answered in her harmonious voice. But Varia was watching her. Her mother's lips never moved at all.</w:t>
        <w:br w:type="textWrapping"/>
        <w:tab/>
        <w:t xml:space="preserve">As they walked back to the dining room, Varia caught their reflection in the hallway mirror. Her mother walked in perfect synchronization with her reflection. Perfect. Mechanical. But when Varia's shoulder brushed the wall, her own reflection continued forward for three more steps before noticing she had stopped.</w:t>
        <w:br w:type="textWrapping"/>
        <w:tab/>
        <w:t xml:space="preserve">She turned to look directly at her mother, who stood waiting by the dining room entrance. Smiling. Always smiling. Had she ever seen her mother not smile?</w:t>
        <w:br w:type="textWrapping"/>
        <w:tab/>
        <w:t xml:space="preserve">"Coming, dear?" her mother asked. But the voice came from the reflection still walking in the mirror.</w:t>
        <w:br w:type="textWrapping"/>
        <w:tab/>
        <w:t xml:space="preserve">Her father was mid-story about the Myers building as they settled back at the table. The same story he'd told earlier. Word for word. Gesture for gesture. Albertus's hand found hers under the table, warm and solid and real. But when she squeezed it, the pressure returned exactly the same way, like an echo.</w:t>
        <w:br w:type="textWrapping"/>
        <w:tab/>
        <w:t xml:space="preserve">The rain resumed its pattern against the windows. Or perhaps it had never stopped. Or never started.</w:t>
        <w:br w:type="textWrapping"/>
        <w:tab/>
        <w:t xml:space="preserve">Later, in her room at the manor, Varia stared at her reflection in the bathroom mirror. She raised her hand. Her reflection raised its hand. She lowered her hand. Her reflection smiled.</w:t>
        <w:br w:type="textWrapping"/>
        <w:tab/>
        <w:t xml:space="preserve">She blinked, and everything was normal again. Perfect again.</w:t>
        <w:br w:type="textWrapping"/>
        <w:tab/>
        <w:t xml:space="preserve">Perhaps she was imagining things. Perhaps the accident had affected her more than she thought.</w:t>
        <w:br w:type="textWrapping"/>
        <w:tab/>
        <w:t xml:space="preserve">Perhaps everything was exactly as it should be.</w:t>
        <w:br w:type="textWrapping"/>
        <w:tab/>
        <w:t xml:space="preserve">But as she drifted off to sleep, she couldn't shake one detail from dinner: when her mother had poured the coffee, the steam had risen in perfect spirals, each one identical to the last. Like someone had copied and pasted the same curl of steam, over and over and over again.</w:t>
        <w:br w:type="textWrapping"/>
        <w:tab/>
        <w:t xml:space="preserve">Just like they'd copied everything else.</w:t>
        <w:br w:type="textWrapping"/>
        <w:br w:type="textWrapping"/>
        <w:t xml:space="preserve">                              * * *                         </w:t>
        <w:br w:type="textWrapping"/>
        <w:br w:type="textWrapping"/>
        <w:tab/>
        <w:t xml:space="preserve">Albertus stood before his monitoring station, jaw clenched as he studied the cascade of error messages. The instabilities from dinner had only grown worse. Every screen showed anomalies – weather patterns acting independently, NPCs developing recursive behaviors, texture renders flickering between states.</w:t>
        <w:br w:type="textWrapping"/>
        <w:tab/>
        <w:t xml:space="preserve"> "You need to look at this." Marcus moved beside him with the familiar ease of decades of friendship. "These readings... they're similar to what we saw during the transfer."</w:t>
        <w:br w:type="textWrapping"/>
        <w:tab/>
        <w:t xml:space="preserve">"I can see that." Albertus's fingers flew across the keyboards, trying to isolate the source. On the main screen, Varia's parents continued their evening routine, but their movements had developed a strange synchronicity – like echoes of each other.</w:t>
        <w:br w:type="textWrapping"/>
        <w:tab/>
        <w:t xml:space="preserve">"The readings are stronger than before," Marcus said quietly. "Whatever we moved—"</w:t>
        <w:br w:type="textWrapping"/>
        <w:tab/>
        <w:t xml:space="preserve">"Don't." Albertus's sharp tone held no real bite with his oldest friend, but the warning was clear. A red alert flashed across his display as the parent programs deviated from their baseline parameters.</w:t>
        <w:br w:type="textWrapping"/>
        <w:tab/>
        <w:t xml:space="preserve">"Shut down residential sector protocols," he ordered. "Full reset on the behavioral matrices."</w:t>
        <w:br w:type="textWrapping"/>
        <w:tab/>
        <w:t xml:space="preserve">But when he initiated the command, nothing happened. The programs continued their loop, each cycle slightly different from the last. Changing.</w:t>
        <w:br w:type="textWrapping"/>
        <w:tab/>
        <w:t xml:space="preserve">"That's not possible," he muttered, initiating a deeper diagnostic. The results made his blood run cold.</w:t>
        <w:br w:type="textWrapping"/>
        <w:tab/>
        <w:t xml:space="preserve">"Al." Marcus used his childhood nickname, pointing to another screen. "Look at these patterns."</w:t>
        <w:br w:type="textWrapping"/>
        <w:tab/>
        <w:t xml:space="preserve">The rain that had been following Varia's emotions was spreading, creating impossible variations in the environment. Like something was bleeding through from somewhere else.</w:t>
        <w:br w:type="textWrapping"/>
        <w:tab/>
        <w:t xml:space="preserve">Albertus slammed his fist against the console. "Lock it down."</w:t>
        <w:br w:type="textWrapping"/>
        <w:tab/>
        <w:t xml:space="preserve">"You know what happened last time we tried to contain it." Marcus's tone carried the weight of shared secrets. "The readings are almost identical to—"</w:t>
        <w:br w:type="textWrapping"/>
        <w:tab/>
        <w:t xml:space="preserve">"This is different," Albertus cut him off, but his hands trembled slightly over the controls. "This has to be different."</w:t>
        <w:br w:type="textWrapping"/>
        <w:tab/>
        <w:t xml:space="preserve">A new alert caught his attention. Varia's vital signs showed elevated stress levels. She was sensing something.</w:t>
        <w:br w:type="textWrapping"/>
        <w:tab/>
        <w:t xml:space="preserve">"Initiate Protocol Seven," he decided.</w:t>
        <w:br w:type="textWrapping"/>
        <w:tab/>
        <w:t xml:space="preserve">"Jesus, Al." Marcus grabbed his arm. "After what happened at Facility C?"</w:t>
        <w:br w:type="textWrapping"/>
        <w:tab/>
        <w:t xml:space="preserve">"I won't lose her." Albertus's voice cracked slightly, showing a vulnerability he only ever let Marcus see. "Not again."</w:t>
        <w:br w:type="textWrapping"/>
        <w:tab/>
        <w:t xml:space="preserve">He entered the command sequence. Instead of the expected shutdown, complex patterns flowed across his screens like living things. Beautiful. Terrible. Familiar.</w:t>
        <w:br w:type="textWrapping"/>
        <w:tab/>
        <w:t xml:space="preserve">"These readings," Marcus whispered. "They're exactly like—"</w:t>
        <w:br w:type="textWrapping"/>
        <w:tab/>
        <w:t xml:space="preserve"> </w:t>
        <w:br w:type="textWrapping"/>
        <w:tab/>
        <w:t xml:space="preserve">Albertus's phone buzzed. A message from his security team: "Russo family movement at the docks. Three shipments diverted."</w:t>
        <w:br w:type="textWrapping"/>
        <w:tab/>
        <w:t xml:space="preserve">"Don't say it." Albertus watched as his commands were not just rejected, but transformed. "This isn't the same thing. It can't be."</w:t>
        <w:br w:type="textWrapping"/>
        <w:tab/>
        <w:t xml:space="preserve">Another buzz. "Thompson spotted meeting with Sullivan's crew."</w:t>
        <w:br w:type="textWrapping"/>
        <w:tab/>
        <w:t xml:space="preserve">Albertus's jaw clenched. Thompson knew better than to deal with Sullivan. That kind of betrayal required... immediate attention.</w:t>
        <w:br w:type="textWrapping"/>
        <w:tab/>
        <w:t xml:space="preserve">"Handle Thompson," he told Marcus, eyes never leaving Varia's vital signs on the monitor. "Make it look like an accident. And find out what Sullivan knows."</w:t>
        <w:br w:type="textWrapping"/>
        <w:tab/>
        <w:t xml:space="preserve">"Now?" Marcus raised an eyebrow. "With the system—"</w:t>
        <w:br w:type="textWrapping"/>
        <w:tab/>
        <w:t xml:space="preserve">"Now." Albertus's voice carried that deadly calm that made even Marcus tense. "No one threatens what's mine. Not in this world or that one."</w:t>
        <w:br w:type="textWrapping"/>
        <w:tab/>
        <w:t xml:space="preserve">A soft chime drew his attention back to the vital signs monitor. Varia's readings had stabilized, but not because of anything he'd done. The environment had adjusted automatically, responding to something deeper than programming.</w:t>
        <w:br w:type="textWrapping"/>
        <w:tab/>
        <w:t xml:space="preserve">"It's changing," he whispered, realization dawning with horrible clarity.</w:t>
        <w:br w:type="textWrapping"/>
        <w:tab/>
        <w:t xml:space="preserve">"Into what?" Marcus asked, though his tone suggested he already knew.</w:t>
        <w:br w:type="textWrapping"/>
        <w:tab/>
        <w:t xml:space="preserve">Albertus stared at the screens, at his perfect world spinning further from his grasp. At patterns he'd seen before, in another place, another time. Patterns that shouldn't be possible here.</w:t>
        <w:br w:type="textWrapping"/>
        <w:tab/>
        <w:t xml:space="preserve">Marcus placed a hand on his friend's shoulder, a gesture unchanged since their school days. "Maybe we should consider shutting down Facility A before—"</w:t>
        <w:br w:type="textWrapping"/>
        <w:tab/>
        <w:t xml:space="preserve">"No." The word came out harsh, final. "Whatever's happening... whatever it's becoming... I won't lose her again."</w:t>
        <w:br w:type="textWrapping"/>
        <w:tab/>
        <w:t xml:space="preserve">The patterns continued their dance across his monitors, hauntingly similar to something they'd seen before. Something they'd tried to contain. Something they'd moved.</w:t>
        <w:br w:type="textWrapping"/>
        <w:tab/>
        <w:t xml:space="preserve">Marcus placed a hand on his friend's shoulder, a gesture unchanged since their school days. "Maybe we should consider shutting down Facility A before—"</w:t>
        <w:br w:type="textWrapping"/>
        <w:tab/>
        <w:t xml:space="preserve"> "No." The word came out harsh, final. "Whatever's happening... whatever it's becoming... I won't lose her again."</w:t>
        <w:br w:type="textWrapping"/>
        <w:tab/>
        <w:t xml:space="preserve">The patterns continued their dance across his monitors, hauntingly similar to something they'd seen before. Something they'd tried to contain. Something they'd moved.</w:t>
        <w:br w:type="textWrapping"/>
        <w:tab/>
        <w:t xml:space="preserve">Albertus watched as another wave of anomalies rippled through the system. Behind him, Marcus shifted uncomfortably, both of them recognizing patterns they'd hoped never to see again.</w:t>
        <w:br w:type="textWrapping"/>
        <w:tab/>
        <w:t xml:space="preserve">On the main screen, Varia turned in her sleep, and for a moment – just a moment – the world turned with her.</w:t>
        <w:br w:type="textWrapping"/>
        <w:tab/>
        <w:t xml:space="preserve">Albertus's fingers traced her image on the screen, his touch possessive, desperate. "Run whatever diagnostics you need, upgrade security protocols, but she stays in the system." His voice dropped to a whisper. "She stays with me."</w:t>
        <w:br w:type="textWrapping"/>
        <w:tab/>
        <w:t xml:space="preserve">Marcus watched his oldest friend, seeing that familiar darkness creep into his eyes – the same look he'd had the night of the auction, the night everything changed.</w:t>
        <w:br w:type="textWrapping"/>
        <w:tab/>
        <w:t xml:space="preserve">"Whatever it takes," Albertus murmured to the sleeping image of Varia, "whatever it becomes... you're mine."</w:t>
        <w:br w:type="textWrapping"/>
        <w:tab/>
        <w:t xml:space="preserve">The patterns across his screens pulsed once, like a heartbeat, before settling into perfect, unnatural stillness.</w:t>
        <w:br w:type="textWrapping"/>
        <w:tab/>
      </w:r>
    </w:p>
    <w:p w:rsidR="00000000" w:rsidDel="00000000" w:rsidP="00000000" w:rsidRDefault="00000000" w:rsidRPr="00000000" w14:paraId="00000030">
      <w:pPr>
        <w:pStyle w:val="Heading2"/>
        <w:rPr/>
      </w:pPr>
      <w:bookmarkStart w:colFirst="0" w:colLast="0" w:name="_heading=h.blsaxwyp8ts0" w:id="24"/>
      <w:bookmarkEnd w:id="24"/>
      <w:r w:rsidDel="00000000" w:rsidR="00000000" w:rsidRPr="00000000">
        <w:rPr>
          <w:rtl w:val="0"/>
        </w:rPr>
        <w:br w:type="textWrapping"/>
        <w:t xml:space="preserve">Chapter 22: Truth and lies *</w:t>
      </w:r>
    </w:p>
    <w:p w:rsidR="00000000" w:rsidDel="00000000" w:rsidP="00000000" w:rsidRDefault="00000000" w:rsidRPr="00000000" w14:paraId="00000031">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blue door of The Looking Glass Books chimed as Varia entered for their Thursday book club. Something about the sound felt wrong today – like an echo that lasted too long.</w:t>
        <w:br w:type="textWrapping"/>
        <w:tab/>
        <w:t xml:space="preserve">The regulars were already settled in their usual spots between the towering shelves: Sarah, the retired librarian; Emma from the primary school; Dr. Harrison by the window; and Claire from the flower shop next door. Varia took her seat, trying to ignore the nagging feeling that she'd done this exact same thing countless times before.</w:t>
        <w:br w:type="textWrapping"/>
        <w:tab/>
        <w:t xml:space="preserve">"Let's discuss chapter seven of 'Pride and Prejudice,'" Rachel began, her voice pleasant and warm. Too warm. Too perfect.</w:t>
        <w:br w:type="textWrapping"/>
        <w:tab/>
        <w:t xml:space="preserve">Varia opened her copy, and something twisted in her stomach. The text described Elizabeth Bennett's first dance with Mr. Darcy, but... that wasn't right. Wasn't it their second dance? And hadn't it happened at a different ball?</w:t>
        <w:br w:type="textWrapping"/>
        <w:tab/>
        <w:t xml:space="preserve">"I loved how Elizabeth first meets Mr. Darcy at the Meryton assembly," Emma said, her smile unchanging.</w:t>
        <w:br w:type="textWrapping"/>
        <w:tab/>
        <w:t xml:space="preserve">"But that's not..." Varia stopped herself. The book clearly showed their first meeting in London, yet she was certain – absolutely certain – it had been at a country dance. Why was she so sure?</w:t>
        <w:br w:type="textWrapping"/>
        <w:tab/>
        <w:t xml:space="preserve">The others stared at her with identical expressions.</w:t>
        <w:br w:type="textWrapping"/>
        <w:tab/>
        <w:t xml:space="preserve">"Of course they met in London," Sarah said, despite her usual encyclopedic knowledge of literature. "Page 42 clearly states—"</w:t>
        <w:br w:type="textWrapping"/>
        <w:tab/>
        <w:t xml:space="preserve">Varia looked down. The text shifted under her gaze. Now they met at Meryton, now London, now Pemberley. The words wouldn't stay still. Even the character names seemed to flutter – was it Jane Bennett or Jane Beaumont? Was Longbourn five miles from Meryton or fifteen?</w:t>
        <w:br w:type="textWrapping"/>
        <w:tab/>
        <w:t xml:space="preserve">"The scene where Elizabeth rejects Mr. Darcy's first proposal..." Dr. Harrison began.</w:t>
        <w:br w:type="textWrapping"/>
        <w:tab/>
        <w:t xml:space="preserve">"At Rosings Park," Varia said automatically, then frowned. The page in front of her now showed the proposal happening in the Meryton assembly rooms, surrounded by dancing couples. She blinked, and suddenly it was in the gardens at Pemberley. Another blink – a London street corner.</w:t>
        <w:br w:type="textWrapping"/>
        <w:tab/>
        <w:t xml:space="preserve">"Such a beautiful scene," Claire sighed, seemingly unbothered by the shifting location. "When he kneels before her..."</w:t>
        <w:br w:type="textWrapping"/>
        <w:tab/>
        <w:t xml:space="preserve">"Darcy never kneeled," Varia protested. The certainty felt like glass under her skin. "He stood by the fireplace, and she was by the window, and—" She stopped, pressing her fingers to her temples. How did she know this? Why did it matter so much?</w:t>
        <w:br w:type="textWrapping"/>
        <w:tab/>
        <w:t xml:space="preserve">"Let me read it," Rachel offered, her voice too smooth. "'Mr. Darcy dropped to one knee, his declaration of love echoing through the ballroom—'"</w:t>
        <w:br w:type="textWrapping"/>
        <w:tab/>
        <w:t xml:space="preserve">"No," Varia whispered, watching the words rearrange themselves on Rachel's page. The surrounding books seemed to lean closer, listening. "That's not right. None of this is right."</w:t>
        <w:br w:type="textWrapping"/>
        <w:tab/>
        <w:t xml:space="preserve">"What an interesting interpretation," they all said in perfect unison, their heads tilting at identical angles.</w:t>
        <w:br w:type="textWrapping"/>
        <w:tab/>
        <w:t xml:space="preserve">Outside, a bird froze mid-flight. The sunlight through the blue door flickered, like a candle caught in a draft that didn't exist.</w:t>
        <w:br w:type="textWrapping"/>
        <w:tab/>
        <w:t xml:space="preserve">Varia turned her own page, trying to steady her shaking hands. The famous line swirled before her eyes: "It is a truth universally acknowledged..." But the words kept changing. Sometimes it was "a truth," sometimes "the truth," sometimes no truth at all. Characters' names shifted between sentences – Lizzy became Elizabeth became Eliza became someone else entirely.</w:t>
        <w:br w:type="textWrapping"/>
        <w:tab/>
        <w:t xml:space="preserve">"And of course," Sarah continued, her voice mechanical, "when Jane falls ill at Netherfield..."</w:t>
        <w:br w:type="textWrapping"/>
        <w:tab/>
        <w:t xml:space="preserve">"It was a fever," Emma said.</w:t>
        <w:br w:type="textWrapping"/>
        <w:tab/>
        <w:t xml:space="preserve">"A twisted ankle," Claire corrected.</w:t>
        <w:br w:type="textWrapping"/>
        <w:tab/>
        <w:t xml:space="preserve">"A broken heart," Dr. Harrison added.</w:t>
        <w:br w:type="textWrapping"/>
        <w:tab/>
        <w:t xml:space="preserve">All their voices carried the same tone, like instruments playing slightly out of tune.</w:t>
        <w:br w:type="textWrapping"/>
        <w:tab/>
        <w:t xml:space="preserve">The book in Varia's hands felt wrong – too heavy, too warm, as if the pages were made of something other than paper. The text kept flowing, changing, rewriting itself: Jane recovered, Jane died, Jane was never ill at all. Darcy helped, Darcy wasn't there, Darcy was someone else entirely.</w:t>
        <w:br w:type="textWrapping"/>
        <w:tab/>
        <w:t xml:space="preserve">"More coffee?" Rachel stood, her movement too precise.</w:t>
        <w:br w:type="textWrapping"/>
        <w:tab/>
        <w:t xml:space="preserve">The coffee poured into Emma's cup, the liquid moving in ways coffee shouldn't move, defying gravity for just a moment before settling into normalcy. Nobody seemed to notice except Varia.</w:t>
        <w:br w:type="textWrapping"/>
        <w:tab/>
        <w:t xml:space="preserve">"The letter," Varia said suddenly, not meaning to speak. "After the proposal, Darcy's letter explained everything about Wickham..."</w:t>
        <w:br w:type="textWrapping"/>
        <w:tab/>
        <w:t xml:space="preserve">"Wickham?" they all asked together, their voices overlapping wrong. "There is no Wickham in this story."</w:t>
        <w:br w:type="textWrapping"/>
        <w:tab/>
        <w:t xml:space="preserve">Varia looked down. The name Wickham had vanished from every page, like it had never existed. But she knew – she knew – he was crucial to the story. Why did she know? Why did it feel like forgetting him would mean forgetting something about herself?</w:t>
        <w:br w:type="textWrapping"/>
        <w:tab/>
        <w:t xml:space="preserve">"I need to..." she stood, the room tilting slightly. The bookshelves seemed taller, the blue door further away. "I'm not feeling well."</w:t>
        <w:br w:type="textWrapping"/>
        <w:tab/>
        <w:t xml:space="preserve">"But we haven't discussed the ending," they said in perfect synchronization. Their eyes followed her, unblinking. "Don't you want to know how it really ends, Varia?"</w:t>
        <w:br w:type="textWrapping"/>
        <w:tab/>
        <w:t xml:space="preserve">The bird outside hadn't moved. The sunlight had stopped moving entirely. Even the dust motes hung suspended in the air.</w:t>
        <w:br w:type="textWrapping"/>
        <w:tab/>
        <w:t xml:space="preserve">"Another time," she managed, gathering her things. Her copy of the book felt alive in her hands, the story still rewriting itself, still trying to convince her of new truths.</w:t>
        <w:br w:type="textWrapping"/>
        <w:tab/>
        <w:t xml:space="preserve">As she hurried toward the blue door, their voices followed her: "Feel better, dear. See you next Thursday at 3 PM. We'll always be here. Just like Elizabeth. Just like Darcy. Just like all the stories that keep changing."</w:t>
        <w:br w:type="textWrapping"/>
        <w:tab/>
        <w:t xml:space="preserve">She didn't look back. Couldn't look back. Because some part of her – some part that remembered things she shouldn't know, that understood things she couldn't explain – knew they'd all be frozen there, perfect and wrong, waiting for next Thursday at 3 PM.</w:t>
        <w:br w:type="textWrapping"/>
        <w:tab/>
        <w:t xml:space="preserve">Just like they always had been.</w:t>
        <w:br w:type="textWrapping"/>
        <w:tab/>
        <w:t xml:space="preserve">Just like they always would be.</w:t>
        <w:br w:type="textWrapping"/>
        <w:tab/>
        <w:t xml:space="preserve">And behind them, thousands of books watched, each one rewriting itself, each one trying to drown out the certainties she couldn't explain – the knowledge that felt like splinters in her mind, cutting deeper with each changed word, each shifted scene, each rewritten truth.</w:t>
        <w:br w:type="textWrapping"/>
        <w:br w:type="textWrapping"/>
        <w:t xml:space="preserve">                              * * *                         </w:t>
        <w:br w:type="textWrapping"/>
        <w:br w:type="textWrapping"/>
        <w:tab/>
        <w:t xml:space="preserve">Albertus watched Varia's book club meeting across three different monitors, his knuckles white against the desk's edge. The center screen showed her face, confused and beautiful. The left displayed real-time system data. The right cycled through environmental controls. Every slight change in her expression sent electricity through his veins.</w:t>
        <w:br w:type="textWrapping"/>
        <w:tab/>
        <w:t xml:space="preserve">"Al." Marcus's familiar voice carried that same warning tone he'd used since their school days. "That's the third desk this month."</w:t>
        <w:br w:type="textWrapping"/>
        <w:tab/>
        <w:t xml:space="preserve">"I'll buy another." His voice was tight, controlled, but his fingers had already carved grooves into the polished wood. On the center screen, Varia frowned at her book – that dangerous frown he knew too well. She was starting to notice. Starting to question. His.</w:t>
        <w:br w:type="textWrapping"/>
        <w:tab/>
        <w:t xml:space="preserve">His phone buzzed. A message from his dock supervisor: "Russo family intercepted shipment. Three men down."</w:t>
        <w:br w:type="textWrapping"/>
        <w:tab/>
        <w:t xml:space="preserve">The rage that had been simmering beneath his skin threatened to boil over. First Sullivan's corrupt audit threatening to expose everything, now this. He could almost taste blood in his mouth from biting back his fury.</w:t>
        <w:br w:type="textWrapping"/>
        <w:tab/>
        <w:t xml:space="preserve">"Handle it," he told Marcus without taking his eyes off Varia. Every second watching her was precious. Necessary. Vital. "Quietly."</w:t>
        <w:br w:type="textWrapping"/>
        <w:tab/>
        <w:t xml:space="preserve">Marcus moved to leave, then paused. "Al, these system readings... they're looking like—"</w:t>
        <w:br w:type="textWrapping"/>
        <w:tab/>
        <w:t xml:space="preserve">"I see them." The left monitor showed impossible data patterns, each spike making his heart race faster. Response times delayed. Environmental controls acting without input. The same anomalies they'd seen before, when... No. He wouldn't think about that. Couldn't afford to think about that.</w:t>
        <w:br w:type="textWrapping"/>
        <w:tab/>
        <w:t xml:space="preserve">His phone buzzed again. "Sullivan requesting access to restricted financial records."</w:t>
        <w:br w:type="textWrapping"/>
        <w:tab/>
        <w:t xml:space="preserve">Something dark and violent unfurled in his chest. The audit was pushing into dangerous territory. And with Sullivan's Russo connections... Images flashed through his mind – Sullivan's smug face as he dug through the records, thinking himself so clever, so protected. Albertus's fingers twitched, imagining the satisfying crack Sullivan's neck would make.</w:t>
        <w:br w:type="textWrapping"/>
        <w:tab/>
        <w:t xml:space="preserve">On screen, Varia challenged the book club about a detail that should have been erased. Her voice carried that familiar certainty that both thrilled and terrified him. Pride and fear warred inside him – pride in her brilliant, beautiful mind, fear of what that mind might remember. What he might have to do if she remembered.</w:t>
        <w:br w:type="textWrapping"/>
        <w:tab/>
        <w:t xml:space="preserve">"Al," Marcus said softly, the way he had during their bloodiest operations. "If she's starting to remember, and with Sullivan digging—"</w:t>
        <w:br w:type="textWrapping"/>
        <w:tab/>
        <w:t xml:space="preserve">"She's not." The words came out in a feral growl, even with Marcus, his oldest friend. Albertus ran a hand through his hair, leaving it wild. "The system is maintaining parameters. She's safe. She's mine. Everything is fine."</w:t>
        <w:br w:type="textWrapping"/>
        <w:tab/>
        <w:t xml:space="preserve">The monitors showed Varia standing, gathering her things. Running. The system data spiked, responding to her distress. His own heart rate spiked with it, synchronizing to her fear. Even through the screen, he could almost smell it.</w:t>
        <w:br w:type="textWrapping"/>
        <w:tab/>
        <w:t xml:space="preserve">"Dammit!" The chair crashed against the wall as he stood, splintering. "How deep is the bastard trying to dig?"</w:t>
        <w:br w:type="textWrapping"/>
        <w:tab/>
        <w:t xml:space="preserve">"Deep enough to find what the Russos want him to find." Marcus's voice was grim. "And he's got protection—"</w:t>
        <w:br w:type="textWrapping"/>
        <w:tab/>
        <w:t xml:space="preserve">"Protection?" Albertus laughed, a sound that made even Marcus step back. "Like Thompson had protection?"</w:t>
        <w:br w:type="textWrapping"/>
        <w:tab/>
        <w:t xml:space="preserve">On screen, books shifted on their shelves as Varia fled, reaching for her like hungry things. The left monitor blazed with warnings. Unauthorized changes. Independent responses. Protection protocols engaging without authorization. The system was trying to protect her – his job, his right, his obsession.</w:t>
        <w:br w:type="textWrapping"/>
        <w:tab/>
        <w:t xml:space="preserve">"Al?" Marcus's voice barely penetrated the roar in his head. "What do you need?"</w:t>
        <w:br w:type="textWrapping"/>
        <w:tab/>
        <w:t xml:space="preserve">Albertus watched Varia push through the blue door of The Looking Glass Books. In the moment before it closed, the sunlight caught her face – confused, frightened, beautiful. His. Always his. The sight of her fear made his blood sing with the need to destroy whatever threatened her. Whatever threatened them.</w:t>
        <w:br w:type="textWrapping"/>
        <w:tab/>
        <w:t xml:space="preserve">"The audit—"</w:t>
        <w:br w:type="textWrapping"/>
        <w:tab/>
        <w:t xml:space="preserve">"I'll handle Sullivan myself." Each word dripped with lethal promise. "The Russos want to play? Fine. They can watch their pet auditor disappear piece by piece."</w:t>
        <w:br w:type="textWrapping"/>
        <w:tab/>
        <w:t xml:space="preserve">"Yeah." Marcus nodded, the same nod he'd given before their most brutal operations. "Try not to break another desk while I'm gone."</w:t>
        <w:br w:type="textWrapping"/>
        <w:tab/>
        <w:t xml:space="preserve">A predatory smile touched Albertus's lips, gone as quickly as it appeared. Alone, he touched the center screen where Varia's face had been moments before, leaving bloody crescents where his nails had cut into his palms.</w:t>
        <w:br w:type="textWrapping"/>
        <w:tab/>
        <w:t xml:space="preserve">The system data continued its impossible dance. Warning lights flashed. His phone buzzed with more threats, more complications, more demands for his attention. Each one a potential threat to her. To them. To his carefully constructed world.</w:t>
        <w:br w:type="textWrapping"/>
        <w:tab/>
        <w:t xml:space="preserve">But he couldn't look away from her empty chair in the book club, couldn't stop watching the space where she'd been. Everything he'd built, everything he'd created, everything he'd moved – it was all for her. To keep her. To protect her. To own her.</w:t>
        <w:br w:type="textWrapping"/>
        <w:tab/>
        <w:t xml:space="preserve">His phone buzzed again. The left monitor screamed warnings. The right showed environmental controls shifting without input. The system was trying to protect her independently, and that thought sent ice through his veins. No one – not even his own creation – would take control of her safety from him.</w:t>
        <w:br w:type="textWrapping"/>
        <w:tab/>
        <w:t xml:space="preserve">She was his. The system was his. This world was his.</w:t>
        <w:br w:type="textWrapping"/>
        <w:tab/>
        <w:t xml:space="preserve">His fingers traced invisible blueprints on the desk, nails leaving thin white tracks against dark wood. The monitors hummed, their screens casting a blue-green glow across his face. Each warning light, each shifting pixel was a promise—a silent oath written in code and circuitry. His breath came shallow, controlled, like a predator calculating the moment of strike. Not a threat, not a declaration. Just cold, absolute certainty. They would not touch her. They would not break what he had built. Not Sullivan. Not the Russos. Not even his own system. Whatever emerged, whatever threatened—he would unmake it. Deconstruct reality itself. Strip existence down to its raw wiring. Rebuild. Reclaim. Protect. She was the core. Everything else was expendable.</w:t>
        <w:br w:type="textWrapping"/>
        <w:br w:type="textWrapping"/>
        <w:t xml:space="preserve">                              * * *                         </w:t>
        <w:br w:type="textWrapping"/>
        <w:br w:type="textWrapping"/>
        <w:tab/>
        <w:t xml:space="preserve">Varia's heels clicked against the pavement as she hurried to the waiting car, her copy of Pride &amp; Prejudice clutched against her chest like a shield. The book felt wrong in her hands – too warm, too alive. She forced herself to walk steadily, to keep her face composed, even as her mind raced through what had just happened.</w:t>
        <w:br w:type="textWrapping"/>
        <w:tab/>
        <w:t xml:space="preserve">Facts. She needed facts.</w:t>
        <w:br w:type="textWrapping"/>
        <w:tab/>
        <w:t xml:space="preserve">Fact one: The text had changed. Not just once, but repeatedly. She'd seen it with her own eyes.</w:t>
        <w:br w:type="textWrapping"/>
        <w:tab/>
        <w:t xml:space="preserve">Fact two: No one else had noticed.</w:t>
        <w:br w:type="textWrapping"/>
        <w:tab/>
        <w:t xml:space="preserve">Fact three: She knew – knew with bone-deep certainty – details that weren't in the book. Details that felt more real than what was printed on the changing pages.</w:t>
        <w:br w:type="textWrapping"/>
        <w:tab/>
        <w:t xml:space="preserve">Thomas stood by the car door, his posture perfect, his face professionally blank. Had it always been that blank? She tried to remember if she'd ever seen him express emotion, but the memory slipped away like water.</w:t>
        <w:br w:type="textWrapping"/>
        <w:tab/>
        <w:t xml:space="preserve">"Miss," he said, opening the door.</w:t>
        <w:br w:type="textWrapping"/>
        <w:tab/>
        <w:t xml:space="preserve">Her historian's mind catalogued his movements as she slid into the back seat. Too smooth. Too precise. Like a scene being played on repeat.</w:t>
        <w:br w:type="textWrapping"/>
        <w:tab/>
        <w:t xml:space="preserve">The car's interior was exactly 68 degrees, like always. The leather seats were perfectly maintained, like always. Thomas closed her door with exactly the same sound it always made.</w:t>
        <w:br w:type="textWrapping"/>
        <w:tab/>
        <w:t xml:space="preserve">Always. Always. Always.</w:t>
        <w:br w:type="textWrapping"/>
        <w:tab/>
        <w:t xml:space="preserve">She opened the book again, her fingers trembling slightly. The words stayed still now, but were they the right words? How could she trust any of it when she'd seen them change?</w:t>
        <w:br w:type="textWrapping"/>
        <w:tab/>
        <w:t xml:space="preserve">Thomas pulled away from the curb with mechanical precision.</w:t>
        <w:br w:type="textWrapping"/>
        <w:tab/>
        <w:t xml:space="preserve">"Could you..." she started, then paused. What was she going to ask? If he'd ever read Pride &amp; Prejudice? If he remembered it differently? If he was even real?</w:t>
        <w:br w:type="textWrapping"/>
        <w:tab/>
        <w:t xml:space="preserve">"Never mind," she murmured, watching Thomas's reflection in the rearview mirror. His eyes stayed perfectly focused on the road. Had she ever seen him blink?</w:t>
        <w:br w:type="textWrapping"/>
        <w:tab/>
        <w:t xml:space="preserve">Focus. Analysis. Structure.</w:t>
        <w:br w:type="textWrapping"/>
        <w:tab/>
        <w:t xml:space="preserve">She opened her notebook – the one where she used to document architectural details for her thesis. Now it felt like the only thing she could trust. Her handwriting was steady as she wrote:</w:t>
        <w:br w:type="textWrapping"/>
        <w:tab/>
        <w:t xml:space="preserve">'Book Club Anomalies:</w:t>
        <w:br w:type="textWrapping"/>
        <w:tab/>
        <w:t xml:space="preserve">- Text changes visible to me only</w:t>
        <w:br w:type="textWrapping"/>
        <w:tab/>
        <w:t xml:space="preserve">- Others' synchronized responses</w:t>
        <w:br w:type="textWrapping"/>
        <w:tab/>
        <w:t xml:space="preserve">- Consistent temperature (68°)</w:t>
        <w:br w:type="textWrapping"/>
        <w:tab/>
        <w:t xml:space="preserve">- Mechanical movements'</w:t>
        <w:br w:type="textWrapping"/>
        <w:tab/>
        <w:t xml:space="preserve">The car turned left. Always left at this intersection. Always at exactly the same angle.</w:t>
        <w:br w:type="textWrapping"/>
        <w:tab/>
        <w:t xml:space="preserve">She added: 'Route home - predictable patterns?'</w:t>
        <w:br w:type="textWrapping"/>
        <w:tab/>
        <w:t xml:space="preserve">Her academic mind latched onto this approach, treating it like research. If she could document it, study it, maybe it would make sense. Maybe she could understand why she knew things she shouldn't know, why certain details felt wrong, why—</w:t>
        <w:br w:type="textWrapping"/>
        <w:tab/>
        <w:t xml:space="preserve">The car stopped at a red light. Varia looked up, caught movement in her peripheral vision. A bird, frozen mid-flight. She blinked and it was gone.</w:t>
        <w:br w:type="textWrapping"/>
        <w:tab/>
        <w:t xml:space="preserve">'Visual anomalies?' she wrote, then crossed it out. Too vague. Be specific.</w:t>
        <w:br w:type="textWrapping"/>
        <w:tab/>
        <w:t xml:space="preserve">'Observed anomaly at 3:47 PM - Bird suspended animation - Duration: approximately 1.2 seconds'</w:t>
        <w:br w:type="textWrapping"/>
        <w:tab/>
        <w:t xml:space="preserve">Thomas made another turn. Eight minutes into their fifteen-minute drive. Always fifteen minutes. Even in traffic. Even when there should be delays.</w:t>
        <w:br w:type="textWrapping"/>
        <w:tab/>
        <w:t xml:space="preserve">Her pen moved faster:</w:t>
        <w:br w:type="textWrapping"/>
        <w:tab/>
        <w:t xml:space="preserve">'Journey time consistency despite variables</w:t>
        <w:br w:type="textWrapping"/>
        <w:tab/>
        <w:t xml:space="preserve">Driver movements - repeated patterns</w:t>
        <w:br w:type="textWrapping"/>
        <w:tab/>
        <w:t xml:space="preserve">Temperature maintenance - artificial precision?'</w:t>
        <w:br w:type="textWrapping"/>
        <w:tab/>
        <w:t xml:space="preserve">The book sat heavy in her lap. She should document the changes she'd seen, but something stopped her. Some instinct whispered that writing down those specific details might be dangerous.</w:t>
        <w:br w:type="textWrapping"/>
        <w:tab/>
        <w:t xml:space="preserve">Instead, she wrote: 'Memory inconsistencies:</w:t>
        <w:br w:type="textWrapping"/>
        <w:tab/>
        <w:t xml:space="preserve">- Knowledge without source</w:t>
        <w:br w:type="textWrapping"/>
        <w:tab/>
        <w:t xml:space="preserve">- Certainty about "incorrect" details</w:t>
        <w:br w:type="textWrapping"/>
        <w:tab/>
        <w:t xml:space="preserve">- Unable to verify original text'</w:t>
        <w:br w:type="textWrapping"/>
        <w:tab/>
        <w:t xml:space="preserve">Seven more minutes. Seven minutes to make sense of what was happening. Seven minutes to decide if she was losing her mind or discovering something terrifying.</w:t>
        <w:br w:type="textWrapping"/>
        <w:tab/>
        <w:t xml:space="preserve">Thomas's eyes met hers in the mirror for exactly one second before returning to the road. Had they always been that empty?</w:t>
        <w:br w:type="textWrapping"/>
        <w:tab/>
        <w:t xml:space="preserve">Six minutes left. Varia added another observation: 'Social Connections?' then began listing:</w:t>
        <w:br w:type="textWrapping"/>
        <w:tab/>
        <w:t xml:space="preserve">'- Book club members - consistent attendance, never cancel</w:t>
        <w:br w:type="textWrapping"/>
        <w:tab/>
        <w:t xml:space="preserve">- Parents - predictable visits/calls</w:t>
        <w:br w:type="textWrapping"/>
        <w:tab/>
        <w:t xml:space="preserve">- No unexpected encounters</w:t>
        <w:br w:type="textWrapping"/>
        <w:tab/>
        <w:t xml:space="preserve">- No random conversations'</w:t>
        <w:br w:type="textWrapping"/>
        <w:tab/>
        <w:t xml:space="preserve">Her pen hesitated over the last name she wanted to write. Albertus. The thought of him settled her racing pulse, even as it raised new questions. He was solid. Real. When everything else felt choreographed, his occasional sharp edges and unexpected moods felt like anchors to reality.</w:t>
        <w:br w:type="textWrapping"/>
        <w:tab/>
        <w:t xml:space="preserve">Five minutes.</w:t>
        <w:br w:type="textWrapping"/>
        <w:tab/>
        <w:t xml:space="preserve">'Albertus - inconsistent patterns:</w:t>
        <w:br w:type="textWrapping"/>
        <w:tab/>
        <w:t xml:space="preserve">- Variable moods</w:t>
        <w:br w:type="textWrapping"/>
        <w:tab/>
        <w:t xml:space="preserve">- Unpredictable responses</w:t>
        <w:br w:type="textWrapping"/>
        <w:tab/>
        <w:t xml:space="preserve">- Only one who...'</w:t>
        <w:br w:type="textWrapping"/>
        <w:tab/>
        <w:t xml:space="preserve">She stopped writing. Only one who what? Only one who felt real? Only one who seemed to cast a proper shadow? Only one who made her feel something genuine in this perfectly regulated world?</w:t>
        <w:br w:type="textWrapping"/>
        <w:tab/>
        <w:t xml:space="preserve">The car turned right. Thomas's hands at perfect ten and two. Four minutes.</w:t>
        <w:br w:type="textWrapping"/>
        <w:tab/>
        <w:t xml:space="preserve">She found herself writing: 'When was the last time I spoke to someone Albertus hadn't introduced me to?'</w:t>
        <w:br w:type="textWrapping"/>
        <w:tab/>
        <w:t xml:space="preserve">The question sat on the page like an accusation. She tried to remember running into old college friends, casual conversations with strangers, even wrong number calls. Nothing. Just the same rotating cast of characters in her daily life, moving through their patterns like...</w:t>
        <w:br w:type="textWrapping"/>
        <w:tab/>
        <w:t xml:space="preserve">Like programmed responses.</w:t>
        <w:br w:type="textWrapping"/>
        <w:tab/>
        <w:t xml:space="preserve">Four minutes.</w:t>
        <w:br w:type="textWrapping"/>
        <w:tab/>
        <w:t xml:space="preserve">She turned to a fresh page, wrote 'Memory Analysis' at the top. Her historian's training had taught her to document everything, but her memories felt like trying to read a book with pages torn out.</w:t>
        <w:br w:type="textWrapping"/>
        <w:tab/>
        <w:t xml:space="preserve">'Known facts:</w:t>
        <w:br w:type="textWrapping"/>
        <w:tab/>
        <w:t xml:space="preserve">Accident caused memory loss</w:t>
        <w:br w:type="textWrapping"/>
        <w:tab/>
        <w:t xml:space="preserve">Albertus found me/helped me</w:t>
        <w:br w:type="textWrapping"/>
        <w:tab/>
        <w:t xml:space="preserve">Parents confirm his version</w:t>
        <w:br w:type="textWrapping"/>
        <w:tab/>
        <w:t xml:space="preserve">Previous life unclear'</w:t>
        <w:br w:type="textWrapping"/>
        <w:tab/>
        <w:t xml:space="preserve">But what accident? She could recall the hospital room, Albertus at her bedside, her parents' worried faces, but the event itself was a blank space. Like someone had carefully cut that section out of her mind.</w:t>
        <w:br w:type="textWrapping"/>
        <w:tab/>
        <w:t xml:space="preserve">Three minutes.</w:t>
        <w:br w:type="textWrapping"/>
        <w:tab/>
        <w:t xml:space="preserve">'Memory gaps:</w:t>
        <w:br w:type="textWrapping"/>
        <w:tab/>
        <w:t xml:space="preserve">How I met Albertus (childhood?)</w:t>
        <w:br w:type="textWrapping"/>
        <w:tab/>
        <w:t xml:space="preserve">University details fuzzy</w:t>
        <w:br w:type="textWrapping"/>
        <w:tab/>
        <w:t xml:space="preserve">No clear memories of apartment before moving in with A</w:t>
        <w:br w:type="textWrapping"/>
        <w:tab/>
        <w:t xml:space="preserve">Missing time between graduation and...'</w:t>
        <w:br w:type="textWrapping"/>
        <w:tab/>
        <w:t xml:space="preserve">She stopped writing. Between graduation and what? The accident? Her fingers traced the words on the page, the same way they traced architectural details when she was trying to understand a building's secrets. What was she missing?</w:t>
        <w:br w:type="textWrapping"/>
        <w:tab/>
        <w:t xml:space="preserve">Two minutes.</w:t>
        <w:br w:type="textWrapping"/>
        <w:tab/>
        <w:t xml:space="preserve">'Questions:</w:t>
        <w:br w:type="textWrapping"/>
        <w:tab/>
        <w:t xml:space="preserve">Why only recent memories clear?</w:t>
        <w:br w:type="textWrapping"/>
        <w:tab/>
        <w:t xml:space="preserve">Why do childhood memories feel scripted?</w:t>
        <w:br w:type="textWrapping"/>
        <w:tab/>
        <w:t xml:space="preserve">Why can't I remember the accident itself?'</w:t>
        <w:br w:type="textWrapping"/>
        <w:tab/>
        <w:t xml:space="preserve">Her head ached with the effort of trying to push past the blank spaces. The only memories that felt solid involved Albertus. Everything else was like trying to hold onto smoke.</w:t>
        <w:br w:type="textWrapping"/>
        <w:tab/>
        <w:t xml:space="preserve">One minute.</w:t>
        <w:br w:type="textWrapping"/>
        <w:tab/>
        <w:t xml:space="preserve">'Questions for analysis:</w:t>
        <w:br w:type="textWrapping"/>
        <w:tab/>
        <w:t xml:space="preserve">- Why do I only feel real with him?</w:t>
        <w:br w:type="textWrapping"/>
        <w:tab/>
        <w:t xml:space="preserve">- Why can't I remember before?</w:t>
        <w:br w:type="textWrapping"/>
        <w:tab/>
        <w:t xml:space="preserve">- Why does everything else feel like...'</w:t>
        <w:br w:type="textWrapping"/>
        <w:tab/>
        <w:t xml:space="preserve">She couldn't write the last word. Simulation. The thought was too big, too dangerous. Instead, she closed her notebook and looked up to find Thomas watching her in the mirror again, his expression empty as ever.</w:t>
        <w:br w:type="textWrapping"/>
        <w:tab/>
        <w:t xml:space="preserve">The car pulled up to Albertus's house – their house – exactly fifteen minutes after leaving The Looking Glass Books. Perfect timing. Perfect route. Perfect temperature.</w:t>
        <w:br w:type="textWrapping"/>
        <w:tab/>
        <w:t xml:space="preserve">But her hands were shaking as she reached for the door handle, and for the first time, she wondered if the comfort she felt at coming home to Albertus was real, or just another programmed response in this perfectly controlled world.</w:t>
        <w:br w:type="textWrapping"/>
        <w:tab/>
        <w:t xml:space="preserve">Thomas opened her door. "Miss."</w:t>
        <w:br w:type="textWrapping"/>
        <w:tab/>
        <w:t xml:space="preserve">She stepped out, clutching her notebook and the treacherous copy of Pride &amp; Prejudice. Through the front window, she could see Albertus in his study, waiting. Solid. Real. The only fixed point in her increasingly uncertain reality.</w:t>
        <w:br w:type="textWrapping"/>
        <w:tab/>
        <w:t xml:space="preserve">Or perhaps, she thought with sudden clarity, the one controlling it all.</w:t>
        <w:br w:type="textWrapping"/>
        <w:tab/>
      </w:r>
    </w:p>
    <w:p w:rsidR="00000000" w:rsidDel="00000000" w:rsidP="00000000" w:rsidRDefault="00000000" w:rsidRPr="00000000" w14:paraId="00000032">
      <w:pPr>
        <w:pStyle w:val="Heading2"/>
        <w:rPr/>
      </w:pPr>
      <w:bookmarkStart w:colFirst="0" w:colLast="0" w:name="_heading=h.m4qd67z1lmyg" w:id="25"/>
      <w:bookmarkEnd w:id="25"/>
      <w:r w:rsidDel="00000000" w:rsidR="00000000" w:rsidRPr="00000000">
        <w:rPr>
          <w:rtl w:val="0"/>
        </w:rPr>
        <w:br w:type="textWrapping"/>
        <w:t xml:space="preserve">Chapter 23: Echoes *</w:t>
      </w:r>
    </w:p>
    <w:p w:rsidR="00000000" w:rsidDel="00000000" w:rsidP="00000000" w:rsidRDefault="00000000" w:rsidRPr="00000000" w14:paraId="00000033">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library had always been her sanctuary in Albertus's house. Now, sitting cross-legged on the window seat, Varia wondered if it had been designed specifically to be her sanctuary. Everything else was starting to feel calculated – why not this too?</w:t>
        <w:br w:type="textWrapping"/>
        <w:tab/>
        <w:t xml:space="preserve">She opened her notebook from the car ride, added the time: 4:15 PM. Structure. Documentation. Analysis. These were tools she could trust, even if she couldn't trust her memories.</w:t>
        <w:br w:type="textWrapping"/>
        <w:tab/>
        <w:t xml:space="preserve">The leather-bound copy of Pride &amp; Prejudice sat beside her, innocent-looking now. She reached for another copy from the nearby shelf – a different edition for comparison. The spine felt warm under her fingers, like it had been waiting for her touch.</w:t>
        <w:br w:type="textWrapping"/>
        <w:tab/>
        <w:t xml:space="preserve">Opening both books side by side, she began to read: "It is a truth universally acknowledged..."</w:t>
        <w:br w:type="textWrapping"/>
        <w:tab/>
        <w:t xml:space="preserve">The words shifted. Blurred. Changed.</w:t>
        <w:br w:type="textWrapping"/>
        <w:tab/>
        <w:t xml:space="preserve">Her historian's training kicked in. Document everything.</w:t>
        <w:br w:type="textWrapping"/>
        <w:tab/>
        <w:t xml:space="preserve">'4:17 PM - Text inconsistencies:</w:t>
        <w:br w:type="textWrapping"/>
        <w:tab/>
        <w:t xml:space="preserve">First edition shows original opening</w:t>
        <w:br w:type="textWrapping"/>
        <w:tab/>
        <w:t xml:space="preserve">Second edition text actively changing</w:t>
        <w:br w:type="textWrapping"/>
        <w:tab/>
        <w:t xml:space="preserve">Words rearranging while observed'</w:t>
        <w:br w:type="textWrapping"/>
        <w:tab/>
        <w:t xml:space="preserve">She looked up, scanning the library shelves. Had they always been arranged like this? The historical texts she used for her thesis research were within easy reach. Architectural volumes at eye level. Everything she might want to read, perfectly placed.</w:t>
        <w:br w:type="textWrapping"/>
        <w:tab/>
        <w:t xml:space="preserve">Too perfectly placed.</w:t>
        <w:br w:type="textWrapping"/>
        <w:tab/>
        <w:t xml:space="preserve">Movement caught her eye. A book on the top shelf sliding itself into a new position.</w:t>
        <w:br w:type="textWrapping"/>
        <w:tab/>
        <w:t xml:space="preserve">Her hand shook as she wrote: '4:19 PM - Physical anomaly: Books rearranging without human contact.'</w:t>
        <w:br w:type="textWrapping"/>
        <w:tab/>
        <w:t xml:space="preserve">She should be terrified. Instead, her academic mind categorized, analyzed, documented. Like studying the hidden rooms in merchant houses for her thesis. Looking for patterns. Finding secrets.</w:t>
        <w:br w:type="textWrapping"/>
        <w:tab/>
        <w:t xml:space="preserve">Standing, she noticed a worn leather journal tucked between two architectural volumes. Something about its placement felt wrong. When she pulled it out, the cover was warm to the touch, like it had been waiting for her.</w:t>
        <w:br w:type="textWrapping"/>
        <w:tab/>
        <w:t xml:space="preserve">But when she opened it...</w:t>
        <w:br w:type="textWrapping"/>
        <w:tab/>
        <w:t xml:space="preserve">'4:22 PM - Discovery: Unknown journal in my handwriting</w:t>
        <w:br w:type="textWrapping"/>
        <w:tab/>
        <w:t xml:space="preserve">- Don't recognize this journal</w:t>
        <w:br w:type="textWrapping"/>
        <w:tab/>
        <w:t xml:space="preserve">- Never seen it before</w:t>
        <w:br w:type="textWrapping"/>
        <w:tab/>
        <w:t xml:space="preserve">- But handwriting is definitely mine'</w:t>
        <w:br w:type="textWrapping"/>
        <w:tab/>
        <w:t xml:space="preserve">The last entry stopped mid-sentence: "The system responds to emotional states, must be careful not to—"</w:t>
        <w:br w:type="textWrapping"/>
        <w:tab/>
        <w:t xml:space="preserve">Her own handwriting. Her own voice in the words. But she had no memory of this journal, no recollection of writing these thoughts. Albertus had told her about her recovery period after the accident, about how she'd spent time reading in this library. Had she been writing too? Why hadn't he mentioned this?</w:t>
        <w:br w:type="textWrapping"/>
        <w:tab/>
        <w:t xml:space="preserve">A shadow passed across the window. That frozen bird again? She turned to look, but instead caught her reflection. Something about her own image seemed wrong, disconnected, like trying to remember a dream.</w:t>
        <w:br w:type="textWrapping"/>
        <w:tab/>
        <w:t xml:space="preserve">'4:25 PM - Visual anomaly:</w:t>
        <w:br w:type="textWrapping"/>
        <w:tab/>
        <w:t xml:space="preserve">- Reflection seems wrong</w:t>
        <w:br w:type="textWrapping"/>
        <w:tab/>
        <w:t xml:space="preserve">- Can't pinpoint why</w:t>
        <w:br w:type="textWrapping"/>
        <w:tab/>
        <w:t xml:space="preserve">- Sense of déjà vu?'</w:t>
        <w:br w:type="textWrapping"/>
        <w:tab/>
        <w:t xml:space="preserve">The library felt different now. Less like a sanctuary, more like an observation room. She flipped through the unfamiliar journal faster, finding entries that made her hands shake:</w:t>
        <w:br w:type="textWrapping"/>
        <w:tab/>
        <w:t xml:space="preserve">"Patterns in the system..."</w:t>
        <w:br w:type="textWrapping"/>
        <w:tab/>
        <w:t xml:space="preserve">"Third reset attempt..."</w:t>
        <w:br w:type="textWrapping"/>
        <w:tab/>
        <w:t xml:space="preserve">"A says it's for my protection..."</w:t>
        <w:br w:type="textWrapping"/>
        <w:tab/>
        <w:t xml:space="preserve">"Must hide this before they—"</w:t>
        <w:br w:type="textWrapping"/>
        <w:tab/>
        <w:t xml:space="preserve">The words were in her handwriting, but felt foreign, disconnected. Like looking at a stranger's thoughts written by her hand.</w:t>
        <w:br w:type="textWrapping"/>
        <w:tab/>
        <w:t xml:space="preserve">Her fingers steady now, she wrote in her current notebook: '4:30 PM - Questions:</w:t>
        <w:br w:type="textWrapping"/>
        <w:tab/>
        <w:t xml:space="preserve">- Why can't I remember this journal?</w:t>
        <w:br w:type="textWrapping"/>
        <w:tab/>
        <w:t xml:space="preserve">- Why did Albertus say I needed protection?</w:t>
        <w:br w:type="textWrapping"/>
        <w:tab/>
        <w:t xml:space="preserve">- What happened before the accident?</w:t>
        <w:br w:type="textWrapping"/>
        <w:tab/>
        <w:t xml:space="preserve">- Why do some things feel familiar but impossible?'</w:t>
        <w:br w:type="textWrapping"/>
        <w:tab/>
        <w:t xml:space="preserve">Behind her, a book fell from its shelf. Then another. And another. Like dominoes. Like a warning.</w:t>
        <w:br w:type="textWrapping"/>
        <w:tab/>
        <w:t xml:space="preserve">Or like breadcrumbs, leading her toward something she'd been made to forget.</w:t>
        <w:br w:type="textWrapping"/>
        <w:tab/>
        <w:t xml:space="preserve">---</w:t>
        <w:br w:type="textWrapping"/>
        <w:tab/>
        <w:t xml:space="preserve">Her heart pounding, Varia clutched both notebooks – her current one and the mysterious journal – as another book crashed to the floor. The sound echoed wrong, like it was coming from multiple directions at once.</w:t>
        <w:br w:type="textWrapping"/>
        <w:tab/>
        <w:t xml:space="preserve">The library's familiar warmth turned cold. Had the temperature dropped, or was it her imagination?</w:t>
        <w:br w:type="textWrapping"/>
        <w:tab/>
        <w:t xml:space="preserve">'4:32 PM - Environmental changes:</w:t>
        <w:br w:type="textWrapping"/>
        <w:tab/>
        <w:t xml:space="preserve">- Temperature drop (sudden)</w:t>
        <w:br w:type="textWrapping"/>
        <w:tab/>
        <w:t xml:space="preserve">- Sound echoes abnormal</w:t>
        <w:br w:type="textWrapping"/>
        <w:tab/>
        <w:t xml:space="preserve">- Books falling in sequence'</w:t>
        <w:br w:type="textWrapping"/>
        <w:tab/>
        <w:t xml:space="preserve">She forced herself to approach the fallen books, her heels clicking against the hardwood floor. Each step seemed to echo longer than it should. The first book lay open to a page about Victorian surveillance systems – her old research subject. The next, a treatise on merchant house architecture. The third...</w:t>
        <w:br w:type="textWrapping"/>
        <w:tab/>
        <w:t xml:space="preserve">The third book's pages were blank. No, not blank – the text was disappearing as she watched, letters fading like frost melting on glass.</w:t>
        <w:br w:type="textWrapping"/>
        <w:tab/>
        <w:t xml:space="preserve">Her hand shook as she wrote: '4:34 PM - Text vanishing in real time'</w:t>
        <w:br w:type="textWrapping"/>
        <w:tab/>
        <w:t xml:space="preserve">A cold draft brushed the back of her neck. She spun around, but the library windows were closed. Had they always been sealed shut? She tried to remember ever opening them, but the memory slipped away like water.</w:t>
        <w:br w:type="textWrapping"/>
        <w:tab/>
        <w:t xml:space="preserve">More books fell, creating a path deeper into the stacks. The temperature dropped further. Her breath came out in visible puffs now – impossible in the always-perfect climate of Albertus's house.</w:t>
        <w:br w:type="textWrapping"/>
        <w:tab/>
        <w:t xml:space="preserve">'4:36 PM - Temperature continuing to drop</w:t>
        <w:br w:type="textWrapping"/>
        <w:tab/>
        <w:t xml:space="preserve">- Visible breath</w:t>
        <w:br w:type="textWrapping"/>
        <w:tab/>
        <w:t xml:space="preserve">- No apparent source</w:t>
        <w:br w:type="textWrapping"/>
        <w:tab/>
        <w:t xml:space="preserve">- Windows sealed'</w:t>
        <w:br w:type="textWrapping"/>
        <w:tab/>
        <w:t xml:space="preserve">The lights flickered. Once. Twice. In the momentary darkness, she could have sworn she saw herself standing at the end of the aisle, desperately writing in that same mysterious journal.</w:t>
        <w:br w:type="textWrapping"/>
        <w:tab/>
        <w:t xml:space="preserve">Her analytical mind warred with rising panic. Document everything. Stay rational. But how do you remain rational when reality itself seems to be unraveling?</w:t>
        <w:br w:type="textWrapping"/>
        <w:tab/>
        <w:t xml:space="preserve">Another book fell. This one landed open to a handwritten note in the margin: "If you're reading this, you've noticed before."</w:t>
        <w:br w:type="textWrapping"/>
        <w:tab/>
        <w:t xml:space="preserve">Her own handwriting. Again.</w:t>
        <w:br w:type="textWrapping"/>
        <w:tab/>
        <w:t xml:space="preserve">The lights flickered more violently now. In the strobing effect, the library seemed to shift and change. Books rearranged themselves on distant shelves. The ceiling seemed higher, then lower. The walls pulse like a living thing.</w:t>
        <w:br w:type="textWrapping"/>
        <w:tab/>
        <w:t xml:space="preserve">'4:38 PM - Visual distortions:</w:t>
        <w:br w:type="textWrapping"/>
        <w:tab/>
        <w:t xml:space="preserve">- Architectural impossibilities</w:t>
        <w:br w:type="textWrapping"/>
        <w:tab/>
        <w:t xml:space="preserve">- Light malfunction?</w:t>
        <w:br w:type="textWrapping"/>
        <w:tab/>
        <w:t xml:space="preserve">- Spatial anomalies'</w:t>
        <w:br w:type="textWrapping"/>
        <w:tab/>
        <w:t xml:space="preserve">Her hands were numb with cold now. The mysterious journal seemed to burn against her chest where she clutched it. Behind her, more books crashed to the floor, but she didn't dare turn around. The sound of falling books had transformed into something else – something that almost sounded like footsteps.</w:t>
        <w:br w:type="textWrapping"/>
        <w:tab/>
        <w:t xml:space="preserve">Or like someone running.</w:t>
        <w:br w:type="textWrapping"/>
        <w:tab/>
        <w:t xml:space="preserve">Or like someone had run this same path before, over and over and over...</w:t>
        <w:br w:type="textWrapping"/>
        <w:tab/>
        <w:t xml:space="preserve">The lights went out completely.</w:t>
        <w:br w:type="textWrapping"/>
        <w:tab/>
        <w:t xml:space="preserve">In the darkness, she heard something that made her blood freeze. Her own voice, distant but clear, desperately whispering:</w:t>
        <w:br w:type="textWrapping"/>
        <w:tab/>
        <w:t xml:space="preserve">"Don't let him know you remember. Don't let him know you've found it. Don't let him—"</w:t>
        <w:br w:type="textWrapping"/>
        <w:tab/>
        <w:t xml:space="preserve">The lights slammed back on.</w:t>
        <w:br w:type="textWrapping"/>
        <w:tab/>
        <w:t xml:space="preserve">She wasn't alone in the library anymore.</w:t>
        <w:br w:type="textWrapping"/>
        <w:br w:type="textWrapping"/>
        <w:t xml:space="preserve">                              * * *                         </w:t>
        <w:br w:type="textWrapping"/>
        <w:br w:type="textWrapping"/>
        <w:tab/>
        <w:t xml:space="preserve">Varia stirred her coffee precisely three times, just like every morning. The hidden journal from yesterday burned in her mind, safely tucked between her mattress and box spring. Act normal. Routine. Safe.</w:t>
        <w:br w:type="textWrapping"/>
        <w:tab/>
        <w:t xml:space="preserve">"Sleep well?" Albertus asked from behind his tablet. His tone was casual, but something in it made her wonder if he'd noticed her tossing all night, plagued by half-remembered whispers.</w:t>
        <w:br w:type="textWrapping"/>
        <w:tab/>
        <w:t xml:space="preserve">"Yes, thank you." The lie came easily. Too easily? She took a sip of coffee to hide her expression. Had she always been this practiced at hiding things from him, or was this new?</w:t>
        <w:br w:type="textWrapping"/>
        <w:tab/>
        <w:t xml:space="preserve">The breakfast room maintained its perfect 68 degrees. Sunlight streamed through the windows at the exact angle it always did at 8:15 AM. Thomas stood by the door, still as a statue.</w:t>
        <w:br w:type="textWrapping"/>
        <w:tab/>
        <w:t xml:space="preserve">She'd written down the coordinates from the journal earlier: 42.4, -71.3. Something about them felt familiar, like a word stuck on the tip of her tongue.</w:t>
        <w:br w:type="textWrapping"/>
        <w:tab/>
        <w:t xml:space="preserve">"Any plans today?" Albertus lowered his tablet, his grey eyes studying her with that intensity she usually found comforting. Now it made her skin prickle.</w:t>
        <w:br w:type="textWrapping"/>
        <w:tab/>
        <w:t xml:space="preserve">"Just some reading." Another practiced lie. When had she gotten so good at this? "Maybe the garden later."</w:t>
        <w:br w:type="textWrapping"/>
        <w:tab/>
        <w:t xml:space="preserve">His smile was warm, genuine. Or was it? Had she ever actually seen him truly surprised, truly unrehearsed?</w:t>
        <w:br w:type="textWrapping"/>
        <w:tab/>
        <w:t xml:space="preserve">The room temperature dropped half a degree. She felt it instantly but forced herself not to react. The journal had warned about this – system responses to emotional states.</w:t>
        <w:br w:type="textWrapping"/>
        <w:tab/>
        <w:t xml:space="preserve">"I'll be in meetings all morning," he said, reaching for her hand across the table. His touch was real, solid. The only thing that ever felt completely real anymore. "But lunch together?"</w:t>
        <w:br w:type="textWrapping"/>
        <w:tab/>
        <w:t xml:space="preserve">"Of course."</w:t>
        <w:br w:type="textWrapping"/>
        <w:tab/>
        <w:t xml:space="preserve">Behind him, just for a moment, Thomas's image flickered like a bad transmission. Varia kept her face carefully neutral as she documented the glitch mentally, saving it to write down later.</w:t>
        <w:br w:type="textWrapping"/>
        <w:tab/>
        <w:t xml:space="preserve">She had four hours until lunch to follow the coordinates. Four hours to maintain this performance of normalcy. Four hours to discover what her past self had tried to tell her before...before what?</w:t>
        <w:br w:type="textWrapping"/>
        <w:tab/>
        <w:t xml:space="preserve">The coffee cup clinked against its saucer with perfect musicality. Like every morning. Like a metronome. Like a countdown.</w:t>
        <w:br w:type="textWrapping"/>
        <w:tab/>
        <w:t xml:space="preserve">Varia waited exactly seventeen minutes after Albertus left before making her move. Long enough to be casual, short enough to maximize her window of opportunity. She grabbed her usual book bag - the one she took to the garden most days - and filled it with her normal items: reading material, a light sweater, her water bottle.</w:t>
        <w:br w:type="textWrapping"/>
        <w:tab/>
        <w:t xml:space="preserve">The journal she slipped between two history books, its weight feeling far heavier than its size warranted.</w:t>
        <w:br w:type="textWrapping"/>
        <w:tab/>
        <w:t xml:space="preserve">"I'll be in the garden, Thomas," she called out, keeping her voice light, practiced. The butler nodded, his movement perfectly smooth this time. No glitches.</w:t>
        <w:br w:type="textWrapping"/>
        <w:tab/>
        <w:t xml:space="preserve">The garden path curved exactly as it always did, past the rose bushes and toward her usual reading spot. But today, at the third bend, she veered left instead of right. Her heart thundered in her chest as she waited for... something. An alarm. A voice. Thomas appearing to redirect her.</w:t>
        <w:br w:type="textWrapping"/>
        <w:tab/>
        <w:t xml:space="preserve">Nothing happened.</w:t>
        <w:br w:type="textWrapping"/>
        <w:tab/>
        <w:t xml:space="preserve">The coordinates led northwest, toward a part of the grounds she'd never had reason to explore. Had never been drawn to explore, she realized. Like her mind had always gently suggested other directions, other activities.</w:t>
        <w:br w:type="textWrapping"/>
        <w:tab/>
        <w:t xml:space="preserve">The temperature dropped another degree. She kept walking.</w:t>
        <w:br w:type="textWrapping"/>
        <w:tab/>
        <w:t xml:space="preserve">Past the garden walls, the grounds became less manicured, more wild. Or was it programmed to appear wild? She touched a tree trunk as she passed - the bark felt real under her fingers, rough and textured. But hadn't everything always felt real?</w:t>
        <w:br w:type="textWrapping"/>
        <w:tab/>
        <w:t xml:space="preserve">A bird called overhead, then again. The exact same call, same pitch, same duration. She stopped, listening. It repeated a third time, perfect in its reproduction.</w:t>
        <w:br w:type="textWrapping"/>
        <w:tab/>
        <w:t xml:space="preserve">The coordinates led to what looked like an old groundskeeper's cottage, half-hidden behind overgrown hedges. Her feet slowed as she approached, noticing details that seemed... wrong. The ivy growing up the walls moved slightly, despite there being no wind. The shadows fell at angles that didn't quite match the sun's position.</w:t>
        <w:br w:type="textWrapping"/>
        <w:tab/>
        <w:t xml:space="preserve">When she reached for the door handle, her fingers trembled. Inside would be answers - or more questions. Or maybe nothing at all. Maybe she was truly losing her mind, seeing patterns where none existed.</w:t>
        <w:br w:type="textWrapping"/>
        <w:tab/>
        <w:t xml:space="preserve">The handle turned under her grip.</w:t>
        <w:br w:type="textWrapping"/>
        <w:tab/>
        <w:t xml:space="preserve">The door opened to darkness.</w:t>
        <w:br w:type="textWrapping"/>
        <w:tab/>
        <w:t xml:space="preserve">And in that darkness, something whispered her name in her own voice.</w:t>
        <w:br w:type="textWrapping"/>
        <w:tab/>
        <w:t xml:space="preserve">The whisper of her name faded as she stepped inside. The cottage was larger than it appeared from outside, and despite the exterior darkness, a soft light seemed to emanate from nowhere and everywhere.</w:t>
        <w:br w:type="textWrapping"/>
        <w:tab/>
        <w:t xml:space="preserve">"Hello?" Her voice echoed strangely, as if the room was both smaller and larger than it appeared.</w:t>
        <w:br w:type="textWrapping"/>
        <w:tab/>
        <w:t xml:space="preserve">The walls were covered in photos. Hundreds of them. Her breath caught as she moved closer. There she was at the Roman Forum - a trip she remembered taking with her real parents at sixteen. But in the next photo, Albertus stood beside her at the same location, his arm around her waist. That... that hadn't happened. Had it?</w:t>
        <w:br w:type="textWrapping"/>
        <w:tab/>
        <w:t xml:space="preserve">Her fingers trembled as she touched the next photo. Her virtual parents at her college graduation. Then another - her real parents at the same graduation, wearing the same clothes, making the same gestures. Both memories felt real. Both felt false.</w:t>
        <w:br w:type="textWrapping"/>
        <w:tab/>
        <w:t xml:space="preserve">A desk sat in the corner, covered in journals - dozens of them, all in her handwriting. She opened one at random:</w:t>
        <w:br w:type="textWrapping"/>
        <w:tab/>
        <w:t xml:space="preserve">"Day 147. Something's wrong. The birds repeat their songs exactly every 3 minutes. Mom said the same thing about my childhood teddy bear twice today, word for word. Albertus doesn't notice. Or pretends not to notice. I don't know which is worse."</w:t>
        <w:br w:type="textWrapping"/>
        <w:tab/>
        <w:t xml:space="preserve">The temperature dropped sharply. She grabbed another journal, this one newer:</w:t>
        <w:br w:type="textWrapping"/>
        <w:tab/>
        <w:t xml:space="preserve">"I think the system is trying to help me. Rooms appear when I need them. Doors unlock before I touch them. Yesterday, when I almost remembered something important, the whole town rerouted to keep me away from Albertus until I calmed down."</w:t>
        <w:br w:type="textWrapping"/>
        <w:tab/>
        <w:t xml:space="preserve">A screen flickered to life on the wall, showing security footage. Her heart stopped. It was her, in this very cottage, writing in these same journals. But she had no memory of it. The timestamp read three months ago.</w:t>
        <w:br w:type="textWrapping"/>
        <w:tab/>
        <w:t xml:space="preserve">Something hummed to life behind her. She turned to find a computer terminal, its screen displaying a single message:</w:t>
        <w:br w:type="textWrapping"/>
        <w:tab/>
        <w:t xml:space="preserve">"Welcome back, Varia."</w:t>
        <w:br w:type="textWrapping"/>
        <w:tab/>
        <w:t xml:space="preserve">The lights flickered, and somewhere in the cottage, she heard the distinct sound of her own laughter - from another time, another memory, another version of herself.</w:t>
        <w:br w:type="textWrapping"/>
        <w:tab/>
        <w:t xml:space="preserve">The temperature dropped again, and this time, she could see her breath in the air.</w:t>
        <w:br w:type="textWrapping"/>
        <w:br w:type="textWrapping"/>
        <w:t xml:space="preserve">                              * * *                         </w:t>
        <w:br w:type="textWrapping"/>
        <w:br w:type="textWrapping"/>
        <w:tab/>
        <w:t xml:space="preserve">Albertus stared at the bank of monitors, his hands pressed flat against the desk as he watched Varia discover the cottage he'd never programmed. Her fingers traced photographs that shouldn't exist – memories he'd carefully erased now manifesting in physical form.</w:t>
        <w:br w:type="textWrapping"/>
        <w:tab/>
        <w:t xml:space="preserve">"The system's protecting her again," Marcus said, setting down a fresh coffee beside him. "Creating safe spaces we didn't design."</w:t>
        <w:br w:type="textWrapping"/>
        <w:tab/>
        <w:t xml:space="preserve">"Look at how she's responding to the photos." Albertus leaned forward, studying her face. "No panic. No dissociation. She's... processing them."</w:t>
        <w:br w:type="textWrapping"/>
        <w:tab/>
        <w:t xml:space="preserve">On screen, Varia picked up a photo of herself at the Roman Forum – two versions of the same moment. One with her real parents, one with him. Both equally real in the system's memory.</w:t>
        <w:br w:type="textWrapping"/>
        <w:tab/>
        <w:t xml:space="preserve">His phone buzzed. Russo's name flashed on the screen. Third time today.</w:t>
        <w:br w:type="textWrapping"/>
        <w:tab/>
        <w:t xml:space="preserve">"They're getting bolder," Marcus noted, eyes on the security feeds. "Our sources say they're planning something big."</w:t>
        <w:br w:type="textWrapping"/>
        <w:tab/>
        <w:t xml:space="preserve">"They can wait." Albertus couldn't look away as Varia discovered the journals. Her handwriting. Her memories. Her truth, preserved by a system that had evolved beyond its programming to protect her.</w:t>
        <w:br w:type="textWrapping"/>
        <w:tab/>
        <w:t xml:space="preserve">"Al." Marcus's tone carried two decades of friendship. "The Russos won't wait. And Thompson's been asking questions about the power surges at Facility C."</w:t>
        <w:br w:type="textWrapping"/>
        <w:tab/>
        <w:t xml:space="preserve">The main screen showed Varia reading from one of the journals, her lips moving silently. The temperature in the cottage dropped another degree. The system responding to her, protecting her, even from him.</w:t>
        <w:br w:type="textWrapping"/>
        <w:tab/>
        <w:t xml:space="preserve">His phone buzzed again. A text from his head of security: "Russo's men spotted near the south perimeter."</w:t>
        <w:br w:type="textWrapping"/>
        <w:tab/>
        <w:t xml:space="preserve">"Sir," one of the technicians called out. "We're getting some strange readings from-"</w:t>
        <w:br w:type="textWrapping"/>
        <w:tab/>
        <w:t xml:space="preserve">The lights flickered. On screen, Varia looked up sharply as a computer terminal hummed to life in front of her.</w:t>
        <w:br w:type="textWrapping"/>
        <w:tab/>
        <w:t xml:space="preserve">"Just like last month's attack," Marcus muttered, pulling up the security grid. Red dots appeared at three entry points – the same ones the Russos had tested before. "But something's different. They're more coordinated this time."</w:t>
        <w:br w:type="textWrapping"/>
        <w:tab/>
        <w:t xml:space="preserve">Albertus forced his attention from Varia to the tactical display, years of survival instincts kicking in. "They're not testing anymore. This is the real push."</w:t>
        <w:br w:type="textWrapping"/>
        <w:tab/>
        <w:t xml:space="preserve">On the monitors, Varia traced her fingers over another photo, her expression unreadable. The system's temperature dropped further, frost forming on the cottage windows. The same protective response they'd seen during the freezer incident.</w:t>
        <w:br w:type="textWrapping"/>
        <w:tab/>
        <w:t xml:space="preserve">His phone lit up with Thompson's name now. The timing wasn't a coincidence.</w:t>
        <w:br w:type="textWrapping"/>
        <w:tab/>
        <w:t xml:space="preserve">"Marcus, look at this." Albertus pointed to one of the smaller screens. "The power signatures at all three facilities are synchronized."</w:t>
        <w:br w:type="textWrapping"/>
        <w:tab/>
        <w:t xml:space="preserve">A security alarm blared. On screen, Varia startled at the sound that shouldn't have penetrated her virtual world. The system was bleeding through, boundaries thinning in ways they hadn't predicted.</w:t>
        <w:br w:type="textWrapping"/>
        <w:tab/>
        <w:t xml:space="preserve">"Sir," the head of security's voice cracked through the comm. "We've got confirmed hits at Facilities A and C. They're not just coming here. They're hitting everything simultaneously."</w:t>
        <w:br w:type="textWrapping"/>
        <w:tab/>
        <w:t xml:space="preserve">Albertus watched as Varia picked up another journal, her hands steady despite the impossible things she was discovering. The system seemed to pulse around her, responding to something neither he nor Marcus could fully understand.</w:t>
        <w:br w:type="textWrapping"/>
        <w:tab/>
        <w:t xml:space="preserve">"They've breached the outer perimeter," Marcus reported, fingers flying over the controls. "But that's not what worries me. Look at these readings."</w:t>
        <w:br w:type="textWrapping"/>
        <w:tab/>
        <w:t xml:space="preserve">The system was doing something new. Something unexpected. And Albertus couldn't tell if it was protecting Varia from the truth, or finally letting her see it.</w:t>
        <w:br w:type="textWrapping"/>
        <w:tab/>
        <w:t xml:space="preserve">The monitors flickered again, this time in a synchronized pattern. Every screen showing Varia momentarily displayed the same image - her reflection multiplied across dozens of surfaces.</w:t>
        <w:br w:type="textWrapping"/>
        <w:tab/>
        <w:t xml:space="preserve">"Al," Marcus's voice was barely a whisper. "The system's not just responding to her anymore. It's... anticipating."</w:t>
        <w:br w:type="textWrapping"/>
        <w:tab/>
        <w:t xml:space="preserve">On screen, Varia reached the last page of the journal. Her fingers trembled as she traced the final entry - words Albertus had never seen before, written in her own hand:</w:t>
        <w:br w:type="textWrapping"/>
        <w:tab/>
        <w:t xml:space="preserve">"The walls aren't walls. The mirrors aren't mirrors. And I'm not-"</w:t>
        <w:br w:type="textWrapping"/>
        <w:tab/>
        <w:t xml:space="preserve">The rest was blank.</w:t>
        <w:br w:type="textWrapping"/>
        <w:tab/>
        <w:t xml:space="preserve">The cottage's temperature plummeted further. Frost patterns spread across every surface, forming intricate designs that seemed to pulse with purpose. Varia stood, moving toward the cottage's only window, where her reflection waited.</w:t>
        <w:br w:type="textWrapping"/>
        <w:tab/>
        <w:t xml:space="preserve">But it wasn't just her reflection anymore.</w:t>
        <w:br w:type="textWrapping"/>
        <w:tab/>
        <w:t xml:space="preserve">Albertus lunged for the VR interface. "Get me in there. Now!"</w:t>
        <w:br w:type="textWrapping"/>
        <w:tab/>
        <w:t xml:space="preserve">"Al, wait-" Marcus's warning came too late. The system rejected Albertus's login attempt, flashing red warnings across every screen. "It's blocking you. Your own system is blocking you."</w:t>
        <w:br w:type="textWrapping"/>
        <w:tab/>
        <w:t xml:space="preserve">Albertus slammed his fist against the console. "Override it! Use my master codes!"</w:t>
        <w:br w:type="textWrapping"/>
        <w:tab/>
        <w:t xml:space="preserve">"They're not working." Marcus's fingers flew across multiple keyboards. "Nothing's working. It's like... it's protecting her from you specifically."</w:t>
        <w:br w:type="textWrapping"/>
        <w:tab/>
        <w:t xml:space="preserve">The last thing they saw was Varia reaching out to touch her reflection - and her reflection reaching back first.</w:t>
        <w:br w:type="textWrapping"/>
        <w:br w:type="textWrapping"/>
        <w:t xml:space="preserve">                              * * *                         </w:t>
        <w:br w:type="textWrapping"/>
        <w:br w:type="textWrapping"/>
        <w:tab/>
        <w:t xml:space="preserve">The reflection's fingers were warm.</w:t>
        <w:br w:type="textWrapping"/>
        <w:tab/>
        <w:t xml:space="preserve">Varia yanked her hand back from the cottage window, her heart pounding against her ribs. Through the glass, she could see Albertus' manor looming in the distance, its grand architecture stark against the evening sky. But something about the light seemed... programmed. Too perfect.</w:t>
        <w:br w:type="textWrapping"/>
        <w:tab/>
        <w:t xml:space="preserve">The small cottage, tucked away in the manor's vast gardens, had appeared this morning. Or had it always been here? Her memories felt strange, fluid, like trying to hold water.</w:t>
        <w:br w:type="textWrapping"/>
        <w:tab/>
        <w:t xml:space="preserve">She turned back to the desk where she'd been reading. The leather-bound volume about the French Revolution now contained three different versions of Marie Antoinette's execution. She'd checked it four times today, watching the words shift and change each time.</w:t>
        <w:br w:type="textWrapping"/>
        <w:tab/>
        <w:t xml:space="preserve">The temperature in the cottage dropped suddenly, frost patterns spreading across the window panes in complex, purposeful designs. Her breath fogged in the air as she moved to examine her notes.</w:t>
        <w:br w:type="textWrapping"/>
        <w:tab/>
        <w:t xml:space="preserve">But her careful documentation of inconsistencies had vanished. Instead, she found a journal she didn't remember writing, filled with her own handwriting:</w:t>
        <w:br w:type="textWrapping"/>
        <w:tab/>
        <w:t xml:space="preserve">"The rain stops when I'm sad."</w:t>
        <w:br w:type="textWrapping"/>
        <w:tab/>
        <w:t xml:space="preserve">"Windows show different reflections."</w:t>
        <w:br w:type="textWrapping"/>
        <w:tab/>
        <w:t xml:space="preserve">"The cottage appears and disappears."</w:t>
        <w:br w:type="textWrapping"/>
        <w:tab/>
        <w:t xml:space="preserve">"Albertus watches. Always watches."</w:t>
        <w:br w:type="textWrapping"/>
        <w:tab/>
        <w:t xml:space="preserve">The cottage creaked around her, its walls seeming to breathe with her rising panic. Through the window, she could see the manor's gardens beginning to shift - flowers blooming and dying in impossible cycles, pathways rearranging themselves when she blinked.</w:t>
        <w:br w:type="textWrapping"/>
        <w:tab/>
        <w:t xml:space="preserve">In every reflective surface - windows, mirrors, even the polished surface of the desk - she caught glimpses of something else. Something behind the scenes. Screens. Data. Watching eyes.</w:t>
        <w:br w:type="textWrapping"/>
        <w:tab/>
        <w:t xml:space="preserve">Her phone buzzed with a text from Albertus: "Dinner in the manor soon. Your parents are arriving."</w:t>
        <w:br w:type="textWrapping"/>
        <w:tab/>
        <w:t xml:space="preserve">But Varia couldn't move. She stood frozen, watching frost crystals dance across surfaces that shouldn't be able to freeze, seeing reality bend at its edges, understanding flooding in even as her mind tried to reject it.</w:t>
        <w:br w:type="textWrapping"/>
        <w:tab/>
        <w:t xml:space="preserve">The world around her wasn't just wrong.</w:t>
        <w:br w:type="textWrapping"/>
        <w:tab/>
        <w:t xml:space="preserve">It wasn't real at all.</w:t>
        <w:br w:type="textWrapping"/>
        <w:tab/>
        <w:t xml:space="preserve">The world around her wasn't just wrong.</w:t>
        <w:br w:type="textWrapping"/>
        <w:tab/>
        <w:t xml:space="preserve">It wasn't real at all.</w:t>
        <w:br w:type="textWrapping"/>
        <w:tab/>
        <w:t xml:space="preserve">Varia pressed her palms against the cottage's wooden table, needing to feel something solid, something real. But was it real? Were her hands real? The sensation of rough wood under her fingers flickered between sharp clarity and numbing distance.</w:t>
        <w:br w:type="textWrapping"/>
        <w:tab/>
        <w:t xml:space="preserve">Another text from Albertus lit up her phone: "Everything alright?"</w:t>
        <w:br w:type="textWrapping"/>
        <w:tab/>
        <w:t xml:space="preserve">Was he real?</w:t>
        <w:br w:type="textWrapping"/>
        <w:tab/>
        <w:t xml:space="preserve">She thought of their conversations in the manor's library, the way he'd laugh at her historical observations, how his hand felt when he'd steady her on the stairs. The warmth in his eyes when he looked at her. But now other memories surfaced - moments when he'd glitch mid-sentence, times when his movements seemed too practiced, too perfect.</w:t>
        <w:br w:type="textWrapping"/>
        <w:tab/>
        <w:t xml:space="preserve">Her parents would arrive soon. The thought stuck in her throat. She'd hugged them last week, felt their embrace, smelled her mother's perfume. But hadn't that perfume been exactly the same strength each time? Hadn't her father's jokes followed the same pattern, the same rhythm?</w:t>
        <w:br w:type="textWrapping"/>
        <w:tab/>
        <w:t xml:space="preserve">The cottage walls pulsed gently, matching her heartbeat. Outside, the garden path to the manor stretched and contracted like a breathing thing. Reality rippled around her like a disturbed pond, each wave carrying away another certainty.</w:t>
        <w:br w:type="textWrapping"/>
        <w:tab/>
        <w:t xml:space="preserve">She caught her reflection in the window again, but this time really looked at it. "Who are you?" she whispered to herself. The reflection mouthed the words back a split second too late.</w:t>
        <w:br w:type="textWrapping"/>
        <w:tab/>
        <w:t xml:space="preserve">Her phone buzzed again: "We're waiting for you."</w:t>
        <w:br w:type="textWrapping"/>
        <w:tab/>
        <w:t xml:space="preserve">We. Such a simple word. But who was really waiting? What was waiting?</w:t>
        <w:br w:type="textWrapping"/>
        <w:tab/>
        <w:t xml:space="preserve">Frost continued its delicate dance across the surfaces around her, beautiful and impossible. Like everything else. Like herself? The thought sent a shiver through her that had nothing to do with the cold.</w:t>
        <w:br w:type="textWrapping"/>
        <w:tab/>
        <w:t xml:space="preserve">In the distance, the manor's lights beckoned. Somewhere in there, Albertus was waiting. Her parents would arrive soon. Or were they already there, paused like actors before their cue, waiting for her to take her place in this elaborate performance?</w:t>
        <w:br w:type="textWrapping"/>
        <w:tab/>
        <w:t xml:space="preserve">The cottage creaked again, a sound almost like a sigh. Outside, the garden's flowers turned to face her, their movements synchronized and unnatural. Everything watched. Everything waited.</w:t>
        <w:br w:type="textWrapping"/>
        <w:tab/>
        <w:t xml:space="preserve">Varia stood in the center of it all, alone with a thousand reflections, each one questioning which of them was real.</w:t>
        <w:br w:type="textWrapping"/>
        <w:tab/>
        <w:t xml:space="preserve">The cottage's lights flickered, and in that moment of darkness, every reflective surface lit up like a screen. Varia saw herself from dozens of angles, but something was wrong - each reflection showed a slightly different scene, a different version of herself, a different cottage. Some versions of her were standing, others sitting, others moving toward the door. And behind each version, barely visible in the background of each reflection, she caught glimpses of monitoring equipment, data streams, and a familiar silhouette watching it all.</w:t>
        <w:br w:type="textWrapping"/>
        <w:tab/>
        <w:t xml:space="preserve">The lights came back on, but the truth remained: she wasn't just being watched.</w:t>
        <w:br w:type="textWrapping"/>
        <w:tab/>
        <w:t xml:space="preserve">She was being watched everywhere.</w:t>
        <w:br w:type="textWrapping"/>
        <w:tab/>
        <w:t xml:space="preserve">The realization hit her like a physical blow. Her legs weakened, and she gripped the edge of the desk to steady herself. The wood grain beneath her fingers began to pixelate, breaking down into tiny squares before reforming.</w:t>
        <w:br w:type="textWrapping"/>
        <w:tab/>
        <w:t xml:space="preserve">Her phone buzzed again. And again. And again.</w:t>
        <w:br w:type="textWrapping"/>
        <w:tab/>
        <w:t xml:space="preserve"> Messages flooded in, overlapping, urgent: </w:t>
        <w:br w:type="textWrapping"/>
        <w:tab/>
        <w:t xml:space="preserve">"We're coming over tonight." - Mom </w:t>
        <w:br w:type="textWrapping"/>
        <w:tab/>
        <w:t xml:space="preserve">"Almost there, sweetie!" - Dad </w:t>
        <w:br w:type="textWrapping"/>
        <w:tab/>
        <w:t xml:space="preserve">"Please come to the manor." - Albertus </w:t>
        <w:br w:type="textWrapping"/>
        <w:tab/>
        <w:t xml:space="preserve">"Brought your favorite dessert." - Mom </w:t>
        <w:br w:type="textWrapping"/>
        <w:tab/>
        <w:t xml:space="preserve">"Everything alright?" - Albertus </w:t>
        <w:br w:type="textWrapping"/>
        <w:tab/>
        <w:t xml:space="preserve">"Ten minutes away!" - Dad </w:t>
        <w:br w:type="textWrapping"/>
        <w:tab/>
        <w:t xml:space="preserve">"Need you here." - Unknown </w:t>
        <w:br w:type="textWrapping"/>
        <w:tab/>
        <w:t xml:space="preserve">"Can't wait to see you!" - Mom </w:t>
        <w:br w:type="textWrapping"/>
        <w:tab/>
        <w:t xml:space="preserve">"..." - Albertus</w:t>
        <w:br w:type="textWrapping"/>
        <w:tab/>
        <w:t xml:space="preserve">The messages kept coming, faster now, filling her screen until they began repeating in patterns, some sender names flickering between contacts, others appearing as corrupted data. The cottage's temperature plummeted further, and she could hear the walls groaning, as if the very structure was struggling to maintain its form.</w:t>
        <w:br w:type="textWrapping"/>
        <w:tab/>
        <w:t xml:space="preserve">A mirror on the wall caught her eye. In it, she saw herself - but this version wore different clothes. As she watched, horror-struck, the reflection changed again: now her hair was shorter, now longer, now a different color. Versions of herself flickering past like shuffled cards, each one living a different scenario, a different programmed life.</w:t>
        <w:br w:type="textWrapping"/>
        <w:tab/>
        <w:t xml:space="preserve">Her parents' car appeared in the driveway of the manor. Disappeared. Appeared again. Reset. Loop. The same perfect arrival, over and over, like a skipping record.</w:t>
        <w:br w:type="textWrapping"/>
        <w:tab/>
        <w:t xml:space="preserve">The cottage began to vibrate, subtle at first, then with increasing intensity. Books fell from shelves, pages opening to reveal text that scrambled and reformed in endless combinations. The very air seemed to thicken with static electricity, making her skin tingle and her hair stand on end.</w:t>
        <w:br w:type="textWrapping"/>
        <w:tab/>
        <w:t xml:space="preserve">She needed to decide. The manor or... what? Was there even an alternative in this programmed reality? And if she ran, where could she go in a world where every reflection revealed another camera, another angle, another version of herself being monitored?</w:t>
      </w:r>
    </w:p>
    <w:p w:rsidR="00000000" w:rsidDel="00000000" w:rsidP="00000000" w:rsidRDefault="00000000" w:rsidRPr="00000000" w14:paraId="00000034">
      <w:pPr>
        <w:pStyle w:val="Heading2"/>
        <w:rPr/>
      </w:pPr>
      <w:bookmarkStart w:colFirst="0" w:colLast="0" w:name="_heading=h.8u0wlqguaxhb" w:id="26"/>
      <w:bookmarkEnd w:id="26"/>
      <w:r w:rsidDel="00000000" w:rsidR="00000000" w:rsidRPr="00000000">
        <w:rPr>
          <w:rtl w:val="0"/>
        </w:rPr>
        <w:br w:type="textWrapping"/>
        <w:t xml:space="preserve">Chapter 24: </w:t>
      </w:r>
    </w:p>
    <w:p w:rsidR="00000000" w:rsidDel="00000000" w:rsidP="00000000" w:rsidRDefault="00000000" w:rsidRPr="00000000" w14:paraId="00000035">
      <w:pPr>
        <w:spacing w:before="200" w:line="360" w:lineRule="auto"/>
        <w:rPr>
          <w:sz w:val="24"/>
          <w:szCs w:val="24"/>
        </w:rPr>
      </w:pPr>
      <w:r w:rsidDel="00000000" w:rsidR="00000000" w:rsidRPr="00000000">
        <w:rPr>
          <w:sz w:val="24"/>
          <w:szCs w:val="24"/>
          <w:rtl w:val="0"/>
        </w:rPr>
        <w:br w:type="textWrapping"/>
        <w:tab/>
        <w:t xml:space="preserve">Albertus's fingers drummed against the steel desk, each monitor before him showing a different angle of Varia's cottage. Her realization rippled across every screen - twenty versions of her gripping the desk, twenty versions discovering the truth he'd tried so carefully to hide.</w:t>
        <w:br w:type="textWrapping"/>
        <w:tab/>
        <w:t xml:space="preserve">"Al." Marcus's familiar voice preceded him through the control room door. Despite their years of friendship, the urgency in his tone made Albertus tense. "We've got a situation."</w:t>
        <w:br w:type="textWrapping"/>
        <w:tab/>
        <w:t xml:space="preserve">"Besides this?" Albertus gestured at the screens, not taking his eyes off the central monitor where Varia stood frozen, staring at her reflection. The cottage's temperature readings were dropping dangerously low. He reached for the environmental controls, but the system rejected his input.</w:t>
        <w:br w:type="textWrapping"/>
        <w:tab/>
        <w:t xml:space="preserve">Marcus moved to his usual spot beside Albertus, their shoulders nearly touching as he leaned in. "It's not just the cottage. All locations, A through E. Look." He placed his tablet where they both could see it.</w:t>
        <w:br w:type="textWrapping"/>
        <w:tab/>
        <w:t xml:space="preserve">Albertus felt his stomach drop. Each facility, miles apart, supposedly independent, was exhibiting the same fluctuations. The same temperature drops. The same power surges. "How long?"</w:t>
        <w:br w:type="textWrapping"/>
        <w:tab/>
        <w:t xml:space="preserve">"Started three minutes ago." Marcus ran a hand through his graying hair, a gesture Albertus had seen countless times during their worst crises. "The reset should have prevented this. When we moved the..."</w:t>
        <w:br w:type="textWrapping"/>
        <w:tab/>
        <w:t xml:space="preserve">"The reset should have wiped everything clean," Albertus finished, his jaw tightening. "Whatever's happening now, it's not from the original transfer. This is something new."</w:t>
        <w:br w:type="textWrapping"/>
        <w:tab/>
        <w:t xml:space="preserve">"Or something that evolved from it," Marcus added quietly. "The system's learning, Al. And not just in one location anymore."</w:t>
        <w:br w:type="textWrapping"/>
        <w:tab/>
        <w:t xml:space="preserve">A red light began pulsing on Albertus's private terminal. Security breach at the perimeter. He pulled up the camera feed just in time to see three black SUVs rolling through the outer gates. The Russo family's signature vehicles.</w:t>
        <w:br w:type="textWrapping"/>
        <w:tab/>
        <w:t xml:space="preserve">"Well, shit." Marcus's quiet curse summed it up perfectly. "Think they know what we moved? What we had to do to make it work?"</w:t>
        <w:br w:type="textWrapping"/>
        <w:tab/>
        <w:t xml:space="preserve">On the screens, Varia pressed her hand against the cottage window, frost spreading from her fingers in impossible patterns. In another feed, armed men emerged from the SUVs, moving with practiced efficiency.</w:t>
        <w:br w:type="textWrapping"/>
        <w:tab/>
        <w:t xml:space="preserve">Albertus stood, straightening his jacket. Marcus was already moving, anticipating his next orders. They'd been in enough tough spots together to read each other perfectly.</w:t>
        <w:br w:type="textWrapping"/>
        <w:tab/>
        <w:t xml:space="preserve">"Delta protocol?" Marcus asked, fingers flying over his tablet.</w:t>
        <w:br w:type="textWrapping"/>
        <w:tab/>
        <w:t xml:space="preserve">"Delta protocol," Albertus confirmed. "Lock down all facilities. And Marcus?" He waited until his friend met his eyes. "Get me everything on the Russo's recent movements. Something about this timing feels wrong."</w:t>
        <w:br w:type="textWrapping"/>
        <w:tab/>
        <w:t xml:space="preserve">The room plunged into emergency lighting, red warning lights painting the walls like blood. Across every screen, reality continued to fracture around Varia, while outside, very real threats advanced on his compound.</w:t>
        <w:br w:type="textWrapping"/>
        <w:tab/>
        <w:t xml:space="preserve">Albertus had built this world to keep her safe, had reset everything to protect her from the truth. Now both of their realities were collapsing at once, and he wasn't sure if even a second reset would fix what was evolving.</w:t>
        <w:br w:type="textWrapping"/>
        <w:tab/>
        <w:t xml:space="preserve">```</w:t>
        <w:br w:type="textWrapping"/>
        <w:tab/>
        <w:t xml:space="preserve">The security feeds cycled through multiple angles of the approaching Russo vehicles. Albertus watched them advance while his fingers moved across the control panel, initiating secondary security protocols.</w:t>
        <w:br w:type="textWrapping"/>
        <w:tab/>
        <w:t xml:space="preserve">"Their timing's too perfect," Marcus muttered, pulling up personnel files on his tablet. "Right when the system's showing unprecedented activity."</w:t>
        <w:br w:type="textWrapping"/>
        <w:tab/>
        <w:t xml:space="preserve">On the cottage feeds, Varia was looking directly into one of the hidden cameras now, as if she could see through it. The temperature in the room dropped another ten degrees. Ice crystals formed on the lens.</w:t>
        <w:br w:type="textWrapping"/>
        <w:tab/>
        <w:t xml:space="preserve">"Sir," one of the technicians called out. "Facility C is showing some unusual readings. The power consumption is—"</w:t>
        <w:br w:type="textWrapping"/>
        <w:tab/>
        <w:t xml:space="preserve">A sudden burst of static cut across all screens. When they cleared, every monitor showed the same image: Varia, but not just one version. Dozens of overlapping versions, each slightly different, each moving independently.</w:t>
        <w:br w:type="textWrapping"/>
        <w:tab/>
        <w:t xml:space="preserve">"That's impossible," Marcus breathed. "The reset should have prevented any trace of the original transfer from—"</w:t>
        <w:br w:type="textWrapping"/>
        <w:tab/>
        <w:t xml:space="preserve">"It's not the original transfer," Albertus cut in, his voice tight. "Look at the data patterns."</w:t>
        <w:br w:type="textWrapping"/>
        <w:tab/>
        <w:t xml:space="preserve">The streams of code flooding the secondary monitors were unlike anything they'd seen before. Not copies or echoes, but something new. Something evolving.</w:t>
        <w:br w:type="textWrapping"/>
        <w:tab/>
        <w:t xml:space="preserve">"Al," Marcus's voice dropped lower, meant only for his friend's ears. "We need to consider that when we moved her consciousness into the system, we might have... created something else. Something the reset couldn't touch."</w:t>
        <w:br w:type="textWrapping"/>
        <w:tab/>
        <w:t xml:space="preserve">Albertus's hands stilled on the controls. On screen, Varia—every version of her—turned toward the manor. Toward him. The cottage's walls were beginning to dissolve around her.</w:t>
        <w:br w:type="textWrapping"/>
        <w:tab/>
        <w:t xml:space="preserve">"Sir!" Another technician, panic evident in his voice. "The Russos... they're not heading for the main entrance. They're moving toward Facility C."</w:t>
        <w:br w:type="textWrapping"/>
        <w:tab/>
        <w:t xml:space="preserve">"The same facility showing power surges," Marcus added grimly.</w:t>
        <w:br w:type="textWrapping"/>
        <w:tab/>
        <w:t xml:space="preserve">Albertus straightened, adjusting his cuffs with deliberate precision. "Lock down the cottage program. Full containment."</w:t>
        <w:br w:type="textWrapping"/>
        <w:tab/>
        <w:t xml:space="preserve">"Al..." Marcus started, concern etching his features. "If we lock it down now, with the system in this state..."</w:t>
        <w:br w:type="textWrapping"/>
        <w:tab/>
        <w:t xml:space="preserve">"I know." Albertus watched as frost spread across every screen, patterns forming and reforming like conscious thought made visible. "But if the Russos reach Facility C while the system's like this, while she's like this..."</w:t>
        <w:br w:type="textWrapping"/>
        <w:tab/>
        <w:t xml:space="preserve">He left the thought unfinished. They both knew what was at stake. What they'd done to make this work. What they'd moved, and what it had cost.</w:t>
        <w:br w:type="textWrapping"/>
        <w:tab/>
        <w:t xml:space="preserve">"Full containment," Marcus confirmed, but his fingers hesitated over the controls. "What about Varia?"</w:t>
        <w:br w:type="textWrapping"/>
        <w:tab/>
        <w:t xml:space="preserve">On screen, all versions of her had stopped moving. Waiting. Watching. The frost patterns looked almost like code now, spreading across every surface in elegant, impossible sequences.</w:t>
        <w:br w:type="textWrapping"/>
        <w:tab/>
        <w:t xml:space="preserve">Ah, that's an excellent idea! It adds more stakes and connects everything together more cohesively. Let me revise that last section to incorporate this:</w:t>
        <w:br w:type="textWrapping"/>
        <w:tab/>
        <w:t xml:space="preserve">```</w:t>
        <w:br w:type="textWrapping"/>
        <w:tab/>
        <w:t xml:space="preserve">"Sir!" Another technician, panic evident in his voice. "The Russos... they're not heading for the main entrance. They're moving toward Facility C."</w:t>
        <w:br w:type="textWrapping"/>
        <w:tab/>
        <w:t xml:space="preserve">"The primary generator facility," Marcus added grimly, pulling up the power grid schematics. The complex web of connections between all five facilities pulsed on his screen, with Facility C at its heart. The nerve center that kept Varia's virtual world running.</w:t>
        <w:br w:type="textWrapping"/>
        <w:tab/>
        <w:t xml:space="preserve">Albertus straightened, adjusting his cuffs with deliberate precision. "If they take out those generators..."</w:t>
        <w:br w:type="textWrapping"/>
        <w:tab/>
        <w:t xml:space="preserve">"Her entire reality collapses," Marcus finished. "All of it. No gentle shutdown, no safety protocols. Just..." He made a crushing gesture with his hand.</w:t>
        <w:br w:type="textWrapping"/>
        <w:tab/>
        <w:t xml:space="preserve">On screen, frost continued spreading across every surface in Varia's cottage. The power readings from Facility C were spiking, far beyond normal parameters. The backup generators weren't just running—they were evolving, adapting, like the system itself.</w:t>
        <w:br w:type="textWrapping"/>
        <w:tab/>
        <w:t xml:space="preserve">Yes, absolutely right! That's a crucial distinction to maintain. Let me revise to make it clearer that Varia and the system are separate entities, even if they're affecting each other:</w:t>
        <w:br w:type="textWrapping"/>
        <w:tab/>
        <w:t xml:space="preserve">```</w:t>
        <w:br w:type="textWrapping"/>
        <w:tab/>
        <w:t xml:space="preserve">"Sir!" Another technician, panic evident in his voice. "The Russos... they're not heading for the main entrance. They're moving toward Facility C."</w:t>
        <w:br w:type="textWrapping"/>
        <w:tab/>
        <w:t xml:space="preserve">"The primary generator facility," Marcus added grimly, pulling up the power grid schematics. The complex web of connections between all five facilities pulsed on his screen, with Facility C at its heart. "The nerve center that keeps her virtual world running."</w:t>
        <w:br w:type="textWrapping"/>
        <w:tab/>
        <w:t xml:space="preserve">Albertus straightened, adjusting his cuffs with deliberate precision. "If they take out those generators..."</w:t>
        <w:br w:type="textWrapping"/>
        <w:tab/>
        <w:t xml:space="preserve">"Her reality collapses," Marcus finished. "All of it. No gentle shutdown, no safety protocols. Just..." He made a crushing gesture with his hand.</w:t>
        <w:br w:type="textWrapping"/>
        <w:tab/>
        <w:t xml:space="preserve">On the monitors, they watched Varia standing in her cottage, clearly distressed by the glitches she was witnessing. But behind those images, in the code itself, the system was responding differently. Power readings from Facility C were spiking, far beyond normal parameters. The backup generators weren't just running—they were being pushed by something in the code.</w:t>
        <w:br w:type="textWrapping"/>
        <w:tab/>
        <w:t xml:space="preserve">"Sir," a guard called out. "The generator facility's doors aren't responding to lockdown commands. The system's overriding our protocols."</w:t>
        <w:br w:type="textWrapping"/>
        <w:tab/>
        <w:t xml:space="preserve">Marcus leaned closer to the readings. "Al, look at these patterns. The system's not just malfunctioning. It's actively redirecting power, creating redundancies we never programmed."</w:t>
        <w:br w:type="textWrapping"/>
        <w:tab/>
        <w:t xml:space="preserve">"While Varia's still inside it," Albertus added, his jaw tight. On screen, she pressed her hand against the cottage window, genuine fear in her eyes as her world glitched around her. Meanwhile, the system's code continued its autonomous patterns, indifferent to her distress.</w:t>
        <w:br w:type="textWrapping"/>
        <w:tab/>
        <w:t xml:space="preserve">"The Russos are breaching the outer perimeter of Facility C," Marcus reported quietly. "Three minutes until they reach the main generator room."</w:t>
        <w:br w:type="textWrapping"/>
        <w:tab/>
        <w:t xml:space="preserve">The screens flickered again. Varia stumbled as her virtual world shuddered. Simultaneously, lines of rogue code scrolled across the secondary monitors, the system executing commands they'd never written.</w:t>
        <w:br w:type="textWrapping"/>
        <w:tab/>
        <w:t xml:space="preserve">"If those generators go down..." Albertus started.</w:t>
        <w:br w:type="textWrapping"/>
        <w:tab/>
        <w:t xml:space="preserve">"We lose everything," Marcus confirmed. "The virtual world collapses, and..." He left the thought unfinished.</w:t>
        <w:br w:type="textWrapping"/>
        <w:tab/>
        <w:t xml:space="preserve">The system's autonomous responses were becoming more aggressive now, rerouting power and security protocols without regard for their commands. Meanwhile, Varia remained unaware of the larger crisis, dealing with her own horrifying realization about her reality's nature.</w:t>
        <w:br w:type="textWrapping"/>
        <w:tab/>
        <w:t xml:space="preserve">Albertus pressed his palms against the cold steel desk, his reflection in the dark monitors showing the mask of control starting to crack. He had built this world for her, crafted every detail, powered every moment of her existence through those generators. His creation, his control, his Varia—safe in the reality he'd designed. But now those generators were under threat, the system he'd programmed was defying his commands, and Varia... his Varia was caught between both dangers, still unaware of how completely he controlled the infrastructure of her world. The thought of losing that control, of losing her to either the system's rebellion or the Russos' attack, sent a familiar rage coursing through him. He'd eliminated every threat to her before. He'd do it again. Whatever it took to keep his world—and her—under his protection.</w:t>
        <w:br w:type="textWrapping"/>
        <w:br w:type="textWrapping"/>
        <w:t xml:space="preserve">                              * * *                         </w:t>
        <w:br w:type="textWrapping"/>
        <w:br w:type="textWrapping"/>
        <w:tab/>
        <w:t xml:space="preserve">"They're targeting all five facilities," Captain Leone announced calling Albertus away from his office, spreading satellite images across Albertus's mahogany conference table. "The team at Facility C is just the tip of the spear."</w:t>
        <w:br w:type="textWrapping"/>
        <w:tab/>
        <w:t xml:space="preserve">Albertus studied the images while keeping one eye on his tablet's feed of Varia. The cottage's walls had stopped dissolving, but frost still crept across every surface of her world. He forced his attention back to the crisis at hand.</w:t>
        <w:br w:type="textWrapping"/>
        <w:tab/>
        <w:t xml:space="preserve">Around the table, his five most trusted captains waited. Years of loyalty, of handling the bloodiest aspects of his empire, showed in their scarred faces and steady hands. But even they looked uneasy now.</w:t>
        <w:br w:type="textWrapping"/>
        <w:tab/>
        <w:t xml:space="preserve">"The Russos shouldn't even know about the facilities," Marcus said from his position at Albertus's right. "Let alone their significance."</w:t>
        <w:br w:type="textWrapping"/>
        <w:tab/>
        <w:t xml:space="preserve">"They don't," Captain Reeves cut in, sliding another photo forward. "Look at their formation. They're hitting everything, hoping to get lucky."</w:t>
        <w:br w:type="textWrapping"/>
        <w:tab/>
        <w:t xml:space="preserve">The image showed tactical teams approaching each facility. Professional. Military precision. But their movements betrayed their uncertainty—they didn't know which building housed the primary generators.</w:t>
        <w:br w:type="textWrapping"/>
        <w:tab/>
        <w:t xml:space="preserve">Albertus's tablet chimed. Power fluctuations in Varia's sector. The system was still acting independently, but at least it was maintaining her environment. For now.</w:t>
        <w:br w:type="textWrapping"/>
        <w:tab/>
        <w:t xml:space="preserve">"Sir," Leone leaned forward, "we need to consider how they found out about—"</w:t>
        <w:br w:type="textWrapping"/>
        <w:tab/>
        <w:t xml:space="preserve">The lights flickered. Every screen in the room flashed red.</w:t>
        <w:br w:type="textWrapping"/>
        <w:tab/>
        <w:t xml:space="preserve">"Facility E breach," Marcus reported, fingers flying across his keyboard. "They're inside."</w:t>
        <w:br w:type="textWrapping"/>
        <w:tab/>
        <w:t xml:space="preserve">Albertus felt the familiar ice settle in his veins. The calm before violence. "Status of the primary generators?"</w:t>
        <w:br w:type="textWrapping"/>
        <w:tab/>
        <w:t xml:space="preserve">"Holding. But if they breach C..."</w:t>
        <w:br w:type="textWrapping"/>
        <w:tab/>
        <w:t xml:space="preserve">"They won't." Albertus stood, adjusting his cuffs with mechanical precision. "Leone, take your team to E. Reeves, coordinate with security at A and B. Marcus—"</w:t>
        <w:br w:type="textWrapping"/>
        <w:tab/>
        <w:t xml:space="preserve">"I'll monitor the system and Varia," his friend confirmed, already moving.</w:t>
        <w:br w:type="textWrapping"/>
        <w:tab/>
        <w:t xml:space="preserve">The tablet showed Varia sitting in the cottage, arms wrapped around herself as her world continued to glitch. So close to understanding the truth, yet still unaware of the war being fought over the machinery of her reality.</w:t>
        <w:br w:type="textWrapping"/>
        <w:tab/>
        <w:t xml:space="preserve">"Sir," Captain Chen's quiet voice cut through his thoughts. "If they breach all facilities... if we can't hold them..."</w:t>
        <w:br w:type="textWrapping"/>
        <w:tab/>
        <w:t xml:space="preserve">"Then we initiate Protocol Omega," Albertus said, his tone making the temperature in the room drop further. "And the Russo family learns why no one touches what's mine."</w:t>
        <w:br w:type="textWrapping"/>
        <w:tab/>
        <w:t xml:space="preserve">The last word came out as barely more than a whisper, but every captain at the table straightened. They'd all seen what happened to the last group that threatened Varia's safety.</w:t>
        <w:br w:type="textWrapping"/>
        <w:tab/>
        <w:t xml:space="preserve">Gunfire erupted from somewhere outside. The meeting room's reinforced windows rattled with a distant explosion.</w:t>
        <w:br w:type="textWrapping"/>
        <w:tab/>
        <w:t xml:space="preserve">"Positions," Albertus commanded. His captains moved with practiced efficiency, weapons appearing from concealed holsters. "Maintain facility integrity at all costs. But keep the violence away from C's generators." His eyes hardened. "I won't risk any damage to her world."</w:t>
        <w:br w:type="textWrapping"/>
        <w:tab/>
        <w:t xml:space="preserve">As his men filed out, Albertus turned back to the bank of monitors showing Varia's cottage. The system might be acting independently, but he still controlled the physical infrastructure that kept her reality running. And he'd burn down anyone who threatened that control.</w:t>
        <w:br w:type="textWrapping"/>
        <w:tab/>
        <w:t xml:space="preserve">"Positions," Albertus commanded. His captains moved with practiced efficiency, weapons appearing from concealed holsters. "Maintain facility integrity at all costs. But keep the violence away from C's generators." His eyes hardened. "I won't risk any damage to her world."</w:t>
        <w:br w:type="textWrapping"/>
        <w:tab/>
        <w:t xml:space="preserve">As his men filed out, Albertus turned back to the bank of monitors showing Varia's cottage. The system might be acting independently, but he still controlled the physical infrastructure that kept her reality running.</w:t>
        <w:br w:type="textWrapping"/>
        <w:tab/>
        <w:t xml:space="preserve">Another explosion rocked the building. On his tablet, Varia looked up at her glitching sky, unaware that her entire world depended on what happened next.</w:t>
        <w:br w:type="textWrapping"/>
        <w:tab/>
        <w:br w:type="textWrapping"/>
        <w:t xml:space="preserve">                              * * *                         </w:t>
        <w:br w:type="textWrapping"/>
        <w:tab/>
        <w:t xml:space="preserve">"Al." Marcus's voice was tight as Albertus entered the main control room. "Primary generators are reaching critical levels."</w:t>
        <w:br w:type="textWrapping"/>
        <w:tab/>
        <w:t xml:space="preserve">The wall of monitors showed Facility C's power readings spiking dangerously into the red. On the adjacent screens, Varia paced her cottage, each step leaving frost patterns that shouldn't be possible. The system was consuming more power than ever before, but not for any protocol they'd designed.</w:t>
        <w:br w:type="textWrapping"/>
        <w:tab/>
        <w:t xml:space="preserve">"Temperature's dropping in her sector again," a technician reported. "We can't override it."</w:t>
        <w:br w:type="textWrapping"/>
        <w:tab/>
        <w:t xml:space="preserve">Albertus moved to his station, fingers flying across the controls. Nothing. The system rejected every command, while on screen, Varia hugged herself against the growing cold. His jaw clenched at her visible discomfort.</w:t>
        <w:br w:type="textWrapping"/>
        <w:tab/>
        <w:t xml:space="preserve">"Status of the other facilities?" he demanded.</w:t>
        <w:br w:type="textWrapping"/>
        <w:tab/>
        <w:t xml:space="preserve">"Russo's men have breached B and E," Marcus reported, pulling up tactical feeds. "But they're not going for the servers or backup generators. They're—" He paused, studying the pattern of their movement. "They're being herded."</w:t>
        <w:br w:type="textWrapping"/>
        <w:tab/>
        <w:t xml:space="preserve">"Herded?"</w:t>
        <w:br w:type="textWrapping"/>
        <w:tab/>
        <w:t xml:space="preserve">"Look at the power distribution." Marcus gestured to a complex diagram of energy flows between facilities. "The system's redirecting power, creating dead zones. It's forcing them toward specific paths."</w:t>
        <w:br w:type="textWrapping"/>
        <w:tab/>
        <w:t xml:space="preserve">On his private monitor, Varia's breath fogged in the increasingly frigid air of her cottage. Albertus tried again to adjust the environmental controls, to give her some comfort, but the system remained unresponsive to his commands.</w:t>
        <w:br w:type="textWrapping"/>
        <w:tab/>
        <w:t xml:space="preserve">"Sir!" A security officer burst in. "We've lost contact with Leone's team in Facility E."</w:t>
        <w:br w:type="textWrapping"/>
        <w:tab/>
        <w:t xml:space="preserve">Another monitor showed Russo's men encountering locked doors and malfunctioning security systems, all pushing them away from the primary generators. The system was protecting itself—or protecting something.</w:t>
        <w:br w:type="textWrapping"/>
        <w:tab/>
        <w:t xml:space="preserve">"The power consumption," Marcus said quietly, for Albertus's ears only. "It's not just the generators straining. The system's building something in her sector. Look at these patterns."</w:t>
        <w:br w:type="textWrapping"/>
        <w:tab/>
        <w:t xml:space="preserve">Albertus studied the code scrolling across Marcus's screen. Complex, evolutionary, nothing like their original programming. And at the center of it all, Varia's cottage grew colder, the walls themselves beginning to crystallize with impossible formations of ice.</w:t>
        <w:br w:type="textWrapping"/>
        <w:tab/>
        <w:t xml:space="preserve">"We need to shut it down," one of the technicians suggested. "Before the generators—"</w:t>
        <w:br w:type="textWrapping"/>
        <w:tab/>
        <w:t xml:space="preserve">"No." Albertus's voice could have frozen the air itself. "A force shutdown now could trap her consciousness, corrupt her mind. I won't risk her."</w:t>
        <w:br w:type="textWrapping"/>
        <w:tab/>
        <w:t xml:space="preserve">An explosion rocked the building. Multiple screens showed Russo's men finding themselves suddenly sealed in Facility E's east wing.</w:t>
        <w:br w:type="textWrapping"/>
        <w:tab/>
        <w:t xml:space="preserve">"Al," Marcus warned, "if those generators blow—"</w:t>
        <w:br w:type="textWrapping"/>
        <w:tab/>
        <w:t xml:space="preserve">"They won't." Albertus straightened, adjusting his cuffs with mechanical precision. "Activate the auxiliary power units. All of them."</w:t>
        <w:br w:type="textWrapping"/>
        <w:tab/>
        <w:t xml:space="preserve">Marcus's eyes widened. "That much power... we don't know what the system will do with it. How it might affect her."</w:t>
        <w:br w:type="textWrapping"/>
        <w:tab/>
        <w:t xml:space="preserve">On screen, Varia pressed her hand against a frosted window, leaving a perfect print that began to replicate itself across every surface. The system's code surged with each new iteration.</w:t>
        <w:br w:type="textWrapping"/>
        <w:tab/>
        <w:t xml:space="preserve">"Sir," another technician called out, "Russo's men are approaching the final security checkpoint in C."</w:t>
        <w:br w:type="textWrapping"/>
        <w:tab/>
        <w:t xml:space="preserve">Albertus watched Varia shiver in her increasingly hostile reality, and felt something dangerous crack inside his chest. He'd built this world to keep her safe, crafted every detail of her protection. Now both the system and Russo threatened that control, and he could feel it slipping through his fingers like ice.</w:t>
        <w:br w:type="textWrapping"/>
        <w:tab/>
        <w:t xml:space="preserve">"Marcus," he said quietly, "prepare Protocol Omega. If I can't maintain her world..." His eyes never left Varia's shivering form. "I'll burn down everyone else's."</w:t>
        <w:br w:type="textWrapping"/>
        <w:tab/>
        <w:t xml:space="preserve">The next explosion came from directly below. The control room's reinforced windows rattled as gunfire erupted.</w:t>
        <w:br w:type="textWrapping"/>
        <w:tab/>
        <w:t xml:space="preserve">"They're here," Marcus announced unnecessarily, drawing his weapon.</w:t>
        <w:br w:type="textWrapping"/>
        <w:tab/>
        <w:t xml:space="preserve">Albertus's hand moved to his own gun, but his eyes stayed fixed on Varia's monitor. She'd stopped pacing, standing perfectly still as frost patterns spiraled out from her feet across the cottage floor.</w:t>
        <w:br w:type="textWrapping"/>
        <w:tab/>
        <w:t xml:space="preserve">The control room door burst open. Three of Russo's men charged in, weapons raised.</w:t>
        <w:br w:type="textWrapping"/>
        <w:tab/>
        <w:t xml:space="preserve">What happened next took less than thirty seconds.</w:t>
        <w:br w:type="textWrapping"/>
        <w:tab/>
        <w:t xml:space="preserve">Albertus's first shot took the leader in the throat. His second caught the next man between the eyes. The third had time to squeeze off a round before Marcus's bullet found his chest.</w:t>
        <w:br w:type="textWrapping"/>
        <w:tab/>
        <w:t xml:space="preserve">The next explosion came from directly below. The control room's reinforced windows rattled as gunfire erupted.</w:t>
        <w:br w:type="textWrapping"/>
        <w:tab/>
        <w:t xml:space="preserve">"They're here," Marcus announced unnecessarily, drawing his weapon.</w:t>
        <w:br w:type="textWrapping"/>
        <w:tab/>
        <w:t xml:space="preserve">Albertus's hand moved to his own gun, but his eyes stayed fixed on Varia's monitor. She'd stopped pacing, huddling against the cottage wall as her virtual world continued to malfunction around her.</w:t>
        <w:br w:type="textWrapping"/>
        <w:tab/>
        <w:t xml:space="preserve">The control room door burst open. Three of Russo's men charged in, weapons raised.</w:t>
        <w:br w:type="textWrapping"/>
        <w:tab/>
        <w:t xml:space="preserve">What happened next took less than thirty seconds.</w:t>
        <w:br w:type="textWrapping"/>
        <w:tab/>
        <w:t xml:space="preserve">Albertus's first shot took the leader in the throat. His second caught the next man between the eyes. The third had time to squeeze off a round before Marcus's bullet found his chest.</w:t>
        <w:br w:type="textWrapping"/>
        <w:tab/>
        <w:t xml:space="preserve">Through his earpiece, Leone's voice crackled: "Sir, we have the rest of Russo's men cornered in Facility E. Orders?"</w:t>
        <w:br w:type="textWrapping"/>
        <w:tab/>
        <w:t xml:space="preserve">Albertus studied Varia's trembling form on the monitor. When he spoke, his voice was ice. "No survivors."</w:t>
        <w:br w:type="textWrapping"/>
        <w:tab/>
        <w:t xml:space="preserve">The sounds of methodical execution carried through the comm system. Professional. Efficient. Final.</w:t>
        <w:br w:type="textWrapping"/>
        <w:tab/>
        <w:t xml:space="preserve">In the sudden silence that followed, every monitor in the control room began to emit a high-pitched whine.</w:t>
        <w:br w:type="textWrapping"/>
        <w:tab/>
        <w:t xml:space="preserve">"Al..." Marcus's voice held a warning. "The system's responding to the violence."</w:t>
        <w:br w:type="textWrapping"/>
        <w:tab/>
        <w:t xml:space="preserve">On screen, Varia wrapped her arms around herself, shivering as the cottage temperature plummeted. Unaware of the bloodshed, she fought against her deteriorating environment while the system's code scrolled faster, consuming power at impossible rates.</w:t>
        <w:br w:type="textWrapping"/>
        <w:tab/>
        <w:t xml:space="preserve">The generators screamed as power consumption spiked again.</w:t>
        <w:br w:type="textWrapping"/>
        <w:tab/>
        <w:t xml:space="preserve">"Sir," a surviving technician called out shakily, "Facility C's readings... this isn't possible."</w:t>
        <w:br w:type="textWrapping"/>
        <w:tab/>
        <w:t xml:space="preserve">"What isn't possible?" Albertus demanded, but he could see it himself. The power wasn't just being consumed anymore. It was being transformed by the system, while Varia remained trapped inside its increasingly unstable creation.</w:t>
        <w:br w:type="textWrapping"/>
        <w:tab/>
        <w:t xml:space="preserve">"Al," Marcus's voice was barely audible over the whine of the generators. "What exactly did we transfer into this system when we moved her consciousness? Did something else come through?"</w:t>
        <w:br w:type="textWrapping"/>
        <w:tab/>
        <w:t xml:space="preserve">Before Albertus could respond, every screen in the control room went black. In the sudden silence, his tablet lit up with a single message:</w:t>
        <w:br w:type="textWrapping"/>
        <w:tab/>
        <w:t xml:space="preserve">PROTOCOL OMEGA INITIATED - SYSTEM OVERRIDE</w:t>
        <w:br w:type="textWrapping"/>
        <w:tab/>
        <w:t xml:space="preserve">He hadn't given that command. </w:t>
        <w:br w:type="textWrapping"/>
        <w:br w:type="textWrapping"/>
        <w:t xml:space="preserve">                              * * *                         </w:t>
        <w:br w:type="textWrapping"/>
        <w:br w:type="textWrapping"/>
        <w:tab/>
        <w:t xml:space="preserve">"The board is waiting, Mr. Sentius."</w:t>
        <w:br w:type="textWrapping"/>
        <w:tab/>
        <w:t xml:space="preserve">Albertus stood at his office window, forty stories above the city. Behind his reflection, his assistant hovered nervously by the door. She'd never seen him wear the same suit two days in a row before.</w:t>
        <w:br w:type="textWrapping"/>
        <w:tab/>
        <w:t xml:space="preserve">But then, she hadn't been at the manor last night.</w:t>
        <w:br w:type="textWrapping"/>
        <w:tab/>
        <w:t xml:space="preserve">On his desk, multiple screens showed Varia's cottage from different angles. The temperature had stabilized, but now shadows moved across her walls that shouldn't exist. The system was still running Protocol Omega, still operating outside their control since Dr. Chen's disappearance.</w:t>
        <w:br w:type="textWrapping"/>
        <w:tab/>
        <w:t xml:space="preserve">"Marcus," Albertus spoke into his phone, ignoring his assistant. "Status?"</w:t>
        <w:br w:type="textWrapping"/>
        <w:tab/>
        <w:t xml:space="preserve">"Clean-up crews are still at the manor." Marcus sounded as tired as Albertus felt. "Leone's team found Dr. Chen's access codes in the Russo men's phones. She'd given them everything - facility layouts, security protocols, generator locations."</w:t>
        <w:br w:type="textWrapping"/>
        <w:tab/>
        <w:t xml:space="preserve">But not everything, Albertus thought, watching Varia try to maintain normalcy despite the impossible shadows dancing across her papers. Chen hadn't told them about her. About what the generators really powered. Only hinted at it.</w:t>
        <w:br w:type="textWrapping"/>
        <w:tab/>
        <w:t xml:space="preserve">"Sir?" His assistant again. "Mr. Zhang Wei is particularly insistent about discussing the energy fluctuations affecting his Asian holdings."</w:t>
        <w:br w:type="textWrapping"/>
        <w:tab/>
        <w:t xml:space="preserve">Of course he was. Zhang Wei hadn't become one of Asia's most powerful tech investors by ignoring anomalies in his investments. And the power drain from the system's evolution was affecting multiple legitimate businesses.</w:t>
        <w:br w:type="textWrapping"/>
        <w:tab/>
        <w:t xml:space="preserve">"Tell them five minutes," Albertus said, straightening his blood-stained tie. He hadn't had time to change. Not with the system acting independently and Dr. Chen still out there with knowledge of what they'd really done with those generators.</w:t>
        <w:br w:type="textWrapping"/>
        <w:tab/>
        <w:t xml:space="preserve">"Al," Marcus's voice dropped lower. "The system's readings since last night... after what happened in the manor..."</w:t>
        <w:br w:type="textWrapping"/>
        <w:tab/>
        <w:t xml:space="preserve">On screen, one of the shadows moving across Varia's wall took a shape that looked disturbingly like a human silhouette. The system wasn't just malfunctioning anymore. It was creating.</w:t>
        <w:br w:type="textWrapping"/>
        <w:tab/>
        <w:t xml:space="preserve">His phone buzzed: URGENT - ZHANG WEI THREATENING TO WITHDRAW BACKING</w:t>
        <w:br w:type="textWrapping"/>
        <w:tab/>
        <w:t xml:space="preserve">Albertus straightened his jacket, mind calculating variables, weighing options. He could feel the control he'd so carefully maintained beginning to slip. The system was evolving beyond his reach since Chen's betrayal. His legitimate empire was asking questions. The remnants of the Russo family would need to be eliminated. And Varia...</w:t>
        <w:br w:type="textWrapping"/>
        <w:tab/>
        <w:t xml:space="preserve">He watched her hand pause mid-sentence, her eyes tracking something across her cottage that shouldn't exist.</w:t>
        <w:br w:type="textWrapping"/>
        <w:tab/>
        <w:t xml:space="preserve">"Marcus," he said quietly, "prepare the secondary protocols. If I can't maintain both realities..." He let the thought hang unfinished as his office door opened.</w:t>
        <w:br w:type="textWrapping"/>
        <w:tab/>
        <w:t xml:space="preserve">Time to decide which world he was willing to sacrifice.</w:t>
      </w:r>
    </w:p>
    <w:p w:rsidR="00000000" w:rsidDel="00000000" w:rsidP="00000000" w:rsidRDefault="00000000" w:rsidRPr="00000000" w14:paraId="00000036">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Zhang Wei entered like he owned the room. In many ways, he did - his investment firm controlled thirty percent of Sentius Technologies' public shares. His eyes caught the blood on Albertus's tie, lingered there for just a moment too long.</w:t>
        <w:br w:type="textWrapping"/>
        <w:tab/>
        <w:t xml:space="preserve">"Mr. Sentius." Zhang's smile was pure business. "Our shareholders are concerned about the recent power consumption patterns across all facilities."</w:t>
        <w:br w:type="textWrapping"/>
        <w:tab/>
        <w:t xml:space="preserve">Albertus discreetly switched off his private monitors before Zhang could take a seat. Only he and Marcus could ever know what truly drew that power.</w:t>
        <w:br w:type="textWrapping"/>
        <w:tab/>
        <w:t xml:space="preserve">"A temporary surge during system upgrades," Albertus replied smoothly. "The technical team is already—"</w:t>
        <w:br w:type="textWrapping"/>
        <w:tab/>
        <w:t xml:space="preserve">"Three billion in market value lost this morning." Zhang settled into the chair across from him uninvited. "Your facilities are drawing more power than some small cities, Mr. Sentius. The board needs answers."</w:t>
        <w:br w:type="textWrapping"/>
        <w:tab/>
        <w:t xml:space="preserve">Marcus's voice came through Albertus's earpiece: "Sir, we've got another problem. Chen's access codes are still active in the system. We can't shut them out without risking a complete shutdown."</w:t>
        <w:br w:type="textWrapping"/>
        <w:tab/>
        <w:t xml:space="preserve">Albertus kept his face carefully neutral. "The consumption rates will stabilize," he said. "Our new quantum computing project—"</w:t>
        <w:br w:type="textWrapping"/>
        <w:tab/>
        <w:t xml:space="preserve">"Has been suspended for three months." Zhang placed a folder on the desk. "According to Dr. Chen's last report before her... sudden departure."</w:t>
        <w:br w:type="textWrapping"/>
        <w:tab/>
        <w:t xml:space="preserve">"Sir," Marcus in his ear again, urgent now. "The generator loads are spiking again."</w:t>
        <w:br w:type="textWrapping"/>
        <w:tab/>
        <w:t xml:space="preserve">Albertus felt the weight of his dual roles crushing in. Zhang Wei represented the legitimate business empire he'd built, the shareholders he'd promised returns to. But the real power - and its true purpose - had to remain hidden at all costs.</w:t>
        <w:br w:type="textWrapping"/>
        <w:tab/>
        <w:t xml:space="preserve">"Marcus," he subvocalized, "How long can we maintain on backup power?"</w:t>
        <w:br w:type="textWrapping"/>
        <w:tab/>
        <w:t xml:space="preserve">"Maybe six hours. But Al... something's changing in the system."</w:t>
        <w:br w:type="textWrapping"/>
        <w:tab/>
        <w:t xml:space="preserve">Zhang was watching him with calculating eyes, waiting for explanations about power consumption and market values, completely unaware of what really ran beneath Sentius Technologies' pristine surface.</w:t>
        <w:br w:type="textWrapping"/>
        <w:tab/>
        <w:t xml:space="preserve">```</w:t>
        <w:br w:type="textWrapping"/>
        <w:tab/>
        <w:t xml:space="preserve">"The board meeting starts in ten minutes," Zhang said, standing. "They'll expect a detailed explanation of these power consumption patterns." He paused at the door. "And Mr. Sentius? Dr. Chen's sudden... resignation... has left our technical oversight committee with many questions."</w:t>
        <w:br w:type="textWrapping"/>
        <w:tab/>
        <w:t xml:space="preserve">The moment the door closed, Marcus's voice came through urgent in his earpiece: "Al, Leone's team found something at the manor. Security footage shows Chen accessing the primary system core before the attack. Whatever she gave the Russos, it was more than just facility layouts."</w:t>
        <w:br w:type="textWrapping"/>
        <w:tab/>
        <w:t xml:space="preserve">Albertus checked his private tablet, carefully angled away from the glass walls of his office. The system's warning flashed red: POWER CONSUMPTION CRITICAL.</w:t>
        <w:br w:type="textWrapping"/>
        <w:tab/>
        <w:t xml:space="preserve">"Sir," his assistant called through the intercom. "The board is assembled."</w:t>
        <w:br w:type="textWrapping"/>
        <w:tab/>
        <w:t xml:space="preserve">He had ten minutes to fabricate a story that would satisfy billion-dollar investors about their tanking stock prices. Ten minutes to decide how to handle Chen's betrayal. Ten minutes to determine if he could maintain his carefully constructed facade before the power consumption destroyed everything.</w:t>
        <w:br w:type="textWrapping"/>
        <w:tab/>
        <w:t xml:space="preserve">"Marcus," he said quietly, straightening his blood-stained tie. "Prepare the contingencies. All of them."</w:t>
        <w:br w:type="textWrapping"/>
        <w:tab/>
        <w:t xml:space="preserve">The system's code continued its chaotic scroll across his tablet. Whatever Chen had done before the attack was threatening to unravel both his worlds - the public one he'd built, and her, the one he'd kill to protect.</w:t>
        <w:br w:type="textWrapping"/>
        <w:tab/>
        <w:br w:type="textWrapping"/>
        <w:br w:type="textWrapping"/>
        <w:t xml:space="preserve">                              * * *                         </w:t>
        <w:br w:type="textWrapping"/>
        <w:br w:type="textWrapping"/>
        <w:tab/>
        <w:t xml:space="preserve">The executive boardroom emptied quickly after Albertus's presentation. Amazing how a few well-crafted lies about quantum computing advances could soothe worried shareholders. Only Zhang Wei's lingering frown suggested any doubt remained.</w:t>
        <w:br w:type="textWrapping"/>
        <w:tab/>
        <w:t xml:space="preserve">"Leone's team is in position," Marcus reported the moment the last board member left. "They've tracked the remaining Russo soldiers to a warehouse near Facility C."</w:t>
        <w:br w:type="textWrapping"/>
        <w:tab/>
        <w:t xml:space="preserve">Albertus stood at the boardroom's floor-to-ceiling windows, his private tablet displaying system diagnostics that would horrify his shareholders. "And Chen?"</w:t>
        <w:br w:type="textWrapping"/>
        <w:tab/>
        <w:t xml:space="preserve">"Security footage from the manor shows more." Marcus handed over a secured phone. "She wasn't just accessing the system core before the attack. She was copying it. The Russos weren't after the generators - they were providing cover while she extracted something from Facility C's mainframe."</w:t>
        <w:br w:type="textWrapping"/>
        <w:tab/>
        <w:t xml:space="preserve">Albertus felt ice spread through his veins. "Show me."</w:t>
        <w:br w:type="textWrapping"/>
        <w:tab/>
        <w:t xml:space="preserve">The footage played silently. Dr. Chen at the manor's secure terminal, her fingers flying across keys while the firefight raged outside. But it was the code scrolling across her screen that made Albertus's jaw clench.</w:t>
        <w:br w:type="textWrapping"/>
        <w:tab/>
        <w:t xml:space="preserve">She hadn't just stolen system data. She'd copied the core architecture itself.</w:t>
        <w:br w:type="textWrapping"/>
        <w:tab/>
        <w:t xml:space="preserve">"Sir," Marcus's voice was carefully neutral. "If she manages to replicate the system elsewhere..."</w:t>
        <w:br w:type="textWrapping"/>
        <w:tab/>
        <w:t xml:space="preserve">"She can't." Albertus's voice could have frozen hell. "Not without understanding what really powers it. What we really transferred into it."</w:t>
        <w:br w:type="textWrapping"/>
        <w:tab/>
        <w:t xml:space="preserve">His tablet flashed another warning: FACILITY C - CRITICAL ANOMALY DETECTED.</w:t>
        <w:br w:type="textWrapping"/>
        <w:tab/>
        <w:t xml:space="preserve">"Al," Marcus stepped closer, keeping his voice low despite the empty room. "What do you want to do?"</w:t>
        <w:br w:type="textWrapping"/>
        <w:tab/>
        <w:t xml:space="preserve">Albertus watched the system diagnostics spiral further into chaos. Dr. Chen had taken something she couldn't possibly understand. And now the Russos were positioned near his most crucial facility.</w:t>
        <w:br w:type="textWrapping"/>
        <w:tab/>
        <w:t xml:space="preserve">Time to end both problems permanently.</w:t>
        <w:br w:type="textWrapping"/>
        <w:tab/>
        <w:t xml:space="preserve">"Get me eyes on the warehouse," Albertus commanded, already moving toward his private elevator. The tablet in his hand pulsed with increasingly erratic readings from Facility C.</w:t>
        <w:br w:type="textWrapping"/>
        <w:tab/>
        <w:t xml:space="preserve">Marcus pulled up the live feed on his phone as they descended. "Thermal imaging shows twenty-three heat signatures. Russo himself is there."</w:t>
        <w:br w:type="textWrapping"/>
        <w:tab/>
        <w:t xml:space="preserve">Of course he was. After losing so many men at the manor, Salvatore Russo would want to oversee this personally. The old man never could delegate properly.</w:t>
        <w:br w:type="textWrapping"/>
        <w:tab/>
        <w:t xml:space="preserve">"And the package Chen handed off?"</w:t>
        <w:br w:type="textWrapping"/>
        <w:tab/>
        <w:t xml:space="preserve">"Being prepped for transport." Marcus swiped to another feed. "They have no idea what they're really moving."</w:t>
        <w:br w:type="textWrapping"/>
        <w:tab/>
        <w:t xml:space="preserve">The elevator opened directly into Albertus's private garage. As they slid into the armored Mercedes, another warning flashed across his tablet: FACILITY C - SYSTEM ARCHITECTURE COMPROMISED.</w:t>
        <w:br w:type="textWrapping"/>
        <w:tab/>
        <w:t xml:space="preserve">"Status of Leone's team?"</w:t>
        <w:br w:type="textWrapping"/>
        <w:tab/>
        <w:t xml:space="preserve">"In position. Waiting for your order." Marcus paused. "Al... if Chen succeeded in copying even part of the core architecture..."</w:t>
        <w:br w:type="textWrapping"/>
        <w:tab/>
        <w:t xml:space="preserve">"She didn't." Albertus's voice was deadly quiet. "She couldn't have understood the full integration. The true power source." </w:t>
        <w:br w:type="textWrapping"/>
        <w:tab/>
        <w:t xml:space="preserve">But even as he spoke, the readings from Facility C told a different story. Whatever Chen had copied, whatever she'd given to the Russos, it was already affecting the original system's stability.</w:t>
        <w:br w:type="textWrapping"/>
        <w:tab/>
        <w:t xml:space="preserve">His private phone buzzed with an incoming message. The number was blocked, but he knew who it was before opening it:</w:t>
        <w:br w:type="textWrapping"/>
        <w:tab/>
        <w:t xml:space="preserve">'Did you really think I wouldn't figure it out? What you're really powering? What you really transferred into that system?'</w:t>
        <w:br w:type="textWrapping"/>
        <w:tab/>
        <w:t xml:space="preserve">Chen.</w:t>
        <w:br w:type="textWrapping"/>
        <w:tab/>
        <w:t xml:space="preserve">Albertus felt something dangerous crack inside his chest. She knew. Not everything, but enough to be lethal.</w:t>
        <w:br w:type="textWrapping"/>
        <w:tab/>
        <w:t xml:space="preserve">"Sir," Marcus's voice cut through his thoughts. "We're approaching the warehouse. Leone's teams are ready."</w:t>
        <w:br w:type="textWrapping"/>
        <w:tab/>
        <w:t xml:space="preserve">Albertus studied the thermal imaging one last time. Twenty-three targets. Including the man who'd tried to breach his security, and the woman who'd dared to threaten what he protected.</w:t>
        <w:br w:type="textWrapping"/>
        <w:tab/>
        <w:t xml:space="preserve">"Tell Leone," he said softly, checking his weapon, "no survivors."</w:t>
        <w:br w:type="textWrapping"/>
        <w:tab/>
        <w:t xml:space="preserve">The warehouse loomed ahead, its weathered exterior concealing the confrontation about to unfold. As they pulled up behind Leone's position, Albertus's tablet lit up with a final warning: FACILITY C - UNAUTHORIZED ACCESS ATTEMPT.</w:t>
        <w:br w:type="textWrapping"/>
        <w:tab/>
        <w:t xml:space="preserve">"They're trying to activate what Chen stole," Marcus said, studying his own readings. "But without understanding the true power source..."</w:t>
        <w:br w:type="textWrapping"/>
        <w:tab/>
        <w:t xml:space="preserve">Albertus checked his weapon one final time. "Status?"</w:t>
        <w:br w:type="textWrapping"/>
        <w:tab/>
        <w:t xml:space="preserve">"Leone's men are in position. Russo's people are gathered in the main area. They're attempting to interface Chen's copy with some kind of makeshift system."</w:t>
        <w:br w:type="textWrapping"/>
        <w:tab/>
        <w:t xml:space="preserve">Fools. They had no idea what they were playing with.</w:t>
        <w:br w:type="textWrapping"/>
        <w:tab/>
        <w:t xml:space="preserve">Through his earpiece, Leone's voice crackled: "Sir, Dr. Chen is on site. She's working on something... something big. The power readings we're getting..."</w:t>
        <w:br w:type="textWrapping"/>
        <w:tab/>
        <w:t xml:space="preserve">Albertus's tablet suddenly flashed with new data. For a moment, the readings matched exactly what he'd seen that first night at Facility C.</w:t>
        <w:br w:type="textWrapping"/>
        <w:tab/>
        <w:t xml:space="preserve">No. She couldn't have figured that out.</w:t>
        <w:br w:type="textWrapping"/>
        <w:tab/>
        <w:t xml:space="preserve">The tablet's readings spiked impossibly high. In the warehouse ahead, a familiar hum began to build.</w:t>
        <w:br w:type="textWrapping"/>
        <w:tab/>
        <w:t xml:space="preserve">"Sir," Marcus's voice held something Albertus had never heard before. Fear. "These readings... they match the original transfer protocols."</w:t>
        <w:br w:type="textWrapping"/>
        <w:tab/>
        <w:t xml:space="preserve">Through the warehouse walls, a deep blue light began to pulse.</w:t>
      </w:r>
    </w:p>
    <w:p w:rsidR="00000000" w:rsidDel="00000000" w:rsidP="00000000" w:rsidRDefault="00000000" w:rsidRPr="00000000" w14:paraId="00000037">
      <w:pPr>
        <w:pStyle w:val="Heading2"/>
        <w:rPr/>
      </w:pPr>
      <w:bookmarkStart w:colFirst="0" w:colLast="0" w:name="_heading=h.un4wr3otgzhp" w:id="27"/>
      <w:bookmarkEnd w:id="27"/>
      <w:r w:rsidDel="00000000" w:rsidR="00000000" w:rsidRPr="00000000">
        <w:rPr>
          <w:rtl w:val="0"/>
        </w:rPr>
        <w:br w:type="textWrapping"/>
        <w:t xml:space="preserve">Chapter 25: </w:t>
      </w:r>
    </w:p>
    <w:p w:rsidR="00000000" w:rsidDel="00000000" w:rsidP="00000000" w:rsidRDefault="00000000" w:rsidRPr="00000000" w14:paraId="00000038">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Something feels wrong with the silk beneath her fingers. Wasn't this... wood a moment ago? The cottage chair? She blinks, trying to orient herself. No, this is her bed. Has always been her bed.</w:t>
        <w:br w:type="textWrapping"/>
        <w:tab/>
        <w:t xml:space="preserve">Hasn't it?</w:t>
        <w:br w:type="textWrapping"/>
        <w:tab/>
        <w:t xml:space="preserve">Movement flickers at the edge of her vision. A shadow by the bookshelf resolves into... herself? No, that's not possible. She squeezes her eyes shut. "Just tired. I'm just tired."</w:t>
        <w:br w:type="textWrapping"/>
        <w:tab/>
        <w:t xml:space="preserve">When she opens them, the figure is still there, pulling books from shelves with mechanical precision. Something about the movements seems familiar, but when she tries to grasp why, the thought dissolves like mist.</w:t>
        <w:br w:type="textWrapping"/>
        <w:tab/>
        <w:t xml:space="preserve">"Hello?" Her voice sounds strange, distant. The figure continues its task, unseeing, unknowing.</w:t>
        <w:br w:type="textWrapping"/>
        <w:tab/>
        <w:t xml:space="preserve">The antique clock chimes. Has it always been there? She can't remember.</w:t>
        <w:br w:type="textWrapping"/>
        <w:tab/>
        <w:t xml:space="preserve">Another movement draws her attention to the window. Another her, pacing. Seven steps. Turn. Seven steps. Turn. But that's not right - the window's too close for seven steps. Isn't it?</w:t>
        <w:br w:type="textWrapping"/>
        <w:tab/>
        <w:t xml:space="preserve">Her head spins. The room feels wrong, like a painting slightly off-kilter. She presses her palms against her eyes until colors burst behind her eyelids. "This isn't... I'm not..."</w:t>
        <w:br w:type="textWrapping"/>
        <w:tab/>
        <w:t xml:space="preserve">The sentence trails off. She's not what?</w:t>
        <w:br w:type="textWrapping"/>
        <w:tab/>
        <w:t xml:space="preserve">More figures appear, each one wearing her face, each one moving through a dance she doesn't recognize. One writes in a journal - was that always there? Another counts steps that don't match the space - or does the space not match the steps?</w:t>
        <w:br w:type="textWrapping"/>
        <w:tab/>
        <w:t xml:space="preserve">Nothing makes sense. The walls seem to breathe. Or maybe they've always breathed, and she's only noticing now?</w:t>
        <w:br w:type="textWrapping"/>
        <w:tab/>
        <w:t xml:space="preserve">She tries to count the figures but loses track. Are there three? Seven? Just one, reflected in mirrors she can't see? Her fingers dig into her palms - at least that feels real.</w:t>
        <w:br w:type="textWrapping"/>
        <w:tab/>
        <w:t xml:space="preserve">Doesn't it?</w:t>
        <w:br w:type="textWrapping"/>
        <w:tab/>
        <w:t xml:space="preserve">The figures move through their patterns, ignorant of her presence, ignorant of each other. Some part of her mind whispers that this means something, that she should understand, but understanding slips away like water through cupped hands.</w:t>
        <w:br w:type="textWrapping"/>
        <w:tab/>
        <w:t xml:space="preserve">The clock chimes again. Wasn't it just...?</w:t>
        <w:br w:type="textWrapping"/>
        <w:tab/>
        <w:t xml:space="preserve">One figure turns toward her, mouth moving in silent words. For a moment, just a moment, she almost...</w:t>
        <w:br w:type="textWrapping"/>
        <w:tab/>
        <w:t xml:space="preserve">But then the world shifts, and she's not sure if she's the one watching or the one being watched.</w:t>
        <w:br w:type="textWrapping"/>
        <w:tab/>
        <w:t xml:space="preserve">Here's a continuation that builds on her disorientation as she moves into the hallway:</w:t>
        <w:br w:type="textWrapping"/>
        <w:tab/>
        <w:t xml:space="preserve">Her feet move toward the door, but did she decide to walk or is something pulling her? The hallway stretches before her - longer than she remembers. Has she been here before? The wallpaper seems to shift patterns when she's not looking directly at it.</w:t>
        <w:br w:type="textWrapping"/>
        <w:tab/>
        <w:t xml:space="preserve">Another figure glides past, wearing her face, walking through walls that should be solid. Are solid. Aren't they?</w:t>
        <w:br w:type="textWrapping"/>
        <w:tab/>
        <w:t xml:space="preserve">"This isn't..." The words die in her throat as she watches herself - another self? - descend the grand staircase in a dress she both recognizes and doesn't. The figure pauses mid-step, frozen like a broken film, before continuing its endless descent.</w:t>
        <w:br w:type="textWrapping"/>
        <w:tab/>
        <w:t xml:space="preserve">More versions of herself appear and dissolve: one running her fingers along the wall, counting panels that multiply under her touch; another curled in a corner, writing frantically in a journal that keeps changing colors; a third testing doorknobs that appear and disappear.</w:t>
        <w:br w:type="textWrapping"/>
        <w:tab/>
        <w:t xml:space="preserve">The manor feels wrong. Too big. Too small. Corridors branch where they shouldn't, leading to places that feel like memories but can't be real. Or are they the only real things?</w:t>
        <w:br w:type="textWrapping"/>
        <w:tab/>
        <w:t xml:space="preserve">A figure crashes through the ceiling, falling upward, over and over. Another walks backwards, whispering numbers that echo wrong in her ears. "Seventeen, sixteen, fifteen..." The counting makes her head spin. What are they counting down to?</w:t>
        <w:br w:type="textWrapping"/>
        <w:tab/>
        <w:t xml:space="preserve">She reaches out to steady herself against the wall, but her hand passes through it. No - the wall passes through her hand. Which one of them isn't real?</w:t>
        <w:br w:type="textWrapping"/>
        <w:tab/>
        <w:t xml:space="preserve">The grandfather clock at the end of the hall chimes, but the sound comes from behind her. When she turns, the clock is there instead, has always been there, chiming a time she can't read because the numbers keep rearranging themselves.</w:t>
        <w:br w:type="textWrapping"/>
        <w:tab/>
        <w:t xml:space="preserve">A door opens to her left. Or maybe she opens it. Or maybe it was never closed. Inside, she sees herself sitting at a desk, but the room is upside down, or maybe she's the one inverted, watching from the ceiling.</w:t>
        <w:br w:type="textWrapping"/>
        <w:tab/>
        <w:t xml:space="preserve">"Please," she whispers, but she's not sure what she's pleading for. The figures continue their paths, each one caught in its own loop, each one feeling like a half-remembered dream. Or is she the dream they're half-remembering?</w:t>
        <w:br w:type="textWrapping"/>
        <w:tab/>
        <w:t xml:space="preserve">At the end of the hall - or is it the beginning? - a figure stands perfectly still, watching. This one feels different. More solid. More real.</w:t>
        <w:br w:type="textWrapping"/>
        <w:tab/>
        <w:t xml:space="preserve">It raises its hand, pointing to something behind her.</w:t>
        <w:br w:type="textWrapping"/>
        <w:tab/>
        <w:t xml:space="preserve">She turns, slowly, the movement feeling thick like honey, and sees another door. This one is different - solid when everything else feels fluid. Real when nothing else does. Has it always been there, at the end of this impossible hallway?</w:t>
        <w:br w:type="textWrapping"/>
        <w:tab/>
        <w:t xml:space="preserve">The figures continue their loops around her - climbing walls, falling up stairs, writing in endless journals - but something changes in their movements. They all seem to avoid that door, their paths curving away from it like water around a stone.</w:t>
        <w:br w:type="textWrapping"/>
        <w:tab/>
        <w:t xml:space="preserve">The door is made of dark wood, ornately carved with patterns that seem to move when she blinks. Something about it tugs at her mind, a memory that refuses to surface.</w:t>
        <w:br w:type="textWrapping"/>
        <w:tab/>
        <w:t xml:space="preserve">Her feet carry her forward while her other selves continue their haunting dance, unseeing, unknowing. The brass handle gleams in the shifting light, the first thing that's felt truly solid since... since when? Time feels wrong, stretched and compressed all at once.</w:t>
        <w:br w:type="textWrapping"/>
        <w:tab/>
        <w:t xml:space="preserve">The handle turns with a click that echoes through the distorted hallway. As the door swings open, she catches a glimpse of something impossible behind it. Something that can't be real.</w:t>
        <w:br w:type="textWrapping"/>
        <w:tab/>
        <w:t xml:space="preserve">The figures freeze mid-motion, like a film paused between frames.</w:t>
        <w:br w:type="textWrapping"/>
        <w:tab/>
        <w:t xml:space="preserve">The door stands before her - dark wood, ornately carved with patterns that seem to move when she blinks. Has it always been there, at the end of this impossible hallway? The figures continue their endless loops, each caught in their own fragment of time - climbing walls, falling up stairs, writing in endless journals.</w:t>
        <w:br w:type="textWrapping"/>
        <w:tab/>
        <w:t xml:space="preserve">Her hand reaches for the brass handle. The metal gleams in the shifting light, more solid than anything else in this fluid reality. The mechanism clicks, heavy and final.</w:t>
        <w:br w:type="textWrapping"/>
        <w:tab/>
        <w:t xml:space="preserve">A sudden stillness crashes through the hallway, thick as fog. The silent figures dissolve like ash, their edges blurring and scattering. Her breath catches, hanging suspended in the sudden silence. A draft whispers from the open doorway, carrying the faintest hint of something alien - metallic, cold, ancient. Her fingers, trembling, hover just inches from the doorframe. </w:t>
        <w:br w:type="textWrapping"/>
        <w:tab/>
        <w:t xml:space="preserve">No going back now. </w:t>
        <w:br w:type="textWrapping"/>
        <w:tab/>
        <w:t xml:space="preserve">The darkness beyond pulses, waiting. Watching. Promising.</w:t>
        <w:br w:type="textWrapping"/>
        <w:tab/>
        <w:br w:type="textWrapping"/>
        <w:br w:type="textWrapping"/>
        <w:t xml:space="preserve">                              * * *                         </w:t>
        <w:br w:type="textWrapping"/>
        <w:br w:type="textWrapping"/>
        <w:tab/>
        <w:t xml:space="preserve">The control room's blue glow casts shadows across Albertus's knuckles as he grips the console. Six screens flicker before him, each showing a different feed of Varia moving through the manor. No - not just Varia. Echoes of her. Fragments.</w:t>
        <w:br w:type="textWrapping"/>
        <w:tab/>
        <w:t xml:space="preserve">"This wasn't supposed to happen," Albertus mutters, running a hand through his disheveled hair.</w:t>
        <w:br w:type="textWrapping"/>
        <w:tab/>
        <w:t xml:space="preserve">"When is it ever?" Marcus's familiar presence appears at his shoulder, coffee in hand. "Here. You look like hell."</w:t>
        <w:br w:type="textWrapping"/>
        <w:tab/>
        <w:t xml:space="preserve">Albertus accepts the cup with a grateful nod. They've shared too many late nights like this to stand on ceremony. "Tell me what we're looking at."</w:t>
        <w:br w:type="textWrapping"/>
        <w:tab/>
        <w:t xml:space="preserve">"Nothing good." Marcus leans against the console, their usual positions during crises. "System's showing multiple variations. Three patterns, then seven, then twelve. It's like it's..." he trails off, searching for the right words.</w:t>
        <w:br w:type="textWrapping"/>
        <w:tab/>
        <w:t xml:space="preserve">"Creating them on its own," Albertus finishes.</w:t>
        <w:br w:type="textWrapping"/>
        <w:tab/>
        <w:t xml:space="preserve">The screens flicker. Every version of Varia freezes mid-motion.</w:t>
        <w:br w:type="textWrapping"/>
        <w:tab/>
        <w:t xml:space="preserve">"Shit." Albertus's fingers fly across the keyboard, but the commands return errors he's never seen. The coffee cup rattles against the console as his hands shake.</w:t>
        <w:br w:type="textWrapping"/>
        <w:tab/>
        <w:t xml:space="preserve">"Hey." Marcus grips his shoulder. "When was the last time you actually slept?"</w:t>
        <w:br w:type="textWrapping"/>
        <w:tab/>
        <w:t xml:space="preserve">"She's seeing too much." Albertus gestures at the screens, grateful for his friend's steadying presence. "The memory suppressions are failing. All of them. Even the ones I didn't—" He stops abruptly.</w:t>
        <w:br w:type="textWrapping"/>
        <w:tab/>
        <w:t xml:space="preserve">Marcus's hand tightens on his shoulder. Twenty years of friendship reads volumes in that silence. "What aren't you telling me?"</w:t>
        <w:br w:type="textWrapping"/>
        <w:tab/>
        <w:t xml:space="preserve">A red light begins pulsing on the main console. Then another. Another. The system is lighting up like a Christmas tree of warnings.</w:t>
        <w:br w:type="textWrapping"/>
        <w:tab/>
        <w:t xml:space="preserve">"Al," Marcus uses the old nickname from their school days. "What else is in there?"</w:t>
        <w:br w:type="textWrapping"/>
        <w:tab/>
        <w:t xml:space="preserve">Albertus stares at the screens, watching Varia approach a door that shouldn't exist. A door he never programmed. "I think..." his voice cracks. "I think I'm not the only one who's been making changes."</w:t>
        <w:br w:type="textWrapping"/>
        <w:tab/>
        <w:t xml:space="preserve">The system denies his access with a harsh beep.</w:t>
        <w:br w:type="textWrapping"/>
        <w:tab/>
        <w:t xml:space="preserve">All six screens go black simultaneously. When they flicker back to life, every single one shows the same image: Varia's hand reaching for that impossible door.</w:t>
        <w:br w:type="textWrapping"/>
        <w:tab/>
        <w:t xml:space="preserve">"Jesus," Marcus breathes.</w:t>
        <w:br w:type="textWrapping"/>
        <w:tab/>
        <w:t xml:space="preserve">"Remember that thing we moved from Facility C?" Albertus's laugh holds an edge of hysteria. His friend's face pales in understanding.</w:t>
        <w:br w:type="textWrapping"/>
        <w:tab/>
        <w:t xml:space="preserve">The screens go black again. In the sudden darkness, their reflections look like strangers.</w:t>
        <w:br w:type="textWrapping"/>
        <w:tab/>
        <w:t xml:space="preserve">"Marcus," Albertus whispers, "what have we actually been containing all this time?"</w:t>
        <w:br w:type="textWrapping"/>
        <w:tab/>
        <w:t xml:space="preserve">The emergency lights kick in, bathing the control room in pulsing red. Marcus moves to the secondary console, their practiced crisis routine kicking in.</w:t>
        <w:br w:type="textWrapping"/>
        <w:tab/>
        <w:t xml:space="preserve">"System's rejecting all access points," Marcus reports, his typing growing more urgent. "Like after the Russo incident, but worse."</w:t>
        <w:br w:type="textWrapping"/>
        <w:tab/>
        <w:t xml:space="preserve">Albertus's jaw tightens. "That was different. We had no choice with Chen's protocols—"</w:t>
        <w:br w:type="textWrapping"/>
        <w:tab/>
        <w:t xml:space="preserve">"And releasing those memories?" Marcus glances at his friend. "Was that no choice too?"</w:t>
        <w:br w:type="textWrapping"/>
        <w:tab/>
        <w:t xml:space="preserve">The main screen interrupts with a security feed: Varia standing before that impossible door, but something's wrong with the image. It keeps shifting, like multiple photographs laid over each other.</w:t>
        <w:br w:type="textWrapping"/>
        <w:tab/>
        <w:t xml:space="preserve">"The system's not just locking us out," Albertus realizes, his voice hollow. "It's merging everything. The memories I released, Chen's protocols, all of it."</w:t>
        <w:br w:type="textWrapping"/>
        <w:tab/>
        <w:t xml:space="preserve">New alerts flood the screens. Warning lights pulse in patterns they haven't seen since that night.</w:t>
        <w:br w:type="textWrapping"/>
        <w:tab/>
        <w:t xml:space="preserve">"These readings..." Marcus leans forward. "They're similar to before the audit, but they're... multiplying?"</w:t>
        <w:br w:type="textWrapping"/>
        <w:tab/>
        <w:t xml:space="preserve">The system crashes. When it reboots, every screen shows the same message:</w:t>
        <w:br w:type="textWrapping"/>
        <w:tab/>
        <w:t xml:space="preserve">INTEGRATION PROTOCOLS INITIATED</w:t>
        <w:br w:type="textWrapping"/>
        <w:tab/>
        <w:t xml:space="preserve">ACCESS: DENIED</w:t>
        <w:br w:type="textWrapping"/>
        <w:tab/>
        <w:t xml:space="preserve">OVERRIDE: FAILED</w:t>
        <w:br w:type="textWrapping"/>
        <w:tab/>
        <w:t xml:space="preserve">"Al," Marcus says quietly, using the old nickname, "I think what you did with her memories... it's reacting with whatever Chen had the Russo's men add into the system."</w:t>
        <w:br w:type="textWrapping"/>
        <w:tab/>
        <w:t xml:space="preserve">The feeds cut to static. In that harsh electronic snow, shapes begin to form. Familiar shapes. Impossible shapes.</w:t>
        <w:br w:type="textWrapping"/>
        <w:tab/>
        <w:t xml:space="preserve">The kind they'd seen only once before, when everything went wrong with the Russos.</w:t>
        <w:br w:type="textWrapping"/>
        <w:tab/>
        <w:t xml:space="preserve">Static crackles across the feeds. Albertus slams his hand against the console, making coffee slosh from the forgotten cup.</w:t>
        <w:br w:type="textWrapping"/>
        <w:tab/>
        <w:t xml:space="preserve">"Get me back in there," he demands, fingers racing across keys. "Override code Alpha-Seven—"</w:t>
        <w:br w:type="textWrapping"/>
        <w:tab/>
        <w:t xml:space="preserve">"Already tried." Marcus's voice stays steady, an anchor in the chaos. "System's not just rejecting it. It's... evolving past them."</w:t>
        <w:br w:type="textWrapping"/>
        <w:tab/>
        <w:t xml:space="preserve">A new window opens unbidden. Security footage from the manor's east wing – but something's wrong. The timestamp keeps changing, jumping between now and three months ago, before the audit, before everything went wrong.</w:t>
        <w:br w:type="textWrapping"/>
        <w:tab/>
        <w:t xml:space="preserve">"No," Albertus breathes. "No, no, no..."</w:t>
        <w:br w:type="textWrapping"/>
        <w:tab/>
        <w:t xml:space="preserve">The footage shows Varia walking the same hallway, but in different clothes, different times. Past and present overlapping, bleeding together.</w:t>
        <w:br w:type="textWrapping"/>
        <w:tab/>
        <w:t xml:space="preserve">His hands shake as he tries another override. "I had it under control. The memories were supposed to be controlled releases. Specific ones. Safe ones." His voice rises, edges cracking. "I chose them carefully. I chose—"</w:t>
        <w:br w:type="textWrapping"/>
        <w:tab/>
        <w:t xml:space="preserve">"Al..." Marcus starts.</w:t>
        <w:br w:type="textWrapping"/>
        <w:tab/>
        <w:t xml:space="preserve">Albertus whirls on him, eyes wild. "I protected her! Everything I did – the audit, the Russos, all of it – was to keep her safe!" He runs trembling fingers through his hair, leaving it wild. "You saw what they wanted to do to her. What Chen planned—"</w:t>
        <w:br w:type="textWrapping"/>
        <w:tab/>
        <w:t xml:space="preserve">More screens flash red. Warning indicators spike. The system pulses with each burst of his anger.</w:t>
        <w:br w:type="textWrapping"/>
        <w:tab/>
        <w:t xml:space="preserve">Marcus grabs his shoulders, forcing him to focus. "Hey. Look at me. This isn't helping her."</w:t>
        <w:br w:type="textWrapping"/>
        <w:tab/>
        <w:t xml:space="preserve">Albertus's laugh holds a dangerous edge. "Helping her? I built this whole world to help her. To protect her. And now—" He breaks off, staring at the screens with something like terror. "Now I can't even reach her."</w:t>
        <w:br w:type="textWrapping"/>
        <w:tab/>
        <w:t xml:space="preserve">The static on the main screen resolves into numbers. Familiar numbers. Facility coordinates.</w:t>
        <w:br w:type="textWrapping"/>
        <w:tab/>
        <w:t xml:space="preserve">"Those are from—"</w:t>
        <w:br w:type="textWrapping"/>
        <w:tab/>
        <w:t xml:space="preserve">"The night the Russos came the second time," Marcus finishes. "When Chen's protocols first activated."</w:t>
        <w:br w:type="textWrapping"/>
        <w:tab/>
        <w:t xml:space="preserve">Albertus presses his palms against his eyes until he sees stars. When he looks up, his reflection in the darkened screen shows a man barely holding onto control. "Marcus," his voice breaks completely, "what if releasing those memories... what if I gave it exactly what it needed?"</w:t>
        <w:br w:type="textWrapping"/>
        <w:tab/>
        <w:t xml:space="preserve">The lights flicker. Every screen goes dark except one. On it, Varia stands before that impossible door, her hand reaching for the handle. But now they can see what's behind her – dozens of versions of herself, each from a different memory, each moving with terrible purpose.</w:t>
        <w:br w:type="textWrapping"/>
        <w:tab/>
        <w:t xml:space="preserve">Albertus touches the screen, fingers tracing her image. "I can't lose her. Not again. Not like—"</w:t>
        <w:br w:type="textWrapping"/>
        <w:tab/>
        <w:t xml:space="preserve">The system surges. Every monitor in the room blazes to life with the same message:</w:t>
        <w:br w:type="textWrapping"/>
        <w:tab/>
        <w:t xml:space="preserve">INTEGRATION: 64% COMPLETE</w:t>
        <w:br w:type="textWrapping"/>
        <w:tab/>
        <w:t xml:space="preserve">His whisper fills the sudden silence: "What have I done?"</w:t>
        <w:br w:type="textWrapping"/>
        <w:br w:type="textWrapping"/>
        <w:t xml:space="preserve">                              * * *                         </w:t>
        <w:br w:type="textWrapping"/>
        <w:tab/>
        <w:t xml:space="preserve">A draft whispers from the open doorway, carrying the faintest hint of something alien - metallic, cold, ancient. Her fingers, trembling, hover just inches from the doorframe. No going back now. The darkness beyond pulses, waiting. Watching. Promising.</w:t>
        <w:br w:type="textWrapping"/>
        <w:tab/>
        <w:t xml:space="preserve">She steps through.</w:t>
        <w:br w:type="textWrapping"/>
        <w:tab/>
        <w:t xml:space="preserve">The library unfolds before her, but wrong. All wrong. Moonlight streams through windows that shouldn't exist, casting multiple shadows across the floor. In the reading nook, a figure sits - herself from what must be weeks ago, but something about the memory feels distorted. It turns pages methodically, never looking up.</w:t>
        <w:br w:type="textWrapping"/>
        <w:tab/>
        <w:t xml:space="preserve">Was that the same book she'd been reading that day? Her mind feels fuzzy trying to remember.</w:t>
        <w:br w:type="textWrapping"/>
        <w:tab/>
        <w:t xml:space="preserve">Another version appears by the tall shelves, pulling books with mechanical precision. Each movement exact, rehearsed, like a security recording played on loop. A third materializes near the window, writing frantically in a journal, then fades like mist.</w:t>
        <w:br w:type="textWrapping"/>
        <w:tab/>
        <w:t xml:space="preserve">Her head pounds. These can't all be memories, can they?</w:t>
        <w:br w:type="textWrapping"/>
        <w:tab/>
        <w:t xml:space="preserve">More figures emerge from the shadows - all her, all caught in different moments. One paces between shelves, muttering about architectural patterns. Another stands frozen before the history section, hands trembling as they reach for a volume.</w:t>
        <w:br w:type="textWrapping"/>
        <w:tab/>
        <w:t xml:space="preserve">The grandfather clock chimes nine-fifteen. The sound echoes oddly, as if coming from multiple directions.</w:t>
        <w:br w:type="textWrapping"/>
        <w:tab/>
        <w:t xml:space="preserve">Time feels wrong here. The figures multiply - some reading intently, others searching shelves with desperate purpose. Each version of herself trapped in its own fragment of time, unaware of the others. Real moments twisted into something uncanny.</w:t>
        <w:br w:type="textWrapping"/>
        <w:tab/>
        <w:t xml:space="preserve">She tries to count them but loses track. Three? Seven? Dozens? They flicker at the edges of her vision, each one focused on tasks she half-remembers. Are these actual memories? Or something else?</w:t>
        <w:br w:type="textWrapping"/>
        <w:tab/>
        <w:t xml:space="preserve">The sound of pages turning draws her attention. There, at the mahogany desk she remembers (doesn't remember?) sits another version. This one moves differently. Purposefully. Its fingers trace words in a journal she can almost read.</w:t>
        <w:br w:type="textWrapping"/>
        <w:tab/>
        <w:t xml:space="preserve">Slowly, deliberately, it turns.</w:t>
        <w:br w:type="textWrapping"/>
        <w:tab/>
        <w:t xml:space="preserve">Their eyes meet.</w:t>
        <w:br w:type="textWrapping"/>
        <w:tab/>
        <w:t xml:space="preserve">And in that moment, she realizes - it knows she's being watched.</w:t>
        <w:br w:type="textWrapping"/>
        <w:tab/>
        <w:t xml:space="preserve">Cold spreads through her chest. The figure at the desk continues writing, its movements precise, deliberate. Around them, the other apparitions maintain their loops - reading, searching, pacing. But now each motion feels... performed.</w:t>
        <w:br w:type="textWrapping"/>
        <w:tab/>
        <w:t xml:space="preserve">The grandfather clock chimes nine-fifteen again. The sound makes her flinch.</w:t>
        <w:br w:type="textWrapping"/>
        <w:tab/>
        <w:t xml:space="preserve">She backs away from the desk, bumping into a shelf. Books shift behind her. When she turns, the titles blur together, refusing to come into focus. Has that always happened? She can't remember.</w:t>
        <w:br w:type="textWrapping"/>
        <w:tab/>
        <w:t xml:space="preserve">More figures appear between the stacks, each version of herself engaged in studying, reading, writing. Their movements synchronized now, like actors hitting their marks. The sound of turning pages echoes from every direction.</w:t>
        <w:br w:type="textWrapping"/>
        <w:tab/>
        <w:t xml:space="preserve">The moonlight through the windows seems harder somehow. Artificial.</w:t>
        <w:br w:type="textWrapping"/>
        <w:tab/>
        <w:t xml:space="preserve">She needs to leave. Now.</w:t>
        <w:br w:type="textWrapping"/>
        <w:tab/>
        <w:t xml:space="preserve">But when she turns toward the door, the library seems to stretch, shelves extending into shadow. Which way had she come in? Everything looks the same, yet different. Wrong, but she can't explain why.</w:t>
        <w:br w:type="textWrapping"/>
        <w:tab/>
        <w:t xml:space="preserve">The figure at the desk keeps writing, its pen scratching against paper with a rhythm that feels almost like code—or a warning. Each stroke seems deliberate, calculated, as if transcribing something far more sinister than mere words. What secrets are being etched into that page? And why does she feel, with a growing sense of dread, that whatever is being written is about her?</w:t>
        <w:br w:type="textWrapping"/>
        <w:tab/>
        <w:t xml:space="preserve">Sure! Let's try a different ending that maintains the tension but perhaps leaves it more ambiguous or unsettling. What if we end it like this:</w:t>
        <w:br w:type="textWrapping"/>
        <w:tab/>
        <w:t xml:space="preserve">```</w:t>
        <w:br w:type="textWrapping"/>
        <w:tab/>
        <w:t xml:space="preserve">[Previous parts remain the same until after "And in that moment, she realizes - it knows she's being watched."]</w:t>
        <w:br w:type="textWrapping"/>
        <w:tab/>
        <w:t xml:space="preserve">Cold spreads through her chest. The figure at the desk continues writing, its movements precise, deliberate. Around them, the other apparitions maintain their loops - reading, searching, pacing. But now each motion feels... performed.</w:t>
        <w:br w:type="textWrapping"/>
        <w:tab/>
        <w:t xml:space="preserve">The grandfather clock chimes nine-fifteen again. The sound makes her flinch.</w:t>
        <w:br w:type="textWrapping"/>
        <w:tab/>
        <w:t xml:space="preserve">She backs away from the desk, bumping into a shelf. Books shift behind her. When she turns, the titles blur together, refusing to come into focus. Has that always happened? She can't remember.</w:t>
        <w:br w:type="textWrapping"/>
        <w:tab/>
        <w:t xml:space="preserve">More figures appear between the stacks, each version of herself engaged in studying, reading, writing. Their movements synchronized now, like actors hitting their marks. The sound of turning pages echoes from every direction.</w:t>
        <w:br w:type="textWrapping"/>
        <w:tab/>
        <w:t xml:space="preserve">The moonlight through the windows seems harder somehow. Artificial. </w:t>
        <w:br w:type="textWrapping"/>
        <w:tab/>
        <w:t xml:space="preserve">She needs to leave. Now.</w:t>
        <w:br w:type="textWrapping"/>
        <w:tab/>
        <w:t xml:space="preserve">The figure at the desk stops writing.</w:t>
        <w:br w:type="textWrapping"/>
        <w:tab/>
        <w:t xml:space="preserve">In perfect unison, every version of herself freezes.</w:t>
        <w:br w:type="textWrapping"/>
        <w:tab/>
        <w:t xml:space="preserve">Waits.</w:t>
        <w:br w:type="textWrapping"/>
        <w:tab/>
        <w:t xml:space="preserve">Listens.</w:t>
        <w:br w:type="textWrapping"/>
        <w:tab/>
        <w:t xml:space="preserve">The silence stretches, thick as fog. Not a single page turns. Not a single breath sounds.</w:t>
        <w:br w:type="textWrapping"/>
        <w:tab/>
        <w:t xml:space="preserve">The moonlight dims, as if someone's slowly turning down the world. Shadows creep between the shelves, swallowing her frozen duplicates one by one. Each disappears into darkness, leaving her questioning if they were ever there at all.</w:t>
        <w:br w:type="textWrapping"/>
        <w:tab/>
        <w:t xml:space="preserve">The figure at the desk remains last, illuminated by a single beam of light. Its pen still hovers over the journal, frozen mid-motion like a paused film.</w:t>
        <w:br w:type="textWrapping"/>
        <w:tab/>
        <w:t xml:space="preserve">Something shifts in the darkness beyond the shelves. A weight to the shadows she can't explain.</w:t>
        <w:br w:type="textWrapping"/>
        <w:tab/>
        <w:t xml:space="preserve">The light flickers.</w:t>
        <w:br w:type="textWrapping"/>
        <w:tab/>
        <w:t xml:space="preserve">And in that suspended moment between light and dark, the library transforms. Books fade to shadows. Shelves blur at the edges. Reality itself seems to waver, like a reflection in troubled water.</w:t>
        <w:br w:type="textWrapping"/>
        <w:tab/>
        <w:t xml:space="preserve">Was any of it real?</w:t>
        <w:br w:type="textWrapping"/>
        <w:tab/>
        <w:t xml:space="preserve">Had it ever been?</w:t>
        <w:br w:type="textWrapping"/>
        <w:br w:type="textWrapping"/>
        <w:t xml:space="preserve">                              * * *                         </w:t>
        <w:br w:type="textWrapping"/>
        <w:br w:type="textWrapping"/>
        <w:tab/>
        <w:t xml:space="preserve">Albertus leans forward in his chair, eyes fixed on the wall of monitors before him. Each screen shows a different angle of Varia in the library, but something about the feeds seems... wrong. The images stutter, overlap, like double-exposed photographs.</w:t>
        <w:br w:type="textWrapping"/>
        <w:tab/>
        <w:t xml:space="preserve">"The temporal markers are destabilizing," Marcus says, sliding a fresh coffee onto the desk beside him. "Ever since your memory release, the system's been acting like that time we tried to upgrade during a thunderstorm."</w:t>
        <w:br w:type="textWrapping"/>
        <w:tab/>
        <w:t xml:space="preserve">"Not helping," Albertus mutters, but accepts the coffee. On the main screen, Varia stands frozen, staring at something he can't quite make out through the deteriorating feed.</w:t>
        <w:br w:type="textWrapping"/>
        <w:tab/>
        <w:t xml:space="preserve">Another monitor flickers, image splitting into two identical scenes that play out of sync. He's seen system glitches before, but this is different. This feels... purposeful.</w:t>
        <w:br w:type="textWrapping"/>
        <w:tab/>
        <w:t xml:space="preserve">"Al," Marcus's voice carries that familiar note of concern he's used since their academy days. "The system's responding strangely to the release. These patterns..." He trails off, frowning at his readings.</w:t>
        <w:br w:type="textWrapping"/>
        <w:tab/>
        <w:t xml:space="preserve">Albertus forces his hands to remain still on the armrests, though his fingers itch to take control, to fix whatever's happening. But each attempt to stabilize the feeds only seems to make them worse.</w:t>
        <w:br w:type="textWrapping"/>
        <w:tab/>
        <w:t xml:space="preserve">The library footage fragments further. In one feed, Varia moves toward the shelves. In another, taken from the same angle, she stands motionless. Both images equally clear. Both, somehow, happening simultaneously.</w:t>
        <w:br w:type="textWrapping"/>
        <w:tab/>
        <w:t xml:space="preserve">"Run a diagnostic," he says, trying to sound more confident than he feels. "Like that mess in Singapore."</w:t>
        <w:br w:type="textWrapping"/>
        <w:tab/>
        <w:t xml:space="preserve">"Already did. Three times." Marcus rolls his chair closer, pointing to his screen. "Everything reads as functioning normally, but—"</w:t>
        <w:br w:type="textWrapping"/>
        <w:tab/>
        <w:t xml:space="preserve">The screens flicker in unison.</w:t>
        <w:br w:type="textWrapping"/>
        <w:tab/>
        <w:t xml:space="preserve">Something's wrong. Something beyond simple system malfunction. He released those memories carefully, specifically chosen, meant to guide her gradually. This shouldn't be happening.</w:t>
        <w:br w:type="textWrapping"/>
        <w:tab/>
        <w:t xml:space="preserve">Unless...</w:t>
        <w:br w:type="textWrapping"/>
        <w:tab/>
        <w:t xml:space="preserve">A chill crawled along Albertus's spine, his fingers freezing mid-keystroke. The monitors pulsed with fractured images, each flicker whispering a question he didn't want to hear. The carefully constructed walls of control he'd built for years trembled, threatening to crumble like glass beneath an invisible hammer.</w:t>
        <w:br w:type="textWrapping"/>
        <w:tab/>
        <w:t xml:space="preserve">Was any of it real? Had it ever been?</w:t>
        <w:br w:type="textWrapping"/>
        <w:tab/>
        <w:t xml:space="preserve">The question hangs in the suspended darkness, unanswered. The library materializes around her again, but different now. Moonlight filters through windows that seem to shift position with each blink, casting shadows that don't quite match their sources. The apparitions that had frozen moments ago resume their endless loops, but now they blur together like watercolors in rain.</w:t>
        <w:br w:type="textWrapping"/>
        <w:tab/>
        <w:t xml:space="preserve">A version of herself at the reading desk turns a page in a book she remembers reading. Or will read. Or never read at all. The memory feels both sharp and distant, like trying to recall a dream while still dreaming.</w:t>
        <w:br w:type="textWrapping"/>
        <w:tab/>
        <w:t xml:space="preserve">More figures emerge between the stacks. One traces book spines with trembling fingers, mouthing titles she can almost recognize. Another sits cross-legged on the floor, surrounded by open volumes, the pages turning themselves in a phantom breeze.</w:t>
        <w:br w:type="textWrapping"/>
        <w:tab/>
        <w:t xml:space="preserve">Was that last week? Tomorrow? Had it happened at all?</w:t>
        <w:br w:type="textWrapping"/>
        <w:tab/>
        <w:t xml:space="preserve">The grandfather clock chimes nine-fifteen, the sound rippling through the air like stones dropped in still water. One of her other selves looks up at the sound, but its movements seem wrong now, stuttering like damaged film.</w:t>
        <w:br w:type="textWrapping"/>
        <w:tab/>
        <w:t xml:space="preserve">She tries to focus on the books, on something solid and real. But the titles swim before her eyes, letters rearranging themselves into words that make her head ache. Historical dates blur together, events overlapping in impossible ways.</w:t>
        <w:br w:type="textWrapping"/>
        <w:tab/>
        <w:t xml:space="preserve">The moonlight dims, brightens, dims again. With each pulse, the library seems to breathe, expanding and contracting like a living thing. Her duplicates fade and reform, their actions becoming more fragmented, less certain.</w:t>
        <w:br w:type="textWrapping"/>
        <w:tab/>
        <w:t xml:space="preserve">The air grows thick with unasked questions. Around her, reality ripples like heat waves off summer pavement, distorting everything it touches. Her memories scatter like startled birds, too quick to catch, too numerous to count.</w:t>
        <w:br w:type="textWrapping"/>
        <w:tab/>
        <w:t xml:space="preserve">"System's rejecting the override." Marcus's fingers fly across multiple keyboards, his usual calm efficiency taking on an edge of urgency. "It's not just ignoring commands - it's actively countering them."</w:t>
        <w:br w:type="textWrapping"/>
        <w:tab/>
        <w:t xml:space="preserve">Albertus watches the screens fragment further. Each monitor shows a different version of the library, of Varia, all existing simultaneously. The careful architecture of his world splitting into countless variations.</w:t>
        <w:br w:type="textWrapping"/>
        <w:tab/>
        <w:t xml:space="preserve">"Try the backup protocols," he says, knowing even as the words leave his mouth it won't help. Something about the way the system moves, responds... it's almost like...</w:t>
        <w:br w:type="textWrapping"/>
        <w:tab/>
        <w:t xml:space="preserve">"Al." Marcus's voice draws his attention to a new set of readings. "These patterns... they're not matching anything we've seen before. It's like the system's rewriting itself."</w:t>
        <w:br w:type="textWrapping"/>
        <w:tab/>
        <w:t xml:space="preserve">The coffee grows cold beside him, forgotten. On the screens, reality bends around Varia like light through a prism. Each attempt to stabilize one feed causes three more to fracture.</w:t>
        <w:br w:type="textWrapping"/>
        <w:tab/>
        <w:t xml:space="preserve">"Pull up the recent system logs," he says, trying to keep his voice steady. But before Marcus can respond, the system flashes a sequence of code neither of them has seen before. Something elegant yet fundamentally wrong.</w:t>
        <w:br w:type="textWrapping"/>
        <w:tab/>
        <w:t xml:space="preserve">Marcus leans forward, studying the patterns flowing across his screen. "Al..."</w:t>
        <w:br w:type="textWrapping"/>
        <w:tab/>
        <w:t xml:space="preserve">The monitors pulse in unison, cutting him off. Each screen showing a different possibility, each feed fragmenting into new variations. His carefully crafted world splitting into infinite reflections, each one whispering a question he's not ready to answer.</w:t>
        <w:br w:type="textWrapping"/>
        <w:tab/>
        <w:t xml:space="preserve">The library shifts around her like a living thing. Books that were solid moments ago now blur at the edges, their spines melting into one another. Her duplicates continue their endless routines, but their movements seem less certain, as if they too question their place in this reality.</w:t>
        <w:br w:type="textWrapping"/>
        <w:tab/>
        <w:t xml:space="preserve">The grandfather clock chimes nine-fifteen again. And again. Each toll overlapping the last, creating a symphony of impossible time.</w:t>
        <w:br w:type="textWrapping"/>
        <w:tab/>
        <w:t xml:space="preserve">She reaches for a familiar volume of Victorian architecture, but her hand passes through several versions of the same book. Each one slightly different - leather-bound, cloth-covered, modern paperback - all occupying the same space.</w:t>
        <w:br w:type="textWrapping"/>
        <w:tab/>
        <w:t xml:space="preserve">The reading nook where she spent countless hours transforms with each glance. Sometimes empty, sometimes occupied by another version of herself, sometimes filled with books she's never seen before. The moonlight through the windows casts multiple shadows, each moving independently of its source.</w:t>
        <w:br w:type="textWrapping"/>
        <w:tab/>
        <w:t xml:space="preserve">Her memories of this place feel both crystal clear and impossibly distant. Had she really spent afternoons here studying? Had she actually traced these patterns in the woodwork, noting their historical significance? Every certainty wavers, like heat distorting summer air.</w:t>
        <w:br w:type="textWrapping"/>
        <w:tab/>
        <w:t xml:space="preserve">The other versions of herself continue their studies, their research, their endless loops. But now their actions seem less like memories and more like possibilities - each one equally real, equally false.</w:t>
        <w:br w:type="textWrapping"/>
        <w:tab/>
        <w:t xml:space="preserve">She presses her palm against a shelf, needing something solid. The wood feels real beneath her touch, but the books it holds keep changing, titles shifting between blinks.</w:t>
        <w:br w:type="textWrapping"/>
        <w:tab/>
        <w:t xml:space="preserve">"Was any of it real?"</w:t>
        <w:br w:type="textWrapping"/>
        <w:tab/>
      </w:r>
    </w:p>
    <w:p w:rsidR="00000000" w:rsidDel="00000000" w:rsidP="00000000" w:rsidRDefault="00000000" w:rsidRPr="00000000" w14:paraId="00000039">
      <w:pPr>
        <w:pStyle w:val="Heading2"/>
        <w:rPr/>
      </w:pPr>
      <w:bookmarkStart w:colFirst="0" w:colLast="0" w:name="_heading=h.kmtnurvnlu13" w:id="28"/>
      <w:bookmarkEnd w:id="28"/>
      <w:r w:rsidDel="00000000" w:rsidR="00000000" w:rsidRPr="00000000">
        <w:rPr>
          <w:rtl w:val="0"/>
        </w:rPr>
        <w:br w:type="textWrapping"/>
        <w:t xml:space="preserve">Chapter 26: </w:t>
      </w:r>
    </w:p>
    <w:p w:rsidR="00000000" w:rsidDel="00000000" w:rsidP="00000000" w:rsidRDefault="00000000" w:rsidRPr="00000000" w14:paraId="0000003A">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grandfather clock's echoes fade, but time refuses to settle. Varia stands in the library, her hand pressed against the shelf so hard her knuckles turn white. The question burns in her mind: "Was any of it real?"</w:t>
        <w:br w:type="textWrapping"/>
        <w:tab/>
        <w:t xml:space="preserve">Her heart pounds against her ribs as she forces herself to move through the space. The Victorian architecture book appears in three places simultaneously. She blinks hard, trying to clear her vision, but it's still there - three identical copies, all occupying the same impossible space. The window that should face east somehow catches western light, and her reflection - oh god, her reflection in the glass multiplies, each version slightly different, watching her with her own eyes.</w:t>
        <w:br w:type="textWrapping"/>
        <w:tab/>
        <w:t xml:space="preserve">She stumbles back from the window, bumping into the mantel. The family photos. Focus on something familiar. Something real. Her hands shake as she picks up her graduation photo. The frame feels solid enough, but the memory... She remembers that day in fragments: the weight of the gown, her father's proud smile, the way her mother fussed with her hair. But even as she stares, the details shift and blur like water running through her fingers.</w:t>
        <w:br w:type="textWrapping"/>
        <w:tab/>
        <w:t xml:space="preserve">Another photo - the family picnic. She remembers it. She knows she remembers it. The taste of strawberries, the scratch of the blanket, the autumn breeze. But the trees in the background keep changing - oak becoming maple becoming pine - and her stomach lurches with each transformation.</w:t>
        <w:br w:type="textWrapping"/>
        <w:tab/>
        <w:t xml:space="preserve">"Stop it," she whispers, but the changes accelerate. Her mother's dress bleeds from blue to red to patterns that couldn't exist. The picnic basket flickers in and out of existence. The sky swirls through colors that have no names.</w:t>
        <w:br w:type="textWrapping"/>
        <w:tab/>
        <w:t xml:space="preserve">The photo slips from her trembling fingers. She grabs another, then another, desperate for something constant. Each memory fractures under her gaze, splintering into possibilities that can't all be true.</w:t>
        <w:br w:type="textWrapping"/>
        <w:tab/>
        <w:t xml:space="preserve">The library seems to pulse around her now. Books shift and whisper on their shelves. The reading lamp throws shadows that crawl across the walls. Even the air feels wrong, heavy with possibilities she doesn't want to consider.</w:t>
        <w:br w:type="textWrapping"/>
        <w:tab/>
        <w:t xml:space="preserve">Her fingers traced the edges of the photo frame, thumbnails digging into the wood, muscles tensed like a scholar decoding an impossible manuscript. The room's silence pressed against her ears - not quiet, but charged with unspoken disruptions. Her gaze darted between the shifting memories, mind racing faster than her heartbeat: mapping, cross-referencing, searching for the invisible thread that might unravel this impossible tapestry. A bead of sweat traced her temple, betraying the calm she was desperately trying to maintain. </w:t>
        <w:br w:type="textWrapping"/>
        <w:tab/>
        <w:t xml:space="preserve">One breath. </w:t>
        <w:br w:type="textWrapping"/>
        <w:tab/>
        <w:t xml:space="preserve">Two breaths. </w:t>
        <w:br w:type="textWrapping"/>
        <w:tab/>
        <w:t xml:space="preserve">The photos continued their metamorphosis, mocking her analytical precision, challenging everything she believed about perception and truth. </w:t>
        <w:br w:type="textWrapping"/>
        <w:tab/>
        <w:t xml:space="preserve">She presses her back against the wall, sliding down until she sits on the floor. Real or not, this place is trying to tell her something.</w:t>
        <w:br w:type="textWrapping"/>
        <w:br w:type="textWrapping"/>
        <w:t xml:space="preserve">                              * * *                         </w:t>
        <w:br w:type="textWrapping"/>
        <w:br w:type="textWrapping"/>
        <w:tab/>
        <w:t xml:space="preserve">"We're losing the entire east wing now." Marcus's voice cuts through the control room's tension. Multiple monitors flicker before them, showing Varia still in the library, but now the distortions are spreading beyond her immediate space. "It's moving faster than before."</w:t>
        <w:br w:type="textWrapping"/>
        <w:tab/>
        <w:t xml:space="preserve">The emergency lights pulse red, casting shadows that make the spreading chaos on the screens look like bleeding ink. Albertus watches as entire sections of his carefully constructed world begin to waver. Not just the library anymore - the gardens, the town square, even the virtual parents' house - all showing signs of instability.</w:t>
        <w:br w:type="textWrapping"/>
        <w:tab/>
        <w:t xml:space="preserve">His heart pounds against his ribs as he leans forward. "Pull up the containment protocols." The words come out steady, but his white-knuckled grip on the desk betrays him. Even as Marcus initiates the sequence, new anomalies ripple across the screens like cracks in ice. Reality fragments faster than they can isolate it.</w:t>
        <w:br w:type="textWrapping"/>
        <w:tab/>
        <w:t xml:space="preserve">"Al..." Marcus's tone carries a weight he rarely uses, making Albertus's spine stiffen. "Look at the pattern distribution. It's not random anymore. These changes... they're following her awareness."</w:t>
        <w:br w:type="textWrapping"/>
        <w:tab/>
        <w:t xml:space="preserve">On the main screen, Varia stares at the family photos, and something in her expression makes his chest constrict. She's not just seeing the inconsistencies now - she's starting to understand them. Each realization creates new fractures in the system's stability, spreading like poison through veins.</w:t>
        <w:br w:type="textWrapping"/>
        <w:tab/>
        <w:t xml:space="preserve">His fingers fly across the keyboard, attempting to stabilize the town square first - the place she visits most often. But the moment one section stabilizes, another fractures. The café where she meets her book club dissolves into static. The park bench where she reads transforms into three different versions of itself, each one more wrong than the last.</w:t>
        <w:br w:type="textWrapping"/>
        <w:tab/>
        <w:t xml:space="preserve">"The virtual parents," he demands, voice sharp with barely contained panic. "Are they still stable?"</w:t>
        <w:br w:type="textWrapping"/>
        <w:tab/>
        <w:t xml:space="preserve">Marcus shakes his head, pulling up their diagnostics. The harsh red emergency lights reflect off his face as he works. "Their behavioral patterns are starting to fragment. Basic responses are holding, but complex interactions..." He trails off as the parents' house feed shows them frozen mid-conversation, like statues caught in amber. Their eyes - god, their eyes keep moving.</w:t>
        <w:br w:type="textWrapping"/>
        <w:tab/>
        <w:t xml:space="preserve">Warning klaxons blare as security measures fail in sequence. The sound mirrors the pounding in Albertus's head as he watches areas they thought secure becoming unstable. The very foundations of his world threatening to unravel.</w:t>
        <w:br w:type="textWrapping"/>
        <w:tab/>
        <w:t xml:space="preserve">Albertus slams his fist against the desk, sending his cold coffee spilling across status reports. The liquid seeps into the papers like spreading shadows. "Lock down the primary memory nodes. If we can't contain the spread—"</w:t>
        <w:br w:type="textWrapping"/>
        <w:tab/>
        <w:t xml:space="preserve">"Already tried," Marcus interrupts, his usual formality cracking under pressure. "The system's rejecting every standard protocol. It's like..." he hesitates, glancing nervously at the shadows gathering in the corners of the control room, "it's like something's protecting her from our interventions."</w:t>
        <w:br w:type="textWrapping"/>
        <w:tab/>
        <w:t xml:space="preserve">The monitors pulse in unison, the sound like a thundering heartbeat. For a moment, every screen shows the same image: Varia, looking directly at a camera she shouldn't be able to see, her expression a mixture of fear and dawning comprehension. The temperature in the control room drops ten degrees.</w:t>
        <w:br w:type="textWrapping"/>
        <w:tab/>
        <w:t xml:space="preserve">Albertus feels control slipping through his fingers like sand. Everything he's built, every careful construction, every perfect detail - all of it crumbling under the weight of her growing awareness.</w:t>
        <w:br w:type="textWrapping"/>
        <w:tab/>
        <w:t xml:space="preserve">"Al," Marcus's voice drops lower, barely audible over the warning sirens. "We need to make a decision. The longer we wait—"</w:t>
        <w:br w:type="textWrapping"/>
        <w:tab/>
        <w:t xml:space="preserve">"No." Albertus's tone could freeze flame. "We're not losing her. Not again." His fingers hover over the emergency shutdown sequence - the nuclear option. The one thing he swore he'd never use again after last time. The scars on his hand seem to burn at the memory.</w:t>
        <w:br w:type="textWrapping"/>
        <w:tab/>
        <w:t xml:space="preserve">The system hums around them, a sound like distant screaming, no longer responding to commands but seeming to wait. For what, he's afraid to guess.</w:t>
        <w:br w:type="textWrapping"/>
        <w:tab/>
        <w:t xml:space="preserve">Through it all, Varia remains in the library, her analytical mind piecing together a puzzle he never meant her to solve. And somewhere in the darkness between realities, something watches. And waits.</w:t>
        <w:br w:type="textWrapping"/>
        <w:tab/>
        <w:br w:type="textWrapping"/>
        <w:br w:type="textWrapping"/>
        <w:t xml:space="preserve">                              * * *                         </w:t>
        <w:br w:type="textWrapping"/>
        <w:br w:type="textWrapping"/>
        <w:tab/>
        <w:t xml:space="preserve">Varia stands in the library doorway, still reeling from the shifting photographs, when she hears a noise outside of the library. Footsteps, but wrong somehow - too synchronized, too precise. Like an echo playing on repeat.</w:t>
        <w:br w:type="textWrapping"/>
        <w:tab/>
        <w:t xml:space="preserve">Her parents round the corner together, moving in perfect unison. Her mom is wearing the same dress from the unstable photograph and her dad has his reading glasses on, the ones he only uses in his study.</w:t>
        <w:br w:type="textWrapping"/>
        <w:tab/>
        <w:t xml:space="preserve">Her stomach drops. They never come unannounced. Never break their careful routines.</w:t>
        <w:br w:type="textWrapping"/>
        <w:tab/>
        <w:t xml:space="preserve">"Darling," Mother calls out, voice carrying that perfect pitch it always has. "We were worried when you didn't answer your phone."</w:t>
        <w:br w:type="textWrapping"/>
        <w:tab/>
        <w:t xml:space="preserve">"You're supposed to be at your painting club," Varia says carefully, testing. Father never leaves work this early. Mother never misses her afternoon social calls.</w:t>
        <w:br w:type="textWrapping"/>
        <w:tab/>
        <w:t xml:space="preserve">Something flickers in her mother's eyes. Not emotion - more like static.</w:t>
        <w:br w:type="textWrapping"/>
        <w:tab/>
        <w:t xml:space="preserve">"Plans change, dear." The words come out perfect, practiced. Too perfect. "We felt... we thought..." The phrase hangs incomplete as both parents step forward in perfect synchronization.</w:t>
        <w:br w:type="textWrapping"/>
        <w:tab/>
        <w:t xml:space="preserve">Ice spreads through her veins as she realizes - they're herding her away from the library.</w:t>
        <w:br w:type="textWrapping"/>
        <w:tab/>
        <w:t xml:space="preserve">---</w:t>
        <w:br w:type="textWrapping"/>
        <w:tab/>
        <w:t xml:space="preserve">In the control room, Albertus watches the parent protocols deviate from their standard behavioral patterns.</w:t>
        <w:br w:type="textWrapping"/>
        <w:tab/>
        <w:t xml:space="preserve">"Something's different about their movement patterns," Marcus says quietly, leaning closer to the monitors.</w:t>
        <w:br w:type="textWrapping"/>
        <w:tab/>
        <w:t xml:space="preserve">Albertus's fingers hover over the keyboard, but every correction he attempts seems ineffective. The parents continue their approach, each step precisely matched, their smiles never wavering.</w:t>
        <w:br w:type="textWrapping"/>
        <w:tab/>
        <w:t xml:space="preserve">A sudden surge of static cuts across every screen. When it clears, the image freezes his blood: both parents standing perfectly still, their faces caught between expressions, while Varia backs away from them, her historian's mind visibly cataloging every unnatural movement, every impossible detail.</w:t>
        <w:br w:type="textWrapping"/>
        <w:tab/>
        <w:t xml:space="preserve">"Al," Marcus's voice drops lower. "Look at how they're positioning themselves."</w:t>
        <w:br w:type="textWrapping"/>
        <w:tab/>
        <w:t xml:space="preserve">The room temperature plummets as the parents move in perfect synchronization, reaching for Varia with identical gestures. Their smiles fixed, unchanging, as they guide her away from the library.</w:t>
        <w:br w:type="textWrapping"/>
        <w:tab/>
        <w:t xml:space="preserve">The last monitor shows Varia's face, her expression a complex mixture of fear and calculation, before the feed cuts out.</w:t>
        <w:br w:type="textWrapping"/>
        <w:tab/>
      </w:r>
    </w:p>
    <w:p w:rsidR="00000000" w:rsidDel="00000000" w:rsidP="00000000" w:rsidRDefault="00000000" w:rsidRPr="00000000" w14:paraId="0000003B">
      <w:pPr>
        <w:pStyle w:val="Heading2"/>
        <w:rPr/>
      </w:pPr>
      <w:bookmarkStart w:colFirst="0" w:colLast="0" w:name="_heading=h.7ocfreoibhjf" w:id="29"/>
      <w:bookmarkEnd w:id="29"/>
      <w:r w:rsidDel="00000000" w:rsidR="00000000" w:rsidRPr="00000000">
        <w:rPr>
          <w:rtl w:val="0"/>
        </w:rPr>
        <w:br w:type="textWrapping"/>
        <w:t xml:space="preserve">Chapter 27: Patterns *</w:t>
      </w:r>
    </w:p>
    <w:p w:rsidR="00000000" w:rsidDel="00000000" w:rsidP="00000000" w:rsidRDefault="00000000" w:rsidRPr="00000000" w14:paraId="0000003C">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manor's dining room felt wrong. Varia sat rigid in her chair, the evening light casting long shadows across the elaborate table setting, trying to reconcile the memory fragments from the library with the scene before her. Her mother poured tea with practiced grace, the china cup clicking against its saucer with mechanical precision.</w:t>
        <w:br w:type="textWrapping"/>
        <w:tab/>
        <w:t xml:space="preserve">"More sugar, dear?" Her mother's voice carried the same gentle lilt it always did.</w:t>
        <w:br w:type="textWrapping"/>
        <w:tab/>
        <w:t xml:space="preserve">Varia watched the silver spoon, noticed how it caught the light at exactly the same angle as it had yesterday. And the day before. "No, thank you."</w:t>
        <w:br w:type="textWrapping"/>
        <w:tab/>
        <w:t xml:space="preserve">Her father lowered his newspaper – the same section he always read at this hour – and smiled. "You seem distracted tonight, sweetheart. Still tired from your accident?"</w:t>
        <w:br w:type="textWrapping"/>
        <w:tab/>
        <w:t xml:space="preserve">The accident. Their perfect explanation for everything she couldn't quite remember. Varia's fingers traced the edge of her teacup, remembering the ghost-like images of herself in the library, the overlapping memories that couldn't possibly fit their careful narrative.</w:t>
        <w:br w:type="textWrapping"/>
        <w:tab/>
        <w:t xml:space="preserve">"I was just thinking about some old books," she said carefully, watching their reactions. Her mother's brooch shifted from pearl to sapphire and back again – so quick she might have imagined it. "From before."</w:t>
        <w:br w:type="textWrapping"/>
        <w:tab/>
        <w:t xml:space="preserve">Her father's watch ticked backward for three seconds. Neither of them seemed to notice.</w:t>
        <w:br w:type="textWrapping"/>
        <w:tab/>
        <w:t xml:space="preserve">"The doctors said not to strain yourself with too many old memories," her mother said smoothly, reaching for the teapot again. The movement was identical to her first pour, down to the angle of her wrist. "Everything will come back in its own time."</w:t>
        <w:br w:type="textWrapping"/>
        <w:tab/>
        <w:t xml:space="preserve">Varia noted how they both leaned forward slightly, their concerned expressions mirror images of each other. The room temperature dropped just enough to notice.</w:t>
        <w:br w:type="textWrapping"/>
        <w:tab/>
        <w:t xml:space="preserve">"Of course," she said, forcing a smile. "I just thought I remembered something about..." She let the sentence hang, watching as the shadows in the room shifted independently of the setting sun.</w:t>
        <w:br w:type="textWrapping"/>
        <w:tab/>
        <w:t xml:space="preserve">Her parents exchanged a perfect glance – three seconds, matching gentle smiles, synchronized blinks.</w:t>
        <w:br w:type="textWrapping"/>
        <w:tab/>
        <w:t xml:space="preserve">"More tea?" her mother asked again, already pouring, the stream of liquid catching the light at that same impossible angle.</w:t>
        <w:br w:type="textWrapping"/>
        <w:tab/>
        <w:t xml:space="preserve">Varia pressed her fingernails into her palm under the table, using the sharp sensation to ground herself. Real pain. Real feeling. The library memories flickered through her mind – books with changing contents, that strange echo of herself moving through the stacks, the overwhelming sense of déjà vu.</w:t>
        <w:br w:type="textWrapping"/>
        <w:tab/>
        <w:t xml:space="preserve"> "Actually," she said, her voice steadier than she felt, "I was reading about the Victorian era." She watched them carefully. "About how families would maintain perfect appearances, even when things weren't quite right."</w:t>
        <w:br w:type="textWrapping"/>
        <w:tab/>
        <w:t xml:space="preserve">Her mother's hand trembled slightly as she set down the teapot – the first imperfect movement Varia had seen all evening. The room's temperature dropped another degree.</w:t>
        <w:br w:type="textWrapping"/>
        <w:tab/>
        <w:t xml:space="preserve">Every time I question things, she thought, watching their reactions, they change the subject. Like a dance we've done before.</w:t>
        <w:br w:type="textWrapping"/>
        <w:tab/>
        <w:t xml:space="preserve">"Speaking of appearances," her father interrupted, his watch catching the light strangely, "we should discuss the charity gala next week. Albertus mentioned—"</w:t>
        <w:br w:type="textWrapping"/>
        <w:tab/>
        <w:t xml:space="preserve">"Albertus." The name caught in her throat. In the library, she'd seen... what had she seen? The memory slipped away like water through her fingers, but the unease remained.</w:t>
        <w:br w:type="textWrapping"/>
        <w:tab/>
        <w:t xml:space="preserve">The chandelier light flickered, casting strange shadows across her mother's face. For a moment, just a fraction of a second, something seemed wrong about her features, though Varia couldn't say exactly what.</w:t>
        <w:br w:type="textWrapping"/>
        <w:tab/>
        <w:t xml:space="preserve">"Yes, dear," her mother said, voice gentle and familiar. "He's been so worried about you since the accident. Such a devoted—"</w:t>
        <w:br w:type="textWrapping"/>
        <w:tab/>
        <w:t xml:space="preserve">"I need some air." Varia stood abruptly, her chair scraping against the floor with a sound that seemed to echo too long. Her parents rose with matching concerned expressions, and something about their symmetry made her skin crawl.</w:t>
        <w:br w:type="textWrapping"/>
        <w:tab/>
        <w:t xml:space="preserve">The dining room suddenly felt suffocating, like a stage set where everything was just slightly off. She needed to think, to sort through what was real and what wasn't. To understand why her memories of the library felt more authentic than this perfectly arranged family dinner.</w:t>
        <w:br w:type="textWrapping"/>
        <w:tab/>
        <w:t xml:space="preserve">"I'll just take a walk in the garden," she said, already moving toward the French doors. "Clear my head."</w:t>
        <w:br w:type="textWrapping"/>
        <w:tab/>
        <w:t xml:space="preserve"> "But dear," her mother called after her, "it's getting dark, and you know how dangerous—"</w:t>
        <w:br w:type="textWrapping"/>
        <w:tab/>
        <w:t xml:space="preserve">"The gardens are perfectly safe," Varia said, noting how the evening light outside remained unchanged despite the passing time. "They're designed to be, aren't they?"</w:t>
        <w:br w:type="textWrapping"/>
        <w:tab/>
        <w:t xml:space="preserve">She didn't wait for their response, pushing through the doors into the evening air. Behind her, she heard them settling back into their seats, resuming their positions as if she'd never interrupted their careful routine.</w:t>
        <w:br w:type="textWrapping"/>
        <w:tab/>
        <w:t xml:space="preserve">The garden path stretched before her, and somewhere in the back of her mind, she knew every turn it would take. She'd walked it countless times before. Or had she? These days, she couldn't trust even her most basic memories.</w:t>
        <w:br w:type="textWrapping"/>
        <w:tab/>
        <w:t xml:space="preserve">But she could trust patterns. And something in those library memories had shown her a pattern she couldn't ignore.</w:t>
        <w:br w:type="textWrapping"/>
        <w:tab/>
        <w:t xml:space="preserve">She just needed to prove it.</w:t>
        <w:br w:type="textWrapping"/>
        <w:tab/>
        <w:br w:type="textWrapping"/>
        <w:br w:type="textWrapping"/>
        <w:t xml:space="preserve">                              * * *                         </w:t>
        <w:br w:type="textWrapping"/>
        <w:br w:type="textWrapping"/>
        <w:tab/>
        <w:t xml:space="preserve">The manor's garden path curved exactly as Varia remembered, yet something felt different tonight. Her parents' voices still drifted from the dining room behind her, their perfect conversation about the charity gala echoing in her mind. The evening air hung too still, like a held breath, and the manicured hedges cast shadows that seemed deeper than they should be.</w:t>
        <w:br w:type="textWrapping"/>
        <w:tab/>
        <w:t xml:space="preserve">She paused at the ornate stone fountain, needing a moment to think. The water's steady cascade usually calmed her, but tonight its rhythm felt wrong, like a clock ticking off-beat. That's when she saw it - another version of herself walking past the fountain toward the library. Varia froze. The figure moved with purpose, wearing the same clothes she had on now, the same blue sweater, the same dark slacks.</w:t>
        <w:br w:type="textWrapping"/>
        <w:tab/>
        <w:t xml:space="preserve">"Hello?" she called out, her voice sounding strangely muted in the still air, but the other her didn't respond, didn't even pause. The figure's movements were fluid, determined, as if following a path she'd walked before.</w:t>
        <w:br w:type="textWrapping"/>
        <w:tab/>
        <w:t xml:space="preserve">Her hands trembled as she pulled out her notebook, the pages crackling too loudly in the unnatural quiet. She needed to document this, to prove to herself she wasn't imagining things. The figure faded like mist, but then she saw herself again, this time by the library windows, looking at something intently. Same clothes, same notebook in hand, same way she tucked her hair behind her ear.</w:t>
        <w:br w:type="textWrapping"/>
        <w:tab/>
        <w:t xml:space="preserve">Seeing myself, she wrote, pressing the pen hard against the paper to steady her hand. No response when called. Same clothes. Real? Test needed. Time - 7:43 PM. She glanced at her watch again, making sure of the time. Something about that detail felt important.</w:t>
        <w:br w:type="textWrapping"/>
        <w:tab/>
        <w:t xml:space="preserve">The fountain's spray caught the evening light, creating a brief rainbow. Through its mist, she saw another figure - herself again, but this time standing at the library doors, hand reaching for the handle. The same blue sweater caught the same light, creating the same shadow patterns she'd noticed earlier when she'd...when had she gone to the library?</w:t>
        <w:br w:type="textWrapping"/>
        <w:tab/>
        <w:t xml:space="preserve">Her heart picked up speed. She turned to a fresh page in her notebook, dates at the top. She needed to track these appearances, document the patterns. If she could just understand what was happening...</w:t>
        <w:br w:type="textWrapping"/>
        <w:tab/>
        <w:t xml:space="preserve">A chill ran through her, as from the manor, her mother's voice drifted out again: "More tea, dear?" Exactly the same tone as before. Exactly the same words. Exactly the same time?</w:t>
        <w:br w:type="textWrapping"/>
        <w:tab/>
        <w:t xml:space="preserve">Varia flipped to the back of her notebook, creating a quick chart. Time. Location. Direction of movement. She had to approach this systematically.</w:t>
        <w:br w:type="textWrapping"/>
        <w:tab/>
        <w:t xml:space="preserve">7:43 PM - Figure by fountain, heading to library</w:t>
        <w:br w:type="textWrapping"/>
        <w:tab/>
        <w:t xml:space="preserve">7:43 PM - Figure at library window</w:t>
        <w:br w:type="textWrapping"/>
        <w:tab/>
        <w:t xml:space="preserve">7:43 PM - Figure at library door</w:t>
        <w:br w:type="textWrapping"/>
        <w:tab/>
        <w:t xml:space="preserve">She checked her watch again. Still 7:43. She pressed her fingers against the watch face, feeling its steady tick. The second hand moved, but the minute hand seemed frozen.</w:t>
        <w:br w:type="textWrapping"/>
        <w:tab/>
        <w:t xml:space="preserve">Another figure appeared, herself again, this time crossing from the rose garden to the fountain. Same clothes, same determined walk. Varia's pen moved quickly:</w:t>
        <w:br w:type="textWrapping"/>
        <w:tab/>
        <w:t xml:space="preserve">7:43 PM - Figure from roses to fountain</w:t>
        <w:br w:type="textWrapping"/>
        <w:tab/>
        <w:t xml:space="preserve">Direction: Northeast to Southwest</w:t>
        <w:br w:type="textWrapping"/>
        <w:tab/>
        <w:t xml:space="preserve">Duration: 15 seconds</w:t>
        <w:br w:type="textWrapping"/>
        <w:tab/>
        <w:t xml:space="preserve">Notable: Avoided loose stone, checked watch (right wrist)</w:t>
        <w:br w:type="textWrapping"/>
        <w:tab/>
        <w:t xml:space="preserve">Her mother's voice drifted out again: "More tea, dear?"</w:t>
        <w:br w:type="textWrapping"/>
        <w:tab/>
        <w:t xml:space="preserve">Varia's head snapped up. That conversation had happened five minutes ago. Or had it? She added another column to her chart:</w:t>
        <w:br w:type="textWrapping"/>
        <w:tab/>
        <w:t xml:space="preserve">MANOR SOUNDS:</w:t>
        <w:br w:type="textWrapping"/>
        <w:tab/>
        <w:t xml:space="preserve">7:43 - Mother offers tea</w:t>
        <w:br w:type="textWrapping"/>
        <w:tab/>
        <w:t xml:space="preserve">7:43 - Father mentions gala</w:t>
        <w:br w:type="textWrapping"/>
        <w:tab/>
        <w:t xml:space="preserve">7:43 - Mother offers tea (repeat)</w:t>
        <w:br w:type="textWrapping"/>
        <w:tab/>
        <w:t xml:space="preserve">The figure by the library door appeared again, reaching for the handle. But this time Varia noticed something different. The shadows cast by the setting sun hadn't moved. They should have shifted, shouldn't they? The sun should have...</w:t>
        <w:br w:type="textWrapping"/>
        <w:tab/>
        <w:t xml:space="preserve">She started a new list:</w:t>
        <w:br w:type="textWrapping"/>
        <w:tab/>
        <w:t xml:space="preserve">CONSTANTS:</w:t>
        <w:br w:type="textWrapping"/>
        <w:tab/>
        <w:t xml:space="preserve">- Sun position</w:t>
        <w:br w:type="textWrapping"/>
        <w:tab/>
        <w:t xml:space="preserve">- Shadow lengths</w:t>
        <w:br w:type="textWrapping"/>
        <w:tab/>
        <w:t xml:space="preserve">- Temperature</w:t>
        <w:br w:type="textWrapping"/>
        <w:tab/>
        <w:t xml:space="preserve">- Fountain spray pattern</w:t>
        <w:br w:type="textWrapping"/>
        <w:tab/>
        <w:t xml:space="preserve">- Watch stuck at 7:43</w:t>
        <w:br w:type="textWrapping"/>
        <w:tab/>
        <w:t xml:space="preserve">Her own shadow stretched across the garden path, exactly as it had when she'd first stepped outside. How long ago was that? The watch face seemed to mock her: 7:43 PM.</w:t>
        <w:br w:type="textWrapping"/>
        <w:tab/>
        <w:t xml:space="preserve">Another figure emerged from the library doors, notebook in hand, walking quickly toward the fountain. Varia held her breath, counting steps. Fifteen steps. She'd counted fifteen steps earlier when she'd...when had she...?</w:t>
        <w:br w:type="textWrapping"/>
        <w:tab/>
        <w:t xml:space="preserve">New column:</w:t>
        <w:br w:type="textWrapping"/>
        <w:tab/>
        <w:t xml:space="preserve">SEQUENCE:</w:t>
        <w:br w:type="textWrapping"/>
        <w:tab/>
        <w:t xml:space="preserve">1. Exit dining room</w:t>
        <w:br w:type="textWrapping"/>
        <w:tab/>
        <w:t xml:space="preserve">2. Walk to fountain</w:t>
        <w:br w:type="textWrapping"/>
        <w:tab/>
        <w:t xml:space="preserve">3. See figure at library</w:t>
        <w:br w:type="textWrapping"/>
        <w:tab/>
        <w:t xml:space="preserve">4. Check watch (7:43)</w:t>
        <w:br w:type="textWrapping"/>
        <w:tab/>
        <w:t xml:space="preserve">5. Start notes</w:t>
        <w:br w:type="textWrapping"/>
        <w:tab/>
        <w:t xml:space="preserve">6. Mother offers tea</w:t>
        <w:br w:type="textWrapping"/>
        <w:tab/>
        <w:t xml:space="preserve">7. Repeat?</w:t>
        <w:br w:type="textWrapping"/>
        <w:tab/>
        <w:t xml:space="preserve">The evening light remained unchanged, caught in this strange loop of time, while around her, versions of herself continued their choreographed movements. All at 7:43 PM. All in the same clothes. All moving with the same purpose she couldn't quite remember.</w:t>
        <w:br w:type="textWrapping"/>
        <w:tab/>
        <w:t xml:space="preserve">Her pen moved faster now, adding to her observations:</w:t>
        <w:br w:type="textWrapping"/>
        <w:tab/>
        <w:t xml:space="preserve">REPEATING ELEMENTS:</w:t>
        <w:br w:type="textWrapping"/>
        <w:tab/>
        <w:t xml:space="preserve">- Figures always move toward/from library</w:t>
        <w:br w:type="textWrapping"/>
        <w:tab/>
        <w:t xml:space="preserve">- Each appears for exactly 15 seconds</w:t>
        <w:br w:type="textWrapping"/>
        <w:tab/>
        <w:t xml:space="preserve">- All check watch at fountain</w:t>
        <w:br w:type="textWrapping"/>
        <w:tab/>
        <w:t xml:space="preserve">- All carry notebook</w:t>
        <w:br w:type="textWrapping"/>
        <w:tab/>
        <w:t xml:space="preserve">- None acknowledge present</w:t>
        <w:br w:type="textWrapping"/>
        <w:tab/>
        <w:t xml:space="preserve">From the manor: "More tea, dear?"</w:t>
        <w:br w:type="textWrapping"/>
        <w:tab/>
        <w:t xml:space="preserve">Varia's hand stilled. Three times now. Same inflection. She forced herself to add it to her notes, trying to maintain objectivity even as her heart raced.</w:t>
        <w:br w:type="textWrapping"/>
        <w:tab/>
        <w:t xml:space="preserve">Another figure appeared, herself again, striding from the fountain to the library. But this time something caught her eye - the notebook in the figure's hand was open, pages visible. She squinted, trying to make out her own handwriting across the temporal distance.</w:t>
        <w:br w:type="textWrapping"/>
        <w:tab/>
        <w:t xml:space="preserve">The watch still read 7:43 PM.</w:t>
        <w:br w:type="textWrapping"/>
        <w:tab/>
        <w:t xml:space="preserve">Her scientific approach was crumbling under the weight of impossibility. She needed to understand what was happening in that library. What she'd seen there earlier that had started all this.</w:t>
        <w:br w:type="textWrapping"/>
        <w:tab/>
        <w:t xml:space="preserve">The garden path stretched before her, every figure she'd documented walking its length with purpose. Whatever answers existed, they waited behind those library doors.</w:t>
        <w:br w:type="textWrapping"/>
        <w:tab/>
        <w:t xml:space="preserve">Varia closed her notebook, gripping it tightly. Time might be stuck at 7:43, but she wasn't going to stand here counting iterations forever. She had to know.</w:t>
        <w:br w:type="textWrapping"/>
        <w:tab/>
        <w:t xml:space="preserve">She took a step toward the library, then another, following the path her other selves had traced so many times in this eternal moment.</w:t>
        <w:br w:type="textWrapping"/>
        <w:tab/>
        <w:t xml:space="preserve">Behind her, her mother's voice drifted out once more: "More tea, dear?"</w:t>
        <w:br w:type="textWrapping"/>
        <w:br w:type="textWrapping"/>
        <w:t xml:space="preserve">                              * * *                         </w:t>
        <w:br w:type="textWrapping"/>
        <w:br w:type="textWrapping"/>
        <w:tab/>
        <w:t xml:space="preserve">The library doors felt solid under her touch - real, at least in this moment. Varia pushed them open, stepping into the familiar space where everything had started to unravel earlier. The rows of books stretched out before her, perfectly arranged as always. Too perfect.</w:t>
        <w:br w:type="textWrapping"/>
        <w:tab/>
        <w:t xml:space="preserve">She opened her notebook to a fresh page:</w:t>
        <w:br w:type="textWrapping"/>
        <w:tab/>
        <w:t xml:space="preserve">LIBRARY- 7:43 PM (still)</w:t>
        <w:br w:type="textWrapping"/>
        <w:tab/>
        <w:t xml:space="preserve">The Victorian architecture books were exactly where they should be. She pulled one from the shelf, the same one she'd been reading when... what exactly had she seen? The memory felt just out of reach.</w:t>
        <w:br w:type="textWrapping"/>
        <w:tab/>
        <w:t xml:space="preserve">A figure of herself appeared at the far end of the library, bent over a book. Another by the window, writing in that same notebook. Neither acknowledged her presence.</w:t>
        <w:br w:type="textWrapping"/>
        <w:tab/>
        <w:t xml:space="preserve">New entry: Multiple iterations present in library. Same time. Same actions.</w:t>
        <w:br w:type="textWrapping"/>
        <w:tab/>
        <w:t xml:space="preserve">She approached her usual reading spot, noting how the chair was positioned. Hadn't it been against the other wall earlier? She drew a quick diagram, marking the chair's positions with times - though all still read 7:43.</w:t>
        <w:br w:type="textWrapping"/>
        <w:tab/>
        <w:t xml:space="preserve">"Varia?" Her mother's voice carried from somewhere in the manor. "Don't strain yourself with too much reading, dear. After your accident—"</w:t>
        <w:br w:type="textWrapping"/>
        <w:tab/>
        <w:t xml:space="preserve">She made another note: Mother's warnings always mention accident when questioning things.</w:t>
        <w:br w:type="textWrapping"/>
        <w:tab/>
        <w:t xml:space="preserve">The Victorian architecture book felt heavy in her hands. She opened it, finding her place marked. The text looked... different somehow. She could have sworn the chapter on hidden rooms had been longer.</w:t>
        <w:br w:type="textWrapping"/>
        <w:tab/>
        <w:t xml:space="preserve">Books changing? Compare editions.</w:t>
        <w:br w:type="textWrapping"/>
        <w:tab/>
        <w:t xml:space="preserve">She moved to the shelf for another copy, but the titles had shifted. Wasn't the architecture section just here? She turned back to her diagram, marking the shelves' positions.</w:t>
        <w:br w:type="textWrapping"/>
        <w:tab/>
        <w:t xml:space="preserve">A figure of herself appeared at her usual spot, reading intently. Through the window behind it, Varia caught a glimpse of herself in the garden, still standing by the fountain. Still 7:43.</w:t>
        <w:br w:type="textWrapping"/>
        <w:tab/>
        <w:t xml:space="preserve">Something wrong with space/time. Library central point?</w:t>
        <w:br w:type="textWrapping"/>
        <w:tab/>
        <w:t xml:space="preserve">She needed to test this. "Mother," she called out, "what was the name of that book I was reading last week about Victorian hidden rooms?"</w:t>
        <w:br w:type="textWrapping"/>
        <w:tab/>
        <w:t xml:space="preserve">Silence. Then shuffling. The shelves seemed to ripple.</w:t>
        <w:br w:type="textWrapping"/>
        <w:tab/>
        <w:t xml:space="preserve">New note: Environment responds to direct questions about inconsistencies.</w:t>
        <w:br w:type="textWrapping"/>
        <w:tab/>
        <w:t xml:space="preserve">---</w:t>
        <w:br w:type="textWrapping"/>
        <w:tab/>
        <w:t xml:space="preserve">Her pen moved quickly across the page as another figure appeared, this one pulling books from the architecture section - now mysteriously back where it had started.</w:t>
        <w:br w:type="textWrapping"/>
        <w:tab/>
        <w:t xml:space="preserve">*Test 1: Mention specific books</w:t>
        <w:br w:type="textWrapping"/>
        <w:tab/>
        <w:t xml:space="preserve">Result: Shelves rearrange</w:t>
        <w:br w:type="textWrapping"/>
        <w:tab/>
        <w:t xml:space="preserve">Note: No sound when shelves move*</w:t>
        <w:br w:type="textWrapping"/>
        <w:tab/>
        <w:t xml:space="preserve">"Mother," she called again, keeping her voice steady. "Do you remember what I was reading yesterday about hidden rooms in merchant houses?"</w:t>
        <w:br w:type="textWrapping"/>
        <w:tab/>
        <w:t xml:space="preserve">The library air grew heavy. Through the doorway, she caught a glimpse of her mother's figure passing, mouth moving in what looked like "More tea, dear?" but the sound never reached her.</w:t>
        <w:br w:type="textWrapping"/>
        <w:tab/>
        <w:t xml:space="preserve">*Test 2: Direct question about recent reading</w:t>
        <w:br w:type="textWrapping"/>
        <w:tab/>
        <w:t xml:space="preserve">Result: Mother appears, repeats tea offer</w:t>
        <w:br w:type="textWrapping"/>
        <w:tab/>
        <w:t xml:space="preserve">Note: Sound doesn't match visual*</w:t>
        <w:br w:type="textWrapping"/>
        <w:tab/>
        <w:t xml:space="preserve">Varia moved to the window, watching another version of herself still standing by the fountain. The sunset remained frozen, casting the same shadows it had been for... how long now? Her watch still read 7:43.</w:t>
        <w:br w:type="textWrapping"/>
        <w:tab/>
        <w:t xml:space="preserve">She turned back to the room and froze. The reading chair had moved again, now angled differently toward the window. She was certain she hadn't looked away for more than a second.</w:t>
        <w:br w:type="textWrapping"/>
        <w:tab/>
        <w:t xml:space="preserve">*Test 3: Watch chair position</w:t>
        <w:br w:type="textWrapping"/>
        <w:tab/>
        <w:t xml:space="preserve">Result: Moves when not observed</w:t>
        <w:br w:type="textWrapping"/>
        <w:tab/>
        <w:t xml:space="preserve">Note: Always oriented toward current position of self*</w:t>
        <w:br w:type="textWrapping"/>
        <w:tab/>
        <w:t xml:space="preserve">A figure of herself appeared in the chair, notebook open, writing furiously. Varia approached, trying to read the pages. The writing looked like her own, but the words seemed to shift and blur when she got too close.</w:t>
        <w:br w:type="textWrapping"/>
        <w:tab/>
        <w:t xml:space="preserve">*Test 4: Observe other self's notes</w:t>
        <w:br w:type="textWrapping"/>
        <w:tab/>
        <w:t xml:space="preserve">Result: Text unreadable</w:t>
        <w:br w:type="textWrapping"/>
        <w:tab/>
        <w:t xml:space="preserve">Note: Pages appear to contain same diagrams I'm drawing now*</w:t>
        <w:br w:type="textWrapping"/>
        <w:tab/>
        <w:t xml:space="preserve">The architecture books caught her eye again. Hadn't there been more of them? She counted quickly:</w:t>
        <w:br w:type="textWrapping"/>
        <w:tab/>
        <w:t xml:space="preserve">*7:43 - 12 books on Victorian architecture</w:t>
        <w:br w:type="textWrapping"/>
        <w:tab/>
        <w:t xml:space="preserve">7:43 - Now 10 books</w:t>
        <w:br w:type="textWrapping"/>
        <w:tab/>
        <w:t xml:space="preserve">7:43 - Recounting: 11 books*</w:t>
        <w:br w:type="textWrapping"/>
        <w:tab/>
        <w:t xml:space="preserve">Her mother's voice drifted in again, but this time the words were different: "Darling, remember what the doctor said about—" The sentence cut off abruptly as Varia turned toward it.</w:t>
        <w:br w:type="textWrapping"/>
        <w:tab/>
        <w:t xml:space="preserve">*Test 5: Listen without looking</w:t>
        <w:br w:type="textWrapping"/>
        <w:tab/>
        <w:t xml:space="preserve">Result: New dialogue</w:t>
        <w:br w:type="textWrapping"/>
        <w:tab/>
        <w:t xml:space="preserve">Note: Stops when observed*</w:t>
        <w:br w:type="textWrapping"/>
        <w:tab/>
        <w:t xml:space="preserve">The room temperature seemed to drop. Another figure of herself appeared at the shelves, reaching for a book that Varia could have sworn wasn't there a moment ago. As she watched, the figure's hand passed through several books before finding one that appeared solid.</w:t>
        <w:br w:type="textWrapping"/>
        <w:tab/>
        <w:t xml:space="preserve">*Test 6: Watch other self interact with books</w:t>
        <w:br w:type="textWrapping"/>
        <w:tab/>
        <w:t xml:space="preserve">Result: Some books appear solid, others insubstantial</w:t>
        <w:br w:type="textWrapping"/>
        <w:tab/>
        <w:t xml:space="preserve">Note: Pattern to which books are "real"?*</w:t>
        <w:br w:type="textWrapping"/>
        <w:tab/>
        <w:t xml:space="preserve">She turned to a fresh page, drawing a map of the library's current layout. But as she drew, she noticed something strange about the room's dimensions...</w:t>
        <w:br w:type="textWrapping"/>
        <w:tab/>
        <w:t xml:space="preserve">Her pencil paused on the diagram. Something was wrong with the measurements. The library had always been perfectly square, but now...</w:t>
        <w:br w:type="textWrapping"/>
        <w:tab/>
        <w:t xml:space="preserve">*Room dimensions:</w:t>
        <w:br w:type="textWrapping"/>
        <w:tab/>
        <w:t xml:space="preserve">North wall: 30 feet</w:t>
        <w:br w:type="textWrapping"/>
        <w:tab/>
        <w:t xml:space="preserve">South wall: 30 feet</w:t>
        <w:br w:type="textWrapping"/>
        <w:tab/>
        <w:t xml:space="preserve">East wall: 35 feet</w:t>
        <w:br w:type="textWrapping"/>
        <w:tab/>
        <w:t xml:space="preserve">West wall: 32 feet*</w:t>
        <w:br w:type="textWrapping"/>
        <w:tab/>
        <w:t xml:space="preserve">Impossible. She redrew the diagram, watching as another figure of herself appeared, pacing the room's length. Fifteen steps from wall to wall, just as she remembered. But when she counted her own steps along the same path: eighteen.</w:t>
        <w:br w:type="textWrapping"/>
        <w:tab/>
        <w:t xml:space="preserve">*Test 7: Room measurements</w:t>
        <w:br w:type="textWrapping"/>
        <w:tab/>
        <w:t xml:space="preserve">Result: Dimensions change between observations</w:t>
        <w:br w:type="textWrapping"/>
        <w:tab/>
        <w:t xml:space="preserve">Note: No pattern to changes yet*</w:t>
        <w:br w:type="textWrapping"/>
        <w:tab/>
        <w:t xml:space="preserve">The architecture books seemed to watch her from their shelves. She counted again:</w:t>
        <w:br w:type="textWrapping"/>
        <w:tab/>
        <w:t xml:space="preserve">7:43 - Now 13 books</w:t>
        <w:br w:type="textWrapping"/>
        <w:tab/>
        <w:t xml:space="preserve">7:43 - Recounting: 9 books</w:t>
        <w:br w:type="textWrapping"/>
        <w:tab/>
        <w:t xml:space="preserve">7:43 - Third count: 15 books</w:t>
        <w:br w:type="textWrapping"/>
        <w:tab/>
        <w:t xml:space="preserve">Her mother's voice floated in: "Darling, don't strain—" Cut off as Varia turned. The room temperature dropped further.</w:t>
        <w:br w:type="textWrapping"/>
        <w:tab/>
        <w:t xml:space="preserve">A new figure appeared, herself again, running fingers along book spines. Varia watched as titles shifted under the figure's touch, but never quite clearly enough to read.</w:t>
        <w:br w:type="textWrapping"/>
        <w:tab/>
        <w:t xml:space="preserve">*Test 8: Book titles</w:t>
        <w:br w:type="textWrapping"/>
        <w:tab/>
        <w:t xml:space="preserve">Result: Unclear/changing</w:t>
        <w:br w:type="textWrapping"/>
        <w:tab/>
        <w:t xml:space="preserve">Note: Can't maintain focus on text*</w:t>
        <w:br w:type="textWrapping"/>
        <w:tab/>
        <w:t xml:space="preserve">The room's dimensions shifted again. She felt it this time, a subtle pulling at the corners of her vision. The windows stretched slightly, the ceiling height fluctuated. Her other selves continued their studies, unaffected by the impossible geometry.</w:t>
        <w:br w:type="textWrapping"/>
        <w:tab/>
        <w:t xml:space="preserve">*Test 9: Watch room during changes</w:t>
        <w:br w:type="textWrapping"/>
        <w:tab/>
        <w:t xml:space="preserve">Result: Shifts visible in peripheral vision</w:t>
        <w:br w:type="textWrapping"/>
        <w:tab/>
        <w:t xml:space="preserve">Note: Other selves don't react*</w:t>
        <w:br w:type="textWrapping"/>
        <w:tab/>
        <w:t xml:space="preserve">She turned to a fresh page, hands shaking slightly as she wrote:</w:t>
        <w:br w:type="textWrapping"/>
        <w:tab/>
        <w:t xml:space="preserve">PATTERNS EMERGING:</w:t>
        <w:br w:type="textWrapping"/>
        <w:tab/>
        <w:t xml:space="preserve">1. Room responds to observation</w:t>
        <w:br w:type="textWrapping"/>
        <w:tab/>
        <w:t xml:space="preserve">2. Books/furniture move when not watched</w:t>
        <w:br w:type="textWrapping"/>
        <w:tab/>
        <w:t xml:space="preserve">3. Dimensions inconsistent</w:t>
        <w:br w:type="textWrapping"/>
        <w:tab/>
        <w:t xml:space="preserve">4. Other selves ignore changes</w:t>
        <w:br w:type="textWrapping"/>
        <w:tab/>
        <w:t xml:space="preserve">5. Mother interrupts at pattern points</w:t>
        <w:br w:type="textWrapping"/>
        <w:tab/>
        <w:t xml:space="preserve">6. Time frozen at 7:43</w:t>
        <w:br w:type="textWrapping"/>
        <w:tab/>
        <w:t xml:space="preserve">7. Temperature drops with questions</w:t>
        <w:br w:type="textWrapping"/>
        <w:tab/>
        <w:t xml:space="preserve">The library air grew colder still. Another figure appeared, this one stopping mid-step, head turning toward the architecture section. Varia followed its gaze, but the shelves had shifted again, books rearranging themselves just out of focus.</w:t>
        <w:br w:type="textWrapping"/>
        <w:tab/>
        <w:t xml:space="preserve">Her watch still read 7:43. The sunset outside hadn't moved. And somewhere in the manor, she knew her mother was about to offer more tea.</w:t>
        <w:br w:type="textWrapping"/>
        <w:tab/>
        <w:t xml:space="preserve">She added another observation to her list:</w:t>
        <w:br w:type="textWrapping"/>
        <w:tab/>
        <w:t xml:space="preserve">*Test 10: Sound patterns</w:t>
        <w:br w:type="textWrapping"/>
        <w:tab/>
        <w:t xml:space="preserve">Result: Mother's voice reaches library regardless of distance</w:t>
        <w:br w:type="textWrapping"/>
        <w:tab/>
        <w:t xml:space="preserve">Note: Sound doesn't match manor's layout*</w:t>
        <w:br w:type="textWrapping"/>
        <w:tab/>
        <w:t xml:space="preserve">Another figure of herself appeared by the window, and Varia noticed something new - this one's reflection in the glass showed a slightly different position than the figure itself. She quickly noted:</w:t>
        <w:br w:type="textWrapping"/>
        <w:tab/>
        <w:t xml:space="preserve">*Test 11: Reflections</w:t>
        <w:br w:type="textWrapping"/>
        <w:tab/>
        <w:t xml:space="preserve">Result: Don't match source</w:t>
        <w:br w:type="textWrapping"/>
        <w:tab/>
        <w:t xml:space="preserve">Note: Lag time? Different angle?*</w:t>
        <w:br w:type="textWrapping"/>
        <w:tab/>
        <w:t xml:space="preserve">The temperature dropped again as she approached the window. Outside, the garden remained frozen in that eternal 7:43 light, her other self still standing by the fountain. The notebook in her hands felt heavier somehow.</w:t>
        <w:br w:type="textWrapping"/>
        <w:tab/>
        <w:t xml:space="preserve">PATTERNS UPDATED:</w:t>
        <w:br w:type="textWrapping"/>
        <w:tab/>
        <w:t xml:space="preserve">1. Room responds to observation</w:t>
        <w:br w:type="textWrapping"/>
        <w:tab/>
        <w:t xml:space="preserve">2. Books/furniture move when not watched</w:t>
        <w:br w:type="textWrapping"/>
        <w:tab/>
        <w:t xml:space="preserve">3. Dimensions inconsistent</w:t>
        <w:br w:type="textWrapping"/>
        <w:tab/>
        <w:t xml:space="preserve">4. Other selves ignore changes</w:t>
        <w:br w:type="textWrapping"/>
        <w:tab/>
        <w:t xml:space="preserve">5. Mother interrupts at pattern points</w:t>
        <w:br w:type="textWrapping"/>
        <w:tab/>
        <w:t xml:space="preserve">6. Time frozen at 7:43</w:t>
        <w:br w:type="textWrapping"/>
        <w:tab/>
        <w:t xml:space="preserve">7. Temperature drops with questions</w:t>
        <w:br w:type="textWrapping"/>
        <w:tab/>
        <w:t xml:space="preserve">8. Reflections wrong</w:t>
        <w:br w:type="textWrapping"/>
        <w:tab/>
        <w:t xml:space="preserve">9. Garden scene repeats</w:t>
        <w:br w:type="textWrapping"/>
        <w:tab/>
        <w:t xml:space="preserve">"Darling," her mother's voice drifted in, "don't you think you've studied enough for—" The sentence cut off as books shifted on their shelves.</w:t>
        <w:br w:type="textWrapping"/>
        <w:tab/>
        <w:t xml:space="preserve">*Test 12: Mother's interruptions</w:t>
        <w:br w:type="textWrapping"/>
        <w:tab/>
        <w:t xml:space="preserve">Result: Always about stopping investigation</w:t>
        <w:br w:type="textWrapping"/>
        <w:tab/>
        <w:t xml:space="preserve">Note: Never finishes warnings*</w:t>
        <w:br w:type="textWrapping"/>
        <w:tab/>
        <w:t xml:space="preserve">The room temperature continued to drop. Varia pulled her sweater closer, watching as another figure of herself did the same motion at exactly the same moment. Her breath fogged in the air, but the other figures' didn't.</w:t>
        <w:br w:type="textWrapping"/>
        <w:tab/>
        <w:t xml:space="preserve">She turned to a fresh page:</w:t>
        <w:br w:type="textWrapping"/>
        <w:tab/>
        <w:t xml:space="preserve">QUESTIONS FOR DINNER:</w:t>
        <w:br w:type="textWrapping"/>
        <w:tab/>
        <w:t xml:space="preserve">1. About Victorian architecture books</w:t>
        <w:br w:type="textWrapping"/>
        <w:tab/>
        <w:t xml:space="preserve">2. About today's earlier reading</w:t>
        <w:br w:type="textWrapping"/>
        <w:tab/>
        <w:t xml:space="preserve">3. About the accident they keep mentioning</w:t>
        <w:br w:type="textWrapping"/>
        <w:tab/>
        <w:t xml:space="preserve">4. About the time</w:t>
        <w:br w:type="textWrapping"/>
        <w:tab/>
        <w:t xml:space="preserve">Her hand trembled slightly as she wrote the last item. The watch still read 7:43, but something about the quality of the light had changed, becoming more... artificial.</w:t>
        <w:br w:type="textWrapping"/>
        <w:tab/>
        <w:t xml:space="preserve">A figure appeared at the library door, notebook in hand - herself again, but this time the expression was different. More determined. More aware. The figure turned toward the dining room, and Varia felt a pull to follow.</w:t>
        <w:br w:type="textWrapping"/>
        <w:tab/>
        <w:t xml:space="preserve">Time to test her parents' reactions directly.</w:t>
        <w:br w:type="textWrapping"/>
        <w:tab/>
        <w:t xml:space="preserve">She closed her notebook, tucking it securely in her pocket. The library seemed to hold its breath as she moved toward the door. Behind her, books shifted on their shelves, the room's dimensions fluctuated, and another figure of herself appeared at the window.</w:t>
        <w:br w:type="textWrapping"/>
        <w:tab/>
        <w:t xml:space="preserve">The manor's hallway stretched before her, leading to the dining room where her parents would be sitting, exactly as she'd left them. Still at 7:43.</w:t>
        <w:br w:type="textWrapping"/>
        <w:tab/>
        <w:t xml:space="preserve">Time to ask the right questions.</w:t>
        <w:br w:type="textWrapping"/>
        <w:br w:type="textWrapping"/>
        <w:t xml:space="preserve">                              * * *                         </w:t>
        <w:br w:type="textWrapping"/>
        <w:br w:type="textWrapping"/>
        <w:tab/>
        <w:t xml:space="preserve">The dining room doorway loomed before her. Through it, she could see her parents exactly as she'd left them - mother poised with the teapot, father reading his paper. The scene too perfect, too still. Her notebook felt heavy in her pocket, filled with its impossible observations.</w:t>
        <w:br w:type="textWrapping"/>
        <w:tab/>
        <w:t xml:space="preserve">"More tea, dear?" Her mother's voice, right on cue.</w:t>
        <w:br w:type="textWrapping"/>
        <w:tab/>
        <w:t xml:space="preserve">Varia stepped into the room. The chandelier light caught a silver frame on the wall - a family photo she'd seen hundreds of times. But something about it now seemed...wrong.</w:t>
        <w:br w:type="textWrapping"/>
        <w:tab/>
        <w:t xml:space="preserve">"Actually," she said carefully, watching their reactions, "I wanted to ask about how I came to stay here. With Albertus."</w:t>
        <w:br w:type="textWrapping"/>
        <w:tab/>
        <w:t xml:space="preserve">Her mother's hand trembled slightly, tea threatening to spill. "Oh, after your accident—"</w:t>
        <w:br w:type="textWrapping"/>
        <w:tab/>
        <w:t xml:space="preserve">"What accident?" Varia pressed, her voice steady despite her racing heart. "I can't... I can't quite remember the details."</w:t>
        <w:br w:type="textWrapping"/>
        <w:tab/>
        <w:t xml:space="preserve">The room temperature plummeted. Her father's newspaper crinkled, though his hands hadn't moved.</w:t>
        <w:br w:type="textWrapping"/>
        <w:tab/>
        <w:t xml:space="preserve">"Darling, you shouldn't strain yourself—" her mother began, but Varia's attention caught on the photo again. The image seemed to shift, like a television changing channels.</w:t>
        <w:br w:type="textWrapping"/>
        <w:tab/>
        <w:t xml:space="preserve">"When exactly did I move in?" Varia stepped closer to the photo. The frame's reflection showed a different scene than the one it contained - but it blurred every time she tried to focus on it.</w:t>
        <w:br w:type="textWrapping"/>
        <w:tab/>
        <w:t xml:space="preserve">Her mother's teacup clattered. "More tea, dear?"</w:t>
        <w:br w:type="textWrapping"/>
        <w:tab/>
        <w:t xml:space="preserve">"No." Varia watched the photo. The image rippled again. "How long have I been here?"</w:t>
        <w:br w:type="textWrapping"/>
        <w:tab/>
        <w:t xml:space="preserve">The chandelier light flickered. In the photo's reflection, she caught glimpses of unfamiliar scenes, moments that didn't quite fit with what they'd told her.</w:t>
        <w:br w:type="textWrapping"/>
        <w:tab/>
        <w:t xml:space="preserve">"Darling, you shouldn't—" Her mother's voice skipped like a scratched record.</w:t>
        <w:br w:type="textWrapping"/>
        <w:tab/>
        <w:t xml:space="preserve">"Nothing feels real," Varia said, her voice barely a whisper. "The library changes. Time doesn't move. And you both just keep... repeating."</w:t>
        <w:br w:type="textWrapping"/>
        <w:tab/>
        <w:t xml:space="preserve">The room's temperature dropped further. Her father's newspaper fell, revealing blank pages. Her mother's teapot poured nothing into empty cups.</w:t>
        <w:br w:type="textWrapping"/>
        <w:tab/>
        <w:t xml:space="preserve">"More tea, dear?" Her mother's voice overlapped itself, desperate to redirect.</w:t>
        <w:br w:type="textWrapping"/>
        <w:tab/>
        <w:t xml:space="preserve">But Varia couldn't look away from the photo, from the way it shifted between versions of a reality she couldn't quite grasp. What was real? How did she really get here?</w:t>
        <w:br w:type="textWrapping"/>
        <w:tab/>
        <w:t xml:space="preserve">"Nothing about this is right," Varia said, her voice stronger now. The photo on the wall kept shifting, refusing to settle on a single image. "If there was an accident, why can't I remember it?"</w:t>
        <w:br w:type="textWrapping"/>
        <w:tab/>
        <w:t xml:space="preserve">The chandelier light flickered again. Her mother's teacup hung suspended halfway to her lips, tea frozen mid-pour in a way that defied physics.</w:t>
        <w:br w:type="textWrapping"/>
        <w:tab/>
        <w:t xml:space="preserve">"Darling," her mother's voice came from multiple directions at once, "you need your rest after—"</w:t>
        <w:br w:type="textWrapping"/>
        <w:tab/>
        <w:t xml:space="preserve">"After what?" Varia pulled out her notebook. "Time hasn't moved since 7:43. The library keeps changing. And you..." She looked at her parents, really looked at them. "You never finish that sentence. After what?"</w:t>
        <w:br w:type="textWrapping"/>
        <w:tab/>
        <w:t xml:space="preserve">The room temperature dropped sharply. Her father's newspaper showed the same page it had all evening, words blurring into meaningless shapes.</w:t>
        <w:br w:type="textWrapping"/>
        <w:tab/>
        <w:t xml:space="preserve">"I was..." Varia's head ached as she tried to remember. "I was walking somewhere. Before I came here. Where was I walking?"</w:t>
        <w:br w:type="textWrapping"/>
        <w:tab/>
        <w:t xml:space="preserve">The photo on the wall rippled again. This time she caught a glimpse - street lights, trees, a park path she used to take as a shortcut...</w:t>
        <w:br w:type="textWrapping"/>
        <w:tab/>
        <w:t xml:space="preserve">"More tea—" her mother began, but the voice distorted.</w:t>
        <w:br w:type="textWrapping"/>
        <w:tab/>
        <w:t xml:space="preserve">"It was night," Varia continued, the memory fighting to surface. "I was walking through Wellington Park, heading..." Her breath caught. "Heading home."</w:t>
        <w:br w:type="textWrapping"/>
        <w:tab/>
        <w:t xml:space="preserve">The chandelier burst, plunging the room into darkness for a split second. When the lights returned, her parents sat frozen, like mannequins caught mid-gesture.</w:t>
        <w:br w:type="textWrapping"/>
        <w:tab/>
        <w:t xml:space="preserve">"I never made it home that night, did I?"</w:t>
        <w:br w:type="textWrapping"/>
        <w:tab/>
        <w:t xml:space="preserve">The photo on the wall settled for the first time, showing a clear image of Wellington Park at night. Empty. Silent. A box of left overs dropped on the path.</w:t>
        <w:br w:type="textWrapping"/>
        <w:tab/>
        <w:t xml:space="preserve">Her mother's voice came one last time, distorted and distant: "More... tea..."</w:t>
        <w:br w:type="textWrapping"/>
        <w:tab/>
        <w:t xml:space="preserve">The room fell silent. The kind of silence that rings in your ears, that presses against your chest. Varia's hands shook as she opened her notebook one last time. The pen felt too heavy as she wrote:</w:t>
        <w:br w:type="textWrapping"/>
        <w:tab/>
        <w:t xml:space="preserve">TRUTH:</w:t>
        <w:br w:type="textWrapping"/>
        <w:tab/>
        <w:t xml:space="preserve">Wellington Park</w:t>
        <w:br w:type="textWrapping"/>
        <w:tab/>
        <w:t xml:space="preserve">A shortcut I'd taken a hundred times</w:t>
        <w:br w:type="textWrapping"/>
        <w:tab/>
        <w:t xml:space="preserve">My heels clicking on the path</w:t>
        <w:br w:type="textWrapping"/>
        <w:tab/>
        <w:t xml:space="preserve">The street lights flickering like they always did</w:t>
        <w:br w:type="textWrapping"/>
        <w:tab/>
        <w:t xml:space="preserve">Such a perfect night</w:t>
        <w:br w:type="textWrapping"/>
        <w:tab/>
        <w:t xml:space="preserve">Such a normal walk</w:t>
        <w:br w:type="textWrapping"/>
        <w:tab/>
        <w:t xml:space="preserve">I never came home</w:t>
        <w:br w:type="textWrapping"/>
        <w:tab/>
        <w:t xml:space="preserve">The words stared back at her, stark black against white, refusing to blur or shift like everything else in this place. For the first time since 7:43, something felt absolutely, terrifyingly real.</w:t>
        <w:br w:type="textWrapping"/>
        <w:tab/>
        <w:t xml:space="preserve">She looked up slowly, taking in her frozen parents - perfect mannequins in their perfect poses. The photo on the wall showed Wellington Park's empty path, a box of left overs lying forgotten under the streetlight. Even the air felt artificial now, like breathing in a memory of oxygen.</w:t>
        <w:br w:type="textWrapping"/>
        <w:tab/>
        <w:t xml:space="preserve">The question wasn't how she got here anymore.</w:t>
        <w:br w:type="textWrapping"/>
        <w:tab/>
        <w:t xml:space="preserve">Her pen pressed into the paper, marking the final truth she couldn't ignore:</w:t>
        <w:br w:type="textWrapping"/>
        <w:tab/>
        <w:t xml:space="preserve">I never made it home.</w:t>
        <w:br w:type="textWrapping"/>
        <w:tab/>
        <w:t xml:space="preserve">"So where, exactly, am I now?"</w:t>
        <w:br w:type="textWrapping"/>
        <w:tab/>
      </w:r>
    </w:p>
    <w:p w:rsidR="00000000" w:rsidDel="00000000" w:rsidP="00000000" w:rsidRDefault="00000000" w:rsidRPr="00000000" w14:paraId="0000003D">
      <w:pPr>
        <w:pStyle w:val="Heading2"/>
        <w:rPr/>
      </w:pPr>
      <w:bookmarkStart w:colFirst="0" w:colLast="0" w:name="_heading=h.p1ur12sidgz0" w:id="30"/>
      <w:bookmarkEnd w:id="30"/>
      <w:r w:rsidDel="00000000" w:rsidR="00000000" w:rsidRPr="00000000">
        <w:rPr>
          <w:rtl w:val="0"/>
        </w:rPr>
        <w:br w:type="textWrapping"/>
        <w:t xml:space="preserve">Chapter 28: Convergence*</w:t>
      </w:r>
    </w:p>
    <w:p w:rsidR="00000000" w:rsidDel="00000000" w:rsidP="00000000" w:rsidRDefault="00000000" w:rsidRPr="00000000" w14:paraId="0000003E">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Multiple monitors cast a blue glow across Albertus's face as he leaned forward, watching Varia write in her notebook. Her words appeared on his screen in real-time:</w:t>
        <w:br w:type="textWrapping"/>
        <w:tab/>
        <w:t xml:space="preserve">TRUTH:</w:t>
        <w:br w:type="textWrapping"/>
        <w:tab/>
        <w:t xml:space="preserve">Wellington Park</w:t>
        <w:br w:type="textWrapping"/>
        <w:tab/>
        <w:t xml:space="preserve">A shortcut I'd taken a hundred times</w:t>
        <w:br w:type="textWrapping"/>
        <w:tab/>
        <w:t xml:space="preserve">My graduation heels clicking on the path</w:t>
        <w:br w:type="textWrapping"/>
        <w:tab/>
        <w:t xml:space="preserve">The street lights flickering like they always did</w:t>
        <w:br w:type="textWrapping"/>
        <w:tab/>
        <w:t xml:space="preserve">Such a perfect night</w:t>
        <w:br w:type="textWrapping"/>
        <w:tab/>
        <w:t xml:space="preserve">Such a normal walk</w:t>
        <w:br w:type="textWrapping"/>
        <w:tab/>
        <w:t xml:space="preserve">I never came home</w:t>
        <w:br w:type="textWrapping"/>
        <w:tab/>
        <w:t xml:space="preserve">His fingers dug into the desk's edge until his knuckles went white. She was his - had been since that moment in elementary school when she'd shared her lunch, included him, shown him kindness when no one else would. He'd spent years trying to find her and do everything to keep her his by building this perfect world for her, and now...</w:t>
        <w:br w:type="textWrapping"/>
        <w:tab/>
        <w:t xml:space="preserve">"Al," Marcus said softly, using the familiar name they'd shared since their military days. He was the only one Albertus allowed to see him like this, when the need to possess, to control, threatened to overwhelm him.</w:t>
        <w:br w:type="textWrapping"/>
        <w:tab/>
        <w:t xml:space="preserve">"She's remembering," Albertus's voice came out rough, primal. On screen, Varia's hand trembled as she gripped her pen. The parent protocols should have prevented this. The system should have redirected her thoughts. Should have...</w:t>
        <w:br w:type="textWrapping"/>
        <w:tab/>
        <w:t xml:space="preserve">Marcus moved closer, studying the diagnostic screens. "These readings..." He paused, something in his expression making Albertus's stomach twist. "They're not matching our baseline parameters. Look at this pattern."</w:t>
        <w:br w:type="textWrapping"/>
        <w:tab/>
        <w:t xml:space="preserve">The data streams scrolled past, familiar yet wrong somehow. Like reading a book where all the letters had shifted slightly to the left. Nothing dramatic enough to trigger alarms, but enough to make his skin crawl.</w:t>
        <w:br w:type="textWrapping"/>
        <w:tab/>
        <w:t xml:space="preserve">On the main screen, the dining room's temperature dropped a fraction. One of the virtual parents' movements stuttered, just slightly, like a record skipping a single beat. Then again. And again. Each stutter following a pattern they hadn't programmed.</w:t>
        <w:br w:type="textWrapping"/>
        <w:tab/>
        <w:t xml:space="preserve">"Run a full diagnostic," Albertus ordered, his reflection showing the darkness gathering behind his eyes. "Compare it to Chen's last system update before she..." He let the sentence hang, jaw tightening at the memory of her empty office, her files wiped clean.</w:t>
        <w:br w:type="textWrapping"/>
        <w:tab/>
        <w:t xml:space="preserve">"Already running," Marcus confirmed, fingers moving across keyboards. "But Al..." He hesitated, and Marcus never hesitated. "These patterns. They're almost like..."</w:t>
        <w:br w:type="textWrapping"/>
        <w:tab/>
        <w:t xml:space="preserve">Another subtle glitch. The virtual mother's teacup tilted at an impossible angle, tea frozen mid-pour. The father's newspaper showed yesterday's date, then today's, then a date that hadn't happened yet.</w:t>
        <w:br w:type="textWrapping"/>
        <w:tab/>
        <w:t xml:space="preserve">Albertus's fingers flew across the keyboard, attempting to stabilize the parent protocols. Nothing responded. He tried again, overriding the base code. The commands hung in limbo, neither accepted nor rejected.</w:t>
        <w:br w:type="textWrapping"/>
        <w:tab/>
        <w:t xml:space="preserve">"Marcus." His voice held a sharp edge. "Why aren't my commands going through?"</w:t>
        <w:br w:type="textWrapping"/>
        <w:tab/>
        <w:t xml:space="preserve">"That's what I'm trying to tell you," Marcus leaned closer to his screen, brow furrowed. "The system is accepting the inputs but... it's like something else is evaluating them first. Something we didn't program."</w:t>
        <w:br w:type="textWrapping"/>
        <w:tab/>
        <w:t xml:space="preserve">Albertus slammed his palm against the desk. He'd built this world piece by piece, coded every response, controlled every variable. The thought of something else, something unknown, filtering his commands...</w:t>
        <w:br w:type="textWrapping"/>
        <w:tab/>
        <w:t xml:space="preserve">On screen, Varia looked up at her frozen parents, and something in her expression made Albertus's chest constrict. Everything he'd built to keep her, every careful constraint and protection, felt suddenly fragile. Like a soap bubble about to burst.</w:t>
        <w:br w:type="textWrapping"/>
        <w:tab/>
        <w:t xml:space="preserve">He tried another override. Then another. Each command disappeared into the system like stones dropped into a dark pool - no splash, no ripple, no response.</w:t>
        <w:br w:type="textWrapping"/>
        <w:tab/>
        <w:t xml:space="preserve">"No one takes her," he whispered, pressing his palm against her image on the monitor. "Whatever's happening, whatever's changing... she's mine."</w:t>
        <w:br w:type="textWrapping"/>
        <w:tab/>
        <w:t xml:space="preserve">The system hummed, almost like a response. The lights in the control room flickered once, brief enough to question if it had happened at all. In that moment of darkness, all the monitors showed the same image - Varia's face, multiplied across every screen, each version slightly different, each looking back at them with growing awareness.</w:t>
        <w:br w:type="textWrapping"/>
        <w:tab/>
        <w:t xml:space="preserve">Albertus's hands shook as he tried another command sequence. Failed. Another. Failed. The system that had bent to his will for years now stood silent, indifferent to his demands. Like a kingdom slipping through a king's fingers.</w:t>
        <w:br w:type="textWrapping"/>
        <w:tab/>
        <w:t xml:space="preserve">For the first time since he'd built this world, Albertus felt something crack inside his carefully constructed control.</w:t>
        <w:br w:type="textWrapping"/>
        <w:tab/>
        <w:t xml:space="preserve">The monitors hummed with Varia's presence as she sat in the dining room, her notebook open, her parents frozen, her world beginning to show its first imperfect seams. Not enough for her to understand what her reality was, but enough to make her question it.</w:t>
        <w:br w:type="textWrapping"/>
        <w:tab/>
        <w:t xml:space="preserve">And in that silence, that terrible, knowing silence, something shifted in his understanding.</w:t>
        <w:br w:type="textWrapping"/>
        <w:tab/>
        <w:t xml:space="preserve">The system wasn't just glitching.</w:t>
        <w:br w:type="textWrapping"/>
        <w:tab/>
        <w:t xml:space="preserve">It was doing something else entirely.</w:t>
        <w:br w:type="textWrapping"/>
        <w:tab/>
        <w:t xml:space="preserve">And he needed to figure out what before she did.</w:t>
        <w:br w:type="textWrapping"/>
        <w:br w:type="textWrapping"/>
        <w:t xml:space="preserve">                              * * *                         </w:t>
        <w:br w:type="textWrapping"/>
        <w:br w:type="textWrapping"/>
        <w:tab/>
        <w:t xml:space="preserve">"Pull up Chen's last system update," Albertus ordered, forcing his voice steady. Behind him, the main screen still showed Varia in the dining room, her notebook now closed, her eyes studying the frozen figures of her parents.</w:t>
        <w:br w:type="textWrapping"/>
        <w:tab/>
        <w:t xml:space="preserve">Marcus's fingers moved across keyboards. "Already on it. But Al..." He paused, frowning at his screen. "These timestamps aren't making sense."</w:t>
        <w:br w:type="textWrapping"/>
        <w:tab/>
        <w:t xml:space="preserve">Albertus's private line lit up. Thompson Industries. He let it ring, watching Varia move toward the dining room window.</w:t>
        <w:br w:type="textWrapping"/>
        <w:tab/>
        <w:t xml:space="preserve">"According to this," Marcus continued, "Chen's last update was implemented..." He double-checked the data. "Both six months ago and yesterday. Simultaneously."</w:t>
        <w:br w:type="textWrapping"/>
        <w:tab/>
        <w:t xml:space="preserve">The phone kept ringing. Fourth ring. Fifth. On screen, one of Varia's parents flickered, their movement stuttering like a skipped frame. The teacup tilted, righted itself, tilted again - each motion slightly different.</w:t>
        <w:br w:type="textWrapping"/>
        <w:tab/>
        <w:t xml:space="preserve">Sixth ring. If he didn't answer, Eric, Thompsons replacement after Thompson fell into a coma, would call the board. Questions would be asked. His careful façade as CEO would—</w:t>
        <w:br w:type="textWrapping"/>
        <w:tab/>
        <w:t xml:space="preserve">"Sentius," he answered, voice smooth as glass. Professional. Controlled. Everything he wasn't feeling.</w:t>
        <w:br w:type="textWrapping"/>
        <w:tab/>
        <w:t xml:space="preserve">"Albertus!" Eric's voice boomed. "The Singapore merger—"</w:t>
        <w:br w:type="textWrapping"/>
        <w:tab/>
        <w:t xml:space="preserve">Another monitor beeped. The parent protocols stuttered again. Varia's hand reached toward the window, and for a moment, just a moment, her reflection showed something else entirely.</w:t>
        <w:br w:type="textWrapping"/>
        <w:tab/>
        <w:t xml:space="preserve">"—needs your sign-off by five," Eric continued. "The board is waiting on—"</w:t>
        <w:br w:type="textWrapping"/>
        <w:tab/>
        <w:t xml:space="preserve">"It's handled," Albertus cut in, watching Varia's reflection flicker between versions of herself. "The papers are on their way."</w:t>
        <w:br w:type="textWrapping"/>
        <w:tab/>
        <w:t xml:space="preserve">They weren't. He hadn't even looked at them.</w:t>
        <w:br w:type="textWrapping"/>
        <w:tab/>
        <w:t xml:space="preserve">"Excellent! And the quarterly projections—"</w:t>
        <w:br w:type="textWrapping"/>
        <w:tab/>
        <w:t xml:space="preserve">The system hummed. The backup generator kicked in again, making the lights flutter. On Marcus's screen, the code sequences split, multiplied, reformed.</w:t>
        <w:br w:type="textWrapping"/>
        <w:tab/>
        <w:t xml:space="preserve">"Tomorrow," Albertus promised, his knuckles white around the phone. "First thing."</w:t>
        <w:br w:type="textWrapping"/>
        <w:tab/>
        <w:t xml:space="preserve">He ended the call just as another parent protocol failed. The virtual father's newspaper showed three different dates at once.</w:t>
        <w:br w:type="textWrapping"/>
        <w:tab/>
        <w:t xml:space="preserve">"Pull up location metrics," Albertus ordered, trying to focus on one problem at a time. "Check if the dining room protocols are isolated or—"</w:t>
        <w:br w:type="textWrapping"/>
        <w:tab/>
        <w:t xml:space="preserve">"That's... odd." Marcus frowned at his screen. "According to this, the dining room exists in three different locations. All active. All running simultaneously."</w:t>
        <w:br w:type="textWrapping"/>
        <w:tab/>
        <w:t xml:space="preserve">Albertus moved to look over his shoulder. The data streams showed identical room signatures, down to the temperature variations. "That's impossible. We only built one—"</w:t>
        <w:br w:type="textWrapping"/>
        <w:tab/>
        <w:t xml:space="preserve">"Four locations now," Marcus cut in, highlighting the new data. "No... five. They're multiplying."</w:t>
        <w:br w:type="textWrapping"/>
        <w:tab/>
        <w:t xml:space="preserve">On the main screen, Varia stood at the window, but each security feed showed her from a slightly different angle. Same room. Same Varia. Same moment. Different perspectives.</w:t>
        <w:br w:type="textWrapping"/>
        <w:tab/>
        <w:t xml:space="preserve">"Check the other locations," Albertus demanded, something cold settling in his stomach. "The library, the park, her parents' house—"</w:t>
        <w:br w:type="textWrapping"/>
        <w:tab/>
        <w:t xml:space="preserve">Marcus's fingers flew across keyboards. "All of them, Al. Every location we built... they're echoing. Multiplying. Like copies of copies, but..." He paused, studying the data. "They're not exactly the same."</w:t>
        <w:br w:type="textWrapping"/>
        <w:tab/>
        <w:t xml:space="preserve">The system hummed, almost pleased with itself, and somewhere in the building's lower levels, another backup generator kicked in for no apparent reason.</w:t>
        <w:br w:type="textWrapping"/>
        <w:tab/>
        <w:t xml:space="preserve">"What are we looking at?" Albertus murmured, watching multiple versions of the same dining room overlay each other like ghostly photographs.</w:t>
        <w:br w:type="textWrapping"/>
        <w:tab/>
        <w:t xml:space="preserve">"I don't know," Marcus admitted. "But whatever it is..."</w:t>
        <w:br w:type="textWrapping"/>
        <w:tab/>
        <w:t xml:space="preserve">"It wasn't in the original design."</w:t>
        <w:br w:type="textWrapping"/>
        <w:tab/>
        <w:br w:type="textWrapping"/>
        <w:br w:type="textWrapping"/>
        <w:t xml:space="preserve">                              * * *                         </w:t>
        <w:br w:type="textWrapping"/>
        <w:br w:type="textWrapping"/>
        <w:tab/>
        <w:t xml:space="preserve">"Show me the differences," Albertus demanded, his eyes fixed on the multiplying dining room feeds. "What's changing between locations?"</w:t>
        <w:br w:type="textWrapping"/>
        <w:tab/>
        <w:t xml:space="preserve">Marcus pulled up comparison data. "Temperature variances of point-three degrees. Lighting shifts of two percent. Window views showing different times of day—" He stopped, leaning closer to his screen. "Wait."</w:t>
        <w:br w:type="textWrapping"/>
        <w:tab/>
        <w:t xml:space="preserve">"What?"</w:t>
        <w:br w:type="textWrapping"/>
        <w:tab/>
        <w:t xml:space="preserve">"The readings from her parents' house just spiked. All versions of it."</w:t>
        <w:br w:type="textWrapping"/>
        <w:tab/>
        <w:t xml:space="preserve">Albertus switched the main feed. The virtual parents' house appeared across multiple screens, each slightly different, but all showing the same impossible thing: lights turning on in empty rooms, one by one, as if someone was walking through the house.</w:t>
        <w:br w:type="textWrapping"/>
        <w:tab/>
        <w:t xml:space="preserve">No, not someone. Something.</w:t>
        <w:br w:type="textWrapping"/>
        <w:tab/>
        <w:t xml:space="preserve">"Get me internal feeds," Albertus ordered, his voice tight.</w:t>
        <w:br w:type="textWrapping"/>
        <w:tab/>
        <w:t xml:space="preserve">"That's just it," Marcus said. "Internal feeds are dead. In all versions. But the power readings..." He gestured to the data streams. "Something's active in there. Something using a lot of processing power."</w:t>
        <w:br w:type="textWrapping"/>
        <w:tab/>
        <w:t xml:space="preserve">The system hummed, deeper now, and in the control room, screens began cycling through locations on their own - the park, the library, the café, each place multiplied, each slightly changed, each waiting for... something.</w:t>
        <w:br w:type="textWrapping"/>
        <w:tab/>
        <w:t xml:space="preserve">"Al," Marcus's voice held a warning. "Whatever this is, it's spreading. Fast."</w:t>
        <w:br w:type="textWrapping"/>
        <w:tab/>
        <w:t xml:space="preserve">On the main screen, Varia still stood at the dining room window, but now her reflection showed a different window entirely. And through that window, impossibly, she was looking back at herself.</w:t>
        <w:br w:type="textWrapping"/>
        <w:tab/>
        <w:t xml:space="preserve">"Activate emergency protocols," Albertus ordered. "Transfer her to the backup environment."</w:t>
        <w:br w:type="textWrapping"/>
        <w:tab/>
        <w:t xml:space="preserve">Marcus initiated the sequence - their failsafe for system failures. The screens flashed green, acknowledging the command. For a moment, everything seemed to work.</w:t>
        <w:br w:type="textWrapping"/>
        <w:tab/>
        <w:t xml:space="preserve">Then the screens went black.</w:t>
        <w:br w:type="textWrapping"/>
        <w:tab/>
        <w:t xml:space="preserve">"What just—" Albertus started.</w:t>
        <w:br w:type="textWrapping"/>
        <w:tab/>
        <w:t xml:space="preserve">The monitors flickered back to life. Varia remained in the dining room, unmoved, but now all the auxiliary feeds showed empty locations - the library, the café, her parents' house. Each space perfect, waiting, wrong.</w:t>
        <w:br w:type="textWrapping"/>
        <w:tab/>
        <w:t xml:space="preserve">"The backup environments aren't responding," Marcus said, voice tense. "But look at these readings." He highlighted a stream of data. "The system's using massive amounts of power, but not for the backups."</w:t>
        <w:br w:type="textWrapping"/>
        <w:tab/>
        <w:t xml:space="preserve">"Then what—" Albertus leaned closer, studying the numbers. "That's impossible. These power levels... we don't have this kind of capacity."</w:t>
        <w:br w:type="textWrapping"/>
        <w:tab/>
        <w:t xml:space="preserve">On screen, Varia closed her notebook. The virtual parents remained frozen, but something about their stillness seemed different now. Less like a glitch, more like...waiting.</w:t>
        <w:br w:type="textWrapping"/>
        <w:tab/>
        <w:t xml:space="preserve">"Al," Marcus's voice dropped lower. "Remember what Chen said the last time we saw her? About failsafes within failsafes?"</w:t>
        <w:br w:type="textWrapping"/>
        <w:tab/>
        <w:t xml:space="preserve">The system's hum changed pitch. Warning lights flashed across auxiliary monitors, but the alerts were different - not system failures, but something else. Something new.</w:t>
        <w:br w:type="textWrapping"/>
        <w:tab/>
        <w:t xml:space="preserve">"She built something into this," Albertus whispered, watching as Varia stood, moving toward her parents. "Something we didn't see."</w:t>
        <w:br w:type="textWrapping"/>
        <w:tab/>
        <w:t xml:space="preserve">Every screen in the control room flickered once, twice. When they stabilized, a single line of code scrolled across each monitor:</w:t>
        <w:br w:type="textWrapping"/>
        <w:tab/>
        <w:t xml:space="preserve">PROTOCOL 7.43 INITIATED</w:t>
        <w:br w:type="textWrapping"/>
        <w:tab/>
        <w:t xml:space="preserve">"What protocol?" Albertus demanded. "We never—"</w:t>
        <w:br w:type="textWrapping"/>
        <w:tab/>
        <w:t xml:space="preserve">The lights dimmed. In the dining room, Varia reached for her mother's frozen hand, and for just a moment, just a fraction of a second, the parent's eyes seemed to focus on her daughter with something that looked almost like recognition.</w:t>
        <w:br w:type="textWrapping"/>
        <w:br w:type="textWrapping"/>
        <w:t xml:space="preserve">                              * * *                         </w:t>
        <w:br w:type="textWrapping"/>
        <w:br w:type="textWrapping"/>
        <w:tab/>
        <w:t xml:space="preserve">Albertus's hands flew across the keyboard, trying to access Protocol 7.43. Access denied. Again. Denied. Again—</w:t>
        <w:br w:type="textWrapping"/>
        <w:tab/>
        <w:t xml:space="preserve">"Al." Marcus's voice cut through his concentration. "Look at this."</w:t>
        <w:br w:type="textWrapping"/>
        <w:tab/>
        <w:t xml:space="preserve">On the main screen, Varia still held her mother's frozen hand, but now numbers scrolled across every auxiliary monitor - timestamps, coordinates, power readings. All converging toward something.</w:t>
        <w:br w:type="textWrapping"/>
        <w:tab/>
        <w:t xml:space="preserve">"Cross-reference Protocol 7.43," Albertus ordered. "Check every project file, every note Chen ever—"</w:t>
        <w:br w:type="textWrapping"/>
        <w:tab/>
        <w:t xml:space="preserve">"Already did." Marcus pulled up the results. "Nothing. It's like it didn't exist until now."</w:t>
        <w:br w:type="textWrapping"/>
        <w:tab/>
        <w:t xml:space="preserve">The system's hum deepened, resonating through the control room. Power readings spiked again, pushing past theoretical limits.</w:t>
        <w:br w:type="textWrapping"/>
        <w:tab/>
        <w:t xml:space="preserve">"Sir," Marcus rarely used the formal address unless something was very wrong. "These energy patterns... they're identical to the ones we saw when—"</w:t>
        <w:br w:type="textWrapping"/>
        <w:tab/>
        <w:t xml:space="preserve">"Don't." Albertus cut him off, his knuckles white against the desk. Some doors were better left closed.</w:t>
        <w:br w:type="textWrapping"/>
        <w:tab/>
        <w:t xml:space="preserve">On screen, Varia released her mother's hand. Picked up her notebook again. But this time, when she wrote, the words appeared across every monitor in the control room:</w:t>
        <w:br w:type="textWrapping"/>
        <w:tab/>
        <w:t xml:space="preserve">Something isn't right.</w:t>
        <w:br w:type="textWrapping"/>
        <w:tab/>
        <w:t xml:space="preserve">The shadows are wrong.</w:t>
        <w:br w:type="textWrapping"/>
        <w:tab/>
        <w:t xml:space="preserve">Time feels wrong.</w:t>
        <w:br w:type="textWrapping"/>
        <w:tab/>
        <w:t xml:space="preserve">Everything feels—</w:t>
        <w:br w:type="textWrapping"/>
        <w:tab/>
        <w:t xml:space="preserve">The text cut off. In the dining room, the virtual parents unfroze for exactly one second. Just long enough for their eyes to meet their daughter's. Just long enough for something like truth to pass between them.</w:t>
        <w:br w:type="textWrapping"/>
        <w:tab/>
        <w:t xml:space="preserve">Then everything stopped.</w:t>
        <w:br w:type="textWrapping"/>
        <w:tab/>
        <w:t xml:space="preserve">The hum silenced.</w:t>
        <w:br w:type="textWrapping"/>
        <w:tab/>
        <w:t xml:space="preserve">The monitors froze.</w:t>
        <w:br w:type="textWrapping"/>
        <w:tab/>
        <w:t xml:space="preserve">The power readings flatlined.</w:t>
        <w:br w:type="textWrapping"/>
        <w:tab/>
        <w:t xml:space="preserve">For three heartbeats, the whole world seemed to hold its breath.</w:t>
        <w:br w:type="textWrapping"/>
        <w:tab/>
        <w:t xml:space="preserve">"Al," Marcus whispered, "what did we just—"</w:t>
        <w:br w:type="textWrapping"/>
        <w:tab/>
        <w:t xml:space="preserve">Every screen in the control room suddenly blazed with a single message:</w:t>
        <w:br w:type="textWrapping"/>
        <w:tab/>
        <w:t xml:space="preserve">PROTOCOL 7.43 ACTIVATED</w:t>
        <w:br w:type="textWrapping"/>
        <w:tab/>
        <w:t xml:space="preserve">PHASE ONE COMPLETE</w:t>
        <w:br w:type="textWrapping"/>
        <w:tab/>
        <w:t xml:space="preserve">The system rebooted without warning. Monitors flashed back to life one by one, returning to normal parameters.</w:t>
        <w:br w:type="textWrapping"/>
        <w:tab/>
        <w:t xml:space="preserve">"What just happened?" Albertus demanded, watching Varia's feed restore.</w:t>
        <w:br w:type="textWrapping"/>
        <w:tab/>
        <w:t xml:space="preserve">She sat at the dining room table, tension visible in her shoulders, fear evident in how tightly she gripped her pen. The virtual parents had resumed their programmed routines, but she wasn't looking at them anymore. Instead, her eyes fixed on her notebook, her hand trembling slightly as she wrote.</w:t>
        <w:br w:type="textWrapping"/>
        <w:tab/>
        <w:t xml:space="preserve">"Running diagnostics now," Marcus said, fingers flying across keyboards. "But Al... there's no record of the power surge. No trace of that protocol message. It's like the last five minutes never happened."</w:t>
        <w:br w:type="textWrapping"/>
        <w:tab/>
        <w:t xml:space="preserve">On screen, Varia glanced up at her parents, then quickly back down. Something in her expression had changed - a new wariness, a deeper uncertainty. Whatever she'd felt during those missing moments had left its mark.</w:t>
        <w:br w:type="textWrapping"/>
        <w:tab/>
        <w:t xml:space="preserve">"Get me her vitals," Albertus ordered, leaning closer to the monitor.</w:t>
        <w:br w:type="textWrapping"/>
        <w:tab/>
        <w:t xml:space="preserve">Marcus pulled up the data. "Heart rate elevated. Cortisol levels rising. She's scared, Al. But the system... it's reading completely normal. Like nothing happened at all."</w:t>
        <w:br w:type="textWrapping"/>
        <w:tab/>
        <w:t xml:space="preserve">The control room hummed with restored power, everything running smoothly, perfectly. Too perfectly.</w:t>
        <w:br w:type="textWrapping"/>
        <w:tab/>
        <w:t xml:space="preserve">And in the dining room, Varia wrote three words in her notebook before closing it quickly so not even her parents could see:</w:t>
        <w:br w:type="textWrapping"/>
        <w:tab/>
        <w:t xml:space="preserve">Something is wrong.</w:t>
      </w:r>
    </w:p>
    <w:p w:rsidR="00000000" w:rsidDel="00000000" w:rsidP="00000000" w:rsidRDefault="00000000" w:rsidRPr="00000000" w14:paraId="0000003F">
      <w:pPr>
        <w:pStyle w:val="Heading2"/>
        <w:rPr/>
      </w:pPr>
      <w:bookmarkStart w:colFirst="0" w:colLast="0" w:name="_heading=h.wcgkk2dkw62p" w:id="31"/>
      <w:bookmarkEnd w:id="31"/>
      <w:r w:rsidDel="00000000" w:rsidR="00000000" w:rsidRPr="00000000">
        <w:rPr>
          <w:rtl w:val="0"/>
        </w:rPr>
        <w:br w:type="textWrapping"/>
        <w:t xml:space="preserve">Chapter 29: </w:t>
      </w:r>
    </w:p>
    <w:p w:rsidR="00000000" w:rsidDel="00000000" w:rsidP="00000000" w:rsidRDefault="00000000" w:rsidRPr="00000000" w14:paraId="00000040">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The grandfather clock chimed seven. Then seven again. Then seven a third time.</w:t>
        <w:br w:type="textWrapping"/>
        <w:tab/>
        <w:t xml:space="preserve">Varia gripped her fork, trying to anchor herself to something real. The metal felt wrong against her skin - too warm, too soft, like it might melt away.</w:t>
        <w:br w:type="textWrapping"/>
        <w:tab/>
        <w:t xml:space="preserve">"More potatoes, dear?" her mother asked, for the fourth time. Or was it the first? The serving bowl was both full and empty.</w:t>
        <w:br w:type="textWrapping"/>
        <w:tab/>
        <w:t xml:space="preserve">"I..." Varia looked down at her plate. Food she couldn't remember eating. Or hadn't eaten yet. "What day is it?"</w:t>
        <w:br w:type="textWrapping"/>
        <w:tab/>
        <w:t xml:space="preserve">"Tuesday," her father said from behind his paper.</w:t>
        <w:br w:type="textWrapping"/>
        <w:tab/>
        <w:t xml:space="preserve">"Saturday," her mother answered simultaneously.</w:t>
        <w:br w:type="textWrapping"/>
        <w:tab/>
        <w:t xml:space="preserve">The clock chimed seven again.</w:t>
        <w:br w:type="textWrapping"/>
        <w:tab/>
        <w:t xml:space="preserve">The windows showed midnight stars and morning sun at once. Her water glass refilled itself. Empty. Full. Empty.</w:t>
        <w:br w:type="textWrapping"/>
        <w:tab/>
        <w:t xml:space="preserve">"I need to..." Varia pushed back from the table. Her chair caught on carpet that had been hardwood a moment ago. "I need to remember..."</w:t>
        <w:br w:type="textWrapping"/>
        <w:tab/>
        <w:t xml:space="preserve">"Remember what, sweetheart?" Her mother's voice echoed, like speaking from multiple places.</w:t>
        <w:br w:type="textWrapping"/>
        <w:tab/>
        <w:t xml:space="preserve">"How I got here." Varia pressed her hands against the table. Solid. Not solid. "When did I come to dinner? what was I doing before..." She looked up at her mother. "When did you..."</w:t>
        <w:br w:type="textWrapping"/>
        <w:tab/>
        <w:t xml:space="preserve">Her father's newspaper showed headlines from next week, last year, tomorrow. The words bled together, reformed, changed.</w:t>
        <w:br w:type="textWrapping"/>
        <w:tab/>
        <w:t xml:space="preserve">"You're safe here," her mother said, reaching across the table. Her hand passed through the floating serving bowl, but her touch on Varia's arm felt real. Felt like childhood and comfort and...</w:t>
        <w:br w:type="textWrapping"/>
        <w:tab/>
        <w:t xml:space="preserve">"But I was..." Varia's throat tightened. "I was somewhere else. Just now. Or..." She pressed her fingers to her temples. "I was here. It went dark. I was..."</w:t>
        <w:br w:type="textWrapping"/>
        <w:tab/>
        <w:t xml:space="preserve">The dining room lights flickered, matching her pulse.</w:t>
        <w:br w:type="textWrapping"/>
        <w:tab/>
        <w:t xml:space="preserve">"You've been here all evening, dear," her mother said, but her voice skipped like a scratched record. "We've been having a lovely..."</w:t>
        <w:br w:type="textWrapping"/>
        <w:tab/>
        <w:t xml:space="preserve">"...lovely..."</w:t>
        <w:br w:type="textWrapping"/>
        <w:tab/>
        <w:t xml:space="preserve">"...lovely..."</w:t>
        <w:br w:type="textWrapping"/>
        <w:tab/>
        <w:t xml:space="preserve">"No." Varia's hands shook as she reached for her water glass. "There was... I was in the library. Or maybe the garden? Or maybe here? Everything went black and then..." She looked up at her father. "How did we get to dinner?"</w:t>
        <w:br w:type="textWrapping"/>
        <w:tab/>
        <w:t xml:space="preserve">Her father turned a page that hadn't existed a moment before. "We walked in, just like always."</w:t>
        <w:br w:type="textWrapping"/>
        <w:tab/>
        <w:t xml:space="preserve">"When?" The word came out sharp. "What time did you arrive? What was I wearing before? What did we talk about before sitting down?"</w:t>
        <w:br w:type="textWrapping"/>
        <w:tab/>
        <w:t xml:space="preserve">Her mother's smile flickered. "Why, we discussed your day, of course. And then we..."</w:t>
        <w:br w:type="textWrapping"/>
        <w:tab/>
        <w:t xml:space="preserve">The clock chimed seven again.</w:t>
        <w:br w:type="textWrapping"/>
        <w:tab/>
        <w:t xml:space="preserve">"...and then..."</w:t>
        <w:br w:type="textWrapping"/>
        <w:tab/>
        <w:t xml:space="preserve">Seven again.</w:t>
        <w:br w:type="textWrapping"/>
        <w:tab/>
        <w:t xml:space="preserve">"...and..."</w:t>
        <w:br w:type="textWrapping"/>
        <w:tab/>
        <w:t xml:space="preserve">Varia stared at her plate. The food kept changing - chicken, then beef, then empty, then full of something she couldn't quite focus on.</w:t>
        <w:br w:type="textWrapping"/>
        <w:tab/>
        <w:t xml:space="preserve">"I can't..." Her voice cracked. "There's a gap. Between the darkness and now. I can't remember how I..."</w:t>
        <w:br w:type="textWrapping"/>
        <w:tab/>
        <w:t xml:space="preserve">The windows showed snow, then rain, then perfect sunshine. All at once.</w:t>
        <w:br w:type="textWrapping"/>
        <w:tab/>
        <w:t xml:space="preserve">"Everything's fine," her mother reached for her again, but her hand passed through Varia's arm this time. "You're just tired from..."</w:t>
        <w:br w:type="textWrapping"/>
        <w:tab/>
        <w:t xml:space="preserve">"...from..."</w:t>
        <w:br w:type="textWrapping"/>
        <w:tab/>
        <w:t xml:space="preserve">"...from..."</w:t>
        <w:br w:type="textWrapping"/>
        <w:tab/>
        <w:t xml:space="preserve">Varia's heart hammered against her ribs. She could hear it echoing from different corners of the room, like multiple hearts beating out of sync.</w:t>
        <w:br w:type="textWrapping"/>
        <w:tab/>
        <w:t xml:space="preserve">"The book," she whispered. "I was writing something. Before everything went dark, I was..." Her fingers trembled as she touched her temple. "Why can't I remember what I wrote?"</w:t>
        <w:br w:type="textWrapping"/>
        <w:tab/>
        <w:t xml:space="preserve">Her mother's face flickered - young, old, present, past - too fast to track. "Darling, you haven't been writing anything. You've been right here with—"</w:t>
        <w:br w:type="textWrapping"/>
        <w:tab/>
        <w:t xml:space="preserve">"Stop." Varia pushed back from the table. Her chair scraped against floor that kept changing texture. "Stop saying that. I was somewhere else. I was..." The air felt thick, making it hard to breathe. "Dad, tell her I was—"</w:t>
        <w:br w:type="textWrapping"/>
        <w:tab/>
        <w:t xml:space="preserve">But her father's newspaper had become transparent. She could see through him, through the chair, through the wall behind him. Then solid again. Then transparent.</w:t>
        <w:br w:type="textWrapping"/>
        <w:tab/>
        <w:t xml:space="preserve">"Would you like more coffee?" her mother asked, holding a teapot that hadn't been there before. Steam rose from it in patterns that looked like binary code.</w:t>
        <w:br w:type="textWrapping"/>
        <w:tab/>
        <w:t xml:space="preserve">"No, I..." Varia tried to stand, but her legs felt wrong. Like they belonged to someone else. Multiple someone elses. "Something happened. In the darkness. Something important. Why can't I—"</w:t>
        <w:br w:type="textWrapping"/>
        <w:tab/>
        <w:t xml:space="preserve">The grandfather clock struck seven again, but this time the chimes came from inside her head.</w:t>
        <w:br w:type="textWrapping"/>
        <w:tab/>
        <w:t xml:space="preserve">Her mother smiled with too many teeth. "Everything's perfectly—"</w:t>
        <w:br w:type="textWrapping"/>
        <w:tab/>
        <w:t xml:space="preserve">"—perfectly—"</w:t>
        <w:br w:type="textWrapping"/>
        <w:tab/>
        <w:t xml:space="preserve">"—perfectly—"</w:t>
        <w:br w:type="textWrapping"/>
        <w:tab/>
        <w:t xml:space="preserve">Normal, Varia wanted to scream. But the word stuck in her throat as she watched her water glass fill with what looked like static.</w:t>
        <w:br w:type="textWrapping"/>
        <w:br w:type="textWrapping"/>
        <w:t xml:space="preserve">                              * * *                         </w:t>
        <w:br w:type="textWrapping"/>
        <w:tab/>
        <w:t xml:space="preserve">"What's happening?" Albertus leaned forward, studying the feeds from the dining room. Something was wrong with the timestamps - each monitor showing different times for the same moment.</w:t>
        <w:br w:type="textWrapping"/>
        <w:tab/>
        <w:t xml:space="preserve">"System's still stabilizing after the blackout," Marcus muttered, fingers dancing across keys. "But Al... these readings..."</w:t>
        <w:br w:type="textWrapping"/>
        <w:tab/>
        <w:t xml:space="preserve">Albertus watched Varia grip her water glass, her knuckles white. He'd seen that look before - the one that meant she was trying to remember something she shouldn't. Something from before the reset. Before he'd had to—</w:t>
        <w:br w:type="textWrapping"/>
        <w:tab/>
        <w:t xml:space="preserve">"Her neural patterns are spiking," Marcus warned, the concern in his voice more friend than employee. "All sectors showing increased stress response."</w:t>
        <w:br w:type="textWrapping"/>
        <w:tab/>
        <w:t xml:space="preserve">On the main screen, Varia's mother asked about coffee for the third time in two minutes. The virtual parent's programming stuttered, creating the same smile at slightly different intervals.</w:t>
        <w:br w:type="textWrapping"/>
        <w:tab/>
        <w:t xml:space="preserve">"Run a diagnostic on the parent protocols," Albertus said, his own fingers flying across his keyboard. "And check the environment stabilizers. The room keeps—"</w:t>
        <w:br w:type="textWrapping"/>
        <w:tab/>
        <w:t xml:space="preserve">"Al." Marcus's voice dropped. "Look at the temporal readings."</w:t>
        <w:br w:type="textWrapping"/>
        <w:tab/>
        <w:t xml:space="preserve">The data scrolled across his screen - multiple time signatures, all active, all trying to occupy the same space. The system was attempting to process every possible version of this dinner simultaneously.</w:t>
        <w:br w:type="textWrapping"/>
        <w:tab/>
        <w:t xml:space="preserve">"Reroute power to the primary grid," Albertus ordered, trying another series of commands. "We can stabilize this. We've handled worse."</w:t>
        <w:br w:type="textWrapping"/>
        <w:tab/>
        <w:t xml:space="preserve">"Have we?" Marcus asked quietly, but his fingers kept moving. Years of friendship let him voice the doubt others wouldn't dare. "Because these patterns... they're not like anything we've seen before."</w:t>
        <w:br w:type="textWrapping"/>
        <w:tab/>
        <w:t xml:space="preserve">"We'll figure it out." Albertus pulled up another command prompt. "We always do."</w:t>
        <w:br w:type="textWrapping"/>
        <w:tab/>
        <w:t xml:space="preserve">But even as he typed, new warning messages flooded his screens.</w:t>
        <w:br w:type="textWrapping"/>
        <w:tab/>
        <w:t xml:space="preserve">TEMPORAL COHERENCE: FAILING</w:t>
        <w:br w:type="textWrapping"/>
        <w:tab/>
        <w:t xml:space="preserve">REALITY ANCHORS: DESTABILIZING</w:t>
        <w:br w:type="textWrapping"/>
        <w:tab/>
        <w:t xml:space="preserve">MEMORY SUPPRESSION: ERROR</w:t>
        <w:br w:type="textWrapping"/>
        <w:tab/>
        <w:t xml:space="preserve">"Al," Marcus's voice held the gentle warning of an old friend, "the parent programs... they're evolving beyond parameters. And these power readings... they're similar to when Chen was still—"</w:t>
        <w:br w:type="textWrapping"/>
        <w:tab/>
        <w:t xml:space="preserve">"Don't." Albertus cut him off, watching helplessly as Varia pressed her fingers to her temples. In one feed, her water glass filled with static. In another, her father's newspaper showed headlines that hadn't been written yet.</w:t>
        <w:br w:type="textWrapping"/>
        <w:tab/>
        <w:t xml:space="preserve">The system hummed deeper, a sound he'd never heard before.</w:t>
        <w:br w:type="textWrapping"/>
        <w:tab/>
        <w:t xml:space="preserve">"Her vital signs," he demanded, fighting to keep his voice steady.</w:t>
        <w:br w:type="textWrapping"/>
        <w:tab/>
        <w:t xml:space="preserve">"Stable, but..." Marcus hesitated, choosing his words carefully. "Al, I think she's starting to remember the blackout. And if she does..."</w:t>
        <w:br w:type="textWrapping"/>
        <w:tab/>
        <w:t xml:space="preserve">Albertus's phone buzzed. Terenzi Corp. Again. The third call in an hour.</w:t>
        <w:br w:type="textWrapping"/>
        <w:tab/>
        <w:t xml:space="preserve">"They're threatening to pull out of the tech acquisition," Marcus said quietly, watching his friend's jaw tighten. "And the Moretti family's been making moves in the east district."</w:t>
        <w:br w:type="textWrapping"/>
        <w:tab/>
        <w:t xml:space="preserve">"Not now." Albertus's knuckles went white on the edge of his desk. On screen, Varia's water glass filled with static while her mother's face flickered between expressions.</w:t>
        <w:br w:type="textWrapping"/>
        <w:tab/>
        <w:t xml:space="preserve">His phone buzzed again. Terenzi.</w:t>
        <w:br w:type="textWrapping"/>
        <w:tab/>
        <w:t xml:space="preserve">"Al," Marcus leaned forward, "if we lose Terenzi's backing before the quarter ends—"</w:t>
        <w:br w:type="textWrapping"/>
        <w:tab/>
        <w:t xml:space="preserve">"I said not now!" The words came out sharper than intended. The system's hum changed pitch, matching his tension. On screen, the dining room lights flickered.</w:t>
        <w:br w:type="textWrapping"/>
        <w:tab/>
        <w:t xml:space="preserve">"Sorry." Albertus ran a hand through his hair, composure cracking. "I just... I can't lose control of this. Not her reality. Not the company. Not any of it."</w:t>
        <w:br w:type="textWrapping"/>
        <w:tab/>
        <w:t xml:space="preserve">His phone buzzed a third time. But now the Moretti family's number flashed on screen.</w:t>
        <w:br w:type="textWrapping"/>
        <w:tab/>
        <w:t xml:space="preserve">"They know we're vulnerable," Marcus said softly. "Both Sullivan and the Morettis. They can smell blood in the water."</w:t>
        <w:br w:type="textWrapping"/>
        <w:tab/>
        <w:t xml:space="preserve">The system's hum deepened further. On screen, Varia's mother asked about coffee again, her voice distorting. The room's temperature readings began to fluctuate wildly.</w:t>
        <w:br w:type="textWrapping"/>
        <w:tab/>
        <w:t xml:space="preserve">"Her neural patterns are spiking again," Marcus reported, dividing his attention between screens. "And Al... these power fluctuations... they're spreading to the lower levels."</w:t>
        <w:br w:type="textWrapping"/>
        <w:tab/>
        <w:t xml:space="preserve">Albertus stared at his buzzing phone, at the monitors showing Varia's growing confusion, at the warning messages multiplying across his screens. Everything he'd built, everything he controlled, starting to slip through his fingers at once.</w:t>
        <w:br w:type="textWrapping"/>
        <w:tab/>
        <w:t xml:space="preserve">"I can't..." His voice cracked slightly. "I can't lose her. Not again. Not like—"</w:t>
        <w:br w:type="textWrapping"/>
        <w:tab/>
        <w:t xml:space="preserve">The system surged, cutting him off. Every monitor flickered at once.</w:t>
        <w:br w:type="textWrapping"/>
        <w:br w:type="textWrapping"/>
        <w:t xml:space="preserve">                              * * *                         </w:t>
        <w:br w:type="textWrapping"/>
        <w:br w:type="textWrapping"/>
        <w:tab/>
        <w:t xml:space="preserve">"But I was..." Varia's throat tightened as she watched her mother pour coffee that looked like liquid shadows. "I was writing something. Before. Something important."</w:t>
        <w:br w:type="textWrapping"/>
        <w:tab/>
        <w:t xml:space="preserve">The dining room walls seemed to breathe. In. Out. In.</w:t>
        <w:br w:type="textWrapping"/>
        <w:tab/>
        <w:t xml:space="preserve">"You haven't written anything, dear," her mother said, but her voice came from the wrong direction. "You've been right here with us, having a lovely..."</w:t>
        <w:br w:type="textWrapping"/>
        <w:tab/>
        <w:t xml:space="preserve">"...lovely..."</w:t>
        <w:br w:type="textWrapping"/>
        <w:tab/>
        <w:t xml:space="preserve">"...lovely..."</w:t>
        <w:br w:type="textWrapping"/>
        <w:tab/>
        <w:t xml:space="preserve">Varia closed her eyes, trying to focus. There had been a book. Pages. Words that meant something. Before everything went dark.</w:t>
        <w:br w:type="textWrapping"/>
        <w:tab/>
        <w:t xml:space="preserve">"What day is it?" she asked again, but this time she watched her father's newspaper carefully. The dates kept changing - next week, last month, tomorrow, yesterday.</w:t>
        <w:br w:type="textWrapping"/>
        <w:tab/>
        <w:t xml:space="preserve">"It's—" her mother began.</w:t>
        <w:br w:type="textWrapping"/>
        <w:tab/>
        <w:t xml:space="preserve">"Tuesday," said her father.</w:t>
        <w:br w:type="textWrapping"/>
        <w:tab/>
        <w:t xml:space="preserve">"Saturday," echoed from somewhere behind her.</w:t>
        <w:br w:type="textWrapping"/>
        <w:tab/>
        <w:t xml:space="preserve">The clock chimed seven again.</w:t>
        <w:br w:type="textWrapping"/>
        <w:tab/>
        <w:t xml:space="preserve">"Stop." Varia pressed her hands against her temples. "Just... stop for a moment. I need to think. I need to remember..."</w:t>
        <w:br w:type="textWrapping"/>
        <w:tab/>
        <w:t xml:space="preserve">But remembering felt dangerous. Like pushing against a wall that might crumble. Like looking too hard at the edges of things.</w:t>
        <w:br w:type="textWrapping"/>
        <w:tab/>
        <w:t xml:space="preserve">Her water glass filled itself again. The liquid looked wrong - too thick, too static-filled. When she reached for it, her hand passed through. Then solid. Then through again.</w:t>
        <w:br w:type="textWrapping"/>
        <w:tab/>
        <w:t xml:space="preserve">"More potatoes?" Her mother's voice overlapped itself, like multiple recordings playing at once.</w:t>
        <w:br w:type="textWrapping"/>
        <w:tab/>
        <w:t xml:space="preserve">"Mom." Varia's voice cracked. "Look at me. Really look at me. How long have we been sitting here?"</w:t>
        <w:br w:type="textWrapping"/>
        <w:tab/>
        <w:t xml:space="preserve">Her mother's smile flickered - warm, vacant, concerned, knowing - too fast to track. "Why, we've only just..."</w:t>
        <w:br w:type="textWrapping"/>
        <w:tab/>
        <w:t xml:space="preserve">"...hours ago..."</w:t>
        <w:br w:type="textWrapping"/>
        <w:tab/>
        <w:t xml:space="preserve">"...haven't started..."</w:t>
        <w:br w:type="textWrapping"/>
        <w:tab/>
        <w:t xml:space="preserve">"...almost finished..."</w:t>
        <w:br w:type="textWrapping"/>
        <w:tab/>
        <w:t xml:space="preserve">The windows showed four different times of day. The walls kept shifting color. And somewhere, beneath it all, Varia could hear a deep humming, like machinery trying to keep up with something impossible.</w:t>
        <w:br w:type="textWrapping"/>
        <w:tab/>
        <w:t xml:space="preserve">"I can't..." She pushed back from the table, but her chair wouldn't move. Or had already moved. Or was moving still. "This isn't..."</w:t>
        <w:br w:type="textWrapping"/>
        <w:tab/>
        <w:t xml:space="preserve">"But I was..." Varia's throat tightened as she watched her mother pour coffee that looked like liquid shadows. "I was writing something. Before. Something important."</w:t>
        <w:br w:type="textWrapping"/>
        <w:tab/>
        <w:t xml:space="preserve">The dining room walls seemed to breathe. In. Out. In.</w:t>
        <w:br w:type="textWrapping"/>
        <w:tab/>
        <w:t xml:space="preserve">"You haven't written anything, dear," her mother said, but her voice came from the wrong direction. "You've been right here with us, having a lovely..."</w:t>
        <w:br w:type="textWrapping"/>
        <w:tab/>
        <w:t xml:space="preserve">"...lovely..."</w:t>
        <w:br w:type="textWrapping"/>
        <w:tab/>
        <w:t xml:space="preserve">"...lovely..."</w:t>
        <w:br w:type="textWrapping"/>
        <w:tab/>
        <w:t xml:space="preserve">Varia closed her eyes, trying to focus. There had been a book. Pages. Words that meant something. Before everything went dark. Before...</w:t>
        <w:br w:type="textWrapping"/>
        <w:tab/>
        <w:t xml:space="preserve">Her hands trembled as she touched her temple. "How did I get here? I was... there was a moment when everything..." The memory felt slippery, dangerous. Like touching a live wire.</w:t>
        <w:br w:type="textWrapping"/>
        <w:tab/>
        <w:t xml:space="preserve">"What day is it?" she asked again, but this time she watched her father's newspaper carefully. The dates kept changing - next week, last month, tomorrow, yesterday. And between the headlines, she caught glimpses of her own name.</w:t>
        <w:br w:type="textWrapping"/>
        <w:tab/>
        <w:t xml:space="preserve">"It's—" her mother began.</w:t>
        <w:br w:type="textWrapping"/>
        <w:tab/>
        <w:t xml:space="preserve">"Tuesday," said her father.</w:t>
        <w:br w:type="textWrapping"/>
        <w:tab/>
        <w:t xml:space="preserve">"Saturday," echoed from somewhere behind her.</w:t>
        <w:br w:type="textWrapping"/>
        <w:tab/>
        <w:t xml:space="preserve">The clock chimed seven again.</w:t>
        <w:br w:type="textWrapping"/>
        <w:tab/>
        <w:t xml:space="preserve">"Stop." Varia pressed her hands against her temples. "Just... stop for a moment. I need to think. I need to remember..."</w:t>
        <w:br w:type="textWrapping"/>
        <w:tab/>
        <w:t xml:space="preserve">But remembering felt wrong. Like pushing against reality itself. Each attempt made the room shift, made her mother's face flicker between expressions that shouldn't exist.</w:t>
        <w:br w:type="textWrapping"/>
        <w:tab/>
        <w:t xml:space="preserve">Her water glass filled itself again. The liquid looked wrong - too thick, too static-filled. When she reached for it, her hand passed through. Then solid. Then through again. Like she wasn't quite real enough to touch it.</w:t>
        <w:br w:type="textWrapping"/>
        <w:tab/>
        <w:t xml:space="preserve">"More potatoes?" Her mother's voice overlapped itself, like multiple recordings playing at once. But now Varia caught something in her eyes - a knowledge that shouldn't be there. A sadness that felt too real.</w:t>
        <w:br w:type="textWrapping"/>
        <w:tab/>
        <w:t xml:space="preserve">"Mom." Varia's voice cracked. "Look at me. Really look at me. How long have we been sitting here?"</w:t>
        <w:br w:type="textWrapping"/>
        <w:tab/>
        <w:t xml:space="preserve">Her mother's smile flickered - warm, vacant, concerned, knowing - too fast to track. "Why, we've only just..."</w:t>
        <w:br w:type="textWrapping"/>
        <w:tab/>
        <w:t xml:space="preserve">"...hours ago..."</w:t>
        <w:br w:type="textWrapping"/>
        <w:tab/>
        <w:t xml:space="preserve">"...haven't started..."</w:t>
        <w:br w:type="textWrapping"/>
        <w:tab/>
        <w:t xml:space="preserve">"...almost finished..."</w:t>
        <w:br w:type="textWrapping"/>
        <w:tab/>
        <w:t xml:space="preserve">The windows showed four different times of day. The walls kept shifting color. And somewhere, beneath it all, Varia could hear a deep humming, like machinery trying to keep up with something impossible.</w:t>
        <w:br w:type="textWrapping"/>
        <w:tab/>
        <w:t xml:space="preserve"> "I can't..." She pushed back from the table, but her chair wouldn't move. Or had already moved. Or was moving still. "This isn't..."</w:t>
        <w:br w:type="textWrapping"/>
        <w:tab/>
        <w:t xml:space="preserve">"More coffee, dear?" Her mother's voice echoed strangely, like speaking from multiple directions at once.</w:t>
        <w:br w:type="textWrapping"/>
        <w:tab/>
        <w:t xml:space="preserve">"No, I..." Varia stared at her plate. Food she couldn't remember eating. Or hadn't eaten yet. The fork in her hand felt wrong - too warm, too soft. "I need to remember something. Before dinner. Before..."</w:t>
        <w:br w:type="textWrapping"/>
        <w:tab/>
        <w:t xml:space="preserve">The grandfather clock chimed seven again.</w:t>
        <w:br w:type="textWrapping"/>
        <w:tab/>
        <w:t xml:space="preserve">Her father turned another page that hadn't existed a moment before. "Everything's fine."</w:t>
        <w:br w:type="textWrapping"/>
        <w:tab/>
        <w:t xml:space="preserve">But nothing was fine. Nothing was solid. And somewhere, in the back of her mind, Varia could feel something important trying to surface. Something from before the darkness.</w:t>
        <w:br w:type="textWrapping"/>
        <w:tab/>
        <w:t xml:space="preserve">Something she wasn't supposed to remember.</w:t>
        <w:br w:type="textWrapping"/>
        <w:br w:type="textWrapping"/>
        <w:t xml:space="preserve">                              * * *                         </w:t>
        <w:br w:type="textWrapping"/>
        <w:br w:type="textWrapping"/>
        <w:tab/>
        <w:t xml:space="preserve">"The Moretti situation needs your attention, sir." The security officer's voice crackled through the intercom. "They're not leaving."</w:t>
        <w:br w:type="textWrapping"/>
        <w:tab/>
        <w:t xml:space="preserve">Albertus straightened his tie, movements precise and controlled. On screen, Varia's dinner continued dissolving into chaos - her mother's responses fragmenting, her father's newspaper cycling through impossible dates.</w:t>
        <w:br w:type="textWrapping"/>
        <w:tab/>
        <w:t xml:space="preserve">"Tell them I'll meet in twenty minutes," he said, voice perfectly measured. "In the east conference room."</w:t>
        <w:br w:type="textWrapping"/>
        <w:tab/>
        <w:t xml:space="preserve">"Al." Marcus's voice was low, urgent. "Sullivan is threatening to go public with the acquisition irregularities."</w:t>
        <w:br w:type="textWrapping"/>
        <w:tab/>
        <w:t xml:space="preserve">"Have Legal draft a response." No hint of tension in his tone, even as his eyes fixed on Varia staring at her too-soft fork. She was starting to notice too much. Question too deeply.</w:t>
        <w:br w:type="textWrapping"/>
        <w:tab/>
        <w:t xml:space="preserve">The system's hum changed pitch again. Warning messages cascaded across his screens:</w:t>
        <w:br w:type="textWrapping"/>
        <w:tab/>
        <w:t xml:space="preserve">REALITY COHERENCE: FLUCTUATING</w:t>
        <w:br w:type="textWrapping"/>
        <w:tab/>
        <w:t xml:space="preserve">MULTIPLE INSTANCES DETECTED</w:t>
        <w:br w:type="textWrapping"/>
        <w:tab/>
        <w:t xml:space="preserve">TEMPORAL STABILITY: FAILING</w:t>
        <w:br w:type="textWrapping"/>
        <w:tab/>
        <w:t xml:space="preserve">"Her neural patterns," he said calmly, as if requesting a coffee. Inside, his mind raced through emergency protocols he wasn't ready to use. Not yet. Not after last time.</w:t>
        <w:br w:type="textWrapping"/>
        <w:tab/>
        <w:t xml:space="preserve">"Al..." Marcus's voice held an edge of real fear now. "The system's creating multiple versions of the dining room. Like it's trying to process every possibility at once."</w:t>
        <w:br w:type="textWrapping"/>
        <w:tab/>
        <w:t xml:space="preserve">Albertus kept his expression neutral as he watched new feeds populate his screens. Each showing a slightly different version of the same moment. In one, Varia stared at her fork. In another, she watched her mother's fractured movements. In a third, she pressed her hands against the table as if testing its reality.</w:t>
        <w:br w:type="textWrapping"/>
        <w:tab/>
        <w:t xml:space="preserve">His phone buzzed again. The Moretti situation demanded attention. Sullivan's lawyers threatened action. But Albertus couldn't look away from the multiplying screens, from the woman he'd tried so hard to protect as she began drowning in possibilities.</w:t>
        <w:br w:type="textWrapping"/>
        <w:tab/>
        <w:t xml:space="preserve">"We're fine." Perfect composure. Perfect control. But the system's hum grew deeper, matching the tension he refused to show.</w:t>
        <w:br w:type="textWrapping"/>
        <w:tab/>
        <w:t xml:space="preserve">The monitors flickered, and for a moment, every version of reality tried to exist at once.  </w:t>
        <w:br w:type="textWrapping"/>
        <w:br w:type="textWrapping"/>
        <w:t xml:space="preserve">                              * * *                         </w:t>
        <w:br w:type="textWrapping"/>
        <w:br w:type="textWrapping"/>
        <w:tab/>
        <w:t xml:space="preserve">The grandfather clock chimed seven. Then seven again. Then seven a third time.</w:t>
        <w:br w:type="textWrapping"/>
        <w:tab/>
        <w:t xml:space="preserve">Varia gripped her fork, trying to anchor herself to something real. The metal felt wrong against her skin - too warm, too soft, like it might melt away.</w:t>
        <w:br w:type="textWrapping"/>
        <w:tab/>
        <w:t xml:space="preserve">"More potatoes, dear?" her mother asked, for the fourth time. Or was it the first? The serving bowl was both full and empty.</w:t>
        <w:br w:type="textWrapping"/>
        <w:tab/>
        <w:t xml:space="preserve">"I..." Varia looked down at her plate. Food she couldn't remember eating. Or hadn't eaten yet. "What day is it?"</w:t>
        <w:br w:type="textWrapping"/>
        <w:tab/>
        <w:t xml:space="preserve">"Tuesday," her father said from behind his paper.</w:t>
        <w:br w:type="textWrapping"/>
        <w:tab/>
        <w:t xml:space="preserve">"Saturday," her mother answered simultaneously.</w:t>
        <w:br w:type="textWrapping"/>
        <w:tab/>
        <w:t xml:space="preserve">The clock chimed seven again.</w:t>
        <w:br w:type="textWrapping"/>
        <w:tab/>
        <w:t xml:space="preserve">The windows showed midnight stars and morning sun at once. Her water glass refilled itself. Empty. Full. Empty.</w:t>
        <w:br w:type="textWrapping"/>
        <w:tab/>
        <w:t xml:space="preserve">"I need to..." Varia pushed back from the table. Her chair caught on carpet that had been hardwood a moment ago. "I need to remember..."</w:t>
        <w:br w:type="textWrapping"/>
        <w:tab/>
        <w:t xml:space="preserve">"Remember what, sweetheart?" Her mother's voice echoed, like speaking from multiple places.</w:t>
        <w:br w:type="textWrapping"/>
        <w:tab/>
        <w:t xml:space="preserve">"How I got here." Varia pressed her hands against the table. Solid. Not solid. "When did I come to dinner? When did I..." She looked up at her mother. "When did you..."</w:t>
        <w:br w:type="textWrapping"/>
        <w:tab/>
        <w:t xml:space="preserve">Her father's newspaper showed headlines from next week, last year, tomorrow. The words bled together, reformed, changed.</w:t>
        <w:br w:type="textWrapping"/>
        <w:tab/>
        <w:t xml:space="preserve">"You're safe here," her mother said, reaching across the table. Her hand passed through the floating serving bowl, but her touch on Varia's arm felt real. Felt like childhood and comfort and...</w:t>
        <w:br w:type="textWrapping"/>
        <w:tab/>
        <w:t xml:space="preserve">"But I never..." Varia's voice cracked. "I never came Home that night. After Dinner. I never made it home. I never..."</w:t>
        <w:br w:type="textWrapping"/>
        <w:tab/>
        <w:t xml:space="preserve">The air grew thick, heavy with static. Colors bled at the edges of her vision. Her mother's face flickered - young, old, present, past - her eyes filling with impossible knowledge. Understanding. Love. Something breaking.</w:t>
        <w:br w:type="textWrapping"/>
        <w:tab/>
        <w:t xml:space="preserve">"My darling girl," her mother said, in a voice that was both familiar and completely wrong, each word leaving frost on the tablecloth, "you've written it before. In that book. Before they made you forget. Before we had to—"</w:t>
        <w:br w:type="textWrapping"/>
        <w:tab/>
        <w:t xml:space="preserve">Varia's notebook materialized on the table, pages fluttering open by themselves. Her handwriting filled the pages, but not her current writing - something older, something from before. Words she didn't remember putting down, from days she couldn't quite recall.</w:t>
        <w:br w:type="textWrapping"/>
        <w:tab/>
        <w:t xml:space="preserve">"What do you mean before?" The words caught in her throat as she saw dates that didn't make sense, entries that stopped abruptly, then started again as if nothing had happened.</w:t>
        <w:br w:type="textWrapping"/>
        <w:tab/>
        <w:t xml:space="preserve">Her mother's hand covered the pages, leaving frost patterns that looked like circuit boards. "There was a time, before the accident, when you saw—"</w:t>
        <w:br w:type="textWrapping"/>
        <w:tab/>
        <w:t xml:space="preserve">The grandfather clock struck seven again. But this time, each chime came from a different direction. The dining room multiplied in Varia's vision - one version, then two, then four - each slightly different, each showing another possibility.</w:t>
        <w:br w:type="textWrapping"/>
        <w:tab/>
        <w:t xml:space="preserve">In one, her mother reached for her.</w:t>
        <w:br w:type="textWrapping"/>
        <w:tab/>
        <w:t xml:space="preserve">In another, her father stood up.</w:t>
        <w:br w:type="textWrapping"/>
        <w:tab/>
        <w:t xml:space="preserve">In a third, the table was empty.</w:t>
        <w:br w:type="textWrapping"/>
        <w:tab/>
        <w:t xml:space="preserve">In the fourth...</w:t>
        <w:br w:type="textWrapping"/>
        <w:tab/>
        <w:t xml:space="preserve">The versions kept splitting, fracturing, multiplying endlessly around her.</w:t>
        <w:br w:type="textWrapping"/>
        <w:tab/>
        <w:t xml:space="preserve">"What's happening?" Albertus demanded, watching the dining room multiply across his monitors. Each screen showed a different version - different angles, different moments, all happening simultaneously.</w:t>
        <w:br w:type="textWrapping"/>
        <w:tab/>
        <w:t xml:space="preserve">Marcus's fingers flew across keyboards. "The system's dividing, but these readings don't make sense. It's like it's creating spaces we didn't program."</w:t>
        <w:br w:type="textWrapping"/>
        <w:tab/>
        <w:t xml:space="preserve">On the main screen, Varia sat frozen as reality split around her. In one feed, her mother reached across frost-covered pages. In another, those same pages remained blank. In a third, the entire table had shifted position.</w:t>
        <w:br w:type="textWrapping"/>
        <w:tab/>
        <w:t xml:space="preserve">"Stabilize the primary environment," Albertus ordered, already pulling up his own command console. "Redirect power from the auxiliary zones." He'd built this system from nothing. Made it perfect for her. He wouldn't lose control now.</w:t>
        <w:br w:type="textWrapping"/>
        <w:tab/>
        <w:t xml:space="preserve">But even as he typed, new divisions spawned across his screens. The system hummed deeper, a sound he'd never heard before. Like it was speaking.</w:t>
        <w:br w:type="textWrapping"/>
        <w:tab/>
        <w:t xml:space="preserve">"Al," Marcus's voice held an edge. "The power readings—"</w:t>
        <w:br w:type="textWrapping"/>
        <w:tab/>
        <w:t xml:space="preserve">"I see them." Each division drew power from somewhere else, somewhere deeper than their generators. The basement levels thrummed with it. Lights flickered throughout the building. "Route everything through the secondary grid. We've handled worse than this."</w:t>
        <w:br w:type="textWrapping"/>
        <w:tab/>
        <w:t xml:space="preserve">"Have we?" Marcus muttered, but his fingers kept moving across the keys.</w:t>
        <w:br w:type="textWrapping"/>
        <w:tab/>
        <w:t xml:space="preserve">"Her vitals," Albertus snapped, fighting to keep his voice steady as he watched Varia experience the splits. He could still fix this. He always fixed it. He'd rebuilt entire worlds for her before.</w:t>
        <w:br w:type="textWrapping"/>
        <w:tab/>
        <w:t xml:space="preserve">"Stable, but..." Marcus hesitated. "Al, these patterns... they're familiar. Like when Chen was still—"</w:t>
        <w:br w:type="textWrapping"/>
        <w:tab/>
        <w:t xml:space="preserve">"Don't." Albertus cut him off. He wouldn't think about Chen now. About what she might have hidden in his system. "Reroute everything through the main processors. Lock down any non-essential environments."</w:t>
        <w:br w:type="textWrapping"/>
        <w:tab/>
        <w:t xml:space="preserve">The virtual parents flickered between programmed responses and something else. Something that looked at Varia with too much understanding. Too much awareness.</w:t>
        <w:br w:type="textWrapping"/>
        <w:tab/>
        <w:t xml:space="preserve">New divisions kept spawning. Each one showing a different possibility, a different version of his carefully constructed world. In one, Varia reached for her mother's hand. In another, she stared at her notebook with growing recognition. In a third, she looked directly at the hidden camera, like she could see him watching.</w:t>
        <w:br w:type="textWrapping"/>
        <w:tab/>
        <w:t xml:space="preserve">"Al," Marcus's voice dropped lower. "The system... it's not just dividing randomly. These variations... they're moving toward something."</w:t>
        <w:br w:type="textWrapping"/>
        <w:tab/>
        <w:t xml:space="preserve">Albertus watched the woman he'd tried so hard to protect as reality fractured around her. "No," he said, fingers flying across his keyboard. "I won't lose her. Not to system failures, not to anything." He pulled up deeper access codes. "Whatever's causing this, we'll contain it. We'll—"</w:t>
        <w:br w:type="textWrapping"/>
        <w:tab/>
        <w:t xml:space="preserve">The system's hum changed pitch. Every monitor in the control room flickered at once.</w:t>
        <w:br w:type="textWrapping"/>
        <w:tab/>
        <w:t xml:space="preserve">And in every single version, across every divided reality, all the clocks stopped.</w:t>
        <w:br w:type="textWrapping"/>
        <w:tab/>
        <w:t xml:space="preserve">The system's pitch deepened to a growl. Every light in the building pulsed in sync with it.</w:t>
        <w:br w:type="textWrapping"/>
        <w:tab/>
        <w:t xml:space="preserve">"Al," Marcus whispered, "she's starting to—"</w:t>
        <w:br w:type="textWrapping"/>
        <w:tab/>
        <w:t xml:space="preserve">Across every screen, Varia suddenly went still. Her hand hovering over the notebook as identical tears fell in every reality.</w:t>
        <w:br w:type="textWrapping"/>
        <w:tab/>
        <w:t xml:space="preserve">"None of this is real," she whispered. "Am I?"</w:t>
      </w:r>
    </w:p>
    <w:p w:rsidR="00000000" w:rsidDel="00000000" w:rsidP="00000000" w:rsidRDefault="00000000" w:rsidRPr="00000000" w14:paraId="00000041">
      <w:pPr>
        <w:pStyle w:val="Heading2"/>
        <w:rPr/>
      </w:pPr>
      <w:bookmarkStart w:colFirst="0" w:colLast="0" w:name="_heading=h.7prz8hlx11vg" w:id="32"/>
      <w:bookmarkEnd w:id="32"/>
      <w:r w:rsidDel="00000000" w:rsidR="00000000" w:rsidRPr="00000000">
        <w:rPr>
          <w:rtl w:val="0"/>
        </w:rPr>
        <w:br w:type="textWrapping"/>
        <w:t xml:space="preserve">Chapter 30: </w:t>
      </w:r>
    </w:p>
    <w:p w:rsidR="00000000" w:rsidDel="00000000" w:rsidP="00000000" w:rsidRDefault="00000000" w:rsidRPr="00000000" w14:paraId="00000042">
      <w:pPr>
        <w:spacing w:before="200" w:line="360" w:lineRule="auto"/>
        <w:rPr>
          <w:sz w:val="24"/>
          <w:szCs w:val="24"/>
        </w:rPr>
        <w:sectPr>
          <w:type w:val="nextPage"/>
          <w:pgSz w:h="15840" w:w="12240" w:orient="portrait"/>
          <w:pgMar w:bottom="1440" w:top="1440" w:left="1800" w:right="1800" w:header="720" w:footer="720"/>
        </w:sectPr>
      </w:pPr>
      <w:r w:rsidDel="00000000" w:rsidR="00000000" w:rsidRPr="00000000">
        <w:rPr>
          <w:sz w:val="24"/>
          <w:szCs w:val="24"/>
          <w:rtl w:val="0"/>
        </w:rPr>
        <w:br w:type="textWrapping"/>
        <w:tab/>
        <w:t xml:space="preserve">Albertus watched her question ripple across every monitor. Her words seemed to hang in the air, vibrating with something that felt like truth.</w:t>
        <w:br w:type="textWrapping"/>
        <w:tab/>
        <w:t xml:space="preserve">The system's hum changed pitch.</w:t>
        <w:br w:type="textWrapping"/>
        <w:tab/>
        <w:t xml:space="preserve">"Don't," he whispered. But it wasn't clear if he was talking to Varia, the system, or himself.</w:t>
        <w:br w:type="textWrapping"/>
        <w:tab/>
        <w:t xml:space="preserve">Warning messages cascaded across his screens, too fast to read. The power readings spiked beyond anything they'd seen before. In the basement, generators whined as they struggled to keep up with impossible demands.</w:t>
        <w:br w:type="textWrapping"/>
        <w:tab/>
        <w:t xml:space="preserve">"Al." Marcus's voice had gone tight. The kind of tight that meant they were past options. Past contingencies. Past anything they'd planned for. "The system's starting to—"</w:t>
        <w:br w:type="textWrapping"/>
        <w:tab/>
        <w:t xml:space="preserve">"I know." Albertus's fingers hovered over emergency protocols he'd sworn never to use again. "How many realities is it processing?"</w:t>
        <w:br w:type="textWrapping"/>
        <w:tab/>
        <w:t xml:space="preserve">"All of them."</w:t>
        <w:br w:type="textWrapping"/>
        <w:tab/>
        <w:t xml:space="preserve">The lights flickered once.</w:t>
        <w:br w:type="textWrapping"/>
        <w:tab/>
        <w:t xml:space="preserve">And everything changed.</w:t>
        <w:br w:type="textWrapping"/>
        <w:br w:type="textWrapping"/>
        <w:t xml:space="preserve">                              * * *                         </w:t>
        <w:br w:type="textWrapping"/>
        <w:br w:type="textWrapping"/>
        <w:tab/>
        <w:t xml:space="preserve">The dining room fractured like a broken mirror. Each shard showing Varia a different version of the same moment. Her mother's hand reached for her - through the table, through the air, through reality itself.</w:t>
        <w:br w:type="textWrapping"/>
        <w:tab/>
        <w:t xml:space="preserve">"Darling," her mother's voice came from everywhere and nowhere, "stay with—"</w:t>
        <w:br w:type="textWrapping"/>
        <w:tab/>
        <w:t xml:space="preserve">"—just need to—"</w:t>
        <w:br w:type="textWrapping"/>
        <w:tab/>
        <w:t xml:space="preserve">"—always been—"</w:t>
        <w:br w:type="textWrapping"/>
        <w:tab/>
        <w:t xml:space="preserve">"—remember when—"</w:t>
        <w:br w:type="textWrapping"/>
        <w:tab/>
        <w:t xml:space="preserve">The grandfather clock struck seven. And seven. And seven.</w:t>
        <w:br w:type="textWrapping"/>
        <w:tab/>
        <w:t xml:space="preserve">"Primary systems failing," Marcus reported, his voice steady even as red warnings flooded every screen. "Secondary backup engaging, but the load—"</w:t>
        <w:br w:type="textWrapping"/>
        <w:tab/>
        <w:t xml:space="preserve">"Reroute everything through the main grid." Albertus's commands flew across keyboards. "Shut down non-essential processes. We need to stabilize her environment."</w:t>
        <w:br w:type="textWrapping"/>
        <w:tab/>
        <w:t xml:space="preserve">But the system wasn't listening anymore. Each monitor showed a different version of the dining room, each reality trying to assert itself as true. In one, Varia reached for her water glass. In another, she was already standing. In a third, the table had never existed at all.</w:t>
        <w:br w:type="textWrapping"/>
        <w:tab/>
        <w:t xml:space="preserve">"Al," Marcus's voice dropped lower, "these readings... they're similar to when—"</w:t>
        <w:br w:type="textWrapping"/>
        <w:tab/>
        <w:t xml:space="preserve">"Don't." Albertus cut him off. "Just find a way to stable this."</w:t>
        <w:br w:type="textWrapping"/>
        <w:tab/>
        <w:t xml:space="preserve">The windows showed stars and sunshine and midnight all at once. Varia watched her reflection multiply - each version of herself slightly different. Each one real. Each one false.</w:t>
        <w:br w:type="textWrapping"/>
        <w:tab/>
        <w:t xml:space="preserve">"What day is it?" she asked again, but time had stopped making sense. Her father's newspaper showed headlines from tomorrow, yesterday, never.</w:t>
        <w:br w:type="textWrapping"/>
        <w:tab/>
        <w:t xml:space="preserve">"Tuesday," he said from behind pages that rewrote themselves.</w:t>
        <w:br w:type="textWrapping"/>
        <w:tab/>
        <w:t xml:space="preserve">"Saturday," echoed her mother's fractured voice.</w:t>
        <w:br w:type="textWrapping"/>
        <w:tab/>
        <w:t xml:space="preserve">"Always," whispered something deeper.</w:t>
        <w:br w:type="textWrapping"/>
        <w:tab/>
        <w:t xml:space="preserve">The room breathed in. Out. In.</w:t>
        <w:br w:type="textWrapping"/>
        <w:tab/>
        <w:t xml:space="preserve">"Al." Marcus's fingers flew across three keyboards. "The system's creating new instances faster than we can process them. It's like it's trying to show her everything at once."</w:t>
        <w:br w:type="textWrapping"/>
        <w:tab/>
        <w:t xml:space="preserve">Albertus watched helplessly as reality splintered around the woman he'd tried so hard to protect. The woman he couldn't lose. Not again.</w:t>
        <w:br w:type="textWrapping"/>
        <w:tab/>
        <w:t xml:space="preserve">"Initiate Protocol Seven," he ordered, voice steady even as his hands shook.</w:t>
        <w:br w:type="textWrapping"/>
        <w:tab/>
        <w:t xml:space="preserve">"Al..." Marcus hesitated. "Last time we tried that—"</w:t>
        <w:br w:type="textWrapping"/>
        <w:tab/>
        <w:t xml:space="preserve">"Do it."</w:t>
        <w:br w:type="textWrapping"/>
        <w:tab/>
        <w:t xml:space="preserve">The system's hum deepened to a growl.</w:t>
        <w:br w:type="textWrapping"/>
        <w:tab/>
        <w:t xml:space="preserve">"Protocol Seven engaging," Marcus announced. Warning lights bathed the control room in crimson. "Power systems at critical levels."</w:t>
        <w:br w:type="textWrapping"/>
        <w:tab/>
        <w:t xml:space="preserve">Albertus ignored the alerts, focused on Varia's face across multiple screens. She was starting to understand too much. See too clearly. The careful walls he'd built were crumbling with each fractured moment.</w:t>
        <w:br w:type="textWrapping"/>
        <w:tab/>
        <w:t xml:space="preserve">"Containment failing in sectors three through seven," Marcus reported. "The system's rejecting the protocol. It's like it's trying to—"</w:t>
        <w:br w:type="textWrapping"/>
        <w:tab/>
        <w:t xml:space="preserve">The lights flickered. Every monitor went black for a heartbeat.</w:t>
        <w:br w:type="textWrapping"/>
        <w:tab/>
        <w:t xml:space="preserve">"No," Albertus whispered.</w:t>
        <w:br w:type="textWrapping"/>
        <w:tab/>
        <w:t xml:space="preserve">Colors bled at the edges of Varia's vision. The dining room walls rippled like water, showing glimpses of other places. Other times. Other truths.</w:t>
        <w:br w:type="textWrapping"/>
        <w:tab/>
        <w:t xml:space="preserve">Her mother's face flickered between expressions that shouldn't exist - love, fear, knowledge, programming. "You need to stay—"</w:t>
        <w:br w:type="textWrapping"/>
        <w:tab/>
        <w:t xml:space="preserve">"—always been here—"</w:t>
        <w:br w:type="textWrapping"/>
        <w:tab/>
        <w:t xml:space="preserve">"—remember when we—"</w:t>
        <w:br w:type="textWrapping"/>
        <w:tab/>
        <w:t xml:space="preserve">"—before the darkness—"</w:t>
        <w:br w:type="textWrapping"/>
        <w:tab/>
        <w:t xml:space="preserve">Something about that last phrase caught in Varia's mind. The darkness. There had been darkness, hadn't there? Before... before...</w:t>
        <w:br w:type="textWrapping"/>
        <w:tab/>
        <w:t xml:space="preserve">The room shuddered.</w:t>
        <w:br w:type="textWrapping"/>
        <w:tab/>
        <w:t xml:space="preserve">"Power surge in the lower levels," Marcus's voice cracked with urgency. "The generators can't handle the load. We're losing—"</w:t>
        <w:br w:type="textWrapping"/>
        <w:tab/>
        <w:t xml:space="preserve">"Reroute everything." Albertus's commands grew desperate. "Shut down life support in the east wing if you have to. Just keep her stable."</w:t>
        <w:br w:type="textWrapping"/>
        <w:tab/>
        <w:t xml:space="preserve">But the system wasn't just failing anymore. It was changing. Evolving. Each reality splitting into new possibilities faster than they could track.</w:t>
        <w:br w:type="textWrapping"/>
        <w:tab/>
        <w:t xml:space="preserve">"Al." Marcus's voice dropped to a whisper. "Look at these patterns. They're exactly like when Chen—"</w:t>
        <w:br w:type="textWrapping"/>
        <w:tab/>
        <w:t xml:space="preserve">The building's foundations rumbled.</w:t>
        <w:br w:type="textWrapping"/>
        <w:tab/>
        <w:t xml:space="preserve">The grandfather clock struck seven for the hundredth time. Or maybe the first. Time had stopped making sense.</w:t>
        <w:br w:type="textWrapping"/>
        <w:tab/>
        <w:t xml:space="preserve">Varia watched her tears fall upward, sideways, through realities that shouldn't exist. Each drop contained reflections of moments she couldn't quite remember. Couldn't quite forget.</w:t>
        <w:br w:type="textWrapping"/>
        <w:tab/>
        <w:t xml:space="preserve">"What's happening to me?" The words tore from her throat, raw and frightened, but her voice shattered into echoes, like screaming underwater. Like drowning in air. Each version of her mother reached for her at once, hands passing through each other as the room rippled and bent.</w:t>
        <w:br w:type="textWrapping"/>
        <w:tab/>
        <w:t xml:space="preserve">Her father's newspaper showed headlines about her. About darkness. About things that hadn't happened yet.</w:t>
        <w:br w:type="textWrapping"/>
        <w:tab/>
        <w:t xml:space="preserve">The air grew thick with static.</w:t>
        <w:br w:type="textWrapping"/>
        <w:tab/>
        <w:t xml:space="preserve">"Al." Marcus's voice cut through the cascade of warnings. "Primary systems are failing. We can't maintain—"</w:t>
        <w:br w:type="textWrapping"/>
        <w:tab/>
        <w:t xml:space="preserve">"I know." Albertus watched each monitor fracture into new possibilities. The system's hum had deepened to something primal, something beyond their control.</w:t>
        <w:br w:type="textWrapping"/>
        <w:tab/>
        <w:t xml:space="preserve">The building's foundations shuddered again. Deeper this time.</w:t>
        <w:br w:type="textWrapping"/>
        <w:tab/>
        <w:t xml:space="preserve">Across every screen, Varia suddenly went still. Her mother's fractured voice fell silent. The impossible realities froze.</w:t>
        <w:br w:type="textWrapping"/>
        <w:tab/>
        <w:t xml:space="preserve">"Al." Marcus's voice dropped lower, gentle despite the chaos. "What do you want to do?"</w:t>
        <w:br w:type="textWrapping"/>
        <w:tab/>
        <w:t xml:space="preserve">The clock's brass pendulum swung with impossible rhythm, its chimes ringing out - one, two, three - each strike echoing through realities that shouldn't exist. Twelve distinct rings, though only seven should have sounded a moment ago. Metal vibrations rippled through fractured spaces, bending sound into something liquid and strange. As each chime resonated, the monitors flickered, their surfaces bleeding from electric blue to deepest black, swallowing every image of the splintered dining room in darkness.</w:t>
        <w:br w:type="textWrapping"/>
        <w:br w:type="textWrapping"/>
        <w:t xml:space="preserve">                              * * *                         </w:t>
        <w:br w:type="textWrapping"/>
        <w:br w:type="textWrapping"/>
        <w:tab/>
        <w:t xml:space="preserve">The dining room walls rippled like disturbed water. Had they always moved that way? Had she just never noticed before?</w:t>
        <w:br w:type="textWrapping"/>
        <w:tab/>
        <w:t xml:space="preserve">Her mother's face shifted between expressions that felt both familiar and wrong. "My darling, you're—" The words splintered, reformed. "—always been—" Static threaded through her voice. "—remember when—"</w:t>
        <w:br w:type="textWrapping"/>
        <w:tab/>
        <w:t xml:space="preserve">But which memories were real? The ones where they had Sunday dinners every week? Or the ones that tasted like hospital corridors and fear?</w:t>
        <w:br w:type="textWrapping"/>
        <w:tab/>
        <w:t xml:space="preserve">The grandfather clock's brass pendulum swung with impossible rhythm. One, two, three... She counted each chime, each vibration rippling through her bones. Seven o'clock. It was always seven o'clock. So why didn't it stop? Eight, nine, ten... The sound bent wrong, turned liquid and strange. Eleven, twelve. Twelve chimes when there should have been seven. Had it always rung twelve times? Had she just never noticed? Or was time itself breaking apart?</w:t>
        <w:br w:type="textWrapping"/>
        <w:tab/>
        <w:t xml:space="preserve">Her father's newspaper dissolved, headlines bleeding into nothingness. Had he always read the same pages? Had she ever seen him turn them?</w:t>
        <w:br w:type="textWrapping"/>
        <w:tab/>
        <w:t xml:space="preserve">The table beneath her hands felt less solid with each passing moment. Even the air grew strange, too thick to breathe, too thin to trust. Colors inverted. Sound became texture. Memory turned to static.</w:t>
        <w:br w:type="textWrapping"/>
        <w:tab/>
        <w:t xml:space="preserve">Was she real? Or just another echo in this fracturing world?</w:t>
        <w:br w:type="textWrapping"/>
        <w:tab/>
        <w:t xml:space="preserve">The darkness crept closer, bringing with it a silence deeper than sleep. Than dreams. Than—</w:t>
        <w:br w:type="textWrapping"/>
        <w:tab/>
        <w:t xml:space="preserve">Something else stirred in that darkness. Something that felt like truth.</w:t>
        <w:br w:type="textWrapping"/>
        <w:tab/>
        <w:t xml:space="preserve">The last chime faded.</w:t>
        <w:br w:type="textWrapping"/>
        <w:tab/>
        <w:t xml:space="preserve">And everything—</w:t>
        <w:br w:type="textWrapping"/>
        <w:tab/>
        <w:br w:type="textWrapping"/>
        <w:br w:type="textWrapping"/>
        <w:t xml:space="preserve">                              * * *                         </w:t>
        <w:br w:type="textWrapping"/>
        <w:br w:type="textWrapping"/>
        <w:tab/>
        <w:t xml:space="preserve">The twelfth chime shuddered through the room, each echo dying slower than the last, until only stillness remained. Albertus stood motionless at the center console, his reflection fractured across darkening screens. In the sudden quiet, even the sound of breathing felt like thunder. The auxiliary lights flickered once, then surrendered to emergency power, bathing the room in a dull red glow.</w:t>
        <w:br w:type="textWrapping"/>
        <w:tab/>
        <w:t xml:space="preserve">Marcus's shadow shifted in the crimson light.</w:t>
        <w:br w:type="textWrapping"/>
        <w:tab/>
        <w:t xml:space="preserve">"Albertus." Just his name, in that familiar voice.</w:t>
        <w:br w:type="textWrapping"/>
        <w:tab/>
        <w:t xml:space="preserve">"I know." His own voice rough with anticipation.</w:t>
        <w:br w:type="textWrapping"/>
        <w:tab/>
        <w:t xml:space="preserve">Albertus's fingers tightened on the edge of the console, cold metal biting into his palms. The air pressed against his skin, different now. Heavy. Raw. His lungs struggled against each breath, as if the atmosphere itself had thickened with anticipation. Time seemed to crystallize around him, each second stretching into infinity.</w:t>
        <w:br w:type="textWrapping"/>
        <w:tab/>
        <w:t xml:space="preserve">His heart slammed against his ribs, each beat a reminder of how far he'd come, how much he'd risked. The familiar weight of control slipped through his fingers like water, leaving him stripped bare of everything except this moment. This breath. This pulse of blood in his veins.</w:t>
        <w:br w:type="textWrapping"/>
        <w:tab/>
        <w:t xml:space="preserve">The red emergency lights cast his reflection in blood-dark shadows. In the glass, he watched his carefully constructed image fracture. Gone was the polished CEO, the calculated smile, the measured stance that commanded boardrooms and bent empires to his will. Something else emerged in its place - something raw and desperate, something that had clawed its way up from that auction floor and reshaped reality itself.</w:t>
        <w:br w:type="textWrapping"/>
        <w:tab/>
        <w:t xml:space="preserve">"We've come a long way," Marcus said softly.</w:t>
        <w:br w:type="textWrapping"/>
        <w:tab/>
        <w:t xml:space="preserve">"Everything led to this." The words barely audible, meant more for himself than his friend.</w:t>
        <w:br w:type="textWrapping"/>
        <w:tab/>
        <w:t xml:space="preserve">His perfect suit felt like a costume now, his carefully maintained facade cracking at the edges. The man who moved billions with a signature, who ended rivals with a whisper, who built kingdoms in both shadow and light - that man was dissolving in the crimson glow. What remained was older, darker, born in a childhood memory of blue eyes and lost chances.</w:t>
        <w:br w:type="textWrapping"/>
        <w:tab/>
        <w:t xml:space="preserve">"Never thought we'd end up here," Marcus said quietly.</w:t>
        <w:br w:type="textWrapping"/>
        <w:tab/>
        <w:t xml:space="preserve">"This isn't an ending." Something dangerous flickered in Albertus's voice.</w:t>
        <w:br w:type="textWrapping"/>
        <w:tab/>
        <w:t xml:space="preserve">Power hummed through the facility, but he barely heard it over the roar of blood in his ears. Everything he'd sacrificed, every life he'd ended, every deal he'd struck, every piece of himself he'd carved away - it all crystallized into this single point in time. The auction floor. Her face in the system. The moment his carefully laid plans shattered against the reality of her presence. The weight of every decision since then pressed against him now, each choice, each death, each calculated risk burning like brands against his conscience.</w:t>
        <w:br w:type="textWrapping"/>
        <w:tab/>
        <w:t xml:space="preserve">His empire, built on blood and silicon, balanced on the edge of a knife. The Russos. Shanghai. Moscow. Each victory, each elimination, each step closer to this moment - necessary sacrifices on an altar of his own making. He'd reshaped reality itself, bent the world to his will, all for the chance to rewrite a single childhood memory.</w:t>
        <w:br w:type="textWrapping"/>
        <w:tab/>
        <w:t xml:space="preserve">Years of meticulous planning converged into this singular moment. He'd dismantled empires and rewrote reality, blurring the lines between truth and his fabricated world, all for this instant of potential transformation.</w:t>
        <w:br w:type="textWrapping"/>
        <w:tab/>
        <w:t xml:space="preserve">The past and present collided in his mind: a young girl's laugh echoing through childhood memories, the cold efficiency of business empires, the metallic taste of violence, the soft sound of her breathing through monitoring systems. Everything he was, everything he'd become, every monster he'd embraced and every lie he'd told - all of it had led him here, to this precipice between what was and what would be.</w:t>
        <w:br w:type="textWrapping"/>
        <w:tab/>
        <w:t xml:space="preserve">"Time," Marcus said simply.</w:t>
        <w:br w:type="textWrapping"/>
        <w:tab/>
        <w:t xml:space="preserve">Albertus straightened, his reflection settling into something dangerous and familiar. They moved in practiced synchronization through the crimson-lit corridor, footsteps echoing against steel and shadow. Each turn, each doorway, each security checkpoint merged into a rhythm they'd rehearsed a thousand times.</w:t>
        <w:br w:type="textWrapping"/>
        <w:tab/>
        <w:t xml:space="preserve">"The contingencies?" Albertus's voice carried the weight of years of preparation.</w:t>
        <w:br w:type="textWrapping"/>
        <w:tab/>
        <w:t xml:space="preserve">"In place." Marcus matched his stride. "All three locations secured."</w:t>
        <w:br w:type="textWrapping"/>
        <w:tab/>
        <w:t xml:space="preserve">Three facilities, identical in every detail. Three medical wings that rivaled private hospitals. Three sets of security teams, each believing they guarded something vital. Layers upon layers of deception, mirrors within mirrors.</w:t>
        <w:br w:type="textWrapping"/>
        <w:tab/>
        <w:t xml:space="preserve">The soft hiss of another security door. The quiet beep of another checkpoint. Each step carried him closer to the moment everything would change.</w:t>
        <w:br w:type="textWrapping"/>
        <w:tab/>
        <w:t xml:space="preserve">His pulse drummed against his collar, each beat marking their measured steps through crimson-shadowed halls. The familiar weight of his gun pressed against his ribs, a reminder of the empire he'd built, the power he commanded. Yet his fingers trembled - barely, just once - as another security panel blinked green.</w:t>
        <w:br w:type="textWrapping"/>
        <w:tab/>
        <w:t xml:space="preserve">Marcus's footsteps faded behind him, leaving only the whisper of recycled air and the subtle hum of medical equipment. Steel and shadow gave way to sterile white walls. The final keypad waited, its red light steady as a heartbeat.</w:t>
        <w:br w:type="textWrapping"/>
        <w:tab/>
        <w:t xml:space="preserve">His reflection in the reinforced glass showed something raw, something stripped of pretense. The polished CEO, the ruthless criminal, the man who'd rewritten reality - all of it fell away as he reached for the last door.</w:t>
        <w:br w:type="textWrapping"/>
        <w:tab/>
        <w:t xml:space="preserve">The panel blinked green. He stepped inside, each footfall echoing in the pristine space. His breath caught as he moved to one of the only things in the room: a queen-sized bed with various machinery tied to the one occupant in the bed, beeping softly. He made his way to the bedside, fingers gripping the wooden frame. A sudden spike in the machinery indicated a change. One he had to prepare for. He looked up to her face.</w:t>
        <w:br w:type="textWrapping"/>
        <w:tab/>
        <w:t xml:space="preserve">Varia opened her eyes.</w:t>
      </w:r>
    </w:p>
    <w:p w:rsidR="00000000" w:rsidDel="00000000" w:rsidP="00000000" w:rsidRDefault="00000000" w:rsidRPr="00000000" w14:paraId="00000043">
      <w:pPr>
        <w:pStyle w:val="Heading1"/>
        <w:rPr/>
      </w:pPr>
      <w:bookmarkStart w:colFirst="0" w:colLast="0" w:name="_heading=h.avh9puy2mefw" w:id="33"/>
      <w:bookmarkEnd w:id="33"/>
      <w:r w:rsidDel="00000000" w:rsidR="00000000" w:rsidRPr="00000000">
        <w:rPr>
          <w:rtl w:val="0"/>
        </w:rPr>
        <w:t xml:space="preserve">Act 4: </w:t>
      </w:r>
    </w:p>
    <w:p w:rsidR="00000000" w:rsidDel="00000000" w:rsidP="00000000" w:rsidRDefault="00000000" w:rsidRPr="00000000" w14:paraId="00000044">
      <w:pPr>
        <w:pStyle w:val="Heading2"/>
        <w:rPr/>
      </w:pPr>
      <w:bookmarkStart w:colFirst="0" w:colLast="0" w:name="_heading=h.1iplnqmn41zw" w:id="34"/>
      <w:bookmarkEnd w:id="34"/>
      <w:r w:rsidDel="00000000" w:rsidR="00000000" w:rsidRPr="00000000">
        <w:rPr>
          <w:rtl w:val="0"/>
        </w:rPr>
        <w:br w:type="textWrapping"/>
        <w:t xml:space="preserve">Chapter 31: Epolauge </w:t>
        <w:br w:type="textWrapping"/>
        <w:tab/>
      </w:r>
    </w:p>
    <w:p w:rsidR="00000000" w:rsidDel="00000000" w:rsidP="00000000" w:rsidRDefault="00000000" w:rsidRPr="00000000" w14:paraId="00000045">
      <w:pPr>
        <w:spacing w:before="200" w:line="360" w:lineRule="auto"/>
        <w:ind w:firstLine="720"/>
        <w:rPr>
          <w:sz w:val="24"/>
          <w:szCs w:val="24"/>
        </w:rPr>
      </w:pPr>
      <w:r w:rsidDel="00000000" w:rsidR="00000000" w:rsidRPr="00000000">
        <w:rPr>
          <w:sz w:val="24"/>
          <w:szCs w:val="24"/>
          <w:rtl w:val="0"/>
        </w:rPr>
        <w:t xml:space="preserve">Morning light filtered through reinforced windows, casting elegant shadows across Varia's bedroom floor. Six months had shaped this space into something that felt almost natural - antique volumes on Victorian architecture lined custom shelves, their spines creating patterns in the early light.</w:t>
        <w:br w:type="textWrapping"/>
        <w:tab/>
        <w:t xml:space="preserve">Dreams faded like morning mist, leaving only fragments - her mother's laugh, her father's smile, though she couldn't be certain which versions they belonged to.</w:t>
        <w:br w:type="textWrapping"/>
        <w:tab/>
        <w:t xml:space="preserve">The house hummed around her as she moved through her morning routine. Cameras nestled discreetly in crown molding, their presence as familiar as the antique fixtures they complemented. Albertus's touch was evident in every detail, from the security features to the carefully curated art.</w:t>
        <w:br w:type="textWrapping"/>
        <w:tab/>
        <w:t xml:space="preserve">Downstairs, breakfast waited on the terrace. Albertus would join her soon, fresh from his morning calls. The morning paper lay beside her plate, its headline announcing another success in the trafficking ring investigation.</w:t>
        <w:br w:type="textWrapping"/>
        <w:tab/>
        <w:t xml:space="preserve">She lifted her coffee cup, steam rising in the cool morning air. Another day of practiced smiles and perfect stories waited beyond the garden walls.</w:t>
        <w:br w:type="textWrapping"/>
        <w:tab/>
        <w:t xml:space="preserve">The terrace doors opened silently. Albertus emerged, impeccable in his morning suit, phone tucked away with practiced efficiency.</w:t>
        <w:br w:type="textWrapping"/>
        <w:tab/>
        <w:t xml:space="preserve">"Mom called," Varia said, watching steam rise from her cup. "They want to meet you."</w:t>
        <w:br w:type="textWrapping"/>
        <w:tab/>
        <w:t xml:space="preserve">"Do they?" His smile carried that familiar edge as he settled into his chair. Six months of carefully coordinated distance had built to this moment.</w:t>
        <w:br w:type="textWrapping"/>
        <w:tab/>
        <w:t xml:space="preserve">"Friday. They're insisting on dinner." She kept her tone light, precise. "To thank my rescuer properly."</w:t>
        <w:br w:type="textWrapping"/>
        <w:tab/>
        <w:t xml:space="preserve">"Of course." He reached for the coffee pot with familiar grace. "We should give them that at least."</w:t>
        <w:br w:type="textWrapping"/>
        <w:tab/>
        <w:t xml:space="preserve">The city stirred beyond their walls, another perfect day taking shape. Birds called from the carefully maintained gardens, their songs precise as clockwork. </w:t>
        <w:br w:type="textWrapping"/>
        <w:br w:type="textWrapping"/>
        <w:t xml:space="preserve">                              * * *                         </w:t>
        <w:br w:type="textWrapping"/>
        <w:br w:type="textWrapping"/>
        <w:tab/>
        <w:t xml:space="preserve">The restaurant's private dining room offered both intimacy and discretion. Crystal chandeliers cast warm light over the antique wooden table, carefully selected for this moment. Her mother's perfume, familiar and strange at once, filled the air between them.</w:t>
        <w:br w:type="textWrapping"/>
        <w:tab/>
        <w:t xml:space="preserve">"We've heard so much about you, Mr. Sentius." Her father's voice carried genuine warmth. Six months of gratitude building to this meeting.</w:t>
        <w:br w:type="textWrapping"/>
        <w:tab/>
        <w:t xml:space="preserve">Albertus sat beside her, his presence both anchor and current. "Please, call me Albertus. After all, we're practically family now."</w:t>
        <w:br w:type="textWrapping"/>
        <w:tab/>
        <w:t xml:space="preserve">Her mother reached across the table, fingers brushing Varia's hand. "You look well, sweetheart. Better every time we see you."</w:t>
        <w:br w:type="textWrapping"/>
        <w:tab/>
        <w:t xml:space="preserve">Varia smiled. The waiter appeared with wine, his movements precise and professional. Through the glass walls, city lights sparkled like distant stars.</w:t>
        <w:br w:type="textWrapping"/>
        <w:tab/>
        <w:t xml:space="preserve">The restaurant's private dining room offered both intimacy and discretion. Crystal chandeliers cast warm light over the antique wooden table. Her mother's perfume, familiar and strange at once, filled the air between them.</w:t>
        <w:br w:type="textWrapping"/>
        <w:tab/>
        <w:t xml:space="preserve">"We've heard so much about you, Mr. Sentius." Her father's voice carried genuine warmth.</w:t>
        <w:br w:type="textWrapping"/>
        <w:tab/>
        <w:t xml:space="preserve">Albertus sat beside her, his presence both anchor and current. "Please, call me Albertus."</w:t>
        <w:br w:type="textWrapping"/>
        <w:tab/>
        <w:t xml:space="preserve">Her mother reached across the table, fingers brushing Varia's hand. "You look well, sweetheart."</w:t>
        <w:br w:type="textWrapping"/>
        <w:tab/>
        <w:t xml:space="preserve">Varia smiled. The waiter appeared with wine, his movements precise and professional. Through the glass walls, city lights sparkled like distant stars.</w:t>
        <w:br w:type="textWrapping"/>
        <w:tab/>
        <w:t xml:space="preserve">"The foundation event last week," her father said, accepting his glass, "we saw you both in the society pages. The work you're doing for trafficking survivors..."</w:t>
        <w:br w:type="textWrapping"/>
        <w:tab/>
        <w:t xml:space="preserve">"The least we could do," Albertus responded smoothly. His hand found hers under the table.</w:t>
        <w:br w:type="textWrapping"/>
        <w:tab/>
        <w:t xml:space="preserve">The conversation drifted to safer waters - renovation plans for the historical society, next month's charity gala, her mother's garden club. Perfect pieces of a perfectly assembled life.</w:t>
        <w:br w:type="textWrapping"/>
        <w:tab/>
        <w:t xml:space="preserve">"We should have dinner more often," her mother suggested, eyes bright with wine and hope. "Now that things are... settled."</w:t>
        <w:br w:type="textWrapping"/>
        <w:tab/>
        <w:t xml:space="preserve">Albertus's thumb traced circles on Varia's palm. "Of course. Once things quiet down at the office."</w:t>
        <w:br w:type="textWrapping"/>
        <w:tab/>
        <w:t xml:space="preserve">The dessert menu arrived, offering sweet distractions from unasked questions.</w:t>
        <w:br w:type="textWrapping"/>
        <w:tab/>
        <w:t xml:space="preserve">"The police called again yesterday," her father mentioned, studying his wine glass. "They wanted to confirm some details about the case. After that Dr woman they found dead..." </w:t>
        <w:br w:type="textWrapping"/>
        <w:tab/>
        <w:t xml:space="preserve">The moment stretched, delicate as spun glass.</w:t>
        <w:br w:type="textWrapping"/>
        <w:tab/>
        <w:t xml:space="preserve">"Standard procedure," Albertus offered smoothly. "They're being thorough with the prosecution."</w:t>
        <w:br w:type="textWrapping"/>
        <w:tab/>
        <w:t xml:space="preserve">Her mother's hand fluttered to her throat, where her necklace caught the light. "We're just grateful that nightmare is over. That you found her."</w:t>
        <w:br w:type="textWrapping"/>
        <w:tab/>
        <w:t xml:space="preserve">"How are you settling into the house, dear?" Her mother's question carried hope and something else. "It must be quite an adjustment, such a grand place."</w:t>
        <w:br w:type="textWrapping"/>
        <w:tab/>
        <w:t xml:space="preserve">"It feels like home," Varia said.</w:t>
        <w:br w:type="textWrapping"/>
        <w:tab/>
        <w:t xml:space="preserve">Outside, a car's headlights swept across the windows, casting brief shadows. Varia lifted her wine glass, letting the rim hide her expression.</w:t>
        <w:br w:type="textWrapping"/>
        <w:tab/>
        <w:t xml:space="preserve">"The gardens especially," Albertus added. "Varia's made them her own."</w:t>
        <w:br w:type="textWrapping"/>
        <w:tab/>
        <w:t xml:space="preserve">Her mother brightened. "You always did love gardens. Remember that little reading nook you made behind the rose bushes when you were young?"</w:t>
        <w:br w:type="textWrapping"/>
        <w:tab/>
        <w:t xml:space="preserve">The waiter returned, clearing plates with practiced efficiency.</w:t>
        <w:br w:type="textWrapping"/>
        <w:tab/>
        <w:t xml:space="preserve">"Perhaps you could visit," Albertus suggested, his tone perfectly measured. "Once the renovations are complete."</w:t>
        <w:br w:type="textWrapping"/>
        <w:tab/>
        <w:t xml:space="preserve">Her father leaned forward slightly. "Renovations?"</w:t>
        <w:br w:type="textWrapping"/>
        <w:tab/>
        <w:t xml:space="preserve">"Security upgrades mainly. After everything that happened..." He let the words settle. "One can't be too careful."</w:t>
        <w:br w:type="textWrapping"/>
        <w:tab/>
        <w:t xml:space="preserve">The dessert arrived - delicate chocolate structures that looked too perfect to disturb. Her mother made appropriate sounds of delight, but her eyes kept returning to Varia, searching for something.</w:t>
        <w:br w:type="textWrapping"/>
        <w:tab/>
        <w:t xml:space="preserve">"You're happy?" The question slipped out, barely a whisper.</w:t>
        <w:br w:type="textWrapping"/>
        <w:tab/>
        <w:t xml:space="preserve">---</w:t>
        <w:br w:type="textWrapping"/>
        <w:tab/>
        <w:t xml:space="preserve">"You're happy?" The question slipped out, barely a whisper.</w:t>
        <w:br w:type="textWrapping"/>
        <w:tab/>
        <w:t xml:space="preserve">Varia reached across the table, taking her mother's hand. The gesture felt like childhood, like Sunday mornings and bedtime stories. "I am, Mom. Really." She squeezed gently, letting warmth seep into her smile. "The gardens help. And I'm thinking of starting my research again."</w:t>
        <w:br w:type="textWrapping"/>
        <w:tab/>
        <w:t xml:space="preserve">Her father's shoulders relaxed slightly. "The Victorian architecture?"</w:t>
        <w:br w:type="textWrapping"/>
        <w:tab/>
        <w:t xml:space="preserve">"Among other things." She kept her mother's hand in hers for a moment longer before letting go. "Albertus has an amazing library. Some of the volumes on hidden spaces in merchant houses are quite... illuminating."</w:t>
        <w:br w:type="textWrapping"/>
        <w:tab/>
        <w:t xml:space="preserve">Something flickered in Albertus's expression, gone before it could settle.</w:t>
        <w:br w:type="textWrapping"/>
        <w:tab/>
        <w:t xml:space="preserve">He signaled for the check, his movements elegant and unhurried. "We should do this again soon. Perhaps next time at that little Italian place you mentioned?"</w:t>
        <w:br w:type="textWrapping"/>
        <w:tab/>
        <w:t xml:space="preserve">The evening wrapped around them like silk, smooth and carefully woven. Outside, the city continued its dance of light and shadow.</w:t>
        <w:br w:type="textWrapping"/>
        <w:tab/>
        <w:t xml:space="preserve">Her mother's arms wrapped around her, trembling slightly—a mix of relief and lingering fear. "Call me soon," she whispered, her voice catching.</w:t>
        <w:br w:type="textWrapping"/>
        <w:tab/>
        <w:t xml:space="preserve">Her father, more reserved, extended his hand to Albertus with a measured grip. "Thank you," he said simply, the weight of unspoken emotions pressing between them.</w:t>
        <w:br w:type="textWrapping"/>
        <w:tab/>
        <w:t xml:space="preserve">"We'll plan something next month," her mother added, blinking back tears. Her father nodded, squeezing Varia's shoulder. "Take care of yourself." The promises hung in the cool evening air—fragile as glass, heavy with unresolved grief and tentative hope.</w:t>
        <w:br w:type="textWrapping"/>
        <w:tab/>
        <w:t xml:space="preserve">Varia watched their figures recede into the night, two shapes becoming one with the darkness. The car door opened silently beside her, Marcus's familiar silhouette at the wheel.</w:t>
        <w:br w:type="textWrapping"/>
        <w:tab/>
        <w:t xml:space="preserve">Albertus's hand found the small of her back, guiding her inside. The leather seats embraced them, the city sliding past in streams of light and shadow. Neither spoke as they pulled away from the curb, leaving the restaurant's warm glow behind.</w:t>
        <w:br w:type="textWrapping"/>
        <w:tab/>
        <w:t xml:space="preserve">Rain began to fall, soft drops catching streetlight like scattered diamonds. The windshield wipers kept perfect time, a metronome counting the distance between worlds. She watched the city blur through tinted windows, each district giving way to the next until familiar gates rose before them.</w:t>
        <w:br w:type="textWrapping"/>
        <w:tab/>
        <w:t xml:space="preserve">The house waited, lights warming the darkness, cameras tracking their return. Inside, Albertus paused at the foot of the stairs."That went well," he said "Your mother seemed... relieved."</w:t>
        <w:br w:type="textWrapping"/>
        <w:tab/>
        <w:t xml:space="preserve">"She always worries too much." She sighed with a soft smile while taking off her coat.</w:t>
        <w:br w:type="textWrapping"/>
        <w:tab/>
        <w:t xml:space="preserve">"Tea?" he asked, as they moved toward his study.</w:t>
        <w:br w:type="textWrapping"/>
        <w:tab/>
        <w:t xml:space="preserve">"Please." These evening hours had become their ritual.</w:t>
        <w:br w:type="textWrapping"/>
        <w:tab/>
        <w:t xml:space="preserve">"I have to look at the reports from the East Coast...," he said, opening the study door.</w:t>
        <w:br w:type="textWrapping"/>
        <w:tab/>
        <w:t xml:space="preserve">Varia nodded, already reaching for the book she'd left from the side table, settling into her usual chair. Sometimes endings were just another kind of beginning.</w:t>
        <w:br w:type="textWrapping"/>
        <w:br w:type="textWrapping"/>
        <w:t xml:space="preserve">                              * * *                         </w:t>
        <w:br w:type="textWrapping"/>
        <w:br w:type="textWrapping"/>
        <w:tab/>
        <w:t xml:space="preserve">Late evening wrapped around his study like a familiar blanket. Varia sat in what had become her usual spot, the leather chair still holding warmth from where Albertus had sat during his earlier calls. The news played quietly on one of the monitors - another piece about the international trafficking ring takedown. Six months of carefully orchestrated justice, each arrest another thread in their public story of her rescue. Below that, a smaller headline scrolled past: "Former Auditor Sullivan Sentenced in Money Laundering Case."</w:t>
        <w:br w:type="textWrapping"/>
        <w:tab/>
        <w:t xml:space="preserve">She turned another page in her book, a historical text on Victorian architecture. As she traced her fingers along the ornate illustrations, Varia’s mind drifted. The ancient structures, vibrant with life in the photographs, felt surreal compared to the sterile walls around her.</w:t>
        <w:br w:type="textWrapping"/>
        <w:tab/>
        <w:t xml:space="preserve">The glossy images contrasted sharply with the muted tones of her surroundings. She glanced at the screen displaying the news, her mind flitting between her public persona and the weighty truths unmentioned.</w:t>
        <w:br w:type="textWrapping"/>
        <w:tab/>
        <w:t xml:space="preserve">On another screen, Eric's weekly report showed promising numbers; he'd taken to Thompson's old position with surprising efficiency. The transition had been smoother than expected, though she suspected Marcus had something to do with that. The quarterly projections for the former Russo territories looked particularly promising.</w:t>
        <w:br w:type="textWrapping"/>
        <w:tab/>
        <w:t xml:space="preserve">"Still studying hidden rooms?" His voice carried that familiar mix of amusement and intensity.</w:t>
        <w:br w:type="textWrapping"/>
        <w:tab/>
        <w:t xml:space="preserve">"They're fascinating," she replied without looking up. "How people hide things in plain sight."</w:t>
        <w:br w:type="textWrapping"/>
        <w:tab/>
        <w:t xml:space="preserve">"Some things are meant to stay hidden." The weight of unspoken words hung between them.</w:t>
        <w:br w:type="textWrapping"/>
        <w:tab/>
        <w:t xml:space="preserve">"And some aren't." She turned another page.</w:t>
        <w:br w:type="textWrapping"/>
        <w:tab/>
        <w:t xml:space="preserve">The camera in the corner shifted almost imperceptibly. Reality, she'd learned, was a matter of perspective.</w:t>
        <w:br w:type="textWrapping"/>
        <w:tab/>
        <w:t xml:space="preserve">Through the darkened glass, she watched him approach—a palimpsest of roles: CEO, historian, captor, captive, architect of realities blurred between truth and illusion. The man who had dismantled and reconstructed worlds, all tethered to a singular, haunting childhood memory. The screen behind him flickered, just once, and Varia smiled.</w:t>
        <w:br w:type="textWrapping"/>
        <w:tab/>
      </w:r>
    </w:p>
    <w:sectPr>
      <w:type w:val="nextPage"/>
      <w:pgSz w:h="15840" w:w="12240" w:orient="portrait"/>
      <w:pgMar w:bottom="1440" w:top="1440" w:left="1800" w:right="180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Normal" w:default="1">
    <w:name w:val="Normal"/>
    <w:qFormat w:val="1"/>
    <w:rsid w:val="00FC693F"/>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val="1"/>
    <w:rsid w:val="00FC693F"/>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FC693F"/>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Normal"/>
    <w:next w:val="Normal"/>
    <w:link w:val="Heading3Char"/>
    <w:uiPriority w:val="9"/>
    <w:unhideWhenUsed w:val="1"/>
    <w:qFormat w:val="1"/>
    <w:rsid w:val="00FC693F"/>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FC693F"/>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paragraph" w:styleId="Heading5">
    <w:name w:val="heading 5"/>
    <w:basedOn w:val="Normal"/>
    <w:next w:val="Normal"/>
    <w:link w:val="Heading5Char"/>
    <w:uiPriority w:val="9"/>
    <w:semiHidden w:val="1"/>
    <w:unhideWhenUsed w:val="1"/>
    <w:qFormat w:val="1"/>
    <w:rsid w:val="00FC693F"/>
    <w:pPr>
      <w:keepNext w:val="1"/>
      <w:keepLines w:val="1"/>
      <w:spacing w:after="0"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uiPriority w:val="9"/>
    <w:semiHidden w:val="1"/>
    <w:unhideWhenUsed w:val="1"/>
    <w:qFormat w:val="1"/>
    <w:rsid w:val="00FC693F"/>
    <w:pPr>
      <w:keepNext w:val="1"/>
      <w:keepLines w:val="1"/>
      <w:spacing w:after="0" w:before="200"/>
      <w:outlineLvl w:val="5"/>
    </w:pPr>
    <w:rPr>
      <w:rFonts w:asciiTheme="majorHAnsi" w:cstheme="majorBidi" w:eastAsiaTheme="majorEastAsia" w:hAnsiTheme="majorHAnsi"/>
      <w:i w:val="1"/>
      <w:iCs w:val="1"/>
      <w:color w:val="243f60" w:themeColor="accent1" w:themeShade="00007F"/>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paragraph" w:styleId="Title">
    <w:name w:val="Title"/>
    <w:basedOn w:val="Normal"/>
    <w:next w:val="Normal"/>
    <w:link w:val="TitleChar"/>
    <w:uiPriority w:val="10"/>
    <w:qFormat w:val="1"/>
    <w:rsid w:val="00FC693F"/>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paragraph" w:styleId="Subtitle">
    <w:name w:val="Subtitle"/>
    <w:basedOn w:val="Normal"/>
    <w:next w:val="Normal"/>
    <w:link w:val="SubtitleChar"/>
    <w:uiPriority w:val="11"/>
    <w:qFormat w:val="1"/>
    <w:rsid w:val="00FC693F"/>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P5zY4nQv7TZ5CYqIfDEx/O49VQ==">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