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SETTING YOUR MARRIAGE ON FIRE</w:t>
      </w:r>
    </w:p>
    <w:p>
      <w:r>
        <w:t>UROMIEYAGHAN FRANK OGBITSE(UFO)</w:t>
      </w:r>
    </w:p>
    <w:p>
      <w:r>
        <w:t>ALIAS CHIEF JUSTICE</w:t>
      </w:r>
    </w:p>
    <w:p>
      <w:r>
        <w:t>Copyright © 2021 Uromieyaghan Frank Ogbitse</w:t>
      </w:r>
    </w:p>
    <w:p>
      <w:r>
        <w:t>All rights reserved</w:t>
      </w:r>
    </w:p>
    <w:p>
      <w:r>
        <w:t>No part of this book may be reproduced, or stored in a retrieval system, or transmitted in any form or by any means, electronic, mechanical, photocopying, recording, or otherwise, without express written permission of the author.</w:t>
      </w:r>
    </w:p>
    <w:p>
      <w:r>
        <w:t>DEDICATION</w:t>
      </w:r>
    </w:p>
    <w:p>
      <w:r>
        <w:t>I will in glowing tribute, dedicate this book to God almighty for his wisdom and encouragement without which this book will not be written, the ease and wisdom to write this book, no doubt has been supplied by him alone, as some of the things said in the book could not have been said by me. I am aware that I do not possess that kind of knowledge; therefore I express my profound gratitude to him (God).</w:t>
      </w:r>
    </w:p>
    <w:p>
      <w:r>
        <w:t>I will want to also dedicate this book to my late mother, who has perhaps been the most influential human being that I have had in my entire life as she showers undying love and appreciation even at times that I think I do not deserve it. That love she showered on me is what still burns in my life and I do my best to extend it to people that interact with me. To those who have a delay in their marriage, I tell you this is the opportunity you have been looking for to get married, for you were specially considered in writing this book, so take great advantage of this book to liberate yourself from every barrier. Be it a physical or spiritual barrier, you will be glad you came across this book.</w:t>
      </w:r>
    </w:p>
    <w:p>
      <w:r>
        <w:t>INTRODUCTION</w:t>
      </w:r>
    </w:p>
    <w:p>
      <w:r>
        <w:t>The principal thing to know before getting married and while being married is the understanding that marriage is an institution that should be gotten into consciously, not unconsciously. For you to get into it consciously, you must understand that, like a pilot that wants to fly a plane you must surely have gotten into a storm and navigating consciously out of it. So a married person should be aware that no matter how many books, practice or lessons or education you get before marriage you need to apply and consciously work out adaptive skills that work for your peculiarity. For example, you may marry into a large family, a closely knitted family, a small family that is disorganized, divorce in high rate, have a father and mother that your spouse has lost one parent or both, or in the first years of your marriage, you will be separated from your spouse, due to work in another city or country, or due to transfer to another city, while the other spouse is working in another city and maybe too, the children are in schools and cannot just be transferred along, etc.</w:t>
      </w:r>
    </w:p>
    <w:p>
      <w:r>
        <w:t>All this require a very special skill of adaptation, otherwise you are bound to have a turbulent marriage or courtship. Therefore you need to have understanding of situations and circumstances.</w:t>
      </w:r>
    </w:p>
    <w:p>
      <w:r>
        <w:t>But, this said you can still have a very fantastic courtship or marriage relationship with your spouse depending on what you desire. As human beings we have great abilities that we do not put to use. As a sociologist, we believe that human beings have never utilized thirty percent of their abilities before they depart from the earth, so I urge you to greatly scale up the inherent abilities in you, so that you can be very successful in your marital life, which can impact greatly on other areas of your life, like your performance in your work place, academics, social life, having healthy children and bringing up your children very well. It can also impact on the life of your nation. A 'successful' marriage cannot bring up children that become prostitutes or armed robbers.</w:t>
      </w:r>
    </w:p>
    <w:p>
      <w:r>
        <w:t>In this book, the reader will see the practicality and examples of what a successful marriage can produce. Some of the topics in this book may seem strange and unrelated and probably not seen in any marriage book before, but then that is the reason the reader needs to give great attention to it, so that as you are in your marriage or intending to get married, you may need to do the necessary adjustment to set positive fire in your marital life, to get fulfilled and successful. This in other for you to become an example to your children and others who will see you as a role model so as to become successful in their own marital life and make the society a better place for us all to live in.</w:t>
      </w:r>
    </w:p>
    <w:p>
      <w:r>
        <w:t>Majority of people who get married, actually get married to become successful in their marriage except a very few who have already made up their mind that they just want to get married to ruin another person's life or family</w:t>
      </w:r>
    </w:p>
    <w:p>
      <w:r>
        <w:t>– Yes – you mean it is strange, yes but that is a fact, as I did a lot of studies and interviews before I started writing this book. There are salient things you need to look out for in a person before you say I do.</w:t>
      </w:r>
    </w:p>
    <w:p>
      <w:r>
        <w:t>At this juncture, I will point out that anyone who wants to get into marriage should be aware that there are reserved roles for each person in the institution called MARRIAGE. Therefore, you should seek to not only play your role but also encourage your partner to play his or her role in the union, so that there will be harmony, as will be seen at different places in this book. Fortunately marriages are conducted differently all over the world, from country to country, state to state, local government to local government, city to city, village to village, tribe to tribe, religion to religion, family to family, even denomination to denomination, etc.</w:t>
      </w:r>
    </w:p>
    <w:p>
      <w:r>
        <w:t>The persons involved in marriages across the spectrums described above, should be circumspect of the prevailing circumstance(s) in the area or circumstances you got married to, so that you will be able to discharge your marital responsibilities creditably well. For example if you marry into a certain tribe, it is important and expedient you learn a bit at least of the language you are marrying to, learn to cook and eat their food, how to either kneel down to greet your husband or his relatives that are his or her elders, learn how to dress like your spouse's people especially for special occasions etc. this are things you should engage in, in other to set your marriage on positive fire.</w:t>
      </w:r>
    </w:p>
    <w:p>
      <w:r>
        <w:t>Respect is reciprocal as you will see further, just like, if you sow yam, you reap yam in return, or if you sow orange you reap same in return, in due season. Note that it is not possible to harvest orange in a few days or weeks. It is not rationally possible. You must sow and wait for the orange or yam to mature because you are cultivating it i.e. you have been watering it and weeding it from time to time. So when it is time for harvest, you shall reap abundantly from your labour.</w:t>
      </w:r>
    </w:p>
    <w:p>
      <w:r>
        <w:t>It must be brought to the attention of my readers now that, MARRIAGE is by far the oldest institution of man and therefore should be viewed from this perspective. On the other hand, especially in the 21st century, it may pass for the worst or failed institution of mankind all across the globe without exception as the statistics show us clearly now that, over 40 percent of Christian marriages fail and end up in divorce, if this can happen in the Christian environment,</w:t>
      </w:r>
    </w:p>
    <w:p>
      <w:r>
        <w:t>What about the other religions of the society who are not Christians? It is even said that about 20 percent of pastors and their wives divorce. Is this not alarming? This is why it is important to read this book and even recommend it to people you love as the book may just be the one thing that will intellectually and spiritually prepare you for a great marriage, if you follow the tips and directions.</w:t>
      </w:r>
    </w:p>
    <w:p>
      <w:r>
        <w:t>If you have decided to get married, then stay in the marriage by the things you say and do, as you are no longer alone. That state of mind must be brought to bear in all things you do. In your marriage you must act as if it is oxygen to you. Take it to be so important that you sleep and breathe your marriage. Learn how to improve it daily, either by the new food you have learnt to cook, not being selfish anymore, not buying something for yourself alone as you are now married, not staying out for too long as you now have a 'patient' at home you need to attend to always. If children begin to come into the family, then your 'patients' have increased and you now need to double or triple your efforts in all you do, as your attention will now be divided. You must learn to balance things and be very deliberate about it and you must try always to directly and indirectly explain this to your spouse, so that you reduce the rate of conflict.</w:t>
      </w:r>
    </w:p>
    <w:p>
      <w:r>
        <w:t>Married people should understand that conflict or differences must occur no matter how careful or prepared you are before you get into the marriage, as both of you do not interpret actions and reactions the same way. That is a normal thing, because you are from different backgrounds, culture, upbringing, neighborhood, tribe, country, religion, social status etc. It is expedient that you do not take action(s) that will make both of you suffer, maybe including your children as it could lead to death, sickness, waywardness in your children, loss of finance, unwarranted injury etc.</w:t>
      </w:r>
    </w:p>
    <w:p>
      <w:r>
        <w:t>As you read this book from page to page, please be observant and most likely take notes, or mark the places you find interesting and would want to practice in your daily life and if indeed you want to become a good wife or husband or yet have a successful courtship, you need to at least read it over again once or twice a week until it becomes part of you. We strive for perfection through constant practice. Just like a footballer who wants to score ninety-nine percent of his/her penalty kicks must be at every practice session, give time to practice scoring penalty kicks.</w:t>
      </w:r>
    </w:p>
    <w:p>
      <w:r>
        <w:t>CHAPTER ONE</w:t>
      </w:r>
    </w:p>
    <w:p>
      <w:r>
        <w:t>MARRIAGE AS AN INSTITUTION</w:t>
      </w:r>
    </w:p>
    <w:p>
      <w:r>
        <w:t>Marriage is always viewed from the physical aspect by majority of people. That is why most marriages fail. This book went much more than that as it encompasses the physical and also the spiritual aspects which can sustain your marriage if you are aware of it. That is how you will be able to set your marriage on positive fire and become a marital wonder. The good thing is that it is never too late, you can start now and become a wonder to your husband or wife. If you carefully read this book to the end and make the effective impact you may have been desiring all along, an if you are about getting married or will marry eventually then, become a friend of this book and see how you will become the toast of men or women because this book will make you stand out. You will be noticed anywhere you are after you read this book because you will be acting differently and carrying yourself in the correct manner that will position you to associate with people that you want to have the maximum from, and you will not allow people who have no good intention for you, to either waste your time or come to disorganize your plan for a good life/marriage.</w:t>
      </w:r>
    </w:p>
    <w:p>
      <w:r>
        <w:t>Perhaps, it is possible that you married 'wrongly', you can still remedy the situation to a great extent if you read this book carefully to the end and then, take some deliberate steps and redefine, reform and find reasons to cheer up again and leave your spouse in awe of the joy and warm you are feeling. You will be seen differently by him/her, and he or she will be forced to adjust and act appropriately. You can find your marital rhythm.</w:t>
      </w:r>
    </w:p>
    <w:p>
      <w:r>
        <w:t>Marriage is bigger than love – It is what you want to become. If you are married, – you share your all with your partner – money, body, love, hate, faults etc.</w:t>
      </w:r>
    </w:p>
    <w:p>
      <w:r>
        <w:t>You can still love someone even when you are angry with the person--Oh yes.</w:t>
      </w:r>
    </w:p>
    <w:p>
      <w:r>
        <w:t>You must be very passionate about the person you claim to love (marry) in everything.</w:t>
      </w:r>
    </w:p>
    <w:p>
      <w:r>
        <w:t>Be genuinely excited when you see the person, or even when discussing with the person.</w:t>
      </w:r>
    </w:p>
    <w:p>
      <w:r>
        <w:t>No matter the amount of training a woman gets, if it precludes respect for her husband, it is incomplete.</w:t>
      </w:r>
    </w:p>
    <w:p>
      <w:r>
        <w:t>Love in marriage is unconditional – if you love without placing b o u n d a r i e s, your partner will benefit and it will surely rob off on you.</w:t>
      </w:r>
    </w:p>
    <w:p>
      <w:r>
        <w:t>Never necessarily compete in marriage with your husband –</w:t>
        <w:tab/>
        <w:t>y o u will not stay too long in that marriage, if you claim equality. Your weakness could be your strength in marriage.</w:t>
      </w:r>
    </w:p>
    <w:p>
      <w:r>
        <w:t>Use different activities to bond with him or her – eating, discussing next week's activities, etc.</w:t>
      </w:r>
    </w:p>
    <w:p>
      <w:r>
        <w:t>If you want your spouse to love you don't use phone to distract him or her when they are talking to you. You may miss an important message or eye contact.</w:t>
      </w:r>
    </w:p>
    <w:p>
      <w:r>
        <w:t>Always be an example of what you express. Prepare for marriage before you enter'.</w:t>
      </w:r>
    </w:p>
    <w:p>
      <w:r>
        <w:t>Men are porn's – moved by power, money, sex etc. find out if you can tolerate his level – or what moves him or her.</w:t>
      </w:r>
    </w:p>
    <w:p>
      <w:r>
        <w:t>Marry one that has almost same ideology with you.</w:t>
      </w:r>
    </w:p>
    <w:p>
      <w:r>
        <w:t>Marriage is the oldest institution of 'man'. In simple definition, it is the union of two people, who grew up from different background but have decided to leave together happily to produce children or otherwise. It is therefore expedient that marriage be approached from this background of being an institution. A little understanding of an institution is that it is an organization established to learn or acquire knowledge in other to become a better person. Every marriage is an institution on its own, so anyone who wants to learn must be obedient to the rules and regulations of the institution and her peculiarities.</w:t>
      </w:r>
    </w:p>
    <w:p>
      <w:r>
        <w:t>As I pointed out in the introduction, you may marry from a family that is close knit, and you will be expected to portray the traits of a close neat family if you want your marriage to survive. Even though you are from a family background that are not close, if you happen to be a Christian and marry a Muslim you will of course, have the traits of the Muslim people in other for your marriage to succeed.</w:t>
      </w:r>
    </w:p>
    <w:p>
      <w:r>
        <w:t>It should be noted that the way Jewish people and the Christians bring up their family is a bit different, therefore, you need to carefully choose the institution you wants to study from, in marriage, just as it is, that a student choose the course he or she want to study in the university and the university or the state or country that institution or university is located in, which means the student has knowingly or unknowingly agreed that, some things must follow him or her for life, regarding the choice of the university, they choose to attend, for example in Nigeria, if you choose a university in the Northern part of Nigeria, you are likely to speak Hausa which is the predominant language that is spoken from that region. You may likely have friends from that religion, and you may likely begin to eat the kind of food they eat in that region even though you are from the Southern part of Nigeria, where their food are markedly different from that of the Northern people and maybe as the last example too you may likely marry from the Northern part of Nigeria.</w:t>
      </w:r>
    </w:p>
    <w:p>
      <w:r>
        <w:t>So it is if you school abroad, especially in the western world, the pronunciations and your diction would likely be like that of the western world. This is why we need to be fully conscious of what we want to get into and you need to 'study' very well before you get into it marriage.</w:t>
      </w:r>
    </w:p>
    <w:p>
      <w:r>
        <w:t>The products of an institution are easily discernable, for instance it is said that the products of the university of Benin are always recognizable because of their intellectual ability, discipline etc. this can be a point of discussion as some people may want to challenge this claim. It should be understood by a potential marriage candidate that marriage is an institution that you attend and you never graduate from. It is an institution you attend for the rest of your life and you keep learning until the last day as you need to cope with new and un-envisaged challenges that creep into your marriage as time goes on.</w:t>
      </w:r>
    </w:p>
    <w:p>
      <w:r>
        <w:t>For instance, it is two of you that are involved in the marriage, but as time wears on, there will be interference from the children in the course of your marriage, who may now begin to share the time and attention that you used to spend or share with your spouse and therefore you need to know how to create a balance and explain why you are not able to share such time. It is good also that the other partner should be faced with this reality and try to adjust, as children in a home brings a lot of baggage with them. They must face the challenge with a good heart.</w:t>
      </w:r>
    </w:p>
    <w:p>
      <w:r>
        <w:t>If a woman gives birth, definitely her sleeping time is altered until the child gets to a particular age, and husbands are please required to assist in this regards especially in the night, when the woman needs to catch a rest to face the challenge of still doing a few domestic work. When the child is of school age, another race starts again. By waking up early in the morning to get the food ready for the child to go to school, and picking them up again after they close as may be applicable. That is the reason both parents should lend a helping hand where possible as there is not a law cast in stone that says the woman in a house that must do this or that or the man too must do this or that, it is both hands that can take a lice from the hair, if you try using one hand you may not record much success. It is like a circle, just to go on a bit, when the children complete school, it will now be to help them get a job and again help them to get married and many times keep an eye on their marriage to see that it is going on well. Issues are resolved amicably when observed or are brought to your attention.</w:t>
      </w:r>
    </w:p>
    <w:p>
      <w:r>
        <w:t>MARRIAGE</w:t>
      </w:r>
    </w:p>
    <w:p>
      <w:r>
        <w:t>Marriage is the coming together in union of two people from the same or different background, tribe, religion etc. that is hopefully contracted for life to assist each other physically, spiritually, emotionally and so on. It is in most cases consensual by both persons involved in it and their family and friends.</w:t>
      </w:r>
    </w:p>
    <w:p>
      <w:r>
        <w:t>But a very crude definition of marriage that could become very interesting for a person who is so desirous of getting married till 'evening' is the coming together of two 'fools' that are determined to be together by all means possible, and against all odds, to the shame of detractors and to the glory of God.</w:t>
      </w:r>
    </w:p>
    <w:p>
      <w:r>
        <w:t>It should be noted though that there are different types of marriages, depending on the continent or country you are from, but there are majorly two types of marriage that are now trending all over the world, cutting across tribe, religion and others.</w:t>
      </w:r>
    </w:p>
    <w:p>
      <w:r>
        <w:t>TRADITIONAL MARRIAGE AND THE WHITE WEDDING</w:t>
      </w:r>
    </w:p>
    <w:p>
      <w:r>
        <w:t>The traditional marriages are conducted according to the tradition of the male or female partner in the marriage depending on the country you come from. For instance, in India it is the female that pays the dowry of the husbands.</w:t>
      </w:r>
    </w:p>
    <w:p>
      <w:r>
        <w:t>The marriage is conducted according to the customs and traditions of one of the spouse, after which they can come together as husband and wife.</w:t>
      </w:r>
    </w:p>
    <w:p>
      <w:r>
        <w:t>In the white wedding ceremony, mostly church or registries, services are conducted and the pastor or priest, pronounce them as husband and wife if there is one to oppose the union. Both parties usually look their best. This type is trending.</w:t>
      </w:r>
    </w:p>
    <w:p>
      <w:r>
        <w:t>If you treat your marriage like a bank that gives you loan and do not ask you to repay back the loan then you will succeed. Truly, most marriages are strained because one of the spouse will say borrow me money, I will pay you when I get salary or get paid, and most times, when the salary or payment comes, you are either ignored or a story will be told for another salary or payment to come. When it comes again it will be almost the same story. But when there is another emergency, they will still resort to you, you will give them again and the circle continues. The day you refuse to give, it would be seen that you are wicked, stingy etc.</w:t>
      </w:r>
    </w:p>
    <w:p>
      <w:r>
        <w:t>Actually, one of the ways to avoid this kind of occurrence is to give the amount you can afford to part with and would not need to ask that you get it back, to avoid trouble or strain, so that your marriage can be in peace. This too you can do to your friends.</w:t>
      </w:r>
    </w:p>
    <w:p>
      <w:r>
        <w:t>.</w:t>
      </w:r>
    </w:p>
    <w:p>
      <w:r>
        <w:t>People, who are in marriages, should see marriage like a new shoe or flip flop wear. When you buy it newly, and most times when you put it on, it will never be fitting on your legs, as you have to struggle with it for some days before it will start to fit in well. You will experience inconvenience, but if you keep wearing it, your leg and your thought will now align to it and you will find it easier to put on, so it is with marriage. Most times when you get in, your thoughts of bliss unending is sometimes gone like a candle in the wind. The truth is that you need to hold on and work things out, who knows, if you talk to your spouse too, he or she may be feeling the same thing, why is it so, it is because most times we expect too much from our partners and we too are not giving enough to enable us see the bliss that we expect to find in marriage, perhaps, if both of you seat down in a convivial and friendly atmosphere or talk things over, in a few weeks you may begin to see a spark of the bliss that you are expecting in marriage.</w:t>
      </w:r>
    </w:p>
    <w:p>
      <w:r>
        <w:t>TALKING THINGS OVER WILLINGLY OR UNWILLINGLY</w:t>
      </w:r>
    </w:p>
    <w:p>
      <w:r>
        <w:t>Talking things you expect in your marriage with your partner is very essential and talking it over and over, to see if there is consistency in your partner is absolutely necessary, to avoid disappointment, heart-break, divorce or strain in your marriage.</w:t>
      </w:r>
    </w:p>
    <w:p>
      <w:r>
        <w:t>What you have talked of and agreed upon before your marriage can 'bring down' frustration in marriage, as you need to gently remind him or her that where the matter arises. For example, you can say, “Please remember some time ago when we discussed about finance. You said you will assist when I’m not financially buoyant.</w:t>
      </w:r>
    </w:p>
    <w:p>
      <w:r>
        <w:t>You can even talk of how to receive visitors in the house, how many children that is ideal, if you have one car, how both of you will be sharing it and so on, so that it will not impact negatively on your finances, and you can conveniently spend on other areas of your life.</w:t>
      </w:r>
    </w:p>
    <w:p>
      <w:r>
        <w:t>CHAPTER TWO</w:t>
      </w:r>
    </w:p>
    <w:p>
      <w:r>
        <w:t>CHALLENGES IN MARRIAGE</w:t>
      </w:r>
    </w:p>
    <w:p>
      <w:r>
        <w:t>The first day in your marriage – this could be a very challenging day if you are not wise enough, because the gift items that are brought for the couple and the money probably could become a challenge that could linger in the marriage. So both of you should never be greedy about it and should consensually agree on what to do with them all. A wise woman will want to ask permission from her husband who in turn should use his discretion to know what to do, especially if he too has consulted his wife directly or indirectly. This has been known to cause physical fights between couples who are not wise. The items belong to both of you while in the same house and most items may just be used in the house. The one that will be fitting for the man should normally go to him while the ones fitting for the wife should go to her and there will be no challenge at all. If you do this on the first day of your marriage you have unknowingly set fire that will be lighting for decades and cannot be quenched.</w:t>
      </w:r>
    </w:p>
    <w:p>
      <w:r>
        <w:t>The first day could be challenging – how to share marriage gifts, which city or town to leave in – due to the work of one of the spouse or both.</w:t>
      </w:r>
    </w:p>
    <w:p>
      <w:r>
        <w:t>You must Endeavour to keep the marriage sanctified or holy. When your partner gets it wrong, be understanding.</w:t>
      </w:r>
    </w:p>
    <w:p>
      <w:r>
        <w:t>When people tell lies against you, be wise as it only tells you who you need to take along in your life.</w:t>
      </w:r>
    </w:p>
    <w:p>
      <w:r>
        <w:t>The rich also cry in marriage – over things some couple take for granted. Abundant money does not decide the good outcome of a marriage.</w:t>
      </w:r>
    </w:p>
    <w:p>
      <w:r>
        <w:t>When you discover that your husband or wife is a cult member, it may be better to opt out of it or ride it out.</w:t>
      </w:r>
    </w:p>
    <w:p>
      <w:r>
        <w:t>Being rude, angry at any little thing or pride etc. should be avoided.</w:t>
      </w:r>
    </w:p>
    <w:p>
      <w:r>
        <w:t>Child bearing and change in size or shape</w:t>
      </w:r>
    </w:p>
    <w:p>
      <w:r>
        <w:t>Being jealous of partner’s family</w:t>
      </w:r>
    </w:p>
    <w:p>
      <w:r>
        <w:t>Ethnicity</w:t>
      </w:r>
    </w:p>
    <w:p>
      <w:r>
        <w:t>ANGER</w:t>
      </w:r>
    </w:p>
    <w:p>
      <w:r>
        <w:t>Probably one of the unfortunate things in marriage, that should never be present for all humanity. Anger has never been known to produce anything positive. It not only brings, death, destruction, and deception – yes deception, for if in truth you are not deceiving your wife or your husband, and you truly love the person, you will not be angry with the</w:t>
      </w:r>
    </w:p>
    <w:p>
      <w:r>
        <w:t>Person and even if you are angry, it is for peace, betterment and progress of your marriage. You should even apologize the next moment, even when you are right, for the fact that you want peace. And you should make that very clear. If you do that, it cannot be said that you were angry. Rather it would be that you wanted the best and you expressed it responsibly without anger. And yes, it is possible to express yourself without anger. If you begin now you will see how easy and beneficial it is to your marriage.</w:t>
      </w:r>
    </w:p>
    <w:p>
      <w:r>
        <w:t>Anger is not in any way to be found in any marriage as it affects you that is angry as it increases your blood pressure, there are reports of husbands who were so angry with their wife and they shouted at the, and after an hour or so, they were found dead in the room. So please be careful and wise, as that wife will go ahead to get married, while you will be in the grave. Everyone should be soft with their words no matter how grievous anyone would offend you, so that you and your family can enjoy your marriage.</w:t>
      </w:r>
    </w:p>
    <w:p>
      <w:r>
        <w:t>COMMUNICATION</w:t>
      </w:r>
    </w:p>
    <w:p>
      <w:r>
        <w:t>This is the plank of marriage. If spouses communicate very well, there will be little or no challenge in the marriage. Communication is in various dimensions: How you communicate, the tone of communication, the timing in communication, the effectiveness, verbal or nonverbal communication, miscommunication.</w:t>
      </w:r>
    </w:p>
    <w:p>
      <w:r>
        <w:t>You can set your marriage on fire by simple communication with your spouse, by deliberately being polite either with your questions or response. That can positively change the atmosphere in your marriage, as every human being likes to be respected and shown courtesy. Your spouse will also respond in kind if you are consistent with it. For instance, you can always respond with “please, I was in the bathroom.”; “please, I did not hear you clearly.”; “what did you say? Please.” or speaking to your spouse you should say: “yes, thank you please.”; “I will eat later, I guarantee you.” or if you say: “thank you for the food, it was sweet.”; “Thank you for buying me fruits.”;“I really liked the bananas you bought, I appreciate you.”etc. This word ‘please’ and ‘thank you’, has saved many ugly situations. If spouse speak to them in these words, that marriage will be on fire and the better for you guys and your family may become a reference point in your vicinity and beyond.</w:t>
      </w:r>
    </w:p>
    <w:p>
      <w:r>
        <w:t>The tone you use in communication will affect the outcome positively or negatively, as the person you are communicating with most likely always respond in kind to your communication. For example, if you are talking to your spouse and say to him or her: “Don't you know that you should have warmed the food before you serve it?”; “How come you are coming home this late?” Should you be told to remove your dress from the bed?”</w:t>
      </w:r>
    </w:p>
    <w:p>
      <w:r>
        <w:t>It is clear that your communication to him or her was with a negative energy and very judgmental. Thus, his or her response will mostly likely be negative and unfriendly and may likely cause quarrel that may take root and plague your marriage negatively. So you clearly need to avoid all negative communication and embrace a positive one that only use words like, please, thank you, I appreciate.</w:t>
      </w:r>
    </w:p>
    <w:p>
      <w:r>
        <w:t>TIMING IN COMMUNICATION</w:t>
      </w:r>
    </w:p>
    <w:p>
      <w:r>
        <w:t>This is another area of communication that is been neglected by spouses, that is why they are always in disagreements and quarrels that can be avoided with perfect timing, if you have a serious or important issue to discuss with your spouse you should for instance not wake him or her up in the morning and say:“good morning, I want to tell you that what you did yesterday to me in the afternoon, did not go down well with me.”;“You have not been attending church recently.”; “I think you may need to change church.”;“I am beginning to feel uncomfortable in this house.”; “If I scold the children, you don't join me.” etc.</w:t>
      </w:r>
    </w:p>
    <w:p>
      <w:r>
        <w:t>Honestly, you have given a bad taste to your discussion, I can almost assure you, and your spouse will be deliberately uncooperative with you on any issue or any other one almost all through the day or beyond. For he may think you are disrespectful and would want to treat you as such by giving you answers that are unfriendly. And if you are not careful, you will respond in the same way and conflict will be activated in your marriage if you don't take good care of it. You need to be timely and watch out when your spouse is relaxed and in a happy mood. The best way may just be when both of you are in your bedroom and even in bed. If you raise those important issues then, he or she may be in a good mood to respond and try to reason with you, so that both of you will discuss and come to a workable solution that can help you be on one page and act in unison as a couple. This brings peace and happiness to the marriage.</w:t>
      </w:r>
    </w:p>
    <w:p>
      <w:r>
        <w:t>Spouses should not only communicate verbally but put in place a simple and understanding nonverbal communication that will most times be limited to you anywhere and anytime, so that you may not speak but you understand what your spouse has said even in the midst of a crowd or social gathering. This brings spouses together in a great way. You may even extend same to your children, because you should have nonverbal language that you use for yourselves when it is time to perform your marital obligation together as that is exclusively for only two of you. It is a good thing. I suggest you try it out together and see how you will be closer as a couple and unknowingly you are setting positive fire on your marriage that will light up the rest of your life.</w:t>
      </w:r>
    </w:p>
    <w:p>
      <w:r>
        <w:t>MISCOMMUNICATION</w:t>
      </w:r>
    </w:p>
    <w:p>
      <w:r>
        <w:t>This is a challenge in most marriages and needs to be properly addressed, otherwise it will continue to cause problems in marriages, and may escalate and affect even the children and others that may be living with the couple. Spouse must deliberately learn to communicate effectively, so that their marriage can become a source of joy to them. If for instance a wife wants to collect money to use for the children at home, either to cut their hair or buy their daily needs, she should be able to communicate it clearly, not by just saying, “Give me money”. The husband may be defensive and unwilling to part with such money, especially if he does not know the purpose of the money. So as much as possible, communicate directly and timely without miscommunication.</w:t>
      </w:r>
    </w:p>
    <w:p>
      <w:r>
        <w:t>KEEPING SECRETS IN MARRIAGE</w:t>
      </w:r>
    </w:p>
    <w:p>
      <w:r>
        <w:t>This is one of the challenges marriages face that really tests the foundation of the marriage, for some spouses do not know how to deal with secrets in marriage, but in honesty, a marriage that have secrets will face or risk failure, separation and all the negative futures that keeping secrets carry. It is not a good thing for a spouse to have a secret, especially if it is a negative secret that can destroy the marriage or make your spouse not to trust you again. A marriage that is short of trust is hanging by the tread, so wisdom, understanding, patience and goodwill should be applied to settle it for the good of the marriage.</w:t>
      </w:r>
    </w:p>
    <w:p>
      <w:r>
        <w:t>For instance, if a spouse that did not tell his partner that he or she has had a child before, either out of wedlock or in a previous marriage. This could be very devastating and definitely, if they are still together, there will be a loss of trust. For a very long time, this will show as the other partner will always recall it eve without saying it. Should I trust him or her was it not too long I discovered that he or she has a child before we got married and I was not aware? If I give him or her huge money for business will she not divert it for something else?  These and other thoughts will be going on in his or her mind. There needs to be situations that are positive that will cause a change in his or her mind towards you. You need to be deliberately honest in your dealings with him or her.</w:t>
      </w:r>
    </w:p>
    <w:p>
      <w:r>
        <w:t>There is no need for keeping secrets in marriage, it only destroys marriage,</w:t>
      </w:r>
    </w:p>
    <w:p>
      <w:r>
        <w:t>If you keep secret so long but if it will not affect your marriage negatively, you can keep it, but please weigh the consequences before you make the decision to tell your spouse or consult an expert marriage counselor and then take the decision to leave it that way or spill it.</w:t>
      </w:r>
    </w:p>
    <w:p>
      <w:r>
        <w:t>As for those who are preparing to get married this is an aspect of your marriage you need to settle with your spouse before you get married as secrets in marriage is like the senior partner to telling lies. This can crumble marriages in a twinkle of an eye. You must at all times be truthful to your partner as you may tell him a lie that may mislead him to also telling a lie in public and as things turn out sometimes someone will challenge him in public to disclose his or her source. When it is verified, if it turns out that you told a lie, you would have put your spouse to shame and in the end you may live with the consequences which may not be very good, either for you or for your spouse. It may strain your marriage or even lead to quarrels and fighting that may be devastating. This has happened many times in similar situations and may eventually disintegrate your marriage. Something you may not have bargained for when you told the lie.</w:t>
      </w:r>
    </w:p>
    <w:p>
      <w:r>
        <w:t>LATE CHILD BEARING</w:t>
      </w:r>
    </w:p>
    <w:p>
      <w:r>
        <w:t>This is a challenge that spouses should handle with great care. And understand that it affects both spouses, not one of them. It can be said that the women mostly want to bear children for their husbands, as that is the utmost wish of a woman, but some men rather than understanding and finding solution together with their spouse, they go out to have children with other women. Thus, bringing heart-break and disappointment to their spouse at home, which is indeed a heartless thing to engage in. Anyone who is in that mindset should presently desist from it and find a workable solution with their spouse so that both of them will be happy in the marriage, instead of only one party getting satisfaction.</w:t>
      </w:r>
    </w:p>
    <w:p>
      <w:r>
        <w:t>Most times the challenge may just be a little thing that just requires a simple drug that will just correct the abnormality leading to child bearing, and your marriage is set on fire.</w:t>
      </w:r>
    </w:p>
    <w:p>
      <w:r>
        <w:t>Spouses should positively look at it as a blessing in disguise as God may give you one of the best children that is in heaven. Because you know it will surely come for you at God’s best time, celebrate, be happy with yourself and thank God for everything. Support each other in those times of waiting. The time of waiting is an opportunity to prepare for the child.</w:t>
      </w:r>
    </w:p>
    <w:p>
      <w:r>
        <w:t>.</w:t>
      </w:r>
    </w:p>
    <w:p>
      <w:r>
        <w:t>CHOICES IN MARRIAGE</w:t>
      </w:r>
    </w:p>
    <w:p>
      <w:r>
        <w:t>Marriage presents one of the greatest opportunities to express your humanity and prove that you are a person to be married.</w:t>
      </w:r>
    </w:p>
    <w:p>
      <w:r>
        <w:t>All human beings are created by God to be your brothers, sisters, or neighbor. So if you have an opportunity to get married you should stick to your partner. Take care of him or her as we cannot do all things for ourselves. You can be the greatest cheerleader of your partner by encouraging him or her to become one of the best in his or her chosen career. Because of your praise, and he or she will become a better version of himself or herself. It is an opportunity to prove that you can love your partner, by steadfastly showing him or her that you love them, through the things you do or say. Shower him or her with gifts and speak so highly of him or her. Be a source of his or her joy; give him or her undivided attention. If you engage in this, they may copy from you and it may turn out to become a positive competition of out-doing each other in showing love. When you engage in this, you have only succeeded in setting your marriage on fire, which is the real and original purpose of getting married to each other. This will positively rob off on the children you will bring up and they in return will rub it off on their marriage and the society will greatly benefit from it. It can surely bring about good and great health for both of you, thereby saving needed finance for the family.</w:t>
      </w:r>
    </w:p>
    <w:p>
      <w:r>
        <w:t>HOW TO ASK IN MARRIAGE</w:t>
      </w:r>
    </w:p>
    <w:p>
      <w:r>
        <w:t>One issue in marriages could be linked to asking for money for upkeep, asking for favors, asking for permission to go out etc.</w:t>
      </w:r>
    </w:p>
    <w:p>
      <w:r>
        <w:t>If a man and his wife have established a very peaceful and respectable ways of asking things from each other, it will not lead to disagreements or insults. But if there is no responsible and very suitable way to do it, it will lead to problems. It is good to put a simple rule in place. A wife asking for money to make a new hair in front of her husband’s visitors may just incur the wrath of her husband and if care is not taken it may graduate into insults and other unwanted situations that may lead out of control. And a husband rudely asking his wife to go and give him food in the presence of her family members, may attract a response that may not be welcomed. It will bring disagreements that would have been avoided.</w:t>
      </w:r>
    </w:p>
    <w:p>
      <w:r>
        <w:t>Imagine also that a wife wants to attend a social function in another city and may stay overnight. After dressing up, she now informs her husband that she has a social function to attend in the next city and that she will be back tomorrow. That may spark violence that may be uncontrollable for a moment, which may not be the intention of the wife, but because she asked amiss, that journey may have to be aborted completely and the present situation which she has caused would be addressed.</w:t>
      </w:r>
    </w:p>
    <w:p>
      <w:r>
        <w:t>.</w:t>
      </w:r>
    </w:p>
    <w:p>
      <w:r>
        <w:t>So, it is important to be responsible and respectable while asking from your partner. Create a system that will be workable for both parties so that information is sent at the best time and in the right environment, to receive the adequate attention required. Especially to encourage peace and happiness in the marriage. Therefore, it is good to watch out when both of you are a bit free and alone. It is one of the best times to ask for either money or favors as it may get good reception. Even if you don't get it immediately, it is good to ask and inform your partner in advance, so that adjustments and plans can be synchronized to allow the other person to be ready, physically, emotionally or otherwise. If you ask for favor when both of you are in bed having a chit chat, It may just be a perfect time to get all what you want either from your wife or husband.</w:t>
      </w:r>
    </w:p>
    <w:p>
      <w:r>
        <w:t>Just imagine when your wife or husband gets back from work, you first welcome him or her with complains, enquiries, requests etc., you may be rebuffed and may never get attention, for you may have upset him or her and they would consciously or unconsciously make up their mind not to attend to that your request, no matter how urgent you think it is.</w:t>
      </w:r>
    </w:p>
    <w:p>
      <w:r>
        <w:t>DO YOU WANT TO ENJOY YOUR MARRIAGE?</w:t>
      </w:r>
    </w:p>
    <w:p>
      <w:r>
        <w:t>Listen more and talk-less, for if you listen more you will hear both the things that is said and the things he or she intends to say. When anyone speaks to you, there are things he will tell you and some other things he may not tell you, but would not say it verbally. Either his words or body language will make you know that he is telling you something you should know but does not want to say it. so it is very important that you listen more than talking to your spouse, he may tell you that I want you to love me more than you are doing now as I love you too, which he or she may not verbalize, so please watch out for unspoken words.</w:t>
      </w:r>
    </w:p>
    <w:p>
      <w:r>
        <w:t>Unspoken words are powerful, as they lead you to the innermost part of the person’s heart.</w:t>
      </w:r>
    </w:p>
    <w:p>
      <w:r>
        <w:t>If you talk, you repeat the things you know, but if you listen you are learning the things that you don't know, which may give you information that may turn out to be very relevant to you. If you watch your partner closely, you may be able to predict his or her behavior in not too long a time. Human behaviours are not too far from the things they say. It is in listening you get wisdom, not in talking.</w:t>
      </w:r>
    </w:p>
    <w:p>
      <w:r>
        <w:t>LISTEN WITH RAPT ATTENTION</w:t>
      </w:r>
    </w:p>
    <w:p>
      <w:r>
        <w:t>It is good that you listen to your spouse while he or she speaks to you. That in itself shows him or her that you are interested in what he or she is telling you and you will listen again if he wants to tell you things that are important. They will have confidence in you, and most of all it shows that you are responsible and respectful to him or her. They will love you more would want to listen to you when it’s your turn to tell your story. You may begin to see that you will have less argument or misunderstanding as you know that both of you will hear each other out when it really matters. Most cases, your husband or wife may be able to vouch for you as trust will be established between you guys. You will be able to ask more intelligent questions, and get a clearer explanation of what he or she has to say. In the end, if you listen with rapt attention, you will remember more of what was said than when you didn’t. With this, you will in no time set an unquenchable fire to your marriage and watch yourself get younger even when your age moves forward.</w:t>
      </w:r>
    </w:p>
    <w:p>
      <w:r>
        <w:t>TAKE CONTROL OF YOUR MARRIAGE</w:t>
      </w:r>
    </w:p>
    <w:p>
      <w:r>
        <w:t>It is very possible to take control of your marriage as it is a fact that you got married to the one you love and that loves you. You can make him or her love you better by first, starting to love him or her unconditionally no matter what the situation is, because that person is a human being. Though he or she may think that you are pretending, once it is long enough, he or she will know that you mean business and would begin to love you in return. Honestly, the reason many marriages have problem is that we all want someone to love us. But you do not know that if you want love, you must first give love. That is how it works. It is like a man who wants to plant a tree, the tree may be a seed, yet it is a tree, if you put it on the ground and care for it.</w:t>
      </w:r>
    </w:p>
    <w:p>
      <w:r>
        <w:t>It is a gradual process, not overnight, so be patient with your partner. You should relate it with the disciple of Jesus. Thomas followed Jesus for about three years, but when he heard that Jesus has risen he doubted it, until Jesus came to him. And then he believed. Would you want to be a Thomas or you want to believe and start loving your wife or husband and see if he or she will not love you back, the earlier you do it the better for you. Like the tree, you will reap it on time. The more you delay, the longer it will take you to enjoy the benefits of marriage. If you start it, your partner will unconsciously start loving you and even you may become surprised and may want to pinch yourself to see if you are dreaming It is as simple as I have said it, but be sure that you do not listen or mind the negative comments or consequences that will follow if you begin to be so loving and nice.</w:t>
      </w:r>
    </w:p>
    <w:p>
      <w:r>
        <w:t>I want you to look at it from this perspective, the very first day you ever got sick and you were asked to take an injection, were you comfortable?  Absolutely no. but as time went on and you are sick again, you feel more comfortable and can without much fear, be injected. You will feel as if nothing happened, when compared it to the first time. That is what it will be when you first start to love and be nice to your husband or wife. Maybe his friends and associates or even family members will be relating positively to your new and loving attitude. They will join him or her in saying, don't mind him or her and some may even confront you physically or verbally, please be sure to include in loving your husband or wife an attitude that will disarm mockers. Smile and say thanks, it is ok etc. Remain calm and unrumpled and leave them with an open mouth that they can’t close as they see you glow and become nicer to your wife or husband.</w:t>
      </w:r>
    </w:p>
    <w:p>
      <w:r>
        <w:t>Gradually you will take total and absolute control of your marriage and may even marvel at the result it will bring your way. You would now become a partner and promoter of this book that has inspired you to set your marriage on fire. Marriage is meant to be enjoyed not endured as is the situation present in many homes, even in Christian and religious homes. The tragedy is that what some do not practice in their homes, they advice and counsel people to do in their marriages. When you hear some of this things or stories you almost find it difficult to believe, but it is a reality that we live with today, because of ignorance and not realizing that it is possible to have a marriage that is full of joy, happiness and fire that lights up the heart. You will be able to see the heart of your partner which too has a fire if you set your own on fire.</w:t>
      </w:r>
    </w:p>
    <w:p>
      <w:r>
        <w:t>Shower your partner with praises even in very little things he or she has done, for if you do it, he or she will do more. You will see that he or she too is a good person but circumstances that are not right has prevented him or her from loving you as you desire.</w:t>
      </w:r>
    </w:p>
    <w:p>
      <w:r>
        <w:t>Shower him with fitting titles and aliases. Have a different one for different places and situations. If you are in the bedroom alone and want to perform your marital vows, give him or her powerful alias and see how things will turn out. If he or she is among his or her friends or associates call him or her another alias, you will see the glow and radiance that will flow from his or her face and the confidence. If he or she wants to go out, he or she may want you to always be going out together.</w:t>
      </w:r>
    </w:p>
    <w:p>
      <w:r>
        <w:t>Taking over your marriage can be practiced better by people who are planning to get married. For instance, if your partner is a footballer or likes football begin to call him Ronaldo or Messi etc. as these are the two people in recent times that have set the world of football on fire, as they try to outplay one another, especially when their teams meet to play, be it in the local league or European or world cup encounters of their national team. Whatever your partner is, call him or her by the name of the best person in that field and see how he or she will be excited and may be in a hurry to get married to you, so you also need to practice related things that have been recommended in this book, but, if you really want to set it on fire right from the beginning consult us as we do marriage counseling, we will give you tips that will blow your mind.</w:t>
      </w:r>
    </w:p>
    <w:p>
      <w:r>
        <w:t>BECOME A DEBORAH</w:t>
      </w:r>
    </w:p>
    <w:p>
      <w:r>
        <w:t>You see, it is possible to do the things that people like Deborah did in the bible and even surpass her achievements, for she was a human being just like you. Even as a lady that is married or wants to get married, you can work it out especially now that there are improvements in technology that can make you read and know things in real time. Especially if you marry someone who is your friend and would really want you to succeed in any of your Endeavour.</w:t>
      </w:r>
    </w:p>
    <w:p>
      <w:r>
        <w:t>There were other women like Deborah in the bible, but her record was outstanding, yet she was married and she ruled Israel for a long time without complain. She was even involved in many physical battles that were fought by Israel and they got resounding victories that are still on record till today. This is particularly for the ladies; they should brace up and see that in their field of</w:t>
      </w:r>
    </w:p>
    <w:p>
      <w:r>
        <w:t>Endeavour, they can excel by imitating Deborah whose life and time can be seen to be of dedication and hard work. You should add prayers and positive confessions with a heart of joy that will never know sadness, no matter the challenge or present situation you are in or you find yourself.</w:t>
      </w:r>
    </w:p>
    <w:p>
      <w:r>
        <w:t>WILL YOUR HUSBAND BE READY TO PAY YOUR BRIDE PRICE EACH TIME HE IS ASKED TO PAY AGAIN?</w:t>
      </w:r>
    </w:p>
    <w:p>
      <w:r>
        <w:t>This is a very controversial question some husband will never agree to, because after a few years of marriage some wives are very complacent and would always say, I am married and there is no need to be looking good or be in top shape, because the man too is really married to her and probably they have children together. He will be considering that and just be ok, but from time to time would go out to satisfy his wants that he found in his wife but are no more there. Sometimes it leads to an unwanted child that may end up in the man's house and will bring tension in the home. Different quarrels will come up, settlement upon settlement, bad blood.</w:t>
      </w:r>
    </w:p>
    <w:p>
      <w:r>
        <w:t>All this can be avoided really if you do the things that made your husband got married to you in the first place and even improve on them as you get wiser in your marriage because it is expected that you should study him and know the things he likes and begin to do them so that he would have every reason to pay your bride price and get married to you anytime he is been asked as it is both of you that lose from not been at the top of your marriage. It may not really be hard to be at the top of your marriage, you only need to make a conscious decision that you are ready and it will be so and even add some great things or attitude that will make his head to spin a bit and he will be like the Oliver twist that asked for more. He will be asking for more from you and you will become a priceless gold to him.</w:t>
      </w:r>
    </w:p>
    <w:p>
      <w:r>
        <w:t>Charm him daily, for you have no one to seduce except him as you are committed to him.</w:t>
      </w:r>
    </w:p>
    <w:p>
      <w:r>
        <w:t>WILL YOUR WIFE AGREE TO GET MARRIED TO YOU IF SHE HAS ANOTHER OPPORTUNITY?</w:t>
      </w:r>
    </w:p>
    <w:p>
      <w:r>
        <w:t>This is a question that, some women will answer in the negative as they have passed through a lot of situations in the marriage that they ordinarily would not want to pass through. Some have been physically abused, verbally assorted etc. It is not an experience she would want to remain in if all things are equal. Some husband are so uncaring of the feelings of their wives to the extent that</w:t>
      </w:r>
    </w:p>
    <w:p>
      <w:r>
        <w:t>some would want to go out to get secure and comfort from other men who by all standards may not have been able to have her. In some pathetic cases, the women go out and hobnob between her husband and the other man or men as she gets little comfort from her husband who is supposed to not only be her husband but her father, If he is a father he will not neglect his daughter, he will take care of his daughter as a father always take care of his daughter, advises her and protects her.</w:t>
      </w:r>
    </w:p>
    <w:p>
      <w:r>
        <w:t>So the husband should in a marriage situation also act as a father, so that if there is an opportunity for her to choose a husband again, she will not think twice before she picks you again from the pack. Fathers, all of them provide for their daughters. I want to really urge all men that are reading this to, please take care of their wives as they will take care of their daughters.</w:t>
      </w:r>
    </w:p>
    <w:p>
      <w:r>
        <w:t>I can tell you, if a lot of women are given the opportunity to choose between their husbands and their fathers, they sure will choose their fathers over their husbands, as their fathers may have treated them better than their husbands and that in itself is an error that needs to be corrected. In other for all marriages to come alive again for if we indeed, really respect the vows that we take during marriage ceremonies, we would know or be conscious of the fact that we indeed need to, as a matter of great responsibility take care of our wives, just as we professed to love them. If we do this, then majority of marriages will revive and have a new beginning that is really required now in a lot of marriages, where women are abandoned and their husbands go for another more sophisticated woman, but most times their thinking always comes short and sometimes out of shame they endure a worse situation than they had with their wife. Our men please be careful and work it out with your wife and stick to her and love her a little more, you will see a new wife in her.</w:t>
      </w:r>
    </w:p>
    <w:p>
      <w:r>
        <w:t>GRUDGES ARE A DISTRACTION TRASH THEM</w:t>
      </w:r>
    </w:p>
    <w:p>
      <w:r>
        <w:t>To hold a grudge in a marriage is one of the worst thing anyone can do to distract the marriage as it breeds bad energy, thoughts, emotional in balance even to the, well-being of both of you, It comes in various ways to drain both of you,</w:t>
      </w:r>
    </w:p>
    <w:p>
      <w:r>
        <w:t>Couples that have grudges turn to the ends of their bed to sleep. Communication is badly affected in the home, transferred aggression is always the order of the day and smiles are sent to the dustbins. Tempers easily flare, even when it is not necessary. In all grudges is not a thing that we should engage in at all, if really you love your spouse, you should find a place in your heart to forgive</w:t>
      </w:r>
    </w:p>
    <w:p>
      <w:r>
        <w:t>and move on or call yourselves later to always talk about the issues that result to grudges. Agree on a formula that works for both of you, so that grudges will at least be very minimal and inconsequential.</w:t>
      </w:r>
    </w:p>
    <w:p>
      <w:r>
        <w:t>Marriages need compromise from both of you, in other to get the best. Grudges have been known to lead to the death of some spouses, especially for those that have grudges and don't look out for each other when one person is sick in the home. Some have lacked care or have been neglected and were not taken for treatment. They died either at home or when help came to them it was rather late and they pass on. You must in all, trash grudges to the dustbin and get your marriage working again.</w:t>
      </w:r>
    </w:p>
    <w:p>
      <w:r>
        <w:t>As for those who are getting ready to enter into marriage they need to really know if their partners would neglect them if they hold a grudge against themselves, or he or she will still look out for them when they are married. This could just help you make a decision if you need to get married to him or her, as your life may just depend on this decision.</w:t>
      </w:r>
    </w:p>
    <w:p>
      <w:r>
        <w:t>And it will not be too much if you test how your partner will behave now because it could be the dress rehearsal for many things you will see when you get married. Act as if you have grudges against him and see his or her reaction. Measure appropriately and be guided though in this. For married people, it is a time to smile more and laugh together, and apologize, even when you are right to free yourselves from grudges so you can have a great marriage that is set on fire.</w:t>
      </w:r>
    </w:p>
    <w:p>
      <w:r>
        <w:t>EXPRESS YOUR FRUSTRATIONS IN SMILES</w:t>
      </w:r>
    </w:p>
    <w:p>
      <w:r>
        <w:t>This should be adhered to by people who really want to keep their marriages. Act positively to save both of you from embarrassment that is always the case when you express your frustrations in anger or rage. A negative energy from your partner meeting your own negative energy will only produce a spark that could cause an explosion. That will do no one good, especially to both of you in conflict. If you negatively continue, you guys will reap pains, unhappiness, and injuries if it escalates to combat. That is normally the result of tempers that rise during expression of frustrations in marriage. It will also spark a rage or negative energy from your partner.</w:t>
      </w:r>
    </w:p>
    <w:p>
      <w:r>
        <w:t>By expressing your frustrations in marriage, which is a normal thing that arise, he or she may not take meal for that day or leaves you devastated as you will not come close. He may not want to know like the lion if you were coming as a treat to his or her cobs or herself, and that is how the lion have been surviving and if you look at it, it is a normal survival instinct by the lion, but as a human being, you would take the same steps that the lion took too, but, it is just that. Human</w:t>
      </w:r>
    </w:p>
    <w:p>
      <w:r>
        <w:t>beings have put in place rules, regulations, laws, etc.,  that you may wish to strictly follow to defend your marriage, in other to have peace. But in truth, you can defend your marriage without speaking negatively to your wife, husband or anybody who is acting negatively against your marriage. You may do to that person that is a threat to your marriage equally or even much more than what the lion would do. It may sound like a fairytale, but that is the honest truth, as you can ask some people. They prefer to die and leave your marriage alone rather than come to beg you or they will die. All you need to do if you are serious is to contact us. But, if you are in a hurry you can contact him directly – JESUS.</w:t>
      </w:r>
    </w:p>
    <w:p>
      <w:r>
        <w:t>He will take every opposition from your marriage and give you peace and happiness that pass all understanding.</w:t>
      </w:r>
    </w:p>
    <w:p>
      <w:r>
        <w:t>You must as a matter of urgency, present a 'face' of LOVE in your marriage if you must have a successful marriage. If you do not present yourself as love to your spouse, you have FAILED in your marriage, so if your marriage fails, please do not blame your spouse. The first person that should take the greatest blame is you – yes you. If you present yourself as LOVE in your marriage, there is no way that your marriage will even have any significant conflict apart from the normal conflict that must happen in a marriage and if those normal conflicts do not take place in your marriage then, please properly check if there is a fundamental problem in your marriage. The day it will explode, it will be like hell and you may need good fortune to intervene, otherwise, you may be looking for another marriage contract and you know what that means.</w:t>
      </w:r>
    </w:p>
    <w:p>
      <w:r>
        <w:t>You need to be a great 'LIGHT' in your marriage. There are bound to be times of darkness in your marriage where your spouse will almost be comfortless, either because of family issues, economic considerations or other happenings in your family. You should shine in the midst of this darkness always. If you act that way, your spouse will not be able to do without you and you will be indispensable. If anyone or circumstance wants to stand between you and your spouse, your spouse will push that person or circumstance away and choose you above them at all times because no one is comfortable with darkness. Every human being want to be where there is light, even animals prefer light to darkness. That is why when your bulb is on, outside your house or fence, animals seem to congregate there in the night, either just to rest or the chance to feed themselves, and wait for the next day.</w:t>
      </w:r>
    </w:p>
    <w:p>
      <w:r>
        <w:t>That is why sometimes when some spouses are sick, their spouse is so worried even much more than the one that is sick and you may see that when the spouse are old and one of them die, it will not take a long time for the other one to follow as they would not be able to live without their spouse.</w:t>
      </w:r>
    </w:p>
    <w:p>
      <w:r>
        <w:t>YOU, IN YOUR MARRIAGE NEED TO PRESENT A 'FACE' OF SOFTNESS</w:t>
      </w:r>
    </w:p>
    <w:p>
      <w:r>
        <w:t>Marriage is not all about battles that must be won with aggression and hardness. You win most battles by being soft. If for instance, you are married and your spouse shouts at you and you shout back, then, you can be sure that after some time you may find yourself not being married. No matter who shouts, be it male or female. You should never shout back, as you are unable to fully comprehend the frustration the person is undergoing at that particular time or the circumstances surrounding him or her.</w:t>
      </w:r>
    </w:p>
    <w:p>
      <w:r>
        <w:t>It could be that he has been frustrated with the procrastination you have been exhibiting with him, and he or she is now using an issue that is not enough to shout, to want to take a pound of flesh from you. And because you do not understand or you too, you are struggling with a situation in your head that he or she too do not know, you shout back at him or her. This needs to be understood by the couple, so that they can temper their responses when this kind of situation occurs in their home. If you present a soft face in this regard, you will find that you will in no way manifest conflict in your marriage. Instead, your partner will admire you for your sense of calmness that you do exhibit even when he or she show bitter frustration by shouting.</w:t>
      </w:r>
    </w:p>
    <w:p>
      <w:r>
        <w:t>You need to present a face of softness in your marriage because you have children who are growing up. You need to imbibe in them a spirit of softness that they may need as they go out and interact with others either in their schools, outside etc so that they can become a productive and responsible adults who are able to positively respond to ugly situations that may confront them as they grow up.</w:t>
      </w:r>
    </w:p>
    <w:p>
      <w:r>
        <w:t>YOU NEED TO SHOW A FACE OF ANGER</w:t>
      </w:r>
    </w:p>
    <w:p>
      <w:r>
        <w:t>So that your spouse and all who deal with you would know that you are a human being after all, that you can become angry when obviously you have been made to become angry. But you must do this with wisdom, by letting it go almost immediately and never allow anger to rule you or your spouse or mostly allow it to be your stock in trade, after any small conflict or exchange of words in your marriage. You greatly need to select and control your words as they define you.</w:t>
      </w:r>
    </w:p>
    <w:p>
      <w:r>
        <w:t>YOU MUST BE PRAYERFUL TO SURVIVE THIS 21ST CENTURY MARRIAGE</w:t>
      </w:r>
    </w:p>
    <w:p>
      <w:r>
        <w:t>The things that are seen in this world are very fearful and therefore we need to call on God to protect our spouse and family, otherwise we may not be able to survive. How can someone fully explain that someone got pregnant nine times and all of them did not lead to delivery, or a husband picks up a knife, kills his wife and children and submits himself to police and he is crying about his wife and children. Please daily seek the protection of God and give yourself to him as we are unable to protect ourselves. What about disease and viruses like the Covid – 19 that has spread all over the world that has no respect for boundary, gender, statutes or class, race or any consideration. If not for God how can a 102 years old human survive Covid – 19 and younger people with no health challenges die. Even new born babies contact it and it presents itself in different ways in different people, honestly the best thing to do is to just observe the normal rules and pray for God's protection.</w:t>
      </w:r>
    </w:p>
    <w:p>
      <w:r>
        <w:t>(It is very important that, we diversify our streams of income) in other to survive the 21st century marriage as job or business guarantees are not there any longer as natural disasters can close the jobs or business of a lot of people as it has been seen in this 21st century. The latest one now is this Covid – 19 that, has made almost all governments of the world ask citizens to stay at home for upward of three months, with state, national and international borders shut and almost 90 percent of the world population just sit at home with only essential services workers like the medical and agricultural, allowed to work with great restrictions. The above is the importance of diversifying your income to essential sectors of the economy so that when situations like this happens; your family is able to sail through with comfortable ease, so that they know which area they will place their emphasis on.</w:t>
      </w:r>
    </w:p>
    <w:p>
      <w:r>
        <w:t>Spouses need to deeply reflect and plan together, to see that their marriage is able to survive the harsh reality of the 21st century marriage.</w:t>
      </w:r>
    </w:p>
    <w:p>
      <w:r>
        <w:t>Cooperation between the husband and wife is the answer.</w:t>
      </w:r>
    </w:p>
    <w:p>
      <w:r>
        <w:t>YOU NEED DELIBERATE 'TRICK' IN OTHER TO SURVIVE THIS 21ST CENTURY MARRIAGE</w:t>
      </w:r>
    </w:p>
    <w:p>
      <w:r>
        <w:t>As we are up against the things you know and the one that you do not know. Some of which, knowingly and unknowingly wants to push you out of your marriage, you practically need a system to stay safe and be very competitive. Some men or woman are been wooed with a better offer, some of which are fake and is just meant to disgrace and humiliate you for reasons you can't really place.</w:t>
      </w:r>
    </w:p>
    <w:p>
      <w:r>
        <w:t>But, if for instance you are very angry with your partner and yet, you call him or her, my loving wife or husband, I do not comprehend your attitude yesterday, I am so angry, but you know I love you so much. I was not expecting you to act that way you did, I felt disrespected, I hope you did not do it because you wanted to humiliate me etc.</w:t>
      </w:r>
    </w:p>
    <w:p>
      <w:r>
        <w:t>The husband or wife that hears this kind of complain will know that kind of husband or wife is hard to find and you will do everything not to offend him or her next time as even your conscience will prick you and you will want to apologize to him or her a thousand times, even if she complains once. This preposition seems to be hard – yes, but this is the requirement of a 21st century husband and wife that wants to survive and have a great marriage that can stand the rigors of the 21st century which is a great mountain to climb. Any one that engages in this has carved a niche for himself. You will be surprised at the great results it will produce for you, as no one is able to quarrel with anyone that says I am sorry. Even when you know he or she is wrong and still say sorry. That is what the 21st century wife or husband should hold onto every time. Like the sole in the foot of a goat, it is only when, the goat dies, that the sole leaves her leg, Hold on very strong, it could just be your getting out of jail card that you waive always and all barriers in your marital life will crumble one after the other in your very face. You will be very grateful you ever came across this book and as it worked for you, you may hand this tool over to all your children and you may have given them much more than what money can buy and their success in marriage will rub off on you and you will be proud of them, thank God, for them.</w:t>
      </w:r>
    </w:p>
    <w:p>
      <w:r>
        <w:t>Anybody that can do that in his or her marriage is, showing great respect to his or her husband or wife, and regarding your spouse can be one of the greatest things you should do in your marriage. Any marriage without respect is always known to be very turbulent, unsafe and risky.</w:t>
      </w:r>
    </w:p>
    <w:p>
      <w:r>
        <w:t>AGREE TO ALWAYS DISCUSS DISAGREEMENTS IN LOVE, CALMNESS, GOOD FAITH AND RESPECT</w:t>
      </w:r>
    </w:p>
    <w:p>
      <w:r>
        <w:t>If spouses agree with a standing rule that they must discuss all matters of conflict in love, especially when everyone is calm and a better sense of judgment can be possible. There will be peace and harmony in their marriage as almost every issue that will bring conflict would have been discussed and permanent or temporary agreements reached. Fruitful decisions would be reached each time those discussions take place and everyone is ready to own up when he or she may be at fault. Next time the person may not repeat that mistake again. That is what is good for the spouse so long as they have the notion that they want to live together forever.</w:t>
      </w:r>
    </w:p>
    <w:p>
      <w:r>
        <w:t>Discussing in good faith is to want the issues to be laid to rest as you would have said your grievances, which at least may have been heard. That in itself is a good step, because most times when quarrels happen, no one listens to the other except to take his or her point, thinking the other one has heard and understood it. But, in reality it is less than what is said that is always heard during quarrels, only areas that are negative and directly speaks to the other person, which they may likely misunderstand or misinterpret to score cheap points or gain advantage. When both of you seat down, you may then realize that some of your responses were not relevant as the other person said something else that you did not comprehend. Impressions are corrected and noted when you call such meetings.</w:t>
      </w:r>
    </w:p>
    <w:p>
      <w:r>
        <w:t>NEVER RAISE YOUR VOICE EVEN WHEN YOU ARE ANGRY AND EXCHANGING WORDS WITH YOUR SPOUSE;</w:t>
      </w:r>
    </w:p>
    <w:p>
      <w:r>
        <w:t>You should deliberately practice not to raise your voice for any right reason, not to talk of the fact that you could be raising your voice for a wrong reason, as you may not just get it right at that moment. There have been many situations like that. Take for instance a man asks his wife to go and bring a hose from the house to put fuel either in the car or generator while both of them were outside and the wife goes in and spends much time. You need not to shout because it is possible, that, in an attempt to go fast and come back she had hit her leg somewhere and attempting to give herself first aid while you are outside barking. When you eventually go inside to see that she is injured, you will then begin to say sorry and try to help. At that moment, she is disappointed in you but will also be struggling</w:t>
      </w:r>
    </w:p>
    <w:p>
      <w:r>
        <w:t>with her injury. The next time you send her, that incidence could be in her mind and she will tell you she did not see what you sent her to get, and that you should go and fetch it yourself. You may be setting up a very wrong precedence that may enter top gear, and one day it will be out of control</w:t>
      </w:r>
    </w:p>
    <w:p>
      <w:r>
        <w:t>What about, if you continue to shout at each other and you guys have children. They watch you shout at each other, and in no time they will be doing that to themselves. If they transfer it to their marriage in this 21st century, they risk losing their marriage in not too long a time, as the 21st century has no accommodation for such attitude. The reaction you may get could be, your spouse in bid to avoid your shout may go to work and not return until midnight. And before 8am he, in most cases may have left the house. Even on weekends, he will find a very flimsy excuse to leave the house and may have settled with someone and could just be waiting for a misstep for him to tell you that the game (marriage) is over. No, you don't need it. Just eliminate the shouting. Some women also find reasons to leave the house when their shouting husbands are around. Children are not known to ever be comfortable around a person that shouts and after a time, they will begin to deliberately ignore you or avoid you completely.</w:t>
      </w:r>
    </w:p>
    <w:p>
      <w:r>
        <w:t>ALWAYS GIVE BENEFIT OF DOUBT AND NEVER ASSUME NEGATIVELY</w:t>
      </w:r>
    </w:p>
    <w:p>
      <w:r>
        <w:t>In this twenty first century, if you really want to be in your marriage, you should as a matter of fact give your spouse the benefit of doubt. It is not every time; you see or feel that he or she is wrong, deliberately or otherwise. Sometimes coincidence happens as if it was planned from inception whereas it is coincidence that, nature have brought together, for purposes only the creator can explain. For instance your wife tells you that she is going to a nearby store or market to get some goods on getting there, she did not find it there and she decided to go further. On her way back, she runs into her old class mate, who gives her a lift and you happen to see her coming down from a private car, immediately, she gets home you begin to question her with great bias and she wonders what have  she has done. And if it is not handled with tact, it can lead to quarrel of a big scale. All this you could have avoided if you had given her the benefit of doubt. She may have even told you if you have good public relations with her and you guys are having a happy hour and both of you would laugh about it.</w:t>
      </w:r>
    </w:p>
    <w:p>
      <w:r>
        <w:t>Or, your husband tells you he was going to see a friend in the next neighborhood, he gets there and did not meet his friend at home and calls him. His friend asks him to come to a place further away and he goes to meet him after which he heads home and on his way he assists a neighbor who happens to be a girl and he drops her not too far from your house. Incidentally, you meet him as he was exchanging pleasantries with the young lady and you immediately interrupt and start asking unfriendly questions. That is not it, you need to give the benefit doubt to your husband, and when he gets to the house, you can ask him. Or at night, you can turn it to a laughing matter and rest the case. It is good to have a good knowledge of a subject matter before you talk about it. If you are not careful, it can cause real trouble in your family as assuming negatively can lift your family into trouble. There are strains and stress everywhere from different situation, and everyone deals with it in different ways. You may not know what is going on in his or her heart and you end up asking questions that may just spark disagreement.</w:t>
      </w:r>
    </w:p>
    <w:p>
      <w:r>
        <w:t>COMPLETELY AVOID ARGUMENT</w:t>
      </w:r>
    </w:p>
    <w:p>
      <w:r>
        <w:t>This may seem difficult but it is practicable, if we just learn to avoid it. Both of you can learn to speak to yourselves in words that are responsible, tolerable and reasonable, in other to show respect for each other while interacting. Even when the issues are contentious and challenging, it is not responsible for married people to argue, but rather, to explain to each other. In argument, spouses hardly listen and comprehend the words of their spouse and there is a feeling of dissent, resentment and wanting the other person to listen and hear him or her talk. But if you deliberately wait to take turns in explaining to each other, it will make more sense and you will make more sense and you will understand and appreciate more what your spouse is saying. Comprehensions of the issues are better during explanations.</w:t>
      </w:r>
    </w:p>
    <w:p>
      <w:r>
        <w:t>HAVE A “WE” MENTALITY AND DROP THE ‘I' MENTALITY</w:t>
      </w:r>
    </w:p>
    <w:p>
      <w:r>
        <w:t>This perhaps is what is needed in married homes to avoid quarrels etc., If you have a 'we' mentality, you will consider your spouse in everything you do except when perhaps you want to breath, this may seem strange, but, I tell you it is the most ideal thing you can do for your family to become a close and stable one. For if you engage in it, even your spouse will take note and be adjusting to follow you in that step,</w:t>
      </w:r>
    </w:p>
    <w:p>
      <w:r>
        <w:t>It is good to deliberately buy something for your spouse as it will make him or her to know that you are thinking of him or her in the things you do, in every important decision you must consult him or her, so that there will be confidence among yourselves. Even in wanting to go out of the house, you should get him or her informed so that your whereabouts can be traced if the need arises. When you engage in these little things, you are only building a solid system in your marriage. You can even master it to the extent that if you want to take your bath, you invite him or her to come and join you. And as much as you cannot eat alone, even if you are filled, you can eat a spoon of rice or a piece of meat, just to be around him and make sure he or she eats satisfactorily. The satisfaction may not necessarily be in the food, but the fact that you are eating and your spouse is watching you, and you can throw in one kind of old gist that can spice up your day together later in bed or continue the gist from high school that you did not tell well, the last time you told it, you will see your partner getting so interested in you.</w:t>
      </w:r>
    </w:p>
    <w:p>
      <w:r>
        <w:t>HAVE SPECIAL NAMES FOR YOUR SPOUSE AT DIFFERENT PLACES</w:t>
      </w:r>
    </w:p>
    <w:p>
      <w:r>
        <w:t>Find a strong social way of connecting with your spouse, as that is one of the strongest weapon married people can use to have a personal relationship, apart from the fact that both of you are married. Some spouses only stop at getting married and do not take their marriage relationship to a higher level of relationship, which is being friends with each other, you can be married and yet not be a friend with your spouse. You need to be friendly with your spouse as friendship entails being there for each other. No matter what happens to your friend that is shameful, even if it was so bad that when people hear, they would want to crucify him or her. If you know about it, you will still forgive him or her, without mentioning it to anybody and you continue your friendship. To get to such level in relationship, you must show that you are worth it by your influencing support, sharing all your thoughts and fears, future ambitions etc. and most of all, a reasonable level of trust.</w:t>
      </w:r>
    </w:p>
    <w:p>
      <w:r>
        <w:t>Only both of you have codes, languages, pet names that you call yourselves, even when you people are in private conversations or moods you can still converse in these languages, so much so that, you can speak without talking and yet only you guys understand. That is the level I expect you to take your marriage to, especially at this times that true friends are hard to find. By all means have a fitting pet name for your spouse.</w:t>
      </w:r>
    </w:p>
    <w:p>
      <w:r>
        <w:t>DON'T EVER ALLOW YOUR SPOUSE BEHAVIOR OR ATTITUDE IMPACT NEGATIVELY ON YOU</w:t>
      </w:r>
    </w:p>
    <w:p>
      <w:r>
        <w:t>In no way should you allow the behavior of your spouse impact negatively on you, no matter how bad it is. If you do, you have fallen for a trap other people set in his life to cause pain to others. You must not allow that at all. His behavior and attitudes may have been from the poor social, cultural, marital, educational or weak background your spouse must have been suffering from. You need to understand it from these perspectives, so that you appropriately deal with him or her and show them that you are from a far better background than them. But you must not tell him this. Action speaks louder than words. Show him or her with your own attitude that you are indeed of a quality marriage material and that he or she needs to appreciate you better than he is presently doing.</w:t>
      </w:r>
    </w:p>
    <w:p>
      <w:r>
        <w:t>A social background that is poor or bad could be where respect, good conduct, treating people responsibly are absent. He or she may be finding it hard to understand that, as a matter of principle you must respect people at all times because anything short of that is tantamount to abuse, bad conduct, and moral insanity.</w:t>
      </w:r>
    </w:p>
    <w:p>
      <w:r>
        <w:t>You must not fall for the cultural trap that was knowingly or unknowingly set by various cultures, which some spouses unknowingly walk into and find themselves struggling in marriage, but they do not realize their spouse is responsible for their struggle in.</w:t>
      </w:r>
    </w:p>
    <w:p>
      <w:r>
        <w:t>Some cultures are so out of tune with the 21stcentury realities, that it negatively affects people who still hold on to it. How can any rational human being in this 21st century justify the fact that it is normal for a man to beat up his wife from time to time, in other for the wife to be afraid of him and respect him and also verbally abuse her even if there is no cause for that. The woman is expected never to raise her voice; rather, she should apologize to him and promise to be of better conduct, this sounds so unreasonable that you will think it no longer happens. But it still happens in very many places, especially in Africa and the Asia. Some cultures still see women as a chattel that is acquired by men and they use them as they want and also dump them at will. That was why in my postulation in the consideration chapter, 1 made it</w:t>
      </w:r>
    </w:p>
    <w:p>
      <w:r>
        <w:t>clear that, if you are not sure of who you want to get married to, please remain single a little while. Marriage is not an experiment that, you get into and use another person as sample until you get the required result. It is not. Especially for women, as you may have allowed him to violate your dignity, that you cannot recover no matter how you try, even if he paid you millions. That is if you have the courage to take him to court after all the abuses.</w:t>
      </w:r>
    </w:p>
    <w:p>
      <w:r>
        <w:t>There are other reasons why you should not allow your spouse behavior or attitude to affect you negatively. You will be shocked to know that sometimes your husband or wife that is having behavioral or attitudinal challenges, really need your support and understanding as he or she may be suffering from the effect of the marital problem he might have seen while growing up and therefore he or she thinks that behaving wrongly is a normal thing to engage in and there is nothing wrong with it, It is called, post traumatic disorder – PTSD, you therefore need to look closely and appropriately deal with it. It could be too that, he or she may have been suffering from a similar situation in his or her previous marriage or while growing up, if he or she has been married before.</w:t>
      </w:r>
    </w:p>
    <w:p>
      <w:r>
        <w:t>Educational; this may either be because your spouse has educational challenge and you are better. He or she then sees you as a threat and may think you want to oppress them with your educational status. So they are always on guard and would want to defend themselves. Therefore, you will find inconsistencies in their attitude. You therefore need to look beyond this and really apply your educational ability to see that you have a stable home by acting in a manner that will at all not jeopardize your marriage. You continue until you see improvement and further work out a system that will work for you as you need to develop your own emotional defense mechanism, so that you can use good words to respond even to obvious provocations and keep your thoughts pure and know that you are doing your best in the prevailing bad circumstance, just to see that your marriage does not fail.</w:t>
      </w:r>
    </w:p>
    <w:p>
      <w:r>
        <w:t>NEVER SEND OUT A NEGATIVE IMAGE ABOUT YOURSELF OR SPOUSE</w:t>
      </w:r>
    </w:p>
    <w:p>
      <w:r>
        <w:t>You need to be on the clear watch for this situation, as they may want to occur times and again. If you put a negative image of yourself out in a way, either verbally or by your attitude, because you got  a bashing from your spouse, you are digging a ditch that your marriage will fall into one day and if you are not strong and observant you may not be able to realize it.</w:t>
      </w:r>
    </w:p>
    <w:p>
      <w:r>
        <w:t>Your image is very important. Let us agree that your wife or husband is not acting right, if you begin to talk about it to anyone, you may actually also be talking negatively about yourself and at the end of the day, you may be like the one who shot himself on the foot – how? – What if your wife or husband now has become a changed person, because of the encounter he has had, either with education, God, accident etc., would you have the chance to ask or tell them now that he or she is a changed person, definitely not. Honestly, some of them may see you as a hypocrite; some may now be seeing your husband as an enemy. If they don't have the opportunity to hear from you, they may say he or she has charmed you or you are under duress to hang around and being nice to him or her. All kinds of negative conjecture may be going on about you and your family because you set the ball rolling by telling negative things about your spouse to people, many of whom are undeserving and may not be wishing you well. Never say any negative thing(s) about your spouse to anyone, some may have a worse time in their marriages than you are having yet they will tell you to be rude and unkind to your spouse while they apologize and patch things with their spouse. Please be wise, tell it to God in prayers and work out things. Understand that marriage requires tolerance. You overlook and endure and keep working it out. It will come out pure if you persevere.</w:t>
      </w:r>
    </w:p>
    <w:p>
      <w:r>
        <w:t>Do not by your conduct send a wrong image about yourself out. Do you know that your dressing can send a message that you do not know how people may interpret it? Because of that, they may decide to ignore you or attend to you. You need to send a clear message that speaks positively and you must make sure that your spouse follows in that positive dress self-image as it can earn you a good association, contracts and so on. Imagine if you go to a social gathering and your dressing is so unique and the master of ceremony is attracted and begins to comment about you, you may get important friends from there and it can after all transform to contracts, referrals, good associates, which dressing well can bring to you.</w:t>
      </w:r>
    </w:p>
    <w:p>
      <w:r>
        <w:t>You must make every effort to communicate positively in your marriage, so that you attract internal and external commendation. Commend your spouse when they are looking good, for if an outsider can commend your spouse, it is only good that you should see and appreciate the good thing too, to motivate him or her to strife to look good for another time.</w:t>
      </w:r>
    </w:p>
    <w:p>
      <w:r>
        <w:t>MAKE SMILING PART OF YOUR MAKEUP OR DRESS PATTERN</w:t>
      </w:r>
    </w:p>
    <w:p>
      <w:r>
        <w:t>Smiling is like an enigma that gets you attention you may not get otherwise. It is usually a positive unsolicited assistance and commendation. Because you are given to smiles, people will be easily attracted to you. Do you want your husband or wife to be attracted to you? Then begin to smile and make it infectious, to the extent that when you even make obvious mistakes at home, he or she will gross over it. Even when you know you did not do well, he or she will joke about it. Such is the power of smile. Some people say it can bring a monkey down from the tree, if it is good enough. It gets easier if you start to practice it as you unknowingly raise other people's spirit even when they seem to be down cast.</w:t>
      </w:r>
    </w:p>
    <w:p>
      <w:r>
        <w:t>People that frown in their marriage get less attention from their spouse. Sometimes it can be like darkness and can be discomforting. It has been proved that smiling makes you younger than your age. If you continue in it; your personality is positively affected, while your health is also better for it.</w:t>
      </w:r>
    </w:p>
    <w:p>
      <w:r>
        <w:t>Spouses must not err on the part of smiling as it would definitely heal a few wounds here and there in your marriage. It costs nothing to smile, rather the benefits outweighs any drawback. As you begin to smile in your marriage and become the center of attraction, I can assure you that before long your spouse may join you and your children may follow and export it to their school and one day as the source of smile, you may be commended even by those outside your domain, and gradually you positively affect the larger society.</w:t>
      </w:r>
    </w:p>
    <w:p>
      <w:r>
        <w:t>YOU SHOULD KNOW WHEN TO SPEAK UP AND WHEN TO KEEP QUIET</w:t>
      </w:r>
    </w:p>
    <w:p>
      <w:r>
        <w:t>One of the systems that should be permanently put in place in marriage is knowing when to speak. If you speak the right thing at the wrong time, it will produce a negative result, which you will not expect and if you push it too hard or seem to want to grudge, that you will be ignored despite your good intention, that can further provoke a situation that may be injurious to the marriage in no small way. Spouse are to adapt and adopt local measures befitting to the kind of spouse you have as you need to learn his or her 'mentality'.</w:t>
      </w:r>
    </w:p>
    <w:p>
      <w:r>
        <w:t>Everybody has a way that you can use to approach them even when they are angry and unreceptive. It could just be that you only need to call the name only you and a few people call him or give him the gist that may interest him or her. Or, for some women it is to announce that his best food is at the dining table.</w:t>
      </w:r>
    </w:p>
    <w:p>
      <w:r>
        <w:t>So also if you speak the wrong thing at the wrong time, you may get the same negative reception. That is why you must chose to do the right thing at the right time, so that it will get the right reception and there will be value in your words. For instance if, your husband is sick and in the hospital, it may not be the time to ask him to give you money to pay the children’s school fees, as his attention is not around that frequency, so you may get a negative response or a reprimand and may be viewed as being uncaring. He may then ignore you in other things and you may start wondering if you had done something wrong, especially when the health challenge is severe. Or he is just returning from the office and the first thing you tell him after greeting him is that he forgot to drop the money he promised to you to purchase your personal effects. He may pretend not to hear you and walk into the room to change and ask for food and now you add insult to it by saying there is no food and you go quickly to the market. That may not seat well with him.</w:t>
      </w:r>
    </w:p>
    <w:p>
      <w:r>
        <w:t>But, if your spouse birthday is coming and you ask him or her he or she would prefer for her birthday, and you go ahead and buy it, you have communicated at the right time and there will be good reception and appreciation for your efforts. Or for your marriage anniversary, it falls well and in the spirit of celebrating your marriage anniversary, discussions will be in good faith and both of you will reason together.</w:t>
      </w:r>
    </w:p>
    <w:p>
      <w:r>
        <w:t>SEEK PRIVATE AUDIENCE WITH YOUR SPOUSE</w:t>
      </w:r>
    </w:p>
    <w:p>
      <w:r>
        <w:t>You should deliberately do this as if you are counting on him or her. Make it look interesting and real, if you do this long enough your spouse may actually be looking forward to it. Make out time to play with your spouse so that you will have time for each other. Create happy mood time for your family as you may need to educate your husband when your heat period is, so that he should be ready and not offer any excuse for not getting ready for you when you really desire him. There is time for everything, so you may also have time to complain as it is not every time you need to use for complain. There are some things that may not be too clear, and you or your spouse may need clarification.</w:t>
      </w:r>
    </w:p>
    <w:p>
      <w:r>
        <w:t>Time especially should be made also to praise him, especially for achievements, improvements, the things each of you do to move the family forward, but saying thank you, please etc., should be a very regular thing between both of you in the marriage as, that could just be what one of you may need to do more great things for the family next time.</w:t>
      </w:r>
    </w:p>
    <w:p>
      <w:r>
        <w:t>SPEAK WITH KINDNESS</w:t>
      </w:r>
    </w:p>
    <w:p>
      <w:r>
        <w:t>It is deserving in the marriage, to speak with kindness to yourselves. Some people in a marriage needs appreciation and kind words to really show the good character that will be beneficial to the marriage. It is also a way to make you really want to be together, for if there are kind words spoken in the marriage it will engender interest and cooperation in other areas of the marriage, this is beneficial and significant to sustaining the marriage, which in turn will rub off on the society in general. A reduced conflict in marriage may impact on the health of the family as a happy mind would almost never get sick.</w:t>
      </w:r>
    </w:p>
    <w:p>
      <w:r>
        <w:t>Make yourself approachable. Sometimes the facial expression of some spouse are so unfriendly, that their spouse would not be able to approach them to have any discussion with them and even when you summon the courage to speak to them you will find them moving their face from side to side, without wanting to make any facial contact with their spouse. When it seems like that their spouse may not be able to have useful discussions, it leads to frustration of the other spouse, who may take his frustration out to another member of the family or on his or her spouse negatively. In such homes, there is bound to be misunderstanding, very low co-operation, conflict, unhappiness of both spouses. Sometimes the frustration is expressed in extra marital affairs, which always would impact negatively on the family and when he or she finds the extra-marital affairs to be more comforting than his marriage, he or she would most times not be attentive to their marriage and finds every excuse to be out of the house to have a good time, and it is from this point that, real crisis starts in the home and if it is not properly managed, it most likely leads to physical fighting, abuse and eventually divorce. This would not only end there as it greatly negatively affects the children that are in the home as they may be left unattended to as some may be with their father and others with their mother and when sometimes mostly the women comes to ask for money for upkeep of the children sometimes there are further fights and</w:t>
      </w:r>
    </w:p>
    <w:p>
      <w:r>
        <w:t>quarrels as most fathers do not want to give out money for upkeep, and some mothers can be very dogged in trying to make sure that they collect money for upkeep and they will not mind to cause a scene, so long as they collect the money for the upkeep of their children.</w:t>
      </w:r>
    </w:p>
    <w:p>
      <w:r>
        <w:t>As you can imagine, the children would be watching these scenes which will surely impact negatively on them. It is therefore not good or reasonable at all in this age and time to be approachable in your marriage. Marriages are meant to be enjoyed, if you put up that kind of front, you may be ignored and your spouse may find other ways of getting along with life. They may wait for you to make an unpardonable mistake so he or she could say the marriage is over, which may not be the best for both of you, so find a way or learn to be approachable at all times so that you have a healthy marriage.</w:t>
      </w:r>
    </w:p>
    <w:p>
      <w:r>
        <w:t>GO OUT OF YOUR WAY TO PRAISE YOUR SPOUSE</w:t>
      </w:r>
    </w:p>
    <w:p>
      <w:r>
        <w:t>If anyone is good to you even in little way(s) and you praise him or her you will find out that the person may look for other ways to want to be relevant or useful to you and this is what happens in marriages. So, spouses should endeavor to go out of their way to praise their spouses, so that they will get the best out of them. If you praise someone for a little act, he or she would always be happy with you, and when anything concerns you comes up, he or she, treats it with kindness, love and respect. You will hardly have conflict with the one that is happy with you. This will help make your marriage 21st century compliant and will sail through the years without much trouble, and all of you will be better for it.</w:t>
      </w:r>
    </w:p>
    <w:p>
      <w:r>
        <w:t>Display good virtues and let your spouse follow – really in marriages, there is always the feeling that, if he or she is not nice to me, what is the essence of being nice to him or her, that is a retrogressive statement that has done marriages no good and most likely will bedeviled the marriages with troubles unending and probably end up in separation which spouses most time do not prepare for. So it is better to deliberately engage in the activities and actions that will promote and preserve your marriage for you.</w:t>
      </w:r>
    </w:p>
    <w:p>
      <w:r>
        <w:t>Spouses are known to have talents that they do not utilize once there is no good atmosphere for them to display them, but, you must by yourself create these atmospheres for yourself as you do not need to wait for your spouse to give you express permission. For instance, some women can be so good in baking or making cake and other associated items, before they got married. Once they get married, it is not put to use again. And you can make your spouse to even be the</w:t>
      </w:r>
    </w:p>
    <w:p>
      <w:r>
        <w:t>one to encourage you. If for instance, you arrange and make your husband a birthday cake by yourself, he will surely like it, after which you tell him you want to take it a step higher with his friends, family etc he may give you the go ahead and you can become successful and your family will surely benefit from it. It may be in cooking, and you do it so well for him and if you tell him you want to go commercial he may be willing. Especially when he is sure of the quality, he may likely assist you to see that you succeed, and you become a source of another stream of income for the family. You may have brought joy and more happiness to your home and your family may be healthier as they will feed better.</w:t>
      </w:r>
    </w:p>
    <w:p>
      <w:r>
        <w:t>ONLY ASSOCIATE WITH THE RIGHT PEOPLE</w:t>
      </w:r>
    </w:p>
    <w:p>
      <w:r>
        <w:t>This seems impossible as some people may ask, how would you know if someone is the right person? You can. After interacting with someone, you should be on the watch out for the fruits the person will bear. From there you will know if he or she is the right person to associate with. If for instance you discussed a private issue with the person and the next day the whole street knows about it, then you should be aware that you have made the wrong choice and you need to back out without any further question or wanting to go ask him or her, if she was the person that told the people in the street. A bad tree cannot produce good fruits and so also a good tree cannot produce a bad fruit.</w:t>
      </w:r>
    </w:p>
    <w:p>
      <w:r>
        <w:t>You must deliberately choose who your friends should be, as you cannot be a lawyer for instance and you tell me your friends are drug addicts. The very essence of your profession is in question as you cannot tell rational people that those are your friends because it is not at all consistent with your profession. Just like the popular saying, that as a dove cannot be seen to be flying with an eagle, it cannot compete as the air that eagles cherish, doves may not be able to survive in it as they may find themselves on the ground. Eagles only fly with their kinds and are comfortable and they always do well together.</w:t>
      </w:r>
    </w:p>
    <w:p>
      <w:r>
        <w:t>If you don't associate with the people in your level of influence and likes, you will most times have challenge with them and may end up being frustrated or you unknowingly frustrate them. You may even export that same frustration to your marriage and definitely it may bring issues that you should not ordinarily contend with, but you find yourself contending with. And God forbid you go about it wrongly, it may really be hard for you, except you use wisdom, which is profitable to direct especially in marriages, where it is a priceless commodity that every married</w:t>
      </w:r>
    </w:p>
    <w:p>
      <w:r>
        <w:t>person should try to get in abundance. For, if you engage in the right association, it can greatly improve and reward your marriage in various ways that you will get great benefits from. For instance if you have a friend as a teacher or a lecturer, it may impact on your children positively. If your child happens to be in the class that your friend teaches, he or she will focus more on your child, to make sure that your child does well more than others in his or her class and the benefit is also extended to other areas of your family. Or if you have a friend as a bank manager, if you want to get a loan for your business it may be easier for you to get, than when you have insignificant, associates that will negatively associate with your family.</w:t>
      </w:r>
    </w:p>
    <w:p>
      <w:r>
        <w:t>It is important to associate with responsible people than associating with irresponsible people as some associates have been known to rape children of their associate and all manners of unqualified things that happen. This we must try to avoid so that we do not fall prey to cheap associates who are not worth it and in the end you would regret and be saying, if I had known.</w:t>
      </w:r>
    </w:p>
    <w:p>
      <w:r>
        <w:t>We must deliberately engage with associates that will bring productive benefits to us. That does not mean that you should not have working relations with people that come your way. But it should end in just a friendly note of exchanging pleasantries, but not beyond. Even some bad associate have been known to pose great security danger to some people, there is a story of a man who signed a guarantee form for his associate and in less than 6 months, he was arrested and ask to produce the person, he signed guarantee for. It was turbulent, before fortune smiled on him and the culprit was apprehended in a remote village.</w:t>
      </w:r>
    </w:p>
    <w:p>
      <w:r>
        <w:t>BE THERE WHEN HE OR SHE SHOWS UP</w:t>
      </w:r>
    </w:p>
    <w:p>
      <w:r>
        <w:t>Anytime your spouse comes, be it from the office or outing, be the first one to show up. Try as much as you can not to give anyone the opportunity, as this can be an energizer for him and for you. If you are not there because of exigency he or she would immediately reflect and your thought will be the one that will fill his or her mind and if you succeed in filling your spouse mind with your thoughts, then, you should have confidence that, he has confidence in you and you seat high in all his or her plans.</w:t>
      </w:r>
    </w:p>
    <w:p>
      <w:r>
        <w:t>If you observe closely some women cannot go to their husbands to ask for a favour for her friends, because she has a very poor relationship with her husband, while some women can even, wake up their husband and say honey, so sorry I did not tell you before you slept, I heard they are employing in your company, one of my friend brought the name of her son to me please include it in the list, and he may tell her, we have short listed people I will submit the list</w:t>
      </w:r>
    </w:p>
    <w:p>
      <w:r>
        <w:t>tomorrow, she can still further appeal to him and say ok, please remove a name and accommodate my friends child as they need it badly, you can bet that it is as good as done and her friends child will get employed That is to show that she must have been very close to her husband and her husband thinks highly of her, if there is one thing especially a new couples should practice, It’s being the first person that shows up to receive your wife or husband, it is a very practical way to show that, you miss him or her, respects and wish him or her well, I can assure you if you do this well enough and you add great smiles and kisses to it, your spouse may not want to leave you for even a day as his thoughts may be distorted without you. Human beings value those that value them, especially when they are aware, it is not because of what they can give to you, but because you truly mean it from your heart, and it is not like a child that you buy candy for daily, that runs to you when he or she sees you coming, if you don't have candy in the next one week, the next week, the child may not run to you, in truth some adults engage in this attitude that is inhuman and can put an end to marriages.</w:t>
      </w:r>
    </w:p>
    <w:p>
      <w:r>
        <w:t>Come to really think of it, you love your spouse, why not use this medium to tell him or her that you care and he too will be practically seeing and knowing that you care, what then would you ask of him or her that you would not get, of cause you will get it, except he or she is unable to get it, to give to you and you will see too, that he or she will still make some efforts to see how they can get it for you. You can just imagine the natural feelings that will be present in such homes and the level of trust and conviviality. It may be described as second to none, no matter the economic challenges or any other challenge; you should even raise the stake, by making him or her feel welcome and very comfortable in his or her own house, that, if you are not around, he or she would want to come meet you anywhere you are. Gently speak to him or her about what he or she has eaten and what he wants to eat, ask if his food digested well, and tell him the benefits of the food he should eat so that he or she will be more beautiful or handsome for you, raise the issues of his journeys or outings, for if you do so with him, you will have plenty things to talk about, that will make you become close and know everything about each other. You will be able to say what your spouse will say even when you are not together and if he or she comes back, it will be the same thing you said that he or she will say and you then can complement each other in significant ways not thought possible. You can even begin to brainstorm and do other business together apart from the marriage business and it will succeed because, you guys will be doing reviews to make sure that it works.</w:t>
      </w:r>
    </w:p>
    <w:p>
      <w:r>
        <w:t>When people come together and agree to do anything, it mostly ends in great success, so decide to come together and lift yourselves, to the best that you can, it is most times because we do not try that is why we do not succeed, you must try new things that can bring success as you can never tell what will lift your marriage to the next level that you had always wished it to be. But because you have not been able to summon the courage to take the very giant first step, you are stuck. Please get out of your shell and become……</w:t>
      </w:r>
    </w:p>
    <w:p>
      <w:r>
        <w:t>In fact, if you hear his or her voice while returning from an outing, raise your own and ask or say, is that my love, darling, honey, please come right here, so that I can hug you, kiss you and feel you, as you will be walking towards him or her. It feels good to know that someone loves you and he or she does not waiver in the love. You guys can become inseparable at a time and never for one moment take him or her for granted as it can become devastating for a spouse and many times some cannot take the seeming humiliation and they take the easy way out of life, so you need to be watchful and careful, so that you apologize and make up and move on as if there was no issue, but just a misunderstanding from one party which was never the intention. With this you are good to go.</w:t>
      </w:r>
    </w:p>
    <w:p>
      <w:r>
        <w:t>TAKE HIM OR HER OUT AND SPOIL HIM OR HER</w:t>
      </w:r>
    </w:p>
    <w:p>
      <w:r>
        <w:t>It is important that from time to time spouses should go out and treat themselves to nice food and seat out alone and either renew or make new promises or covenant with each other. You need to take time away from the comfort of your homes and go to unusual places just to see how it feels, especially if you have a partner that loves outing before you guys got married, so that he or she does not feel isolated or done in, as human thoughts sometimes run wide. It can even become an issue that he or she may not relate to you, but is bordering your partner to the extent that it may directly or indirectly be affecting your marriage in different fronts, unknown to you. That is why it is important that, from time to time you ask your spouse what they would have you do for them. Even when he or she tells you that thing, and if you cannot afford it, you may wish to plan for that thing and accomplish it for him or her, for if you do, you have healed your</w:t>
      </w:r>
    </w:p>
    <w:p>
      <w:r>
        <w:t>marriage unknowingly, and sometimes if you really care to ask, it may just be that he or she may ask you to take him or her out on a date, either to the beach, ride on a boat, eating out. You should listen hard enough to your partner, as some things he or she wants you to do, she has said it over and over and over in veiled words but you will not respond, and in frustration, they may find a way of going about it without you. And when you find out, you may be angry and that may just spark a quarrel that could have been avoided. When you go out too, observe and note the comments of your partner to see if there is any further thing you can do for him or her that he or she will express while you are there.</w:t>
      </w:r>
    </w:p>
    <w:p>
      <w:r>
        <w:t>It will not be a bad idea if you guys decide to spend the weekend together outside your home and you may not even tell your partner about it as you can make alternative arrangements that he or she will be concerned about. You may fulfill your partner’s lifelong ambition of traveling to a particular city to have a holiday. It will make your partner too amazed that he or she may decide to be dedicated to you no matter what you will do.</w:t>
      </w:r>
    </w:p>
    <w:p>
      <w:r>
        <w:t>IF YOUR PARTNER IS SICK, BE CONCERNED</w:t>
      </w:r>
    </w:p>
    <w:p>
      <w:r>
        <w:t>If your spouse is sick, it is a time to stand up and be counted, as this opportunity can make or mark your marriage for life. When someone is sick, he or she needs all the care and attention as that alone can make the sick person get well on time and be on his or her feet again If you misuse the opportunity and someone else stands in the gap it may be that you from that time will have a challenge that you cannot track. And trust me, he or she will not in any way relate to you that they have lost confidence in you. That can be so troubling and may take a very dramatic thing for him or her to change his or her mind. You may just observe them shifting from you, and that may be the end of your marriage. So you really need to pay attention to your spouse when he or she is sick, it may just be your presence that can make your spouse want to be alive. Some families are known to have lost properties and money, as they were not attended to in the last hours and so they were unable to reveal the exact position or places of their property before they died.</w:t>
      </w:r>
    </w:p>
    <w:p>
      <w:r>
        <w:t>There was a situation that was so interesting, the lady knowing full that</w:t>
      </w:r>
    </w:p>
    <w:p>
      <w:r>
        <w:t>she will die, called one of her son and told him that the father he thought was his father was not his father, but is someone else. It was devastating news. It’s just to illustrate why you should be close and caring to your loved one, especially when they are sick. No one can exactly when he or she will be leaving this world as we are not the owner of our lives. That would make me want to cheap in, that, there is a great need to be humble in this world.</w:t>
      </w:r>
    </w:p>
    <w:p>
      <w:r>
        <w:t>Back to taking care of your spouse, when he or she is sick, there are a thousand and one reasons why you should be there. Remember it is one of the marital vows that you took while getting married to him or her. It shows that you are responsible and can be trusted to be there for your spouse. One’s spouse being sick can lead to the marriage becoming lovely and happy again. So watch out for such opportunity and take it as it comes. Never at all let it pass you by. If you take care of your spouse when he or she is sick, you may come to know more about your partner as there may be some things he or she may not have told you that you should know. That may just be the opportunity to tell you about it, and it may be the thing to heal your marriage.</w:t>
      </w:r>
    </w:p>
    <w:p>
      <w:r>
        <w:t>It may be a perfect opportunity too, to talk of future plans. Remind him of the things you think can make your family grow or become better and it may marvel you how your spouse may positively respond to you, especially if you are comforting to him or her.</w:t>
      </w:r>
    </w:p>
    <w:p>
      <w:r>
        <w:t>STOP WISHING, START ACTING</w:t>
      </w:r>
    </w:p>
    <w:p>
      <w:r>
        <w:t>Some people have been married now for years and could have been  wishing to take their wives to even eat out and not been able, as they have promised their spouse that by December when there will be holidays, I will take you and the family out, but from year to year they have not been able to fulfill their promise, It becomes a cliché in the home and his wife’s heart would have been shattered many times she has been hoping and hoping to no avail, this is not a very good attitude and men especially should desist from it and start to act correctly by fulfilling their promises to their wives. If they cannot fulfill the big ones they should start with the small promises and make up for it with a little gift here and there. Try to become a honest man, that deserves respect, for some men do not know that because of broken promises, their spouse can become unruly, rude, lack interest in them and a whole lot of things that</w:t>
      </w:r>
    </w:p>
    <w:p>
      <w:r>
        <w:t>women resort to when they are lied to repeatedly. In some cases, they (men) stay out very late countless times without accounting for the time they spend outside their houses after work. Some are so painful. When you hear that your husband spent money on a certain girl, meanwhile, for all the years you have been with him, he has not given you that money because you are his wife but will always tie it to something you have asked him last year that he could not meet up with and maybe it is even half of the money but yet, he gave triple of that amount to a girl not your level.</w:t>
      </w:r>
    </w:p>
    <w:p>
      <w:r>
        <w:t>One case was painful and tragic. The couple have been married for about ten years and they have two lovely children as they lost one of their child during child birth, it was God that saved the wife as she bleed so much that she almost died, the husband from time to time embarrasses the wife, takes calls of girls in her presence, and if she asks for money to do her hair it will take a few days or more. She is a full time house wife as her husband would not allow her to work. And most times, she asks for money from her siblings to make ends meet. Yet the husband leaves a flamboyant life, travels for weekends with different girls, and would not allow her to visit friends nor allow friends visit her. Her mother visited a few times and saw unusual signs and was given cold reception by her daughter’s husband.</w:t>
      </w:r>
    </w:p>
    <w:p>
      <w:r>
        <w:t>Yet the lady has remained faithful, her frustration come to a serious end one day when she began noticing that her husband was dating her classmate. She picked the phone to say please call back my husband is taking his bath, but the caller, immediately said baby you did not show up yesterday to give me the one hundred thousand you promised me. The voice sounded familiar and later she confirmed it was her classmate as she checked their class register online. A few days later, her husband transferred one hundred thousand to her classmate, and for their ten years together, her husband, since they got married has never given her more than twenty thousand. A request that will take weeks, and he has never taken her for weekend once or even outing within the city……</w:t>
      </w:r>
    </w:p>
    <w:p>
      <w:r>
        <w:t>The above is a story of how some men could be so heartless and inhuman and make promises they know they will never fulfill. And they get away with it, which is not fair at all. If you are in this practice as a man, it is high time you repent, apologize and reach out to your wife for you are putting yourself at risk. You may provoke her to the extent that she may find you not useful to her and she finds a very clever way to eliminate you and no one may know.</w:t>
      </w:r>
    </w:p>
    <w:p>
      <w:r>
        <w:t>Before it gets to that point, you should call yourself to order, retrace your steps, make amends and try to see what you can do for your wife. Possibly ask her what she wants you to do, if you can't, do the little you can and honestly promise her and see to the promise. You also risk losing her to someone else and most times, it is almost impossible to get such a humble and dedicated wife as nature will not even support you but give to you the one that will fit your life style.</w:t>
      </w:r>
    </w:p>
    <w:p>
      <w:r>
        <w:t>Marriage frankly requires formal and informal training because it is an institution you get into and see that the formal things you have learnt about marriage may not  be enough for you to survive it. Therefore, you need your informal skills and even much more to survive it. Virtually all marriages have their peculiarities that you need a peculiar, knowledge and understanding to be successful in it. So every opportunity must not be wasted. When you hear people share their experiences, you see husbands and wives relating, or you find a book on marriage, please read it as you may gain a dimension to survive in marriage from it.</w:t>
      </w:r>
    </w:p>
    <w:p>
      <w:r>
        <w:t>There are a lot of things marriage does to everyone that comes into it. It exposes the weakness in us, for the person we get married to have the opportunity to be close to us and observes our attitudes and behavior closely and therefore he or she is able to tell our shortcomings better than we may be ready to acknowledge to ourselves. That is why it is important to quickly own up and try to amend our ways to suit our partners, even if we think we are ok with it. As you relate with people, they have an expectation of you, just as you too have of them. If you come very close to a curtain you may observe the very little stains in it that you may never see from afar. That is what we are when we get married to someone. They see us closer than from the distance they may have been observing us. It is important at this juncture to tell you that every human being has one flaw or the other. No one has been known to be very correct or knowledgeable in all respects of life, no matter how well the person is schooled or trained.</w:t>
      </w:r>
    </w:p>
    <w:p>
      <w:r>
        <w:t>Medical doctors train for at least eight years, just to become medical doctors. Yet they do not know everything about a human being, some go on to become a specialist, yet yearly or a little more, a new aspect(s) of their specialized area is discovered. That is how in marriage when you go into it, you will discover what no one has taught you or conjectured for you. It is only you that will experience it and fashion out how best to deal with it so that you will be successful in your marriage.</w:t>
      </w:r>
    </w:p>
    <w:p>
      <w:r>
        <w:t>A pilot trains for years to become a pilot and he does simulation trainings</w:t>
      </w:r>
    </w:p>
    <w:p>
      <w:r>
        <w:t>and when he graduates and has a job to do, the kind of turbulence he meets in the air, honestly is never what he passed through when he trained. But he only used the experience to deal with the situation to come out of the turbulence and he is termed a very good pilot. That is how we should treat marriage. When you go into it and you see turbulence, fashion a way to navigate out of it. That is when even your partner, friends, families, people who want you to fail and people who want you to succeed will be hailing you and calling you a champion. But if you fail, those who want you to fail will say you cannot stay in marriage that everybody is in, even when some of them are not as good as you. So you must do everything possible to stay in your marriage if you are in it. But if you are not in it yet, you must then gain every lesson and experience and ask necessary question so that you will be successful.</w:t>
      </w:r>
    </w:p>
    <w:p>
      <w:r>
        <w:t>Marriage can ruin or make you forever – this is a fact in marriage that people need to take care of properly and be very conscious of. Your life can be ruined by marriage or it can make you forever. As you read now, some families are having serious conflict that may lead to the death of either one or both spouse. Some are getting married now and may be unhappy for the rest of their life, some are getting married now and their destiny will be buried forever because they got married to a particular kind of person. Some will be abused for the rest of their life while some will get out of the marriage and may not be interested in marriage again because of their experiences. Some may re-marry and be happy and fulfilled, some others will get married and be happy, fulfilled and become a better version of themselves. That is why we need to be careful and prayerful about the choices we make so that we don't get into marital prison but into marital fulfillment and bliss.</w:t>
      </w:r>
    </w:p>
    <w:p>
      <w:r>
        <w:t>A few illustrations may be helpful in this regard. A woman of tertiary education got married in very high spirit and love and the husband was educated too, as a couple they lived so happily, but it was only the husband that works. After about two children and with the house bills mounting, she applied for a job and got employed. Unfortunately that was the news she gave to her husband that ruined their marriage and the life of the woman, as the husband said he would not allow her to work, that he wants her to be a full time housewife that they will manage the funds that come from him and he will do his best for the family. The wife thought the husband was joking, days turned to weeks and weeks turned to months and months into years as she has been appealing to her husband to allow her work, even if not for the finance but that she is educated and she has always been dreaming of working or setting up her own business, but all fell on deaf ears.</w:t>
      </w:r>
    </w:p>
    <w:p>
      <w:r>
        <w:t>Frustration set into her life as she was beginning to settle for a life of being only at home taking care of the husband and her children for life. Negative thoughts took over her mind and in no time, she fell into depression and has been uncoordinated and very unhappy and sometimes indifferent about life. It went on for a great number of years and their marriage became a shadow of itself and abuse now set in. She felt helpless and resigned to her state. Fortune turned and her husband lost his job because of downsizing in his company and financial strain set in. Their marriage took a direct hit as she could no longer take proper care of her children because of lack of funds, not to talk of taking care of herself; her family became a shadow of itself, and filled with despair. Yet she had to endure it. Her education was only for her household and she is now full of regrets and would take any chance to leave her marriage. it is not a palatable story to be told of an educated woman who could be a bundle of talent, that was wasted because she got married to the wrong man, who could not see that both people in the marriage should contribute as much as possible, especially when he or she is willing and able. There could be a down time in the life of a family so that all resources can be put together, to keep the family moving.</w:t>
      </w:r>
    </w:p>
    <w:p>
      <w:r>
        <w:t>Marriage too can be a source of lifting and fulfilling your life ambition be</w:t>
      </w:r>
    </w:p>
    <w:p>
      <w:r>
        <w:t>it for the man or for the woman, when you get married, it should be a time to be able to fulfill your lifelong ambition or destiny as you have got a partner that can really be of help, through advice, sharing thoughts and really be your cheer leader when you are down so that you will not be discouraged. In other for you to reach the zenith of your career of chosen part in life.</w:t>
      </w:r>
    </w:p>
    <w:p>
      <w:r>
        <w:t>It was said of a lady who got married with only a secondary school certificate to her name as time went on, through the encouragement of her husband, she enrolled in a university and was doing part-time course, after a few years she was through with it. Meanwhile, her husband had got a bachelor's degree and was working and supporting the home alone, he further encouraged his wife to enroll again for a part time master program which she happily did as she wanted to be a doctorate holder in her field. Just like the first one she got through with this one too, with care of the children and other domestic work done by her husband, she was reluctant but her husband asked her to further enroll for her doctorate degree, which she finally did and she got through again and later secured a job as a lecturer in the key university when she started her first degree. The family is like a unit and there was peace and</w:t>
      </w:r>
    </w:p>
    <w:p>
      <w:r>
        <w:t>happiness as the wife despite been married was able to achieve her lifelong dream of becoming a lecturer, these are some of the positive things that getting married to the right person can bring to you.</w:t>
      </w:r>
    </w:p>
    <w:p>
      <w:r>
        <w:t>Single and searching people should get hold of themselves and take good control of their emotions so that, it will not lead them to getting married because of the, immediate financial considerations, which is not all that life is. They should be very deliberate and look into the future. What the partner they want to choose can bring to them in the end. Just like, if you sow cocoyam, you should not believe that with time it will change to yam, no way, it cannot and has not happened that way, for that is not how human affairs are arranged.</w:t>
      </w:r>
    </w:p>
    <w:p>
      <w:r>
        <w:t>A man or a woman that abuses you even in the public or private, when you get married to him or her, there is a chance that the abuse will grow stronger, for that is how things are arranged in human affairs, unless something alters it growth. If a yam is not planted in the ground, its growth is limited, so you must remove the abuse from the man or woman before you may be able to guarantee that you will not be abused if you go into that marriage it is important to be very circumspect, direct and intelligent about the choice you make, which can move or make you, and I trust you only want to be made better than you are now if you get married.</w:t>
      </w:r>
    </w:p>
    <w:p>
      <w:r>
        <w:t>BE DEVOTED IN YOUR MARRIAGE</w:t>
      </w:r>
    </w:p>
    <w:p>
      <w:r>
        <w:t>Setting your marriage on fire is not just a tea party or a merry goes round. Most times you have to act like the workman or woman that is always on duty and with his or her working gears on, for you can be called on emergency to any section of your work site. If it is an area you must enter with your safety gars, you are already ready, not that you will be looking for your safety boot, helmet etc. marriage is like building a house from the foundation. You do not just go to a site and ask your workers to dig the foundation and pour concrete and start to build the house. First you need to know if that site is good enough to be able to carry the expected load you want to put in it, as some land cannot support more than ten story building. Anything more on it, the building will collapse, and the occupants may lose their life. All your investments will be gone and your license and land may be seized and you may be persecuted and jail for a numbers of years before you will be able to get out and if you are out, it may take time for you to be able to recoup and you may never get contract for a befitting house again. If you now find out how many stories building it can support, that, may now tell you, you need to do a raft foundation for the house to be solid and you must get good workmen to work with</w:t>
      </w:r>
    </w:p>
    <w:p>
      <w:r>
        <w:t>you so that they too will not be injured while working for you. You take it one step to another, following the regulations of decking the house, which require that you allow the concrete to solidify or 'cure' for twenty one days, before you are able to build on top of that floor, so that the house will be solid and fit for human beings to live in it. After which you need to put in place a mechanism to give the house a face-lift. If you indeed want the house to last for a very long time and look fantastic every time you see it. So that anyone who wants to rent the house will know that is a top class house and therefore they need to pay a higher price than they would ordinarily pay for a normal house.</w:t>
      </w:r>
    </w:p>
    <w:p>
      <w:r>
        <w:t>The above analysis shows that even marriages should be treated same way from the beginning in other for it to last and be enjoyable.</w:t>
      </w:r>
    </w:p>
    <w:p>
      <w:r>
        <w:t>In the beginning before you chose him or her, you should be able to know, if he or she will be able to carry the marriage to the end or it will be for just a number of years. This you can test deliberately with a number of steps that have been lined up. In this book, if you carefully read it and as I advised all my readers should please have a biro and a sheet of paper or a little note pad handy, before reading the book. You may need to jot down some things you may find striking or you want to note and further discuss with someone close or a marriage counselor.</w:t>
      </w:r>
    </w:p>
    <w:p>
      <w:r>
        <w:t>The act of getting married could be a JAIL CARD OR A JOY CARD. You have the choice to choose one of them. But when you are devoted your partner, he or she would seat up too.</w:t>
      </w:r>
    </w:p>
    <w:p>
      <w:r>
        <w:t>It is not all things you tell your partner, just to digress a little, if you have a partner that nags or insults, you may decide to take the high way by taking his or her nagging or insults as a compliment and in time, he or she will realize that you are way above that. And you can raise the stake in his or happy mood and tell a story of a man or woman who used to insult and nags, and the man or woman will be taking it as a compliment and one day the woman or man decided to defend himself or herself and the man was too shocked and he could not talk only to apologize to him or her. Then ask him or her, if you were the one what will you do, by this you are indirectly communicating with him that you are only taking his insults and nagging because you are not in the lesser class of people that nags and insults, as engaged in by people who, in the true sense of it are not educated enough and intellectually not smart. Smart people never do that, they are responsible and respectable of themselves and anyone they interact with.</w:t>
      </w:r>
    </w:p>
    <w:p>
      <w:r>
        <w:t>Back to the, analysis of the house building and marriage, in your marriage</w:t>
      </w:r>
    </w:p>
    <w:p>
      <w:r>
        <w:t>you need to be deliberate about the choice, which is the location of the land and what it can carry, you can actually evaluate it, the person you are getting married to or married to, will be responsible if you, are able to get a history of what he has been engaging in. You need to, step by step like the house, put building blocks in your marriage. Know when to wait before you take an action in your marriage and measure the consequences. For example, only a responsible woman would get permission from the husband before she decides the school she enrolls their child or children, especially even if you are the one that pays the school fees or so. If you don't, I can assure you that your husband may not ask you or protest verbally to you. He will get at you, at little things you would have said that should not anger him; he will begin to be angry about it, as he sees you as now being in charge. Some will be frustrated and may just decide to be cheating on you, he may want to get rid of you as he sees you as his equal. Men naturally fight anyone who measures with them, especially in their matrimonial homes. You need to be careful when to take some steps, even if they are good for your marriage. It is good to inform your spouse in advance. If you don't, you are unknowingly building tension in your home, just like a man goes and rent a house without consulting his wife, you may think she is happy, but in truth she may not be, if it is a bigger apartment, especially, if it is far from her work place or so, even if you have built it, the color you use to paint the house may just not be good and it can discourage tenants from renting the house, spouses need to paint their marriages with bright colors, so that, it will be attractive to themselves and even outsiders, as people may be coming to you to ask how, do you do this your marriage, I want my own to be like yours. Just imagine if you have been pretending in your marriage, would you have the courage to be able to say that you do this or that is why your marriage is attractive like a bright color that attracted the person to come and ask if your marriage was great? How are you managing it to be this great? Like a house, if you have built and finally completed it, you still need to maintain the house to keep it in top shape from time to time, otherwise, it will be looking out of shape and dilapidated therefore you need to maintain it, some experts say you need to keep aside thirty percent of the rent of a house to repair that house to keep it in top shape every year, so should marriage be treated, marriages should from time to time be maintained to keep it in top shape at least every year a time should be set aside to, celebrate, evaluate reflect, rebrand, be futuristic. And this should and must be done with the consent of both spouse and it can take various shapes. Both of you can decide to spend the weekend out of the city, either with friends or</w:t>
      </w:r>
    </w:p>
    <w:p>
      <w:r>
        <w:t>family members or rent a hotel and have a good time and renew your vows and plan for the future for your children, moving to another city where possible, or put a spice in your marriage in deliberate ways, by going for conferences, trainings, end of year party arrangement of friends and associates, planning a party for both of you. Invite friends, colleagues, family members, neighbors to come and celebrate with both of you. And during the celebration you can write a letter, poem or tribute to your wife or husband, reading it publicly to the hearing of all guests present Both of you can even act a deliberate drama for your guest, by saying, when it comes to that part, that you or your wife should be the one to read first or you want to be the one to read first as you would want to sit down and see your pretty wife or handsome husband read his own and you can be standing at his or her back depending which one you want to really do. You guys can even take advantage of the end of year party in your work place or your spouse's own to have a deliberate good time and look immaculate and buy a special gift for your partner at those times, even if it is not expensive it could even be a gift that would be used in the house by two of you. maybe something as simple as a glass, specially designed openers, wine opener, a sun shade, wrist watch or a personalized printed goldsmith work, just to make the occasion special. Surely those little things are what your spouse may just remember when he or she is having a temptation to cheat. He or she will reflect and say, after all, she or he is nice and caring what am I looking for, and would just let go and may not even relate that to you, but has saved both of you from possible embarrassment of cheating. No matter how you look at it, even if one partner cheats, it affects both of you, either in the short long run. Because immediately you cheat your feelings toward your partner drops and if your partner wants to have sex with you, you may not want to, so you will give excuses and it will affect your thoughts and your emotional balance which may transfer to him too, as he or she may feel rejected. If that cheating continues, it will send your marriage into conflicts, quarrels, staying apart. So you see how it is not beneficial and you should know that it is important to continuously be seducing your partner, so that he or she will not have time and attention for anybody else. Like a human being, if you don't do it he or she will be incomplete without you and will either call you or find a way to get to you as fast as he or she can. Your marriage is definitely catching the fire, I bet you if you put more fire wood into your marriage, it will then attain the level, I would want to call the marriage that is on fire, that no matter how, rain (trouble) comes it cannot quench it. Why am I telling you to put more firewood? If you see the forest fire, it goes on and on, rain can hardly stop it because there is enough firewood in the forest to fuel the fire.</w:t>
      </w:r>
    </w:p>
    <w:p>
      <w:r>
        <w:t>So you need to look for woods (acts) to keep you marriage kindled, the unique thing in marriage is that, you can work out a formula that works for you on your own and it may just be perfect. Just know what it takes to make your own spark, as every human being always have a happy time and the things that he or she would like to do, want someone to do for them that will make them so happy. And most times, they do not realize it; it is when you interact with him or her that you find him or her saying it in an informal way. So listen with great attention as I have observed in this book, while talking to him or her listen with rapt attention. If you get a person's formula when you are even wrong, he or she will not count it as an offense and people may be surprised but you have found a working formula either to talk or act with him or her. The system you can create in other to win your wife or husband may just be that you overlook and endure his or her excesses. If you do it over time, he or she would know you have immunity for that act and will abandon it. If you now talk to him or her about it, or he or she will sense your immunity and adjust. Tolerance must be one of the tools in your tool box in marriage that you need to handle issues and once you master it, you would have solved problems that should normally come up in marriages that are sometimes, seemingly hard to settle.</w:t>
      </w:r>
    </w:p>
    <w:p>
      <w:r>
        <w:t>MARRIAGE CAN BE APPROACHED FROM THE HOUSE MODEL</w:t>
      </w:r>
    </w:p>
    <w:p>
      <w:r>
        <w:t>I propose that you can after sometimes remodel your marriage. Like in the course of maintaining your house, you can decide to remodel the house, either by changing the looks of the roof or add a seating space at the front of the house where you receive private guests, and the house, surely will look different, As a human being too, you can  remodel yourself either physically or intellectually, by either speaking with your physician or dietician or you change your physical look especially if you have spoken with your partner and you agree and see how it comes out.</w:t>
      </w:r>
    </w:p>
    <w:p>
      <w:r>
        <w:t>You can develop yourself intellectually by taking a short course on marriage or a related field or even a new area not related to your course of study but that is related to your spouse course of study so that you can communicate better. If you understand the same things, most time your discussion flows and</w:t>
      </w:r>
    </w:p>
    <w:p>
      <w:r>
        <w:t>examples are more understood while you are discussing at home. You can find other ways to improve yourself so that you become relevant to the marriage. And in many fronts, either you take a course on child upbringing, so that you will be able to bring your children up very well, that may be so impressive to your husband or wife and may value you more and your marriage takes a direct positive hit.</w:t>
      </w:r>
    </w:p>
    <w:p>
      <w:r>
        <w:t>SACRIFICE IN MARRIAGE</w:t>
      </w:r>
    </w:p>
    <w:p>
      <w:r>
        <w:t>This is one of the thing that the couples should really do for each other, which will really show how much they love and appreciate their spouse and really want to keep their marriage. It shows your respect for him or her. Some persons have being known to give up their jobs in faraway cities to come be with their spouse in another city, which is a sacrifice worth noting and appreciating. If you do not appreciate sacrifice from your spouse, you may have set your spouse up against you, as he or she will find every opportunity not to cooperate or make any sacrifices for you again even if he or she does not tell you. It is because you did not appreciate and commend the last sacrifices and therefore you are not worthy of another sacrifice no matter how small or big it will be. Spouses please appropriately note and act accordingly to commend even unsolicited cooperation from their spouse, so that their marriage can get the entire required tonic to taste better and be productive for all to reap the great benefits there is in the marriage.</w:t>
      </w:r>
    </w:p>
    <w:p>
      <w:r>
        <w:t>Sometimes, one of the couple may be doing two jobs in other to meet up with family demands while the other too is at home making sure that everything is ok and the kids are well taken care of until they can fend for themselves, in this case, from time to time both of you should appreciate the sacrifices you are making for the family, as both sacrifices are not easy to engage in. Often times some men have been known to talk carelessly saying it is not hard to take care of the children and cook for them, such men should be deliberately set up and left alone with the children for only one weekend, so that we see their reaction or response , or if they will be able to make such statements, which are not at all helpful in marriage, as taking care of children at home and cooking, if really evaluated, can be more valuable than going to the office to work and bring money for the family. I may really address this in a subsequent book.</w:t>
      </w:r>
    </w:p>
    <w:p>
      <w:r>
        <w:t>Spouse, should see to it that they make sacrifices for their spouse as no one can be sure of anything that can happen. It was illustrated that a man had accident and all through, his wife was there for him and as God will have</w:t>
      </w:r>
    </w:p>
    <w:p>
      <w:r>
        <w:t>it, he came out strong and well again the man was so grateful to his wife that their marriage become stronger and during thanksgiving in church, he rededicated himself to his wife who was full of tears and appreciation too as she did not know that her husband had arranged with the pastor to do a rededicated blessed marriage with her. You can then imagine how the sacrifice of the wife was the 'wood' that made the marriage to be on fire and the man in turn reciprocated with a kind gesture by being appreciative of his lovely wife. So with a little sacrifice here and there you cannot tell, what the response of your spouse will be. So keep making the sacrifice in your marriage for there is no better place to sacrifice than your marriage, which can bring returns. It is possible that your spouse does not recognize or know how to appreciate and commend you. When you sacrifice for him or her, you should indirectly tell him stories of an unappreciative husband or wife, if he still does not understand, then after telling him the story severally, you should ask him, if he or she is an appreciative person, still, then you tell him or her, he should try to be appreciative of sacrifices that you do for him or her and you should catalogue them for him and appreciate the ones he or she too has done for you, so that he or she would learn to be appreciative and commendable each time. Sacrifice from any of you can provoke another one, for if someone does well and he or she is appreciated, he or she is always tempted to do more. It is like a circle that continues and your marriage may then remain in the honey moon stage of marriage. This produces great health and unspeakable wealth of different dimensions, which you can transform to other areas of your life and others may come to benefit from it. I would only describe that as a situation where someone digs a well for the community and the whole community benefits from it and the person that dug the well is happy too.</w:t>
      </w:r>
    </w:p>
    <w:p>
      <w:r>
        <w:t>Sacrifice, is an activity that should be engaged in by all in marriage as the benefits are so great. Unmarried people should note that they should be concerned if they have a partner that is uncaring as that is a pointer to the fact that he or she may not sacrifice when he or she may get married to him or her. Not been cared for, could bring a lot of frustration that is better imagine than experienced, the bitterness is harsh, so you must be very careful in your choices.</w:t>
      </w:r>
    </w:p>
    <w:p>
      <w:r>
        <w:t>YOU NEED FAITH AND GRACE</w:t>
      </w:r>
    </w:p>
    <w:p>
      <w:r>
        <w:t>Because we are all humans, we sometimes rely on not only what we can do but on our strong faith that we can make our marriage work, no matter how</w:t>
      </w:r>
    </w:p>
    <w:p>
      <w:r>
        <w:t>the odds stack against us, we believe that our marriages can survive against every odds, as we will put in everything we know how to do, to stay on top of the situations. Believing that God almighty will by his grace, favour us in our marriage and somehow change our partners for the best as we deliberately pray to him from time to time, by committing our marriage in his hand. As he is able to keep all that is dedicated to him. In honesty, this world is not a creation of human beings that inhabit it and it is our God who created the world we leave in. That is why we channel our complains to him especially when it is beyond us and it is now a serious challenge to us and most times if, we are serious about it, God comes to our rescue in many ways. Sometimes, if your marriage is a challenge to you and you genuinely call on him, he will answer you.</w:t>
      </w:r>
    </w:p>
    <w:p>
      <w:r>
        <w:t>Honestly speaking some marriage has more baggage than others. It depends on the decisions you make either to carry the one that has light weight baggage or heavy weight baggage. Really, there are some people we should avoid marrying so that our burdens will be light in our marriage, otherwise no marriage has no baggage. It is a reality we must face, but we can face it with God together. There is a topic in this Book that deals with spirituality and it is connected to marriages.</w:t>
      </w:r>
    </w:p>
    <w:p>
      <w:r>
        <w:t>IMPROVE YOUR ATTITUDE</w:t>
      </w:r>
    </w:p>
    <w:p>
      <w:r>
        <w:t>No doubt everyone can improve from time to time in his or her attitude as it is a good thing to do, so that you will be happy with your spouse. And you should use every opportunity that presents themselves especially during discussion with your spouse, as he or she may be directly or indirectly complaining to you during discussions that may be sometimes not related, for you to improve your attitude. we need to watch out for those complains in your family as it may be frustrating to your spouse but he or she is unable to express it to you because he or she does not want to have differences with you. You may also learn from the things that happen around you either to other people or from the discussions you get with other people to improve your family so you can lead a happy and blessed life.</w:t>
      </w:r>
    </w:p>
    <w:p>
      <w:r>
        <w:t>Some other way you can deliberately improve yourself is to buy related books and read and deliberately have practice sections with your spouse as you guys can review what you read and analyze it and see how it affects your attitude negatively and how you can improve it to the benefit of your family. It is not too much to do everything possible to improve your attitude in other to get your family to enjoy the great benefits that exist in marriage, I therefore suggest</w:t>
      </w:r>
    </w:p>
    <w:p>
      <w:r>
        <w:t>you take a course that is related to building your attitude. It is a good thing if both of you can take such course as you will learn better. It is advisable to do this very early in your marriage. For those of you that are married, it is not too late, but you need to plan it well to accommodate your children and other dependents, specifically, I suggest that you guys go for conflict management resolution courses, which is perfect for all spouses and we can assist you in that direction if you contact us. We are conflict management experts. Later you can go for marriage counseling especially if you need to hear some deep things in marriage that you need to really take care of if you are to set your marriage on fire.</w:t>
      </w:r>
    </w:p>
    <w:p>
      <w:r>
        <w:t>PROCRASTINATION</w:t>
      </w:r>
    </w:p>
    <w:p>
      <w:r>
        <w:t>This is a very unfortunate thing that some spouse engage in that pours cold water on their marriages and yet they still think they have the moral right to complain when their partners engage in some things they find not comfortable in their marriage. When a person is disappointed in you from time to time, over the years, he or she may even develop resentment or hatred for you in the long run and may be acting negatively to you in other to suppress his or her frustration because of your failure to do simple things that is expected of you. Some spouse out of the frustration you may have given to them consistently may even resort to physical or verbal abuses, which in many instances have resulted to injuries, constant conflict that may be intractable, bad deliberate attitude towards you because of your procrastination. In some extreme cases, procrastination has led to the dissolution of marriages and the suffering of spouses, I think that the consequences of procrastination cannot be exhausted in this book, but I want you to imagine the few things I have said about it and on their own imagine other consequences it can cause for a family or disruption. There is a story of a man who forgot his contract papers at home and he called his wife to know if he left them in the sitting room or bedroom. She said it was in the bedroom, and he said he wants to come and pick them up as he has to submit them by 4pm. The wife said he should not, that she will be passing through his office and before 10am, she will drop it for him. Behold by 12 noon he called, she said before 1pm, he called she said before 2pm, he become exasperated and began going to the house. On getting there, the wife had left the house. Getting to the office by 3pm, she was not there, he called and she said she was close that she will soon be there, finally she got, to his office by after 4pm with the documents, I want you to imagine the rest of the story and see, how procrastination can be injurious, dangerous, frustrating etc.</w:t>
      </w:r>
    </w:p>
    <w:p>
      <w:r>
        <w:t>It is strictly advised, that if you want to have a serious and happy functional and productive marriage life, one of the things, you must completely eliminate from your life is, procrastination, it can really help you to frustrate your marriage and your partner will be acting like a malfunctioning television, phone or laptop. Get your marriage on fire by overcoming procrastination and you will see how you will have a marriage even you may be envied of in the short run.</w:t>
      </w:r>
    </w:p>
    <w:p>
      <w:r>
        <w:t>NEVER ESCALATE YOUR QUARRELS OR ACT AS IF YOU HAVE OPTION</w:t>
      </w:r>
    </w:p>
    <w:p>
      <w:r>
        <w:t>It is normal for spouses to have quarrels. If you want to set your marriage on fire, restrict it to the boundaries of that quarrel or disagreement. Do not in any way bring in other associated disagreements or attitude that are inconsistent with a marriage you want to set on fire, i.e. because he did that, you will do this, revenge, or begin to call him or her names that are unfitting or using unkind words or becoming cold towards him or her. Let it not be that it is the day that you decide to be very cold, unfriendly, and unwelcoming that someone who has been admiring him or her, decides to be so nice and sends a very comforting message. He replies in kind and one thing leads to the other, they hang out and become nice to each other. You repeat that another time and the same coincidence takes place, the third time, may not just be only hanging out and kinder words, affection begins to set in, and if you are not careful your words become not pleasing again as he or she is hearing, pleasing and comforting words from someone else and he or she begins to shift allegiance to that person telling him these nice words, as we are animals that respond to words and deeds that are kind. If you buy a dog and start to feed it, it will be close to you. But, if you neglect the dog and someone else takes over that responsibility and you do it far and in between, at last, the dog will shift loyalty to the person that gives her more attention than the original owner of the dog.  So also is a normal human being. They tend towards the person or people, that seem to give them peace of heart and comfort, be it in words and deeds.</w:t>
      </w:r>
    </w:p>
    <w:p>
      <w:r>
        <w:t>CONSIDERATIONS BEFORE OR IN MARRIAGE</w:t>
      </w:r>
    </w:p>
    <w:p>
      <w:r>
        <w:t>For anyone to get married, especially in this present times, different  consideration are made by the person or persons that are involved in the marriage, considerations are made depending on the person that is involved in the marriage and it may also depend on the level of information available to the one who wants to get married. Some can be influenced to get married by their friends, relatives, circumstances etc. Whatever it is, it is advice that you need to be circumspect, intelligent and bold about it, as getting out of being married is far worse than, getting out of courting. As most times, getting out of marriage, brings shame to the individual and family members and sometimes it is a tug of war, and going to court to obtain a divorce in the public glare, which is not the best</w:t>
      </w:r>
    </w:p>
    <w:p>
      <w:r>
        <w:t>Societies too can influence your choice of marriage, even in this century and honestly, it is so unfortunate if it is for negative reasons as are seen in some places all across the world never will some people marry from some places/communities because most communities have fought wars in the past and therefore no one is allowed to marry from such community, but I think humanity should graduate above such considerations especially when it should have been seen as a means of bringing peace and reconciliation to such communities or societies, to strengthen bonds that are necessary to make people who love themselves to become one big happy blessed family that may have been a shining example to the rest of the society.</w:t>
      </w:r>
    </w:p>
    <w:p>
      <w:r>
        <w:t>It is interesting to know some of the considerations that human beings make in choosing their partners for marriage. Yours truly will highlight some of them in the process too, and help to suggest some considerations that can bring you the best marriage. And I’m sure they are time tested ones that I will suggest, as it is from experience, learning as a sociologist, and advocate of responsible marriage. I suggest that you pay due attention to this section of the book as it can mark or make your journey to happiness in marriage and leaving a life that is worth emulating and a responsible one at that. Even if you have been married before you should still pay great attention as you will encounter how you can make the best out of your present situation in other to be happier in your marriage, which can make you live longer in life – yes longer in life, sociological research have found that, people in a happy marriage relationship live far longer than those who are not, as some sickness and death are related to bad marriage relationships, not to talk of some, that are physically beaten to death in their marriage.</w:t>
      </w:r>
    </w:p>
    <w:p>
      <w:r>
        <w:t>SKIN COLOUR</w:t>
      </w:r>
    </w:p>
    <w:p>
      <w:r>
        <w:t>Something as little as skin colour is the consideration some people give to accept a marriage proposal or as someone to get married to them. This may be attributed to the fact that, it may just be what would give them happiness and satisfaction and more so a spark in the soul, to carry on in the marriage, no matter the odds it is they will face. But one must also make the point that some do because, they are racist and do not have the full knowledge that humanity is one and the colour of the skin does not determine the attitude, behavior or even being in a successful marriage. It is observed too that some are just biased against a particular skin colour because their parents, friends and circumstances push them to.</w:t>
      </w:r>
    </w:p>
    <w:p>
      <w:r>
        <w:t>But, in all, it should be at the back of everybody’s mind that no one that comes to this world determine the color of skin he or she would want to have and therefore, we all should accept everyone, for whom they are as we are of one GOD and one people, created by God, that rules over the affairs of 'men', skin color is just a way of making us whom we are. He knows, that we are beautiful in the state that we are. This should not entirely be the only determinant of whom we should marry.</w:t>
      </w:r>
    </w:p>
    <w:p>
      <w:r>
        <w:t>HEIGHT</w:t>
      </w:r>
    </w:p>
    <w:p>
      <w:r>
        <w:t>This is one consideration that is made by some people in marriage as some people are short medium while some are tall. This may be a trend that may cut across tribe, race, country, and it may just be a consideration that should be considered especially when you are considering the kind of children you want to bring to this world. For instance, I am not sure if two very short people should get married as most likely their children will be short, which they may not really bargain for, but that in itself should not stop any one from getting married to his or her choice as the happiness, safety and a long lasting marriage is to be preferred over a short one, if you now say because you are short you must marry a tall man and the tall ones you see are not giving you the best behaviour that are expected in a marriage relationship, you should stick with your heart.</w:t>
      </w:r>
    </w:p>
    <w:p>
      <w:r>
        <w:t>TRIBE</w:t>
      </w:r>
    </w:p>
    <w:p>
      <w:r>
        <w:t>Some people give tribe a prime place in considering who they will get married to, which in itself is not a bad consideration. But, I will give a view that also needs to be viewed by those who consider marrying from a particular tribe.</w:t>
      </w:r>
    </w:p>
    <w:p>
      <w:r>
        <w:t>Marrying from a particular tribe does not guarantee that your marriage will last or stand the test of time. If you are a human, it should not be your consideration.</w:t>
      </w:r>
    </w:p>
    <w:p>
      <w:r>
        <w:t>As a human, you view all human beings as one and therefore, saying one tribe is better than another is not a fact that is provable as, individuals in a tribe cannot be or act the same. Marrying from your tribe or a particular tribe may limit your social network and may not make you to make the best choice as there are equally good, reasonable and rational people in other tribes too. In the end, the choice that will give you the best premium in your marital experience is what you should go for, not limiting yourself in other spheres that time and space will not allow me bring to you. Some of our grand or great grandparents who married from another continent, are the reason why our children and grandchildren has the opportunity to travel abroad to get either better education or cultural experience that would have not been possible for them.</w:t>
      </w:r>
    </w:p>
    <w:p>
      <w:r>
        <w:t>COMPATIBILITY</w:t>
      </w:r>
    </w:p>
    <w:p>
      <w:r>
        <w:t>This may just be one of the most rational reason why a person should go into marriage because there are two people in the union and both has to have some things in common and be able to understand and accommodate one another, as it is sure, that there will always be a point of disagreement. But all parties should not loss the sense of responsibility, commitment, faith in one another, especially when it comes to challenging issues, be it finances, number of children to have, because of the exigencies of the time, sharing responsibility for the care of the children or any other challenges that will always present themselves as challenges for married people. Because, it must surely come and you need to prepare for it before it comes, by selecting a partner that will always give you a shoulder to lean on at those times of challenges as some of them can be really tough and you may feel you are the only one left in the world and no one is seeing or hearing you when you are going through the challenges. But if you have a compatible partner, it would be like, easy does it and he/she will be there full time for you and it is a very rational thing to engage in and should never be traded for any other consideration.</w:t>
      </w:r>
    </w:p>
    <w:p>
      <w:r>
        <w:t>It can lead to having very healthy children and the children will grow up to positively affect the society, which is truly what the modern societies all over the world is lacking and are yearning for at such a time like this, when young people engage in vices that are not normally or usually compatible or associated with their age and it is giving the society a serious challenge that, we sociologist need to find a solution in other to make the society a better place for us all to live in.</w:t>
      </w:r>
    </w:p>
    <w:p>
      <w:r>
        <w:t>EDUCATION</w:t>
      </w:r>
    </w:p>
    <w:p>
      <w:r>
        <w:t>This is a consideration that is put forward by some people, before they will get into marriage and it works for some people. But that is not really the ultimate in the consideration to get married as it may in the long run not guarantee a successful marriage, as you may get married to an illiterate and have a successful married life. You need to engage in the one that would work for you. As anybody can become literate with little effort, especially, with modern tools and equipment available in the education sector.</w:t>
      </w:r>
    </w:p>
    <w:p>
      <w:r>
        <w:t>SOCIAL STATUS/BACKGROUND</w:t>
      </w:r>
    </w:p>
    <w:p>
      <w:r>
        <w:t>This is a consideration that is good in other to ascertain what and who the person is and if he/she had been associated with bad gang, bad upbringing, cultism, prostitution and other social activities that may not really be convenient for marriage. I strongly advocate that this be taken seriously in other to avoid seriously awkward situation that have been seen in marriages that are not healthy at all for marriage, it was an unfortunate situation, when in one case a lady got married to her husband after a few weeks she found out that the man was an armed robber and that was his major occupation. It was heartbreaking for her that for the few months she was in the marriage, before she was rescued miraculously by circumstances, she was always having nervous breakdown and was going in and out of the hospital and that for a very long time haunted her life, before she was able to get through it by the grace of God.</w:t>
      </w:r>
    </w:p>
    <w:p>
      <w:r>
        <w:t>This was because she just saw him, liked him and without a thorough background check, she entered into a trap that has put a permanent scare in her life forever. In fact, it is even good to secure the help of people to enable you get a background check, as some people are drug addicts and will keep it from you so that they get married to you and say, now, he or she would not be able to do anything about it because we are married. It could be a devastating moment in marriage that you do not want to confront, so please, do a diligent search.</w:t>
      </w:r>
    </w:p>
    <w:p>
      <w:r>
        <w:t>Another perspective about background is what in some society is referred to as caste system or in some African system is called OSU. It is erroneously believed that some members of the society are higher than others by birth, royalty etc. In India for instance, there are five layers of stratification of all human beings that live there and from top to bottom, it is prioritized. The bad thing about it is that the people in the top caste are far less than ten percent of the society and are believed to be the people that should rule the society and cannot in any way marry from less than the third strata. If you marry less than that, you</w:t>
      </w:r>
    </w:p>
    <w:p>
      <w:r>
        <w:t>are demoted from the first strata. So it is in Japan to some extent as any member of the royal family cannot just marry anybody from Japan or any country, it must be within the top cast. If you do you are automatically demoted from the royal family. This was the case in 2018, when a royal daughter, wanted to marry her heartthrob and there was confusion but yet she stood by her decision and the royal family had no choice but to give her out to her heartthrob.</w:t>
      </w:r>
    </w:p>
    <w:p>
      <w:r>
        <w:t>It is a prevalent practice too in Europe where the royal families are not expected to marry, just any citizen, unless people that can be traced to their royalty and there could be grave consequences, including stripping you of your royalty, position etc. people should be left to marry who they choose.</w:t>
      </w:r>
    </w:p>
    <w:p>
      <w:r>
        <w:t>In fact, This was said to be the case when Princess Diana who divorced Prince Andrew and wanted to marry on Arab DoddiFayad, and the British establishment rose up and said no way, that, they don't want their blood to be mixed with any other blood, except related English blood. Rumour has it that her death was connected to this as she and her fiancé were pursued to their death in faraway France. Her second son, who got married to an African descent lady, has now been stripped of his royal duties, maybe too, because of related disagreement on who he got married to.</w:t>
      </w:r>
    </w:p>
    <w:p>
      <w:r>
        <w:t>In Africa It is a prevalent practice as in some places. They call them OSU and it is a taboo for the “free” citizens to get married to them or even eat with them. But, in many cases, the people called OSU are more successful and more intelligent even more than the so called “free citizens”.</w:t>
      </w:r>
    </w:p>
    <w:p>
      <w:r>
        <w:t>This is a fallacy that must be condemned, done away with and rejected as it does not breed any known good to the society, except to feed the ego of a few people who are in this practice and it has taken them nowhere and there is no imperial research to prove indeed that people in the first strata of the so called caste system are better human beings than the ordinary citizens, instead the records all over the world shows that the children of the ordinary citizens, have contributed more to making the society a better place than the people who claim to be at the top of the society as can be seen, in the business world, manufacturing, production, governance. Ninety nine point nine percent of all the gadgets, instruments and inventions in the world have been brought about by the ordinary people, even in the entertainment world. In fact studies show that, the said upper or top class people of the world as they want us to believe have been a burden to the society as they contribute less than they consume, that is why in some countries now, like Thailand, they are either gradually reducing the influence of royalty or wanting to out rightly do away with it, as it is sucking the</w:t>
      </w:r>
    </w:p>
    <w:p>
      <w:r>
        <w:t>society and generating bad blood. All humans are one, we should be free to marry anyone of our choice so that, we should not face any back clash, that is how to exhibit humanity and we all should further this cause in our little way we can.</w:t>
      </w:r>
    </w:p>
    <w:p>
      <w:r>
        <w:t>Just like some people from rich homes say they will not marry from poor homes, this is indeed too bad. So long as the person have the qualification of marriage that you need, social status should never be a consideration at all.</w:t>
      </w:r>
    </w:p>
    <w:p>
      <w:r>
        <w:t>M.K.O. Abiola, from a very poor home where they share one egg in their family of eight and married to SimbiatAbiola from a rich home, as we speak Abiola become very rich and far richer than the rich family he married from.</w:t>
      </w:r>
    </w:p>
    <w:p>
      <w:r>
        <w:t>CAREER</w:t>
      </w:r>
    </w:p>
    <w:p>
      <w:r>
        <w:t>This is a consideration that is desired by some people before they get married, as they preferred people in a particular career, however it is good, if the intention is to go the whole way and not to at the middle of the game change course.</w:t>
      </w:r>
    </w:p>
    <w:p>
      <w:r>
        <w:t>Career marriage can work be good for the people in the marriage as there is time known for both parties to meet or know when both parties will be at work, so that they can meet up with, either the domestics work or with the children activities by taking turns.</w:t>
      </w:r>
    </w:p>
    <w:p>
      <w:r>
        <w:t>BLOOD GROUP/GENOTYPE</w:t>
      </w:r>
    </w:p>
    <w:p>
      <w:r>
        <w:t>This is indeed a very genuine consideration that should not be ignored at all, as this can really became an unavoidable challenge for you, your partner, and the children you are going to bring to this world and in truth it can mar the happiness in your marriage if you do not use wisdom to go about it. Perhaps, one of the first thing any serious person who wants to marry does is to first check if the blood group and the genotype of the person you are interested in matches and if they do not match, immediately cut the relationship before it graduates to marriage. If you don’t, you have set up a chain reaction that may draw you and your family into trouble. There are some people suffering this situation as you read in this book. I will just relate maybe one or so of the experiences that could occur when you go that negative route.</w:t>
      </w:r>
    </w:p>
    <w:p>
      <w:r>
        <w:t>A family of six got married knowingly and they presently had four children. As we speak, all six of them have health challenges at least every three months and sometimes, virtually all of them fall sick the same time. You can imagine the financial implication that goes into that, and this will continue and there is no guarantee that there is happiness in that kind of home as the children now know that the parents are aware but they may not have asked for if they have</w:t>
      </w:r>
    </w:p>
    <w:p>
      <w:r>
        <w:t>the choice. This is one thing that I very much would not advice any one to go through, so please check if your blood and your genotype do match before you say I do.</w:t>
      </w:r>
    </w:p>
    <w:p>
      <w:r>
        <w:t>But in all honesty as a Christian, God can do all things. So if you know and also believe in him to change and make your blood group and your genotype to align so that you can marry whoever you want to get married to, but it is important that both of you should have the same believe, so that God can do his miracle in your lives.</w:t>
      </w:r>
    </w:p>
    <w:p>
      <w:r>
        <w:t>THE KIND AND NUMBER OF CHILDREN DESIRED</w:t>
      </w:r>
    </w:p>
    <w:p>
      <w:r>
        <w:t>Sometimes people are known to have gotten married or separated, simply because they disagree or agree on the number of children to have and for a thing as simple as that, it sure can be and should be worked out by those who are really involve and are desirous to marry as it is not too difficult to reach a good compromise, that will satisfy both of you or better still, bring it to a counselor like us so that we charge you a reasonable amount and educate you on how to really and truthfully go about it.</w:t>
      </w:r>
    </w:p>
    <w:p>
      <w:r>
        <w:t>It is also true that some people want a particular kind of child or children, either to be male or female, tall, fat, fair, dark. That is why they would agree to go into marriage with certain persons, as some have said, they want their children to be tall, so that he or she can play basketball or I want my child to look like my dark mum or fair dad or even that, I want my child to talk like my husband, some too would just say, this man is handsome and I want all my children to be handsome so I will marry him. For a man too, it may just be that, he sees a very beautiful girl and he wants his children to be like the lady.</w:t>
      </w:r>
    </w:p>
    <w:p>
      <w:r>
        <w:t>This is not a bad consideration, but providence and nature could make your children not to be tall as they may just respond to a recessive gene of your grandparents and you may just be even lucky to have an albino, which does happen to some couple. That should not cause a back clash in the marriage, as this has been known to cause even separation in some marriages. It is not the fault of the woman, rather she received what the man gave to her and brought it alive.</w:t>
      </w:r>
    </w:p>
    <w:p>
      <w:r>
        <w:t>CONNECTION</w:t>
      </w:r>
    </w:p>
    <w:p>
      <w:r>
        <w:t>This is highly related to status and background, the consideration that is put forward by some people may not just be a consideration needed to build a very solid marriage as it can quickly evaporate and should not be dependent on, at all, it should be understood that CHANGE is the only permanent thing that is constant</w:t>
      </w:r>
    </w:p>
    <w:p>
      <w:r>
        <w:t>in the world and every other thing is not permanent. With this at the consciousness of the reader, he/she should not consider this as criteria for getting married to someone.</w:t>
      </w:r>
    </w:p>
    <w:p>
      <w:r>
        <w:t>It is not a solid block that promotes marriage stability. What about if the person or his family are no longer in place to command influence, would you now look for the current people that commands influence to get married to? Marriages built with such blocks are most likely built on quick sand that can wash away sooner than expected and there is always no mutual respect for each other. Marriage that lacks mutual respect is living on a bottle of oxygen and when the oxygen runs out most times, it is not refillable. The patient receiving the oxygen dies and the next thing is to bury the patient (marriage) in this case, and that may not actually be the real intention of the marriage.</w:t>
      </w:r>
    </w:p>
    <w:p>
      <w:r>
        <w:t>If it comes as a result of your wanting each other, then it becomes an added advantage to both of you and it is always good to explore the positive potentials in it to lubricate your marriage and advance the needs of society and reach to the less privilege, where it is practicable and expedient.</w:t>
      </w:r>
    </w:p>
    <w:p>
      <w:r>
        <w:t>INTELLECTUAL ABILITY OR CAPACITY</w:t>
      </w:r>
    </w:p>
    <w:p>
      <w:r>
        <w:t>This is a consideration that is good to consider while choosing a partner for marriage, but, this in isolation may not be the pathway to a successful marriage, as the person seeking to get married to an intelligent man or woman must first bring your own intellectual ability to the table, before you will ask, if the one you want to get married to must be intellectually sound. If you are not intellectually sound and you want to get married to an intellectually sound person, there is going to be a mis-match, which will become a problem. If you view it from another perspective again, you will see that, you may want to abandon this consideration for other considerations or would want to combine other considerations before you get to where intelligence is e.g. if you get a man or a woman of great intelligent background to marry and he lacks compatibility, it may be a drawback that will make your marriage to be rocky and uninteresting. So you should please, not allow an intelligent person sweep your feet off the ground and if you do not possess the quality he or she may be interested in, he/she will become a burden to you as there may be manipulation of a great deal that you may not be able to comprehend, so you must please be on the watch out and seek balance and good counseling.</w:t>
      </w:r>
    </w:p>
    <w:p>
      <w:r>
        <w:t>It is not entirely a wrong thing to go for an intelligent person, but look out</w:t>
      </w:r>
    </w:p>
    <w:p>
      <w:r>
        <w:t>for other complimentary considerations that will make your marriage a success.</w:t>
      </w:r>
    </w:p>
    <w:p>
      <w:r>
        <w:t>SPIRITUAL BALANCE</w:t>
      </w:r>
    </w:p>
    <w:p>
      <w:r>
        <w:t>This is a factor that is mostly considered by religious people who would not marry if the person is not a Christian, Muslim, or Hindu. This in itself is not a bad consideration at all for a man or a woman that has spiritual balance is most likely to be a stable candidate to get married to and may make the marriage have a spiritual touch. There should be almost an equal balance of spiritual balance by the other party too, if only one of the partners in the marriage is spiritually balanced. Surely without doubt, there would be serious point of conflagration between the couple and they may always need a third party to settle their differences, which in itself is not a very good thing in a marriage as it is mostly advised that couples should always settle their differences and don't invite a third party who may not really understand the point of disagreements as couple.</w:t>
      </w:r>
    </w:p>
    <w:p>
      <w:r>
        <w:t>Most times the couple do not really tell everything that brings disagreement in their home, either because they do not want to expose some deep seated issues to the third party,</w:t>
      </w:r>
    </w:p>
    <w:p>
      <w:r>
        <w:t>But when couple marry across religion it is sometimes challenging for both, especially when there is interference from parents of the couple. Caution is always advised in this regard and both party should be aware that they have entered into marriage and it is an institution that need to be respected and as much as possible parties should play by the rules and where possible be compassionate in other to accommodate your partner for you to have a peaceful home that is worth to be emulated by others and your children too and the society can benefit from your good example.</w:t>
      </w:r>
    </w:p>
    <w:p>
      <w:r>
        <w:t>MENTAL STATE OF THE FAMILY</w:t>
      </w:r>
    </w:p>
    <w:p>
      <w:r>
        <w:t>This is a practice that used to be very sacrosanct especially in the African traditional system, where it was families that used to marry for their sons and daughters and a thorough investigation must be done about the family that one must marry into, be it male or female and if it is discovered that any member your family has a mental problem, that marriage is cancelled. But, today that is not so much a part of the consideration before marriages are agreed to. Because, no longer is marriage done diligently, but is only the male and female that like themselves and introduce themselves to both family and marriage is conducted. This may account for the very high rate of divorce that the society gets.</w:t>
      </w:r>
    </w:p>
    <w:p>
      <w:r>
        <w:t>CHECKING OUT FOR RED, YELLOW AND GREEN FLAGS</w:t>
      </w:r>
    </w:p>
    <w:p>
      <w:r>
        <w:t>This may just be like intelligence gathering before, during and after the marriage as every information gathered about your partner is very important, depending on the use you may want to put it to for. This is a consideration that all marriages must put effectively to use, when you formally asks a person you want to marry questions surrounding his or her family, friends, associates, education, dreams or aspiration how, he or she will treat you, your mother, father, siblings in a formal atmosphere, you are likely to get answers that may be misleading, so you need to, intelligently go about it, by talking like a third person – like you are indirectly asking the questions either because of one of your friend or relative that is married. That is when you will get the real answer that is in the mind of the person or you experience it by deliberately dramatizing to know who the person is or will be when you are married.</w:t>
      </w:r>
    </w:p>
    <w:p>
      <w:r>
        <w:t>For instance, you go to a particular shop, price a product or know the price and you give him/her money to help you purchase the goods. You are sure he/she got it from there and you know it is sold for 20,000 but he or she buys it for you 25,000 and you repeat the same thing for another product the second time and you get the same outcome,  you are now aware, that, the person in question is far from being honest. You will not get honesty from the person, ifyou get married to him or her.</w:t>
      </w:r>
    </w:p>
    <w:p>
      <w:r>
        <w:t>You could ask where does your parents work and he/she tells you, her or his father works in the ministry of finance in the State or Federal capital and the mother works in Shell or an oil company meanwhile you have done your own findings before and you found out that, the mother of your intended partner is an honest trader in the market, you should know that these are the kind of things you will be facing when you get married.</w:t>
      </w:r>
    </w:p>
    <w:p>
      <w:r>
        <w:t>It would be appropriate to tell you of a story that will want to make you take very seriously, this red flag observation and why you should deliberately engage in it when in a relationship.</w:t>
      </w:r>
    </w:p>
    <w:p>
      <w:r>
        <w:t>A very beautiful successful lady, got a call from a man. She was in her late thirties hoping to get married and she took the call. The man told her, how he has been looking out for her, that she is a very responsible young lady, that he admires her from a distance, and can tell, she will be a good wife. And the lady honestly thought she had meet her heartthrob. As they interact further, she agreed to meet up with the man and the man too was honestly handsome. In her heart, she liked him, as they got to know each other. They talked</w:t>
      </w:r>
    </w:p>
    <w:p>
      <w:r>
        <w:t>about their family, friends, education, likes and dislikes, they both liked each other and the guy said he just lost his job few months ago, still had his good cars and that he does business. He attended a university, studied mechanical engineering, but the lady was not too comfortable with the guy’s English language. And on bi-weekly bases he comes with different cars.</w:t>
      </w:r>
    </w:p>
    <w:p>
      <w:r>
        <w:t>Out of nothing the lady said please when you are coming tomorrow please bring your curriculum vitae along, tomorrow came and he did not, the third day he did not and the lady insisted. The bubble began to burst as the lady genuinely wanted to help him secure a very lucrative job in an oil company where her uncle works, he now confessed, he was reading mechanical engineering in an institute and in the second year he had challenges which made him not to continue the lady was deflated but still wanted to go on. But she now applied brakes on their marriage plans as she had told some of her friends. On further investigation, the guy works in a car selling shop, that was why he had access to different cars and was saying that they were his cars.</w:t>
      </w:r>
    </w:p>
    <w:p>
      <w:r>
        <w:t>This story shows that sometimes you need to be ingenious to get some information otherwise you will not get it, you need to be unobtrusive to get your required information. The information the lady got were red flags that are not good enough, they were signs that the marriage would run into danger.</w:t>
      </w:r>
    </w:p>
    <w:p>
      <w:r>
        <w:t>You could also ask questions not relating to you, as I have observed before, for instance, you have a friend who gives his wife N50, 000 fifty thousand naira for upkeep in a month and yet the wife still complains and she say, how can the man give her N50, 000, if it is me I will not accept anything less than N200, 000 a month, then you know that you are in for a real show down. You may not need to be told by a soothsayer before you know that she is not a marriage candidate and you need to make alternative arrangement if really you want to get married.</w:t>
      </w:r>
    </w:p>
    <w:p>
      <w:r>
        <w:t>For the ladies, if a man, in an informal setting is, saying, how can a man be in the kitchen to assist the wife? It is not fitting for a man. Then be sure that he may not be your desired husband. What if you put to birth, who will help out in the kitchen? So you should just take a bow.</w:t>
      </w:r>
    </w:p>
    <w:p>
      <w:r>
        <w:t>There are also red flags you need to look out for, as a married man or woman. For instance, your wife goes to the toilet to take calls when you are together regularly, it is a red flag that a man must be on the lookout for, as she may either be engaged in adultery or an activity or activities, that will, in no time ruin your family or marriage or she suddenly has a password</w:t>
      </w:r>
    </w:p>
    <w:p>
      <w:r>
        <w:t>in her phone that is an uncomfortable marriage that needs healing on time, for it speaks volume.</w:t>
      </w:r>
    </w:p>
    <w:p>
      <w:r>
        <w:t>If you have a husband, that suddenly begins to come home late in the nights, consistently while he had closed from work, travels emergency for emergency trips all the time, wakes up in the night to go take and make calls regularly, without relating the details of his interactions, suddenly puts on his cloths in the nights and just tells you I am coming, please on a regular basis, comes back, sometimes smelling alcohol and when you ask, he is not forthcoming with good explanations. It is a red flag that most likely indicates that he is having an affair or committing adultery and you may soon hear of a son or a daughter that is related to your children.</w:t>
      </w:r>
    </w:p>
    <w:p>
      <w:r>
        <w:t>But there is remedy for all this as you read further. Yellow flags are flags that indicate you should be ready to go. If a person is really interested in you or not interested in you, the yellow flag can tell you. So, you only need to listen closely when you are conversing, either formerly or informally.</w:t>
      </w:r>
    </w:p>
    <w:p>
      <w:r>
        <w:t>If a guy tells you, I don't really like fair girls and meanwhile you are fair and he wants you. He has just mistakenly told you that he will not marry you, but that he wants you temporarily or he says, I like dark girls and you are not dark and he wants you then he is not the kind of person you should associate with, you should quietly do away with him.</w:t>
      </w:r>
    </w:p>
    <w:p>
      <w:r>
        <w:t>As a girl, you are friendly with a guy and he tells you, I would not marry a girl outside my region and meanwhile both of you are from different region of maybe the same country, then the party should be called off immediately, for if you continue then you did not see the yellow flag he showed you.</w:t>
      </w:r>
    </w:p>
    <w:p>
      <w:r>
        <w:t>If a guy is close to a girl and the girl says, I will not marry anyone that is not rich and she is in her late twenties or thirties and you are just someone who earns a salary that does not make you fall into that category, then take to your heels on time as the little you have she will collect and still go her way. A girl informs a guy while just chatting, my parents do not like people from a particular tribe and you come from the tribe and she says that it is what my parents want that I will do for them if I want to get married. It is an indication that you do not fall into the category of people she will marry that you should leave now - it is a very clear yellow flag.</w:t>
      </w:r>
    </w:p>
    <w:p>
      <w:r>
        <w:t>GREEN FLAG</w:t>
      </w:r>
    </w:p>
    <w:p>
      <w:r>
        <w:t>This is positively speaking well and you have to also watch out for it, as all human being veil their intention knowingly or unknowingly through what they say most times.</w:t>
      </w:r>
    </w:p>
    <w:p>
      <w:r>
        <w:t>If you are in a marriage or relationship and your husband says, the soup</w:t>
      </w:r>
    </w:p>
    <w:p>
      <w:r>
        <w:t>you cooked two weeks ago was very sweet, he had just told you that he would want to eat that kind of soup also subtly that you food is not too sweet, please improve especially if it is the same thing with the one of two weeks ago. A husband says, I liked your dressing of last week, he is telling you that please try to dress the way you dressed last week.</w:t>
      </w:r>
    </w:p>
    <w:p>
      <w:r>
        <w:t>A wife telling the husband, you see the roasted fish you bought for me last month it was very sweet, she is saying please when you are coming again please buy that roasted fish, I will like to eat it again or you see my husband the trip we went two years ago, it was fantastic, there is nothing like it, she has just told you that please take me on a trip, I need one, can't you see my lovely husband.</w:t>
      </w:r>
    </w:p>
    <w:p>
      <w:r>
        <w:t>If a guy tells a girl, if I have my way even now I would like to get married to a fair skinned girl, not too tall and smiles like you it is a green flag that you should take note of and if you are also interested in him, mark him closely for further green light, or one day he says to you, I like my mum so well, and honestly you behave like her, that too, is a green light of acceptance and a viable candidate to be considered for marriage.</w:t>
      </w:r>
    </w:p>
    <w:p>
      <w:r>
        <w:t>A girl says to you, see how you walk, that is how I would want my husband to be walking, another day she says she likes your writing, how I wish my husband’s writing would be like this when I find a husband, it is a green light, that guys need to take seriously, for it is out of the abundance of the heart the mouth speaks.</w:t>
      </w:r>
    </w:p>
    <w:p>
      <w:r>
        <w:t>CHURCH DENOMINATION OR RELIGIOUS CONSIDERATION</w:t>
      </w:r>
    </w:p>
    <w:p>
      <w:r>
        <w:t>Some consider marrying because they are of the same church or religious denomination, it is not a bad thing to do, i.e. a Christian from say the Catholic denomination preferring to marry a person who is a Catholic rather than a Pentecostal church background or a Muslim considering marrying a person of their religious background rather than another. Well it is great. But if you also consider the benefit of learning or knowing the other denomination or religion and the practice and benefit that exist in other people’s religion or denomination is not too bad too, especially that, there need to be inter marriage between religious denominations to bring about peace, understanding and knowing that we are all from one God.</w:t>
      </w:r>
    </w:p>
    <w:p>
      <w:r>
        <w:t>BAD CHARACTER</w:t>
      </w:r>
    </w:p>
    <w:p>
      <w:r>
        <w:t>This is one of the consideration people make when they want to get married and truly some people that has bad character are dangerous, there was a</w:t>
      </w:r>
    </w:p>
    <w:p>
      <w:r>
        <w:t>story of a girl who is in her thirties she asked someone, is it true that I have bad character? And the person initially was afraid to answer her, as the last time the man witnessed where she insulted someone who is old enough to be her father just because, he said excuse me while in honestly the man was only asking for direction around her area. And she has done so to countless young men, some of whom are really interested in getting married to her after saying, am I your size, does shoe not have a size etc.</w:t>
      </w:r>
    </w:p>
    <w:p>
      <w:r>
        <w:t>Bad character is not an exclusive attitude put forward by only one sex but cuts across both sex, some men are so rude and dominant, that they carry on as it if the women folk have no right to say; no, I don't want sex now, In some situation, it is so bad that they don't see any woman that will agree to get married to them. In some cases, they carry it to the extreme by being cowards, violent and beat up the opposite sex, that you wonder, if they are really human beings or animals and sometimes, I think aloud, if they see their mates out there, will they be able to exhibit such violence or they will chicken out and not even be able to raise their voice to protest an oppression or cheating. I strongly posit that, never should a man raise his hand to beat his wife, girlfriend. No one will not defend himself or herself and the women could sometimes out of helplessness carry dangerous weapons to defend herself, that now lead to the death of the man. You can actually work things out by seating down to settle it with your wife or partner as the case may be.</w:t>
      </w:r>
    </w:p>
    <w:p>
      <w:r>
        <w:t>Sometimes, men who are violent and impatient are most likely to become rapists, so we all need to be on the lookout for such men and really avoid them, to avoid an unwanted situation.</w:t>
      </w:r>
    </w:p>
    <w:p>
      <w:r>
        <w:t>Having a bad character is not a virtue that should be exhibited by any sex as it hinders them from getting a marriage partner.</w:t>
      </w:r>
    </w:p>
    <w:p>
      <w:r>
        <w:t>PRIDE</w:t>
      </w:r>
    </w:p>
    <w:p>
      <w:r>
        <w:t>This is one of the negative considerations that people exhibit, yet they want to see that they get a good partner to get married to. As it is said pride goes before a fall, no one would want to settle with anyone that is proud because it robs the family of necessary comfort and can lead to a very negative outcome. It is related to ignorance, it is said that a man was talking so arrogantly to the wife and the wife being a good wife most times swallows the pride of the man and does not even mind him. The husband got so sick one time that he could not even feed him and the wife did for over three months and was still humble. When the man got well, he was now confessing to the wife that he is so sorry for all the things he</w:t>
      </w:r>
    </w:p>
    <w:p>
      <w:r>
        <w:t>had been doing to her, that if it was the wife that was sick he would not have been able to feed her for three months, that he now know the value of a humble wife.</w:t>
      </w:r>
    </w:p>
    <w:p>
      <w:r>
        <w:t>If you are in a relationship too it is not good to be proud, your need to be humble so that your worth will be seen by all and you should not consider a proud person for marriage.</w:t>
      </w:r>
    </w:p>
    <w:p>
      <w:r>
        <w:t>LOVER FOR SHAPE</w:t>
      </w:r>
    </w:p>
    <w:p>
      <w:r>
        <w:t>Some people chose a partner because of their body shape, facial or dentations. It could be that the person is fat and looks very bulky or slim in body and may have a good set of teeth. These are not in themselves good enough for a marriage candidate to possess, for marriage goes much more than the things the eyes see.</w:t>
      </w:r>
    </w:p>
    <w:p>
      <w:r>
        <w:t>TRANSACTION CONSIDERATIONS</w:t>
      </w:r>
    </w:p>
    <w:p>
      <w:r>
        <w:t>This is when considerations are made for marriage or relationship because the person has money, fame, or the position the person occupies in the society, those considerations are weak and cannot guarantee a solid marriage or relationship and we all should avoid people with this kind of considerations.</w:t>
      </w:r>
    </w:p>
    <w:p>
      <w:r>
        <w:t>EMOTIONAL CONSIDERATION</w:t>
      </w:r>
    </w:p>
    <w:p>
      <w:r>
        <w:t>This is a situation the person or people that are going into the marriage or relationship do so, for emotional consideration, either because they are mostly insecure and dependent on the person they want to get married to.</w:t>
      </w:r>
    </w:p>
    <w:p>
      <w:r>
        <w:t>THE HEART LOVER</w:t>
      </w:r>
    </w:p>
    <w:p>
      <w:r>
        <w:t>This are the people that love you and marry you for who you are, not minding your political, economic, social or other status and are always very consistent, if it is this kind of people you marry, then you are lucky.This is a very encouraging consideration to have in marriage.</w:t>
      </w:r>
    </w:p>
    <w:p>
      <w:r>
        <w:t>GOD FEARING</w:t>
      </w:r>
    </w:p>
    <w:p>
      <w:r>
        <w:t>This may be a consideration that may be described or understood differently, because to the Christians, it means following Jesus and his teachings and believing in the Lord God Almighty and also believing in the salvation of God, that he is the author and finisher of our lives, that if we die we shall go to heaven to meet with God. Then some people will consider you suitable for marriage.</w:t>
      </w:r>
    </w:p>
    <w:p>
      <w:r>
        <w:t>For a Muslim, it means believing in Allah (God) and must pray according to the dictates of the Koran admonition. If you do this, then you become a person that can be considered as a candidate for marriage. The same goes for other religions of the world as they feel that they will be safer within the people of the same faith with them.</w:t>
      </w:r>
    </w:p>
    <w:p>
      <w:r>
        <w:t>Truth be told, 70% of marriages occur between people of the same faith. But that in itself has not guaranteed stability, safety and a long term married life. There is an embarrassing statistics that shows conservatively that over 40% of marriages crash, less than five years into the marriage, which in truth accounts for the great number of the problems the society has. The faster all of us do something about it, the better it will be for all of us. So that our society will be safer, peaceful and secured for all of us to live in and to a very good extend guarantee the survival of marriage as envisioned by those that go into it.</w:t>
      </w:r>
    </w:p>
    <w:p>
      <w:r>
        <w:t>VALUES</w:t>
      </w:r>
    </w:p>
    <w:p>
      <w:r>
        <w:t>One of the things people consider before getting into relationship especially marriage is the level of values they find their partner to have imbibed. And really, it is encouraging to want to really understand the kind of things your partner values and places premium on. For example, some men do believe that once a woman is married, everything about them must be put on hold and only consider that of their husband and children. That if the woman has a career for instance, that career will have to die, and she must only be a house wife that will not dare work or express the interest of furthering her education. Whereas, the woman could have richly contributed to the marriage either financially or in other ways that could really impact her children too. If some women are aware that a man has this kind of value, they will forth with suspend any marriage plan and maybe even end it. Some men believe too that a woman, if married becomes a second class citizen that should not be heard but seen only i.e. she must not have an opinion of her own, and everything must only flow from the man. This may not be convenient for some ladies.</w:t>
      </w:r>
    </w:p>
    <w:p>
      <w:r>
        <w:t>Also, there are some women who are of the value that once they are married, it is only the man that should provide all the needs of the family and the woman must never contribute even when it is obvious that the man is struggling to make ends meet and the family suffers lack</w:t>
      </w:r>
    </w:p>
    <w:p>
      <w:r>
        <w:t>There are some women who have the value that once they get married, they and their husband has become one, and therefore they assist the man, and are very dutiful as a wife, making sure that they have savings in other for them to develop their personal property and move in as soon as possible.</w:t>
      </w:r>
    </w:p>
    <w:p>
      <w:r>
        <w:t>These and others are values that are held by the male and female folk in marriage agreements or considerations before or during marriage, depending on the situation, orientation, belief system, background, association, religion, and past experiences that the individuals have passed through</w:t>
      </w:r>
    </w:p>
    <w:p>
      <w:r>
        <w:t>ATTITUDES</w:t>
      </w:r>
    </w:p>
    <w:p>
      <w:r>
        <w:t>This is a consideration that can turn out to be very important in a marriage or relationship, as the attitude of a person can make you. If you want to be a marriage candidate you should be on the watch out for this.</w:t>
      </w:r>
    </w:p>
    <w:p>
      <w:r>
        <w:t>If you get to visit your intended partner severally, and you meet him and his friends and he ignores you, does not entertain you or warmly welcome you until those his friends are gone, you then need to be on the watch out for such a relationship. A relationship that is full of physical or verbal abuse is most likely to continue in that stead and even increase if you get married to him or her. Therefore you must weight your options very well if you will be able to endure and remain in such a relationship given the things you are seeing now, including;</w:t>
      </w:r>
    </w:p>
    <w:p>
      <w:r>
        <w:t>Neatness</w:t>
      </w:r>
    </w:p>
    <w:p>
      <w:r>
        <w:t>Kindness</w:t>
      </w:r>
    </w:p>
    <w:p>
      <w:r>
        <w:t>Patience</w:t>
      </w:r>
    </w:p>
    <w:p>
      <w:r>
        <w:t>Humility</w:t>
      </w:r>
    </w:p>
    <w:p>
      <w:r>
        <w:t>Sacrifice</w:t>
      </w:r>
    </w:p>
    <w:p>
      <w:r>
        <w:t>Self-control</w:t>
      </w:r>
    </w:p>
    <w:p>
      <w:r>
        <w:t>Forgiveness</w:t>
      </w:r>
    </w:p>
    <w:p>
      <w:r>
        <w:t>Above are a number of other criteria that a person may wish to consider before choosing a partner or if you are already married, try to gradually introduce these criteria to your spouse as they are really positive criteria that can bring about a home that will be happy, and children can learn from and become responsible citizens of the society. I will give a little highlight and illustration where possible.</w:t>
      </w:r>
    </w:p>
    <w:p>
      <w:r>
        <w:t>NEATNESS</w:t>
      </w:r>
    </w:p>
    <w:p>
      <w:r>
        <w:t>It is necessary for a person to practice neatness before or even after marriage and anyone who is neat would normally stand a better chance to be chosen above the other person who is not neat as it is a quality that makes you to stand out above the rest wherever you are. For instance, if you go to visit your friends and even to eat only fruit you insist on washing your hands before eating it, consistently, it does several things for you, you may not easily have stomach upset or infection or cough and your friends will take note of you and begin to emulate you.</w:t>
      </w:r>
    </w:p>
    <w:p>
      <w:r>
        <w:t>If you even have a few dress and you always wash and iron them, it will seem as if you have them much and you will become a positive reference point either in your school, work place, among the people in your street. Even if you are married, your husband or wife will admire you more and will be proud of you especially when you are not around. So it is ideal to appear neat all the time, so you are like the stars in the sky.</w:t>
      </w:r>
    </w:p>
    <w:p>
      <w:r>
        <w:t>PATIENCE</w:t>
      </w:r>
    </w:p>
    <w:p>
      <w:r>
        <w:t>It is a consideration that both male and female of marriageable age should look out for. Failure to be patient most times have robbed some people of marriage opportunities and even life changing opportunities, at work places, political setting, contracts etc. so it is a virtue that must be craved for if you don't have it, even if you are married. It was said that a woman was given money by her husband for upkeep and the money was not enough. She not only rejected it but threw it at the husband. In anger the man left the money and said, that is all he can provide. At the end, she had to apologize to her husband.</w:t>
      </w:r>
    </w:p>
    <w:p>
      <w:r>
        <w:t>Impatient brings ridicule that can be avoided to the person that exhibits it as you may need to go and apologize. But if you were patient, it is very possible that you could have much more than what you were angry for.</w:t>
      </w:r>
    </w:p>
    <w:p>
      <w:r>
        <w:t>ACTING AS SECURITY FOR YOUR SPOUSE</w:t>
      </w:r>
    </w:p>
    <w:p>
      <w:r>
        <w:t>You can act as security for your spouse in various ways, including just being there for him/her, when he/she needs to share moments of being down cast, needing validation for life changing decisions, escaping from evil and maybe just wanting someone to talk to. These little things stated could be just what your marriage or relationship needs to be stable and sparkling as human beings. We all sometimes need someone to confide in and if you are married and you cannot find your partner to confide in, it can be frustrating and heart breaking, leading to sickness, depression, and heart aches that disrupts marriages so you should be on the lookout that the person you want to choose to marry must be able to give you social security.</w:t>
      </w:r>
    </w:p>
    <w:p>
      <w:r>
        <w:t>And as for married couples, the men should be able to act and secure their wives, to secure them from being molested by people who do not mean well.</w:t>
      </w:r>
    </w:p>
    <w:p>
      <w:r>
        <w:t>HUMILITY</w:t>
      </w:r>
    </w:p>
    <w:p>
      <w:r>
        <w:t>This is a quality that should be present, especially when one is ready to be married because to be married you need to</w:t>
      </w:r>
    </w:p>
    <w:p>
      <w:r>
        <w:t>be responsible and humane to your partner as both of you are from different background, you need to assume for your partner before you act negatively, otherwise you will find yourself having differences with your partner consistently. But if you are humble, even your partner will be forced to give you your due respect as he knows that you are humble and he or she would not want to offend you so that there will be peace in your marriage.</w:t>
      </w:r>
    </w:p>
    <w:p>
      <w:r>
        <w:t>As people who are humble are known to be modest in anything they do, your partner would always have confidence in you for he or she knows that you will be moderate in your approach in tackling challenges at home even if he/she is not around, humble people are not in any way arrogant.</w:t>
      </w:r>
    </w:p>
    <w:p>
      <w:r>
        <w:t>SACRIFICE</w:t>
      </w:r>
    </w:p>
    <w:p>
      <w:r>
        <w:t>This is a consideration that will put you ahead of the pack if there is need for a final selection on whom to select for marriage, so it is advised that of all the attributes you should also include this in your consideration of choosing who to get married to. You too that wants this attribute from others should also possess it, for it is, like items that attract each other so making sacrifice in marriages is the reason marriages last for a life time and it is a virtue that should be encouraged from time to time. Make sure that you appreciate your spouse to encourage them to do more.</w:t>
      </w:r>
    </w:p>
    <w:p>
      <w:r>
        <w:t>This was the situation when a man went to the bank to transact financial business and he could not finish it, as he needed to get a document from a government agency. Meanwhile he had an international flight to catch, he asked the lady to please help him complete the transaction and she dutifully did it on his behalf even though she had to take time out of her busy banking job to do it for him. When he came back, he was so appreciative that he asked the lady to marry him and in a few months both of them were married. That is what sacrifice can bring to you.</w:t>
      </w:r>
    </w:p>
    <w:p>
      <w:r>
        <w:t>FAVOUR</w:t>
      </w:r>
    </w:p>
    <w:p>
      <w:r>
        <w:t>Engage in it, are you intending to marry or you are already married. Prayer too is another way of sacrificing, for it means you will spend time praying for either your husband/wife or the person you intend to get married to. It is an exercise that will bring great positive intended and unintended benefits that are good for a family or intending family and favor may begin to follow your marriage.</w:t>
      </w:r>
    </w:p>
    <w:p>
      <w:r>
        <w:t>SELF CONTROL</w:t>
      </w:r>
    </w:p>
    <w:p>
      <w:r>
        <w:t>This is a virtue that we must always look out for in our partners if we want</w:t>
      </w:r>
    </w:p>
    <w:p>
      <w:r>
        <w:t>to get married or are even married and need to imbibe and inculcate it into the family. It is a priceless virtue that brings peace, understanding, and stable married life to spouses.</w:t>
      </w:r>
    </w:p>
    <w:p>
      <w:r>
        <w:t>Being able to have self-control at all times on issues in your relationship is to save yourself, your family even the society from stress and there will be less misunderstanding in the home.</w:t>
      </w:r>
    </w:p>
    <w:p>
      <w:r>
        <w:t>A man who for instance is able to have self-control when he comes from office and his food is not ready either because the woman did not come back from office on time, or had to attend to the children is a good husband or a potential husband who asks for a meeting with you by 6pm and you show up by 7pm, and still says welcome is a potential candidate that should be positively considered for marriage as he will be patient and have self-control if you get married to him. But, it should be several times, not just once. For it could be a flash in the pan attitude.</w:t>
      </w:r>
    </w:p>
    <w:p>
      <w:r>
        <w:t>So too, should the male watch out for the attitude of self-control from the female as it may be needed more from ladies as they interact more with the children you already have or are expecting.</w:t>
      </w:r>
    </w:p>
    <w:p>
      <w:r>
        <w:t>FORGIVENESS</w:t>
      </w:r>
    </w:p>
    <w:p>
      <w:r>
        <w:t>Married couples or even intending ones that do not have a forgiving attitude will not have a successful marriage life. Forgiving yourselves is something that all of you in the union must agree to be a continuous exercise in the home if that marriage will see many happy blessed years. Because you may not know when you will offend your partner, as some things you do to please your partner may be viewed as offense most times without your knowing. And as it continues, both of you should try to explain in love and understand each other for the purpose of setting your marriage on positive fire.</w:t>
      </w:r>
    </w:p>
    <w:p>
      <w:r>
        <w:t>An offense in marriage comes in various ways. Seeing your friend off to the gate and deciding to catch a five or ten minutes more discussion with them can cause an argument if you don't give the appropriate response and maybe facial expression. Because your partner may be waiting for both of you to eat together or just waiting to ask you where you kept the torch light in the bedroom and you did not come back fast enough for him or her, or you were probably having a significant family discussion, which was interrupted by your friends visit, you need to forgive one another, just be patient and always explain your actions in love and smile. He or she has no option but to accept and love you more.</w:t>
      </w:r>
    </w:p>
    <w:p>
      <w:r>
        <w:t>SETTING MONEY/WEALTH AT THE TOP OF YOUR MARRIAGE PRIORITY LIST</w:t>
      </w:r>
    </w:p>
    <w:p>
      <w:r>
        <w:t>This has landed many people into very great problems that sometimes they don't come out of, or at best, will be in eternal marriage prison. It is very important never to set money as a priority or as consideration as it has wings and can fly. It is a consideration that if you put forward can debase you and make you a slave to someone who can be your colleague. This is a situation or trend that is seen from the male and the female folks at present time, as females would only select a guy to get married to simply because he has money. All other considerations, they push to the background. So too are some intellectually lazy males who only go for ladies who are well to do, even if it is not their choice in character or learning, as the motivating factor is the finance.</w:t>
      </w:r>
    </w:p>
    <w:p>
      <w:r>
        <w:t>A few illustrations will drive home the point. A young lady was been courted by a young man about her age as they went to the same primary, secondary schools. Now in different institutions of higher learning and about to finish, the girl was encouraged by her mother to get married to a money bag from another city and she succumbed. The young man begged and begged until he saw that the girl has reached a point of no return with the money bag. In few months, the marriage was contracted and the girl moved in with her husband in the city, with the mother constantly getting supplies from the husband of her daughter. But after some time, the mother got worried as she no longer hears from her daughter except the son-in-law. After two years, the mother told the son-in-law not to send anything that she wants to speak to her daughter. The mother had to add the spiritual dimension to it, that was how after a few months, the daughter was rescued by good Samaritans from her husband who had used her for a certain ritual that produces money for him so long as the girl would not be seen by anyone and she would not have her bath etc. This is not a situation that one would have to even wish that it happens to your enemy.</w:t>
      </w:r>
    </w:p>
    <w:p>
      <w:r>
        <w:t>It also was the situation when a man got married to a wealthy lady, after the marriage they had two children and the man was made to be the one taking care of the children and would not be allowed to leave the house except on permission from his wife, not to talk of having visitors, while the wife would go out and come back at any time. The man too was expected to be nice even to his wife's male visitors who were numerous and regular. The man was in it for a long time, and one day he could not take it. When the wife went out with a male visitor and did not return till the next day, he flared up and packed his few belongings and left the marriage.</w:t>
      </w:r>
    </w:p>
    <w:p>
      <w:r>
        <w:t>There are consequences of placing money above all other considerations in marriage. No doubt, money makes the world go round and can make you comfortable. But both of you can work as a team and make money for your family that can make you comfortable. People who are not contended with what they have, have lost faith in themselves, putting money in front of all other consideration in marriage. There surely is a way out. All you need to do is to think and think hard enough and tap the gifts in you that God gave to you to see you through here on earth. You can then set your marriage on positive fire for the world to see that you did not find yourself here on earth to just complete the numbers and go back to your maker without making a significant impact on your generation. while it is possible that, it is on your shoulders God has put the responsibility of the gospel entertainment in his or her hand – yes in your hand, to lift the gospel, medical and other areas of life to the next level, that God will be nodding his head right about now saying, yes, I did not make mistake for sending this my son or daughter to this earth to make a difference. Think deeply about this and choose to make a positive difference by setting your marriage on fire.</w:t>
      </w:r>
    </w:p>
    <w:p>
      <w:r>
        <w:t>NEVER CONSIDER A PERPETUAL DEBTOR</w:t>
      </w:r>
    </w:p>
    <w:p>
      <w:r>
        <w:t>If you are aware someone is a debtor and you consider him or her for marriage, you are then ready to take shame, disgrace, disappointment, and paying debts you were never privy to. It is a baggage that is always too heavy to bear, especially for a new and prospective marriage. It can bring great distraction and quarrels at home and may lead to you being physically abused, humiliated and even become the new topic every morning in your neighborhood, which you can easily avoid by never considering such a person. No matter how appealing they are in other aspects as this alone can lead to tarnishing your image which you may not be able to buy with lots of money or even good public relations.</w:t>
      </w:r>
    </w:p>
    <w:p>
      <w:r>
        <w:t>It was illustrated that a man got married to a lady who was a perpetual debtor and he was not aware. On the very day of their marriage, they got a rude knock on their door and behold it was a debt that the wife he married today had owed for about ten years. The husband was shocked, but he paid instantly as he was buoyant. In about a week, another knock came, he paid. Less than a week, another one came, he paid again. Trouble started gradually as other ones she owed started to come to collect their money, for she now had a permanent address according to some of the creditors, for when they got to her parents place, she was</w:t>
      </w:r>
    </w:p>
    <w:p>
      <w:r>
        <w:t>either not at home or traveled. They now heard that the husband she got married to is a responsible man, who does not want to hear of such bad behavior and he will pay immediately so, the husband paid until the firth year that the marriage collapsed and you can guess, part of what made the marriage to collapse.</w:t>
      </w:r>
    </w:p>
    <w:p>
      <w:r>
        <w:t>If you get clue that the person you intend to get married to is a perpetual debtor, take a bow and leave the stage for another one which will surely be better than this. for there is a lot of settlements, half-truths etc, that when you hear of the real story from the people he or she may have interacted with, you will be too ashamed to want to ever defend him or her or even want to be associated with the person again, especially when you are a person of high integrity and you need to meet your own expectations because of your friends and associates.</w:t>
      </w:r>
    </w:p>
    <w:p>
      <w:r>
        <w:t>MARRY THE ONE THAT WILL MAXIMIZE YOUR POTENTIALS</w:t>
      </w:r>
    </w:p>
    <w:p>
      <w:r>
        <w:t>One of the greatest tragedies that can happen to a person could be marrying, someone who will not compliment and encourage you in your lifelong ambitions, and it could be demoralizing, depressing and kills the potentials you have. That is why you must securely include that as one of the considerations you will accept, before you say I do. But if you have this challenge of not being able to achieve your lifelong ambition, you must seriously engage in spiritual exercise and at intervals remind him or her that it will greatly benefit the family and it will in a very great way make you to be a fulfilled person in life.</w:t>
      </w:r>
    </w:p>
    <w:p>
      <w:r>
        <w:t>This can really affect the happiness, security, and sustainability of any marriage as it is a great treat that must be viewed with seriousness. So that the family can become a unit that it was intended to be.</w:t>
      </w:r>
    </w:p>
    <w:p>
      <w:r>
        <w:t>In some extreme cases it leads to insanity, which is not something that the couple should want to face, as it will now begin to take a heavy toll on finance, children if you people already have, deteriorating marriage, infidelity and a host of other things that are in themselves negative to the family or marriage.</w:t>
      </w:r>
    </w:p>
    <w:p>
      <w:r>
        <w:t>Especially, those that just want to get into marriage; you should please make sure that you settle things surrounding your career, ambitions etc, where possible. You should bring in a third party, close family members or in the extreme cases, sign a document. It must be said loudly that men do not sometimes want their wives to continue in the profession they met their wife practicing, especially when it has to do with the wife interacting closely with the opposite sex, such as singing, acting, and if their jobs includes traveling with their bosses out of town from time to time. All said and done, it is better for the both of you to reach a solid and reasonable conclusion before you go into the marriage, to avoid conflicts.</w:t>
      </w:r>
    </w:p>
    <w:p>
      <w:r>
        <w:t>MARRY A GARDENER HUSBAND – YES ………</w:t>
      </w:r>
    </w:p>
    <w:p>
      <w:r>
        <w:t>Who maintains his wife – it is always better if you consciously marry a husband who maintains his wife like a gardener maintains the garden, for if anything springs up that will not make the garden be in shape, the gardener will cut it off to make sure that the garden is well shaped and beautiful for the eyes to behold. That is how some husbands are, as they always look out for the welfare of their wife. This surely should be one of the considerations that a woman should put in place to make a final choice of which husband to marry.</w:t>
      </w:r>
    </w:p>
    <w:p>
      <w:r>
        <w:t>A gardener husband too can come about if you are honest, hardworking and respectful, as well as honoring your husband no matter what his status is in life. If he sees that, he too may want to reciprocate your kind gesture. Honestly, it takes the two of you to make your marriage the story that you can boldly tell to your friends, family and more so, your children. So that they too can emulate you and have their own marriage set on positive fire and you may have positive unintended consequences that you may want to commend yourself for.</w:t>
      </w:r>
    </w:p>
    <w:p>
      <w:r>
        <w:t>For instance, on your husband’s birthday, you can text or call his friends, associates and family members asking them to thank him on your behalf for all the good things he has been doing for you. I tell you your husband will never forget that in a hurry and honestly if you ask him for any favor henceforth, he may not hesitate to get it done for you. You are on the way to setting your marital life on fire that can burn for the rest of your life and you begin to reap positive fruits of marriage.</w:t>
      </w:r>
    </w:p>
    <w:p>
      <w:r>
        <w:t>DON'T MARRY A WOMAN WHO WILL NOT ACKNOWLEDGE THAT SHE IS UNDER AN AUTHORITY</w:t>
      </w:r>
    </w:p>
    <w:p>
      <w:r>
        <w:t>This is something that a man must give priority to. If a woman acknowledges that she is not under an authority even when she is married, such woman have unwittingly decided to montage your marriage to the dogs or pigs as they do not know the value of pearls and therefore they play with it. A man should greatly consider this before he says I do, if especially he wants to have a stable and comfortable marriage.</w:t>
      </w:r>
    </w:p>
    <w:p>
      <w:r>
        <w:t>PEOPLE WHO HOLD ON TO NEGATIVE PAST</w:t>
      </w:r>
    </w:p>
    <w:p>
      <w:r>
        <w:t>It is an absolute disaster if you get involved with people who hold on to a negative past, because they will drag you and them into the past that you may not believe and this can cause pain and regret. Therefore, consider anyone with this attitude and try to avoid them as much as possible. Someone saying because, someone from your tribe married a distance cousin and it did not end well, so they are trying to be careful with you. Or that you are from a region that their people don't like or that you mistakenly do something to them and therefore they are holding it against you like a gold medal and if they don't get back at you, they will not rest. They are a set of dangerous people that must be avoided, so that you do not get a wrecked marriage in the future, or worse still, they may want to pass the baton on to your children who may affect the society negatively with it and may think that is the way marriages are supposed to be.</w:t>
      </w:r>
    </w:p>
    <w:p>
      <w:r>
        <w:t>FINANCIALLY RECKLESS</w:t>
      </w:r>
    </w:p>
    <w:p>
      <w:r>
        <w:t>It is suicidal if you ever get involved in a relationship not to talk of marriage with anyone that is financially reckless. Once you notice that a person is financially reckless, please never have any serious association with such a person. This should be among the top in the list of consideration that must make you boot him or her out of your life as you may not be able to stand the shame, heartlessness or disaster that such a person may drag you into later in life and the worse is if it comes at a critical time in your life when you may not be financially buoyant. Such people are never known to be tolerant of negative financial situations and therefore may abandon you at the slightest moment to get who may provide for them the finance they need to continue their reckless life again.</w:t>
      </w:r>
    </w:p>
    <w:p>
      <w:r>
        <w:t>It was stated that a lady got married to someone who was very comfortable financially and worse still the man happens to be very generous. She buys expensive bags, travels to other cities with the slightest excuse, and spends on hotel bills, food and clothes. Within a few years, the man's business stopped doing well, but she still placed demands that were unreasonable. This caused tension in their marriage, leading to quarrels about how the man could not provide for his house-hold. Meanwhile, she was given some ridiculous amounts to do business, but she could not account for any of this huge money. Yet, will make unkind demands from the husband. It got to a head, when she would leave home for weeks without excuses only saying she is going for business since the man cannot provide. And would also come back empty</w:t>
      </w:r>
    </w:p>
    <w:p>
      <w:r>
        <w:t>handed all the time. Things got so bad between them, that one day she said, since the husband can no longer give her the kind of money she was used to getting from him, she can no longer continue with the marriage. The man was so happy that the next week she left, despite even leaving with the items in the house that she did not come with, he instead organized a party and called friends and neighbors to come and celebrate with him.</w:t>
      </w:r>
    </w:p>
    <w:p>
      <w:r>
        <w:t>This story should really teach any person who want to get married , so that they do not get into the hands of a wrong financially reckless man or woman as it can also happen to the female folks too as there are evil gold diggers everywhere who are very reckless.</w:t>
      </w:r>
    </w:p>
    <w:p>
      <w:r>
        <w:t>INTOLERANT OF FAMILY MEMBERS</w:t>
      </w:r>
    </w:p>
    <w:p>
      <w:r>
        <w:t>Family is part of everyone especially in the third world and particularly Africa, as it is believed that if a person marries, he or she is married to all members of the family. And if you are a woman you are expected to accord respect to your husband's relatives, especially the close ones like mother-in-law, father- in-law, brothers and sisters, as they even refer to the wife as our wife.</w:t>
      </w:r>
    </w:p>
    <w:p>
      <w:r>
        <w:t>This is why in this kind of setting, you need to greatly consider marrying someone who will surely consider members of your family or at least tolerate them to some extent. Not that you get involved with a man or a woman who will lock out your relatives in the sun or rain when you are not at home. It surely will cause unwanted tension that may extend to the extended family, especially if it is reported and the family takes it up and that could bring about family rift, and cause tension in the marriage too. Depending on the way the husband or so in this case will handle it. Generally it is known that there is always a palpable tension between wives and their mother-in-laws as both would want to claim legitimate ownership and dominance of the man. It is mostly left for the man to be able to navigate between his wife and his mother. Sometimes, quarrels like this have led to mother-in-laws in Africa to go ahead and marry another wife for their son and even accommodate the wife in their homes until the husband may in some cases accept or reject the wife that the mother gets for them. It is also advised that the females in this case should be skillful in handling any disagreement with her mother-in-law when such cases arise, as wisdom is always profitable to direct and applied to get positive result.</w:t>
      </w:r>
    </w:p>
    <w:p>
      <w:r>
        <w:t>NORMAL OR CRITICAL DISCRETION</w:t>
      </w:r>
    </w:p>
    <w:p>
      <w:r>
        <w:t>It is so important that in considering a relationship or marriage proposal, you should quickly include that the person must have normal or critical discretion ability, without which there is bound to be challenges that are avoidable which may bring unhappiness or strife to the home. Be it the male or the female, it is important that you look out for it.</w:t>
      </w:r>
    </w:p>
    <w:p>
      <w:r>
        <w:t>But if you are already married and there is absence of normal or critical discretion in your marriage, you need to be patient and slowly inculcate it into your partner. There may be resistance, but if you gradually introduce to him or her the benefit it will bring, and how it will bring peace and harmony to the family, if he or she really understands it, he or she may be more interested in it than you. Surely, the benefit out ways any other consideration.</w:t>
      </w:r>
    </w:p>
    <w:p>
      <w:r>
        <w:t>REMEMBER IT IS FOR LIFE</w:t>
      </w:r>
    </w:p>
    <w:p>
      <w:r>
        <w:t>One must remember that in getting married, what should be occurring regularly in the thought(s) of the person who want to make the decision is; if I get married, I will be getting married for life. If you have that kind of mentality, it will help you sail through it to the end. If you are interacting with anyone and you are getting a sense that the person is not in that line of thought, then by all means, never consider such a person to be a candidate of marriage. He or she should be disqualified without another thought because it is while interacting with someone in an unofficial way that you may get the person to speak his or her heart-felt thought either about you or getting married to you.</w:t>
      </w:r>
    </w:p>
    <w:p>
      <w:r>
        <w:t>Marriage is not an activity that should or can be experimented with just like we cannot experiment with our life as we just have only one life to leave and we must leave it to the fullest and should not, under any guise experiment with it not even, when we are under any treat from any quarters, that we should experiment with it.</w:t>
      </w:r>
    </w:p>
    <w:p>
      <w:r>
        <w:t>A STINGY MAN OR WOMAN</w:t>
      </w:r>
    </w:p>
    <w:p>
      <w:r>
        <w:t>Life is give and take, therefore if you are in a situation that you need to consider someone for marriage and he or she is not willing to be able to give modestly to you. Then you really have the choice to choose if that is the character you will want to put up with for life. If yes, you need to evaluate the consequences and the situation this will put you into, and whether you have the mental capacity to be able to endure it, as it can be so frustrating and present itself in an awkward manner sometimes and may even be embarrassing,</w:t>
      </w:r>
    </w:p>
    <w:p>
      <w:r>
        <w:t>especially if it is done with regularity in the presence of others and you may need to answer questions that are not palatable because of your partner that is not forth coming when he or she needs to assist. This may not just have to only do with finance, but, also with other aspect of life, maybe in spoken words – commendation, validation etc. as all these things are what you can add to your marriage that can make it to be sparkling and set it on fire for the world to see.</w:t>
      </w:r>
    </w:p>
    <w:p>
      <w:r>
        <w:t>But if you are married before you discover that you have a wife or husband that is stingy, you need to become an emergency teacher, that means you will have to read this book from cover to cover and take notes on how you can make your wife or husband to be loving and not stingy with his resources or his verbal resources, which is equally as powerful as financial resources.</w:t>
      </w:r>
    </w:p>
    <w:p>
      <w:r>
        <w:t>STILL REMAIN SINGLE IF YOU ARE NOT SURE</w:t>
      </w:r>
    </w:p>
    <w:p>
      <w:r>
        <w:t>If you sum all the criteria you want and you have made additions and subtractions, because you really need to do, as holding unto all your needs before you get married may take you a while to get married. It is practically impossible to get everything you want in a girl or everything you want in a man as. Human beings are deficient in one way or the other, even the one you may so rely on. That is why you need to read, understand and appreciate this book, and on your own do evaluation and test it at times with what the person is telling you. For instance, if your proposed friend comes to see you, from January to December and do not buy or bring anything for you, then you should know that he or she is stingy. Know that if you even get married to him or her, then it will get worse. so you should find a formula of testing various attitudes or character of a person and like a test that is run when you take the blood of the patient to the laboratory, it will show if the person has malaria or typhoid, likewise, human beings show if they are good enough to have you or if they are only pretending when you put them to test. Please find a way to do your own test always, even when you are married.</w:t>
      </w:r>
    </w:p>
    <w:p>
      <w:r>
        <w:t>If you are not really sure, still stay single to avoid starting all over again.</w:t>
      </w:r>
    </w:p>
    <w:p>
      <w:r>
        <w:t>And it could be very painful, considering that you left fitting persons, some of whom are genuinely interested and good enough for you.</w:t>
      </w:r>
    </w:p>
    <w:p>
      <w:r>
        <w:t>AVOID A WOMANIZER OR A WOMAN THAT IS SO INTERESTED IN MEN</w:t>
      </w:r>
    </w:p>
    <w:p>
      <w:r>
        <w:t>In considering candidates for serious relationship or marriage, it is a disaster if you knowingly choose a womanizer as a husband and you tell yourself he will change when we get married or as some claim, it is in the nature of men to cheat. It is a statement that have no rational or scientific basis and, if you go ahead to marry him, in some cases he may raise his standard of cheating, and in fact, it will surely affect his ability to contribute to the upkeep of the family especially if he is handsome. Most times too, he is sometimes offered free sex by the opposite sex by some sex staved girls or even married women whose husband do not perform their marital duties enough or at all. Most times, past dates sometimes trace their way back and easily offer themselves too, especially, if they had been having great sex time with him, all because he has no control over his emotion or he is unable to say no to free sex which sometimes comes with a heavy baggage to the family, as unwanted pregnancy or a child is now added to the family. These can really present, financial challenges, emotional challenges, disruption to normal family schedules etc. which is not a healthy challenge a normal marriage should face.</w:t>
      </w:r>
    </w:p>
    <w:p>
      <w:r>
        <w:t>Yes, some can come of it, but you need to observe critically during courtship, for in truth if a man really loves you and he is a womanizer, he can abandon it and stick to you. It must be said too that some women give their partners or husbands the room to become a womanizer, maybe by consistently refusing him sex at home which would expose and make him vulnerable to engaging in sex with other women he can find, especially easy ones in his vicinity. It then graduates to telling others that his wife does not allow him have sex with her at home. Some women will develop interest if they are sex starved or have been admiring him. They may start inviting him or bringing gifts for him. And one thing leads to the other, before you know, he will have his hands full and even when you give him sex then, he may not be interested as he has tasted the different ones and finding pleasure, he may not want to abandon them easily. Women should please work on this and for the sake</w:t>
      </w:r>
    </w:p>
    <w:p>
      <w:r>
        <w:t>of their vows, allow their husband sex always.</w:t>
      </w:r>
    </w:p>
    <w:p>
      <w:r>
        <w:t>THERE ARE WOMEN TOO WHO ARE INTERESTED IN MEN</w:t>
      </w:r>
    </w:p>
    <w:p>
      <w:r>
        <w:t>In some cases you find women so engrossed in hopping from one man to the other. This is not a candidate that should be considered for a serious relationship or marriage as the likelihood of continuing their exploit is very high even if they are married because it has become a habit for them and they get great pleasure. Sometimes, they get financial rewards which maybe the motives of some of them in the first place. This is a very cheap reason that is not sustainable as every human being can become self-sufficient, if they really want to. It must be understood that mostly, it is girls and women who are beautiful that engage more in this act, as they tell themselves falsely that they can get away with it as they are irresistible and will use their beauty to bulldoze their way out even when they are caught. It is a habit they find difficult to break like the ardent smoker or alcoholic.</w:t>
      </w:r>
    </w:p>
    <w:p>
      <w:r>
        <w:t>But like I observed earlier, some accidentally or unwisely go into it because of neglect by their husbands who sometimes refuse to have sex with them at home, either because of minor disagreement or the man is getting pleasure from other source(s).He therefore finds it not important to have sex with his wife at home. The worse of it are the men or women, who are busy and fail to perform their sexual obligations at home, therefore exposing their husbands or wives to their drivers, gatemen, personal assistants, who sometimes assist them to have sex with their wives.</w:t>
      </w:r>
    </w:p>
    <w:p>
      <w:r>
        <w:t>However it is, I think you should find every excuse not to engage in sex that is unholy and will not bring dignity to you or your family. If you do it, I recommend you seek counseling, or discuss with trusted people and most of all meet the only one that can lead you out of that road – JESUS. You may contact us as we also do counseling or you can refer people to us.</w:t>
      </w:r>
    </w:p>
    <w:p>
      <w:r>
        <w:t>A DRUNKARD</w:t>
      </w:r>
    </w:p>
    <w:p>
      <w:r>
        <w:t>Probably one of the considerations that must be taken very seriously, for if you don't reject a drunkard, implicitly you are accepting some things that you may not be prepared for no matter how, highly placed that person is. Reject that offer as it is laced with death. A lady got married to a doctor and the doctor who is a drunkard went to work drunk and he mistakenly mishandled a chemical and did not do anything about it and on that same day he died. The marriage of only two years came to an abrupt end and the lady became a widow with a fatherless child to care for. She had to begin the process of selecting whom to get married to again when she could have quietly avoided that ugly situation. If you are married to a drunkard, you are also in danger of death, especially if you ride with him in his car or and he or she is driving, he or she can put you into danger as accidents can occur and it can become so fatal and you lose your life, the story ends and there is nothing you can do. Or at best you end up with injuries or even lose your car and other valuables. What if he or she was going along with your children and such accident happens, how would you now begin to have children again</w:t>
      </w:r>
    </w:p>
    <w:p>
      <w:r>
        <w:t>There are too many dangers involved in getting married to a drunkard, what about,</w:t>
      </w:r>
    </w:p>
    <w:p>
      <w:r>
        <w:t>you being abused constantly in the house and you develop a black eye, being verbally and physically abused, bringing shame always as definitely he or she will engage in unusual behavior not expected of a reasonable adult, including having either unwanted sex with others even when married to another person, and it will be explained off on alcohol as is always associated with drunkards. So you must really give it a thought, but if you are already in the marriage then you need to take precautions that will not include you in the dangers. You can avoid and counsel him or her to seek counsel and follow it up with him or her. Include close relatives and express your genuine fears of safety to them, your children and even him or her, ultimately seek spiritual solution as some really can only be solved spiritually.</w:t>
      </w:r>
    </w:p>
    <w:p>
      <w:r>
        <w:t>NEVER CO-HABIT</w:t>
      </w:r>
    </w:p>
    <w:p>
      <w:r>
        <w:t>Never co-habit as this should not be a consideration in getting married at all. In truth, it devalues you, and in some cases when you co-habit, the man may find it not convenient again to get married to you especially if you have gotten children for him. He then finds it uninteresting, if you are not neck deep in</w:t>
      </w:r>
    </w:p>
    <w:p>
      <w:r>
        <w:t>it, please encourage him and even assist him to go and do the right thing and bringing dignity to yourself before it may get out of hand. That is how some people are not married formally until their own children wants to get married. This is not a good example to leave for your children and it is not dignifying. Price yourself highly.</w:t>
      </w:r>
    </w:p>
    <w:p>
      <w:r>
        <w:t>NEVER CONSIDER A HOT TEMPERED MAN OR WOMAN</w:t>
      </w:r>
    </w:p>
    <w:p>
      <w:r>
        <w:t>It is an invitation to danger if you accept to get married to a hot tempered man or woman, as you have signed into uncertainty. There cannot be an end to talking of people with hot temper as they are mostly very uncertain and unpredictable in anything you do with them as you may not know what will make them to exhibit their hot temper. What you may ordinarily joke about could annoy them and all hell can be let loose on you and your life can be in immediate danger.</w:t>
      </w:r>
    </w:p>
    <w:p>
      <w:r>
        <w:t>A man of hot temper got married to a calm beautiful lady who works in the bank and comes in contact with different people. Each day, the husband will ask her who she interacted with etc. and he will get angry and flare up, shows up at the woman's office for little or no reason, maybe to be sure she was at work etc. one day the lady came home with a brown new car, in anger the man got a cutlass and cut the wife in pieces, for according to him one of the men that interacts with her in the bank must have given her the car as her salary cannot buy the car, it was later he got to know that it was the bank that gave the car to her and he was full of regrets and repentance. But the wife has lost her life and you can imagine the rest of the story and also just imagine the kind of life their children will leave, so, if you are hot tempered, please ask for forgiveness for all you have done to your partner and genuinely repent before you engage in irreparable damage that can be avoided. Talk it over or you be patient to hear the details before you act wrongly but, if you are already in that kind of marriage, you are in great danger. Begin to, in good and strong faith ask for a divine intervention and find a way of discussing with your wife or husband so that things do not get out of hand and you put the entire family in avoidable trouble, that, just common sense and good sense of judgment may just solve for you.</w:t>
      </w:r>
    </w:p>
    <w:p>
      <w:r>
        <w:t>NEVER GIVE CONSIDERATION, TO RUSHING INTO MARRIAGE</w:t>
      </w:r>
    </w:p>
    <w:p>
      <w:r>
        <w:t>Because it is a lifelong affair, it is strongly advise that, by all means possible never agree to be pushed into marriage as many have rushed into</w:t>
      </w:r>
    </w:p>
    <w:p>
      <w:r>
        <w:t>marriage and have also in bad faith rushed out and are regretting and are saying, how I wish, so be very conscious about this.</w:t>
      </w:r>
    </w:p>
    <w:p>
      <w:r>
        <w:t>Most times, the people that rush you into getting married to them are always having bad intentions or motives that are selfish and not to the benefit of the marriage, but only themselves, to secure and advantage over you for the things they will either immediately or later gain from you or to prevent you from marrying the right person, that will treat you well.</w:t>
      </w:r>
    </w:p>
    <w:p>
      <w:r>
        <w:t>There are various illustrations to buttress this point. When a girl is successful and especially not married early, she should watch out for people who come around her to profess love and marriage, as some of them have no moral standing. But because they see too that you may be desperate to get married, they will come and propose and would want the whole thing to be wrapped up so that you do not know them completely.</w:t>
      </w:r>
    </w:p>
    <w:p>
      <w:r>
        <w:t>It could be also that a girl sees that you are rich and that's all she cares for and she comes to your life and wants the marriage to be immediate so that you do not have the consciousness to process her attitude and intention of getting married to you. The whole process is rushed and before you know it, you are in her web in the marriage and you now begin to experience attitudes that are inconsistent with marriage. A battle begins for freedom which leaves both of you with physical, emotional and other bruises that cannot be erased for life. Causing further complication for you even when you have successfully left the turbulent marriage as you may want to even begin to exhibit defensive attitudes in your new marriage, knowingly or unknowingly, because of the negative picture of the past playing in your head as a genuine method of either defending yourself of keeping yourself safe, even in the present marriage that is safe. Married couple must deliberately track their attitude and listen to their partner for genuine complains, so that they moderate the attitude to get a very happy and successful married life that is expected of the married institution i.e. setting deliberate fire in your marriage to get the best out of it. For, if you rush into marriage, most likely you could have buried your destiny, especially if you are unable to retrace yourself and come out of it, to re-discover yourself and recover your destiny. Never be desperate to get married. If your partner notice that you are desperate, he or she will take advantage of you and may treat you as being valueless.</w:t>
      </w:r>
    </w:p>
    <w:p>
      <w:r>
        <w:t>CAREFULLY EVALUATE THE REASON YOU WANT TO GET MARRIED</w:t>
      </w:r>
    </w:p>
    <w:p>
      <w:r>
        <w:t>And if it is the right person – just before you make the final arrangements to say yes to him or her, it is very important that you seriously evaluate the reason you are getting into the marriage. If it is with this person you have agreed to get married to, begin to ask what is in the marriage for you, otherwise in a few months you may be faced with the realities you refused to consider. For instance, if you see that the person you want to marry has physically assaulted you several times before, the question is; will he or she do it again? Will I be able to stand it? What degree will he or she go in the process of the assault? or has he or she changed? What made him change? What extent has he changed? Do I annoy him or her to see if he or she will still be violent? You need to be careful about this as you have no duplicate; hence the need to be circumspect as you may be in danger. Does he or she really want to get into this marriage? This should be one of your considerations before you even say yes.</w:t>
      </w:r>
    </w:p>
    <w:p>
      <w:r>
        <w:t>NEVER USE PHYSICAL CONSIDERATIONS ALONE</w:t>
      </w:r>
    </w:p>
    <w:p>
      <w:r>
        <w:t>This should be the last consideration to be given if you truly want to get into a truly stable and happy marriage, as physical looks will never remain the same forever. That is why you must not put physical considerations in front while choosing to get married. Embedded in the physical structures is the real reason one should get married, especially when you of necessity need to consider not only your satisfaction before getting married as you should take your unborn children into consideration. just for example, if you decide to get married to a very beautiful lady who engages in extra marital sex and he or she has children for you, rumor may be going round that those children are actually not fathered by you and your children carry that tag all the rest of their life, which in reality has been cases that is present in some families. When DNA is conducted, you will now find out that only two of your five children are your biological children, it will be a tragedy that may lead to divorce, or shame that you could quietly avoid.</w:t>
      </w:r>
    </w:p>
    <w:p>
      <w:r>
        <w:t>So from the onset, you should decisively make up your mind that physical considerations will not drown every other good consideration that will make you have a happy and blessed marriage life. This is very possible if you carefully note the simple instructions in this book. That is why you need to recommend it to people you love and genuinely want to have a great married life. In fact you should get it for your children and ask them to read and discourse it with you so that you are able to guide them further in making great choices that will bring greatness and happiness into your family and our society too will benefit from it. The truth is, anyone can be re-branded and they will look like a princess or a prince, so don't be deceived by beauty or handsomeness.</w:t>
      </w:r>
    </w:p>
    <w:p>
      <w:r>
        <w:t>NEVER CONSIDER A PERSON BECAUSE OF SEX, MONEY ETC</w:t>
      </w:r>
    </w:p>
    <w:p>
      <w:r>
        <w:t>Such marriages most likely hit the rock, especially when these considerations are no longer present either due to sickness, accident, and incapacitation, circumstances that are sometimes sudden or unexplainable. The parties become desperate and would want it to continue, not minding the present circumstance. Legally or illegally, it will lead to tension in the home which may breed results that are out of control. In some cases, partners have been known to poison their partners so that they can move on with their life if the partner is unable to provide them with their passion, which maybe money, sex or other things that may be their consideration for getting into the marriage. in some cases, it only leads to divorce, leaving the other partner without help, in case of incapacitation or illness, so there need to be, not only these observation before you consider marriage proposals. You cannot guarantee that what you crave for – material things will be always available, for, there could be unexpected turn of event, even if the person has an estate, an earthquake can occur and the whole estate could be buried, it could be gutted in fire etc., so because of material things, getting married to a person, may not be plausible.</w:t>
      </w:r>
    </w:p>
    <w:p>
      <w:r>
        <w:t>A BROKEN COURTSHIP IS BETTER THAN A BROKEN MARRIAGE</w:t>
      </w:r>
    </w:p>
    <w:p>
      <w:r>
        <w:t>As it would not be in official records that you courted anyone, but once you are married, it is on record that you have been married and in most cases, to go into another one is difficult and there are physical and emotional scare, that you</w:t>
      </w:r>
    </w:p>
    <w:p>
      <w:r>
        <w:t>would ordinarily not want to talk about even with your present, husband or wife because, you would not know how he will process it and maybe deal with you negatively or would want to try it with you and see your reaction and, if you react negatively some unkind wife or husband would refer back to your first marriage and say what did you do about it etc. and that may be another round of challenge that you may have to deal with and if you are not careful, may deepen and you may find yourself out again or having to endure what ordinarily you should not. You need to employ tact and sometimes guile in other to reach the thought of your partner. For example, if you tell him or her that you are sick, he sends you messages and says that he is too busy to see you but you see his or her social media with pictures and videos of him or her in different parties with friends and associates and does not refer to it again, from time to time and in reality you were not sick in those cases, be sure that he or she does not care for you. You better find your way out of such relationship as it may cost you your life in the future. Now examine this, if you get married to him, you tell him you are sick and he says, please manage, I will get back and he closes from work, still goes to see his friends and meanwhile you are pregnant and due to deliver, if you do not make alternative arrangement for yourself, you may be in real trouble or even lose your life if you have complications. So, if you are in this kind of courtship, quickly exit and look for someone who will appreciate you and give you due attention even if you tell him or her that you have headache.</w:t>
      </w:r>
    </w:p>
    <w:p>
      <w:r>
        <w:t>If you have a partner that will not assist you even when you go and get groceries, to help you bring them into the house, then you must know the coming challenge if you now decide to get married to him or her. If you see negative signs that are not compactable with a happy and peaceful marriage you must put your gear in the reverse to avoid further embarrassment, 'there is a chance that, drinkable water be it in small or large quantity have the same properties'.</w:t>
      </w:r>
    </w:p>
    <w:p>
      <w:r>
        <w:t>WHAT TO DO IF YOU ARE RUNNING LATE IN GETTING MARRIED</w:t>
      </w:r>
    </w:p>
    <w:p>
      <w:r>
        <w:t>It is not too late if you are running late in getting married, it is a time not to be desperate at all but to even be more confident about getting married and it is not a time to begin to lower your standards up and down – no. But, be sure that what you did not get in early marriage you make up for them either in education, wisdom verbal wealth, various training, finance, confidence, appearance etc. so that, when you get married you will be of value to your family. And in fact you acquire these qualities you will so stand out anywhere you are and you will then attract the very best only as there are people looking for your kind, in truth, the</w:t>
      </w:r>
    </w:p>
    <w:p>
      <w:r>
        <w:t>things you should also then avoid is having sex with anyone at all as that should be cancelled out of your life. It is what makes you valueless and may be responsible for your getting married late. Sometimes, people that have sex with you may have in public places mentioned your name that they have had sexual knowledge of you and maybe someone who maybe considering getting married to you may then be uninterested, not because you have sex with him or her but because it was said in public place, or maybe you have had sexual knowledge with his or her friend(s), sister(s), brother(s) and would be considering, so if I get married to him or her now, my brother or sister has had sex with him or her.</w:t>
      </w:r>
    </w:p>
    <w:p>
      <w:r>
        <w:t>And worse still, maybe someone who heard it also goes to another public place and the circle goes on like that. Some people who may not know the full story may now think you are in the practice of having sex with everyone and this dims your chances of getting married, so you see that you need to be far from that and give dignity to yourself and become valuable. Honestly having relationships with people in your school, office, street, compound could become very problematic in the future, as when inquiries would be made about you, you will not be there and it is people that know you that are asked and what they say may not be to your knowledge. You can have a relationship with a person without it graduating into sex not until both of you is married – yes it is possible. You can now also begin to look at a list of your past friends, admirers, and see if you can attract anyone to get married to, as there is no big deal in that, he or she was also wishing that you get married to him or her, be tactful and never present yourself to be desperate and never give yourself out for sex, even when you are in desperate need of sex.</w:t>
      </w:r>
    </w:p>
    <w:p>
      <w:r>
        <w:t>You may and should deliberately always look good, especially if you are going for marriage parties or places you are invited to, because someone could be there, you need to sweep his or her legs from the ground. They should come running to you like a hungry human being. Be sure to conduct yourself in the best possible way and if at all you are given an opportunity to speak, speak in a manner that when all of them get home, they will be talking of you to even their wives, husbands, friends, family members etc. and you can be sure that there will be recommendation of you to friends, family members, brothers, sisters etc., you may now be the one to select and evaluate the ones you may want to give attention.</w:t>
      </w:r>
    </w:p>
    <w:p>
      <w:r>
        <w:t>The greatest thing I think you should do if you are really running late in getting married, is to get the master Jesus. Where you got it wrong, how you need to correct it or even ask him if he is the one that is delaying you from getting married in other to give you the best or even save your life. Two friends from the same secondary school, went to the same university, graduated the same year, one got married had four children and the eldest daughter is 18 years old, but she lost her husband and she is now a widow, her other friend is just getting married and she acted as her friends chief brides maid and all this while her friend was in the faith and she never got troubled one day. It may be your portion.</w:t>
      </w:r>
    </w:p>
    <w:p>
      <w:r>
        <w:t>FAMILY PRESSURE</w:t>
      </w:r>
    </w:p>
    <w:p>
      <w:r>
        <w:t>Never consider family pressure to get married to any one or get married on time or because your family is very friendly with the other family. These considerations have led many people into bondage that they are unable to leave, in other not to put both families to shame. That is the only credible reason they will give you not to get out of that toxic and abusive marriage that has eaten up your spirit, soul and body. If you lose your life, in no time your spouse will get remarried and start the toxic relationship and if he or she meets his or her match, it maybe their turn to drop dead.</w:t>
      </w:r>
    </w:p>
    <w:p>
      <w:r>
        <w:t>You only make considerations that will guarantee your life and a stable marriage, some are married for family name sake to multi-millionaires and at the blast of any whistle they will want to leave their marital homes as they are not getting the best of married life, even though they have all the money as they may want to leave in peace even in one room apartment with their husbands or wives.</w:t>
      </w:r>
    </w:p>
    <w:p>
      <w:r>
        <w:t>And some are tragic. Because of their frustration, they have taken to alcohol and drugs and are not leaving a fulfilled marital life. Pitifully, some are messing themselves up with their cooks, drivers, gate men, and lay about, just to get temporary escape from their spouses, who most times neglect and abuse them verbally. That may just be their temporary escape and very many of them feel sorrowful for themselves and in worse cases scenarios they end their lives in tragic circumstances. Never engage in that – you are too precious. We can help – yes we can contact us, but the great one Jesus can help you more. Never take your precious and useful life ………</w:t>
      </w:r>
    </w:p>
    <w:p>
      <w:r>
        <w:t>CHAPTER FOUR</w:t>
      </w:r>
    </w:p>
    <w:p>
      <w:r>
        <w:t>TURN OFFS IN MARRIAGE</w:t>
      </w:r>
    </w:p>
    <w:p>
      <w:r>
        <w:t>There are things in a marriage or in courtship that genuinely turns off a man or a woman who are living together or interacting, it is bound to happen and therefore, it is advised that the couple should watch out for them and deal with them positively in other not to allow it to escalate into hatred and rejection after they have been made or actions taken most times.</w:t>
      </w:r>
    </w:p>
    <w:p>
      <w:r>
        <w:t>Please observe that the partner that may engage in the turn offs may not necessarily want to engage in it but out of ignorance and not knowing the extent the turn off can go to negatively impact on the family. Sometimes as human beings, we carry out what we see in other families to our home thinking it will work the way it worked in the other family, not knowing that it will cause trouble and be resisted by the other partner because she/he is not used to it. Just like when a virus enters the body, the body system fights it seriously to defeat it and survive, so also, human beings fight off new behaviour that they may see as a treat to their marriage, especially  because, the background he or she is coming from does not accommodate this kind of behaviour.</w:t>
      </w:r>
    </w:p>
    <w:p>
      <w:r>
        <w:t>An average family that uses a certain amount for feeding in a month, the wife suddenly declares to the husband that he will be giving double the amount he contributes to the feeding of the family. Surely the husband will resist, when there is no obvious inflation or increase in the prices of food stuff. Or, a woman insisting that the man must be going to pick the children from school even when it is not too convenient for the man to do so. Obviously this to a large extent will be resisted greatly by some men and it may lead to other unintended consequences that could have been avoided by both. It will be appropriate to balance the example too to depict what may be possible from the male angle.</w:t>
      </w:r>
    </w:p>
    <w:p>
      <w:r>
        <w:t>Honestly, some men could just be too anxious, especially when their wife goes to the market and does not return at the usual time and maybe they had to just baby sit for just few hours and in honesty the wife was genuinely delayed by either transportation, waiting to collect the children's dress from the tailor. That is why in marriage, it is strongly advised that you give the benefit of doubt to your partner as what he or she did or is doing may be in the best interest of the family. So you need to be patient and learn to love even when it looks to be a turn off. You can work it out positively together and with a more little understanding for each other.</w:t>
      </w:r>
    </w:p>
    <w:p>
      <w:r>
        <w:t>LAZINESS</w:t>
      </w:r>
    </w:p>
    <w:p>
      <w:r>
        <w:t>This is one of the turn offs in marriage that always leads to tension in the marriage, especially when everyone seemed to agree that this is what you should do. Washing of dishes sometimes is something that men do not like to engage in and sometimes even when they see that the women is tired, do not really want to help out. In this situation, both parties may be turned off and it builds unspoken tension when one of the couple is not ready to contribute to the feeding of the home.</w:t>
      </w:r>
    </w:p>
    <w:p>
      <w:r>
        <w:t>Most times, if only one person in the marriage is the one that helps the children in the home with their lesson or school assignments, it is seriously viewed as a turn off by the other, even intellectual laziness is a turn off most times, when one of the partners always makes mistake with obvious financial calculation. It is important that both partners should be aware that it is important to assist one another to come out of laziness of any kind so that your marriage can become what both of you desire for your marriage.</w:t>
      </w:r>
    </w:p>
    <w:p>
      <w:r>
        <w:t>SUSPICION</w:t>
      </w:r>
    </w:p>
    <w:p>
      <w:r>
        <w:t>When there is suspicion in marriage, be it from one person or both, it is a problem for the marriage. When you say or do anything, be it from your heart to support the family or children in the marriage, it will be viewed as a means to get or gain advantage to yourself alone and the words you speak is wrongly interpreted and therefore a wrong response that will cause problem for the family, suspicion is like an ant inside a kola nut. It can eat up your marriage from inside before you realize it, and it may be late to salvage, why not avoid it and talk about it so that you can begin to trust one another.</w:t>
      </w:r>
    </w:p>
    <w:p>
      <w:r>
        <w:t>Even when it is obvious that someone is not telling the truth, it is better to view it like a child you have, No matter the sickness the child has, you will not want to throw the child away because the child is sick, so you should continually speak to each other until you attain required level of understanding.</w:t>
      </w:r>
    </w:p>
    <w:p>
      <w:r>
        <w:t>LACK OF TRUST</w:t>
      </w:r>
    </w:p>
    <w:p>
      <w:r>
        <w:t>Highly related to suspicion is lack of trust for each other, either because of what you heard from someone about your partner, something he/she said that you found out that was not correct, something you thought your partner lied about etc,</w:t>
      </w:r>
    </w:p>
    <w:p>
      <w:r>
        <w:t>whatever it is, it is just necessary to be circumspect about it. A wife called her husband eleven times and there was no response from the husband. The next morning, the wife sends text, saying what happened. The husband calls and said you did not call me yesterday. In honesty the husband did not see the call, because the call did not terminate in his phone because of network.</w:t>
      </w:r>
    </w:p>
    <w:p>
      <w:r>
        <w:t>It is good therefore that if you call without response, immediately send a text, if he or she has another phone call the other phone and if it is absolutely necessary you speak to him or her, call a close friend or family to help you establish either a phone call or physical contact for you, as the person could be needing your assistance or is in an emergency situation, that needs response or intervention by another person could be a life-saving emergency.</w:t>
      </w:r>
    </w:p>
    <w:p>
      <w:r>
        <w:t>Therefore, you need to deliberately, gradually build trust for each other, by even encouraging one another to be trustworthy as both of you, your family and the society at large will benefit from your action as your children would definitely copy, the way you treat yourselves, transport it to their friends and later in life introduce it in their own family, therefore it is a win win situation for us all or if it is your wife or husband does not come early he or she is doing something bad, it may not necessarily be so, there for give benefit of doubt always.</w:t>
      </w:r>
    </w:p>
    <w:p>
      <w:r>
        <w:t>UNFORGIVING</w:t>
      </w:r>
    </w:p>
    <w:p>
      <w:r>
        <w:t>It is a very big turn off in marriage, that has grave consequences for the marriage, and even to health of the unforgiving partner, and it is also a cause of psychological in balance that could lead to bad temper, unfriendly reaction to any normal behaviour of the other partner. Medically it can trigger off i.e., increase the blood pressure of the person that has a high blood pressure condition and may lead to death in some cases so, it is an act that need to be done away with as the consequence could be dangerous, it may further lead to hatred that the other person may react negatively to and cause a breakdown of communication, if not well handled.</w:t>
      </w:r>
    </w:p>
    <w:p>
      <w:r>
        <w:t>It is strongly advice that the couple should be aware that once they are married, there is no separation in the things you do together, and therefore, you must do everything humanly possible to quickly forgive one another. Even from the religious point of view, all religion advocate the forgiveness of one another just as God forgives us our sins daily, for no human leaving or dead can say, he/she has not made a mistake to offend someone, so always have a forgiving heart.</w:t>
      </w:r>
    </w:p>
    <w:p>
      <w:r>
        <w:t>VIOLENT ARGUMENT</w:t>
      </w:r>
    </w:p>
    <w:p>
      <w:r>
        <w:t>This is a trend that runs in most married homes, especially the newly married, it is a conduct that should be done away with as soon as possible because it is not explainable, considering the love vows both of you entered into during your marriage ceremony, I submit it should be viewed from that perspective because if you claim you love a thing you treat it so well so that the thing or object will be happy when you are around.</w:t>
      </w:r>
    </w:p>
    <w:p>
      <w:r>
        <w:t>The couple should by all means find a civil way of resolving whatever dispute they have or would have it is advisable that the couple even agree on ways to settle dispute before they marry and if they are already married it is not too late, it can still be done, in other to get sanity of speech in the union, so that it can stand the test of time, it is known that violent arguments always leads to physical combat, that lead to injury, loss of pregnancy, causing medical conditions for the unborn baby or children if it continues.</w:t>
      </w:r>
    </w:p>
    <w:p>
      <w:r>
        <w:t>KEEPING SECRETS</w:t>
      </w:r>
    </w:p>
    <w:p>
      <w:r>
        <w:t>This is one of the behaviour in marriages that mostly leads to the collapse of marriages, adultery, violence and other vices that keeps most marriages on the edge. Be it of the male or female in the union, findings have shown that most men or women that keep secrets would tell you that it is because for instance the man has a child outside their home, therefore then need to keep some things away from the man, there was a situation that the man and the woman have been together for over twenty five years the man and the wife leave on rented house, meanwhile the woman has built two house, from her money and the ones she takes and steals from the husband when the husband later found out, he said he was afraid of his wife and wants to leave the marriage and family members were intervening to keep the marriage alive.</w:t>
      </w:r>
    </w:p>
    <w:p>
      <w:r>
        <w:t>There was also a situation where a woman and a man got married for twenty years they have no house, meanwhile the husband was so generous and loving to the wife that the wife was able to save enough money to buy a land and built a three bedroom flat, suddenly the man lost his job, could not pay house rent and the wife, said they should go and look for a house to rent as the landlord asked them to pack from his house without paying because the man does not fail to pay his rent, when they got there the man liked the house, the wife knelt down and told him, my husband, I built this house with your money that when she saw that you were too free with money she was now saving and this is the result, the husband was full of tears and praise. From the above it should be known that there are bad</w:t>
      </w:r>
    </w:p>
    <w:p>
      <w:r>
        <w:t>secrets and there are good secrets, but in all your conscience tells you what a bad secret is, please avoid it and be positive and tell your wife/husband everything he needs to know unless it will endanger your life, wellbeing or your marriage then avoid it and keep safe.</w:t>
      </w:r>
    </w:p>
    <w:p>
      <w:r>
        <w:t>There was a lady too that has a child before she got married to her husband she did not disclose it, she brought the son to her matrimonial home, she brought him to be their house boy, fortune ran out of her, when she told her husband she was going to see the mother in the village for the weekend as she used to do from time to time, this particular weekend, her mum too came to visit her but she had left in the morning the husband asked the mother to wait that her daughter travelled and the mum said, the child in the house is your wife's son. As the wife came back and saw her mother she fainted and was rushed to the hospital….</w:t>
      </w:r>
    </w:p>
    <w:p>
      <w:r>
        <w:t>A man too had been having sexual knowledge of their house girl without the wife knowing as the wife is a nurse and goes on night duty on this day she mistakenly goes to work in the night while it was the next day that was her shift, fortunately, the husband did not lock the door and she met them on the bed and she was very mad. People keep other secrets too, a few of which is genotype, work experience, level of education, year of birth etc just to get married to the person and when it is discovered is it always a great source of conflict and should be disclosed on time so that it can be remedied where necessary.</w:t>
      </w:r>
    </w:p>
    <w:p>
      <w:r>
        <w:t>SHED EVERY FORM OF INFIDELITY</w:t>
      </w:r>
    </w:p>
    <w:p>
      <w:r>
        <w:t>This should and can be avoided if it is really that a person is genuinely interested in the person you marry or want to get married to, a few examples and illustration will not be bad, it is better to avoid financial infidelity to your partner as this can lead to lack of trust and the partner would want to be trusting someone else with finance instead of you, which may lead to constant quarrel etc. Emotional infidelity, it is really not necessary to go into that though some religion advocates for a certain number of wives, we do not want to advocate for that as, it leads to financial tension and other consequences that there may not be enough space in this book to contain, but, it is enough to say that the trend in the world both economic, social, health etc now supports one partner in other to create balance and adequacy in all ramification for the family, Emotional infidelity too includes, telling lies that can destroy your family, as you may not know how your children will copy you and be telling lies and that could lead to moral decadence that the society and other families may suffer from as your children will go and indoctrinate other children and the circle may continue unabated.</w:t>
      </w:r>
    </w:p>
    <w:p>
      <w:r>
        <w:t>It must be noted that when a person is married, you begin automatically to shift attention to your partner if you are still attached to your parents, friends or ex boy or girlfriend etc it is a sign that you were not really ready to get married and you should please be conscious that your marriage is on the roller coaster and if he/she finds out and the reaction depending on the individuals is sometimes not very friendly and sometimes that is what plagues the marriage, until it will be admitted in the hospital(s) and several doctors will be treating it, eventually if God is not on the side of such marriage, it will be wheeled to the mortuary and finally buried and stock taking begins and consciousness returns and regrets sets in. That is why, it is advice that when the soup in the spoon is not going to satisfy you, you allow it be and wait for the soup in the pot that you have possession of, if you choose to relate more intimately with the opposite sex even when you are married, is a sign too that you may not have been adequately prepared for marriage, for when you were not married you were like a boss of your own, but when you are married you will need to be conscious that is gone with the wind, there is a new sheriff in town and he or she must be given due attention.</w:t>
      </w:r>
    </w:p>
    <w:p>
      <w:r>
        <w:t>Material infidelity is a vice that is rampant in marriages and it needs to be addressed as it should need to be, i.e. whatever anyone in the marriage have is owned by both of them, no denying one from the use of that material, be it house, car, food, money, wears even your body etc is owned by both of you, this awareness should be adequately drummed into the ears of those that are in marriage or who want to go into marriage as it is very crucial as some men especially are found to say, it is my money, car etc it is very incorrect and such men and woman should be properly asked to be schooled in marriage. Spending long time watching TV being on the social network etc at the detriment of your marriage is an act that portray one that engage in it as a non-starter, who need to go back to the marriage counselor or marriage class to learn more about marriage or that the person is not ripe enough for marriage or better still not ready and qualified to get married.</w:t>
      </w:r>
    </w:p>
    <w:p>
      <w:r>
        <w:t>SPENDING LESS TIME WITH YOU PARTNER</w:t>
      </w:r>
    </w:p>
    <w:p>
      <w:r>
        <w:t>Couple must endeavor to spend quality time together, even when it is not convenient, so that you can become close and even take note of the languages that your partner speak when he/she is tired, so that next time when your partner says he/she is tired genuinely you should know and be understanding as it is reassuring that you indeed love and care for your partner, so that he/she too can sacrifice for you when the need be as it relaxes both partner and gives confidence and</w:t>
      </w:r>
    </w:p>
    <w:p>
      <w:r>
        <w:t>reassurance, it can lead to tension, misgivings, unholy thoughts etc</w:t>
      </w:r>
    </w:p>
    <w:p>
      <w:r>
        <w:t>BEING TOO INDEPENDENT</w:t>
      </w:r>
    </w:p>
    <w:p>
      <w:r>
        <w:t>Honestly being too independent of your spouse and depending on others is a great turn off, especially to the male in the union as they see that as a slight on their personality or a slight on the ego as a man. In most cases it is just important to bring down pressure in your marriage by just relying on your husband even if you don't need him, it could just be asking his permission before buying a new dress, seeing your friend and you later decided to go to the market from there or even, spending your own money to be generous to other family members as some husbands see that as a validation of the status as the head of the home and it gives them great sense of belonging and it can really stabilize the union.</w:t>
      </w:r>
    </w:p>
    <w:p>
      <w:r>
        <w:t>TOO MUCH LOVE FOR MONEY, PARTY, EXCESSIVE SPENDING ETC</w:t>
      </w:r>
    </w:p>
    <w:p>
      <w:r>
        <w:t>This point must be made clear and loud, the love of money is the root of all evil, it is so true, yes money is available but must not be made to define your relationship with your partner, if you make it the priority in your marriage or relationship even with anyone, you are sacrificing that your marriage on the altar of money and in no long distance, surely that marriage must present a crack, that need to be patched on time otherwise the inevitable will come to the fore and surely, which may not be your preferred outcome, so you need to greatly use your head and know that 2+2 in marriage may not necessarily give you 4,but you need to count your teeth with your tongue, to get the best out of your marriage/relationship. It is important that people in a marriage setting must know that, they need to give priority to the things that will bring good and peace to their marriage and engage in it rather than engaging in things that will bring draw back to their marriage.</w:t>
      </w:r>
    </w:p>
    <w:p>
      <w:r>
        <w:t>EXCESSIVE SPENDING OF MONEY</w:t>
      </w:r>
    </w:p>
    <w:p>
      <w:r>
        <w:t>It is important, to be financially circumspect, so that the family will not be thrown into, awkward financial situation, that can be avoided, it is important that couple realize that, when you are not married, it is different from when you are married, as both of you need to pull resources together to make life comfortable for you and your children that will come along pretty soon or even the ones you have now, as for instance the school fees of children are getting expensive by the day, even to feed and maybe too you people need to plan and build a house of your own as it is possible if you start early together.</w:t>
      </w:r>
    </w:p>
    <w:p>
      <w:r>
        <w:t>PARTYING</w:t>
      </w:r>
    </w:p>
    <w:p>
      <w:r>
        <w:t>This has led to the breakup of many marriages, women are mostly suspect in this regard, especially in some parts of the world that they love playing so well and in some cases it is, that their women join associations, groups or meetings as they call it, and they have meetings at least every month and when any of them have birthdays, marriages or wanting to celebrate their father or mothers birthdays too or in the case of deaths and some of them has father and mothers of their associations, to make matters worse some of the women are in multiple of these associations, therefore are almost always engaged all weekends and therefore have no time for their husbands and their children which leads to neglect infidelity, drunkenness, violence wrong association, late nights etc this bring strain on the marriage and most likely leads to unavoidable divorce.</w:t>
      </w:r>
    </w:p>
    <w:p>
      <w:r>
        <w:t>EXPOSING YOUR PARTNERS WEAKNESS TO YOUR FRIENDS/FAMILY ETC</w:t>
      </w:r>
    </w:p>
    <w:p>
      <w:r>
        <w:t>This is one of the greatest turn offs in a marriage if a partner exposes the weakness of your partner to your family/friends etc, it may actually turn round to humiliate you, as they may in times of your challenges or difference with them use it to score a great point against you or use it to insult you and your wife or husband even too when both of you must have settled it, not to the knowledge of your friends and family they will still use it to be relating with either the wife or the husband as the case may be and may have also related it to their friends or other associates who will or may use it to still be measuring the attitude of the offending wife or husband not knowing that he/she has move out of such negative attitude or that you that reported the matter did not fully understand it before you reported it. It was said of a family that, the husband reported the wife to his family that his wife comes from the shop late at night and the family confronted the wife, the wife responded by saying that if she and the children come before dark or a bit earlier her husband would not be home, so she comes home when she feels that her husband would have come home, you discover that such home need to be counseled and the man that reported is not less guilty. Therefore, reporting weakness of your spouse may end up exposing your own weakness, which you have refused to deal with.</w:t>
      </w:r>
    </w:p>
    <w:p>
      <w:r>
        <w:t>NOT BEING SPIRITUALLY STEADY</w:t>
      </w:r>
    </w:p>
    <w:p>
      <w:r>
        <w:t>Mostly in this regard, it may be said that the men are mostly guilt as women are more spiritual than men on the average, in the marriage when the man</w:t>
      </w:r>
    </w:p>
    <w:p>
      <w:r>
        <w:t>do not follow the woman to engage in spiritual activities it is always a turn off for both, but especially for the women, especially for the Christian families, it is observed that most church are populated by women, the question is where are their husbands or brothers, this in some homes is always a talking point some husbands would even refuse to go and see the pastors of their wife, even when the request is made of them. It is therefore suggested that the men should please find a place in their heart to be more spiritual, as all human beings are made up of both physical and spiritual content, we need to satisfy both to be very healthy and leave a balanced life as we are not the ones that created ourselves, we need to reverence the God that created us.</w:t>
      </w:r>
    </w:p>
    <w:p>
      <w:r>
        <w:t>REJECTING YOUR SPOUSE</w:t>
      </w:r>
    </w:p>
    <w:p>
      <w:r>
        <w:t>This has brought untold hardship and consequences to marriages, that it may never be able to be exhausted, if we need to discuss all, but suffice to mention a few examples, so that people reading this book would be able to learn from this and maybe pass the experiences on or if they would be kind enough, recommend the book for others to buy in other for them to save their marriages or the marriages of their daughters, friends or relatives, please pay due attention.</w:t>
      </w:r>
    </w:p>
    <w:p>
      <w:r>
        <w:t>Rejecting your partner, be it for sexual or just a romance is a recipe for the marriage to fall apart and maybe eventually resort to divorce, most times when you consistently do it, the partner looks for where and how to satisfy himself or herself or make alternative permanent arrangement outside the home so that, at the slightest rejection he or she finds his or her way, to the arrangements that has been made outside. In fact some may actually rent a house for their girlfriends outside because of rejection by their wives as they may not want to be going from hotel to hotel and this has a devastating consequences on the finances of the family, emotional instability, violence etc some men resort to beating of their wives, leading to unavailable injuries etc in some cases lead to the death of the man, mostly they get a younger girl who wants sexual satisfaction and or too the man wants to show his sexual skills that he does not display at home would buy drugs and in the process dies.</w:t>
      </w:r>
    </w:p>
    <w:p>
      <w:r>
        <w:t>As for the women, it leads them to now agree to sexual advances they had been rejecting or would ordinarily flatly reject or they would now be having an affair with friends of the husband, office staff, drivers, gatemen etc in some cases it has lead to bearing of children who are fathered by another man, but not to the knowledge of the man, there was a very pathetic story of a family who wanted to travel abroad and they had to undergo blood test, genotype tests etc one of the children was found not to match the husbands biological makeup and the rest is</w:t>
      </w:r>
    </w:p>
    <w:p>
      <w:r>
        <w:t>history.</w:t>
      </w:r>
    </w:p>
    <w:p>
      <w:r>
        <w:t>Therefore, if you want to avoid all these things and other related vices that come with rejecting your spouse then make adequate arrangements to sexually satisfy your spouse, otherwise you face marital dangers that are unprintable and not palatable to hear or read of. Just to add this, there was a case that the younger brother of the husband was actually responsible for fathering one of the children in the marriage, you can just imagine how that story plays out or sounds.</w:t>
      </w:r>
    </w:p>
    <w:p>
      <w:r>
        <w:t>NEGLECTING CORRECTION AND REPRIMAND AND WEARING SAD AND MOODY FACE</w:t>
      </w:r>
    </w:p>
    <w:p>
      <w:r>
        <w:t>Neglecting corrections especially when they are very clear is a great turn off in marriage and one should fight it with every reasonability and conquer it on time in other to avoid, avoidable error, that will now bring opprobrium to you or disgrace, quarrel bad blood, hatred etc that can be settled without much efforts. Couple should listen very well to each other for correction, as no one is an highland or knows everything as we all process actions and inactions differently, what we think may be correct may actually be wrong as we may have a wrong perspective to a particular issue or the reason your partner did what he or she did as we grew up from different background and sometimes actions, maybe even for the respect of the other partner e.g. a couple was doing video call and was waiting for the wife to speak, while he was speaking in tongues, the wife quietly put off the call and had sent a text, the husband found it, funny, but when the wife called later to explained that I saw you speaking in tongues, I decide not to disturb you, that was why I sent you a text, the husband was satisfied with the explanation as the wife was even considering the husband before putting off the call. If the husband has no patience or understanding he may be angry and it could lead to disagreement.</w:t>
      </w:r>
    </w:p>
    <w:p>
      <w:r>
        <w:t>Reprimands are normal in a marriage setting, so when it comes don't ever</w:t>
      </w:r>
    </w:p>
    <w:p>
      <w:r>
        <w:t>turn it to disagreement or a situation for resentment and be kind to your partner, In fact a marriage that couple do not reprimand each other in love and understanding is a suspicious marriage that needs a boost to be on the right track because it is so necessary in a healthy marriage. The fact also is that the couple may wish to postpone, it when they are all alone in the room or in the bed they can peacefully talk about any disagreement.</w:t>
      </w:r>
    </w:p>
    <w:p>
      <w:r>
        <w:t>SAD AND MOODY FACE</w:t>
      </w:r>
    </w:p>
    <w:p>
      <w:r>
        <w:t>This is an act that greatly need to be avoided in the marriage, because it</w:t>
      </w:r>
    </w:p>
    <w:p>
      <w:r>
        <w:t>turns off one party and when you wear sad face, your spouse is likely to respond negatively and may decide to ignore you and may not want to listen to whatever you have to say, whether it is good for the family or not and maybe too you in turn would want to ignore him/her or anything that concerns you too. In some cases the couple may sleep in the same bed and face different direction and may not speak to each other unless when it is necessary it may graduate into sleeping separately and other things will be creeping in and develop into a situation that may not be healthy for the family and maybe even calling for the intervention of a third party before it gets to this, the couple should resolve it as taking a disagreement in your family to the third party is an act that should be avoided, being moody can even affect you that is moody as it sometimes leads to injury as you are consumed in your moody and may run into a closed door or preparing food at the kitchen or in some cases mistakenly throwing away the cooked food or even accident while driving, which is an extra cost for the family if not managed well. Never at all get into a mood as the cost out ways the benefits you get from it, so why at all engage in it.</w:t>
      </w:r>
    </w:p>
    <w:p>
      <w:r>
        <w:t>UNCONTROLLED AND HOT TEMPERED</w:t>
      </w:r>
    </w:p>
    <w:p>
      <w:r>
        <w:t>This is a state that you do not even pray for your enemy to get into as it has been responsible for breakdown of marriages, death, destruction, waste etc. And it is a great turn off in marriage; any married normal human being should try very hard to avoid it, as the repercussions are always regrettable and sometimes irredeemable.</w:t>
      </w:r>
    </w:p>
    <w:p>
      <w:r>
        <w:t>It was said of a couple that the husband goes out and does not come back on time, she suspect him of having affairs with other woman but on this day she heard that the husband was in a party and was with a girl and did not come back until after midnight, as he came she confronted him, argument started one thing lead to the other she began smashing the TV, fridge doors, windows or any valuable she could get to, the man tried stopping her she was still very violent, in anger the man beat her to pulp and she landed in the hospital without one eye. As that may not be the original intension of the man, but it has happened, in all, these situation could have been completely avoided.</w:t>
      </w:r>
    </w:p>
    <w:p>
      <w:r>
        <w:t>What about a situation not too long ago, the man has been telling the wife not to receive calls from any male once it is 10pm, on this very fateful day the man came into the house fortunately by that to 10pm and where he meet the wife, suddenly a call came, according to the man he pretended to walk into the room and unknowing to the woman eavesdropped and knew that his wife was speaking to a male and on rushing from their passage, forcefully took the phone from his wife</w:t>
      </w:r>
    </w:p>
    <w:p>
      <w:r>
        <w:t>and really heard a male voice, immediately smashed the phone on the floor, argument started and one thing led to the other, the man gathered the woman cloths and burnt them all and took an axe and damaged the wife official car, fight started in earnest all in the presence of their three children at least one of which is in the university and the last one in JSS1 – year one in the secondary school and blood started flowing more from the man as the woman thoroughly calculated him and injured him and ran away and she with only a swollen eye and a few bruises as bottles and other dangerous weapons were freely used to combat each other, as I speak to you, the marriage has been buried at the cemetery with the children following their mum and the dad leaving alone etc.</w:t>
      </w:r>
    </w:p>
    <w:p>
      <w:r>
        <w:t>This is a ugly situation that was brought about by uncontrolled anger or temper, in some other cases the wife or the husband has lost their life because of anger, either the wife using a gun to end the husband or the wife's life or in some extreme cases both of them will die as he/she will shot the husband or wife and then ending his or her own life, worse of it some even include the children in the death, while some poison the whole family.</w:t>
      </w:r>
    </w:p>
    <w:p>
      <w:r>
        <w:t>it is also known that some women, just to get at their husband, go and get involved in illicit relationship that leads them out of marriage and they will mistakenly tell their best friend, their best friend will tell their best friend and a best friend to the husband and the bubble will bust and avoidable tears begin to flow, children too are to suffer because of a thoughtless act of five or ten minutes pleasure, that adds no value to your life, instead it only diminishes your worth as a human being. There was a very sad story of a lady who engaged in illicit affairs, got pregnant, knowing that it was not her husband that impregnated her, she tried to terminate the pregnancy, the husband lost her and now the children would have a different mother, who may not be kind to them especially knowing the circumstances of death of their mother, this is clearly an avoidable situation and all of us should learn from the happenings that befall thoughtless people.</w:t>
      </w:r>
    </w:p>
    <w:p>
      <w:r>
        <w:t>This stories are real and troubling, a man was so angry with the wife he left the house in great anger in the middle of the night and was driving to his girlfriend's house without calling her on getting there the girl refused to open and he was the one that rented the house for her as he was driving home in rage he lost control of his car and ran into the bush hitting pavements etc and he died. If he was not so angry and he slept in his house, he would still be alive.</w:t>
      </w:r>
    </w:p>
    <w:p>
      <w:r>
        <w:t>NOT UNDERSTANDING YOUR ROLE IN THE MARRIAGE</w:t>
      </w:r>
    </w:p>
    <w:p>
      <w:r>
        <w:t>It is always a great turn off when people in the marriage do not understand their role as it is a tension building condition, especially when the people in the marriage are either from different religion, country or state etc of the society. That is why it is advice that before you get married to anyone from a different religion, try to understand what their belief system is and know if you will be able to cope with the requirements or obligations that you may be required to carry out, for every marriage has roles and obligations and there are usually what is prevalent among the people of a region, for instance in the western world you can address anyone by his first name as Mr., Mrs., Miss etc, but in Africa, it is seen as an insult when you address your elder by name, in some regions of Africa, you are not even expected to call the last born of your husband by name, even if he or she is younger to you by age and the wife is expected to kneel down and greet the husband and by all means and if she does not do it, she is seen as arrogant etc and may be plotted against, in some cases, when you give food to your husband you are expected to kneel down and give it to him, try to see that you watch his cloths, etc while in some cultures the husband buys a boat for the woman and she is expected to go and do fishing and bring income to feed the family or engage in trading activities that will generate money for the family. While in some cultures both people in the marriage must contribute to the upkeep of the family. Some religion allow that the man marries more than one wife so you must understand your role in such arrangement, otherwise, never get into it so that there will not be role conflict that would result in tension in the marriage, not understanding it adequately sometimes leads to resentment, rebellion which predictably ends up in divorce and other negative vices that surface in marriages that are not really what should happen.</w:t>
      </w:r>
    </w:p>
    <w:p>
      <w:r>
        <w:t>In honesty if both of you seat down peacefully before or after the marriage</w:t>
      </w:r>
    </w:p>
    <w:p>
      <w:r>
        <w:t>you can work things out for all to understand his or her role and if one is not meeting up, you can still talk about it on how to assist that person meet up with his or her role in the marriage arrangement. good enough some religion specifically spells out the role of each person in a marriage, if the couple belong to such religion, both should adhere to it or review it to suit both of you and both of you should be fair to each other, for instance if the wife works very late, there is nothing wrong if the husband helps her to pick up a few cooking items from the market or she is pregnant and not fine the man can cook for the family, that is what humanity is, to lend a helping hand to one who is really in need.</w:t>
      </w:r>
    </w:p>
    <w:p>
      <w:r>
        <w:t>NOT BEING SENSITIVE TO YOUR PARTNER – PHYSICAL, SPIRITUAL EMOTIONAL ETC NEEDS</w:t>
      </w:r>
    </w:p>
    <w:p>
      <w:r>
        <w:t>These are some of the most sensitive things husbands and wives should be on the lookout for in their spouse, failure of which will translate into turn off, that could be held and talked about and tempers will flair, especially when it is pointed to by someone outside the family. For instance a man dresses and goes out and the wife bids him good bye etc, not too long someone tells him, please your shirt is stained or has a tear at the back and this happens severally over the years, it can cause tension and words from the husband may not be friendly and the response from the wife if it has the same weight, can bring about quarrel that can be avoided, therefore, it is suggested that, the wife and the husband should please take a great physical look at your wife or husband and see that he/she is good to go before you say good bye or also always physically examine your wife or husband, if he or she is gaining weight or losing weight or any physical sign or mark, for instance redness or paleness of the eyes, it could be that your wife or husband is struggling with a thoughts, challenge that you can be of assistance but she/he may really not want to border you and may be struggling with it and in some cases, it leads to sickness and actions that could further plunge the family into trouble that could be avoided or even sickness that may land the person in the hospital and medical bills will be incurred, that may drain the finances of the family, that can be used to engage in well-meaning project the family badly needs.</w:t>
      </w:r>
    </w:p>
    <w:p>
      <w:r>
        <w:t>There was a situation where the wife before they got married was into</w:t>
      </w:r>
    </w:p>
    <w:p>
      <w:r>
        <w:t>debt as they got married the time for repayment drew close and she had no money to pay, she was thinking about it a lot, the husband found out that his wife was getting lean and he really engaged her and she opened up and luckily the man had about 2/3 of the money to pay immediately after which the wife got herself back and in a few weeks later the man paid the debt, if not that the man was observant, she could land in hospital or preset a blood pressure situation which is very unpredictable.</w:t>
      </w:r>
    </w:p>
    <w:p>
      <w:r>
        <w:t>The emotional need of both partners should be well documented by both parties as neglect leads to emotional frustration, that lead to nagging and other troubles in the marriage that are not necessary, both of you willingly agreed to get married so you must in honesty and good will perform your marital duties to the best of your ability, as emotion is like a force, it can sometimes move one to the wrong direction if you are frustrated deliberately by your partner. Even when you are observing spiritual obligation it should be agreed to by both of you and without contradiction God knows that she or he is your wife so if you even engage in sex as</w:t>
      </w:r>
    </w:p>
    <w:p>
      <w:r>
        <w:t>a married couple, God will not hold you in bad light even when you are fasting. As this has led some wife of pastors to commit adultery with either members or close associates of some pastors, because for months they will say they want to be holy, all married people should please watch out for each other, emotionally and possibly talk about it if you will be having a routine every week or daily, depending on convenience. There is no best way to go about it but, the best is when honesty, need, ability etc is considered for each of you.</w:t>
      </w:r>
    </w:p>
    <w:p>
      <w:r>
        <w:t>The spiritual need of both partner in the marriage is almost tied together as the success of the spiritual is good but if both of them are spiritually successful is good for the family for if anyone of them in the marriage is spiritually stagnated it will surely affect the other person and may even extend to the children if they already have, it is just like when anything affects the nose the eye surely always receives the message, so it is better that nothing affects the eyes and the nose as the marriage could be affected, physically, emotionally and in other ways too. But not to worry there is a chapter that is dedicated to the spiritual well being in marriage, so get there and read and understand extensively about the spiritual, why it should be viewed critically.</w:t>
      </w:r>
    </w:p>
    <w:p>
      <w:r>
        <w:t>ISSUING TREATS – PHYSICAL, EMOTIONAL ETC</w:t>
      </w:r>
    </w:p>
    <w:p>
      <w:r>
        <w:t>Issuing treats in a relationship or marriage is one of the great turn off in marriages and it makes the other partner to be insecure, may now be thinking of alternative(s), can lead to aggression, hatred can result etc.</w:t>
      </w:r>
    </w:p>
    <w:p>
      <w:r>
        <w:t>Insecurity in marriage breeds thoughts that are not always positive and as you know, as a man/woman thinks in his/her heart so his, he or she. This can make the other partner not to be cooperative. If it is a physical treat, the other partner could be making arrangements on how to defend him or herself and may now procure dangerous weapon that can lead to death, serious injury, of course divorce etc. It is highly discouraged and should not be practiced at all by any of the party in the marriage. Even treat to children has been known to cause serious disagreement in marriages as it may come from the past attitude of either the man or the woman against the children.</w:t>
      </w:r>
    </w:p>
    <w:p>
      <w:r>
        <w:t>It was said of a family, the husband would be telling her, I will deal with you in this house and the man, sometimes the man will carry out his treat and the woman would have black eyes etc one day the man issued his treat again and the woman made up her mind to try to do something to defend herself and as the usual drama began, the lady managed to get hold of the man's ear and she bit part of it off and it was very serious and eventful and that was the end of that marriage as the family of the man said one day the woman will kill their son and they had children</w:t>
      </w:r>
    </w:p>
    <w:p>
      <w:r>
        <w:t>of university age, as at when this fight took place, so issuing treats could take different dimension that we cannot really control the outcome and most times it is a very negative outcome that does not bring any positive advantage to the family therefore, it should never be encouraged at all, instead the couple must seat down and speak about it, in this wise couple must realize that two people in the same boat must be pulling or paddling to one direction otherwise they will surely receive the consequences of pulling to different direction, some of which are delay, confusion, wasted energy, anger, regrets etc which are acts that should be far from any marriage setting by all means possible.</w:t>
      </w:r>
    </w:p>
    <w:p>
      <w:r>
        <w:t>Issuing emotional treat, especially continuously this brings the other partner to become uninterested and mentally weak and may be making arrangement to opt out of the marriage as he or she may be thinking he or she is not good enough may want to go to who will accept her as she is, but in issuing that treat out of ignorance and may not really be serious therefore, you must look and think critically before you respond to any treat negatively, it is not all responses that should be negative, for instance it is possible to report your partner to one person you know he or she will respect and respond to and be very calm about it, especially when you have made several attempts at settling it personally with him/her and it still continues. Emotional treats always leads to withdrawal and being active with your partner and may be not interested in the marriage, serious, conscious and unconscious arrangements and calculations would really be going on in the mind of the partner under treat to want to opt out and in some cases, some women have had to abort pregnancy as they will not be now sure if they are ready to have a child for the one that will be issuing emotional treats frequently, the woman have just display her insecurity as a result of the treat she got from the partner. There are other forms of treat that abound in marriages, some of which are, family treats, this can come to any of the partner's family, it can come in various forms, veiled and unveiled physical or emotional treats. Because some mother or father-in-laws do not want their children to marry a particular person, they issue treats too that negatively impacts on the marriage some mother in laws encourage their daughter or son to commit adultery and sometimes practically aid them in it.</w:t>
      </w:r>
    </w:p>
    <w:p>
      <w:r>
        <w:t>It happened in a family that the couple for over 6 years could not bear</w:t>
      </w:r>
    </w:p>
    <w:p>
      <w:r>
        <w:t>child the mother-in-law, calls his son's wife a male leaving with another male and encouraged his son to get married to another woman that she wants to carry her grandchild etc and actually the son impregnated another woman and the lady had a daughter for the family and on the sixth year, the lady that the mother-in-law</w:t>
      </w:r>
    </w:p>
    <w:p>
      <w:r>
        <w:t>referred to as a male too got pregnant and gave birth to a bouncing baby boy and the man now had to be maintaining two homes, in your own marriage please be patient with your partner, in child bearing, both of you should find a solution to it not to engage in, brining unavoidable problem to your family, because you want to listen to your mother or family member(s) as child bearing can be worked out, especially with improve technology.</w:t>
      </w:r>
    </w:p>
    <w:p>
      <w:r>
        <w:t>Opting out of marriage too early is not advisable, seek official counseling, spiritual guidance etc unless there is a direct threat to your life, always report such to your close family member(s) or a leader in your place of worship or even to law enforcement agencies, so that it can be deterred.</w:t>
      </w:r>
    </w:p>
    <w:p>
      <w:r>
        <w:t>ENGAGING IN OTHER ACTIVITIES WHEN YOU ARE HAVING CONVERSATION WITH YOUR SPOUSE</w:t>
      </w:r>
    </w:p>
    <w:p>
      <w:r>
        <w:t>This truly has been a very contentious point in the marriage and all reasonable minds have agreed that it is a big turn off that you must try to avoid as much as possible to avoid tension in your marriage or relationship.</w:t>
      </w:r>
    </w:p>
    <w:p>
      <w:r>
        <w:t>Honestly it is unexplainable that you are having meaningful discussion with your partner and you are actively too, engaging in e.g. pressing your phone and sending or replying to messages or even conversing with someone else, it shows great irresponsibility whether it is done by anyone in the marriage or relationship setting some experts believe, that anyone that engages in it may not have been educated enough to know that, if you are having conversation with anyone be it a child not to talk of your partner you should give undivided attention as the person you are acting in that manner to may interpret it that you are either rude or manner-less, especially if it frequently occurs.</w:t>
      </w:r>
    </w:p>
    <w:p>
      <w:r>
        <w:t>It should be understood that both of you stand to lose if such act continues unabated as you may not get the entire message that was communicated. You may not be able to interpret and respond fully to the message that is sent across to you and that may cause a miscommunication that can lead to conflict. For instance, if your partner tells you please as you are coming to the house buy oranges, pear and mangoes drop some for my mother while coming and keep it in the fridge to cool a little for me so I can eat when I come and in honesty you heard all except that you did not hear or understand that he asked you to put it in the fridge to cool a little for him, he comes and he asks you to get it for him to eat and you give to him without cooling it and he is surprised and argument begins and this continues at other times, definitely, it will lead to unwanted consequences, including violence, unguarded comments etc that could be</w:t>
      </w:r>
    </w:p>
    <w:p>
      <w:r>
        <w:t>avoided.</w:t>
      </w:r>
    </w:p>
    <w:p>
      <w:r>
        <w:t>But it must be understood that there are exception to this rule or act as you can excuse your partner and quickly send or respond to a message that you need to so that you do not forget or the message is very important to you or even the family, it is understood in this wise but should never be made a habit as it could lead to accidents in the home, as reported in a home where a man was talking to his wife and got up and rushed to the kitchen without telling the wife. On his way rushing back, he fell violently and the next time he saw himself was in the hospital.</w:t>
      </w:r>
    </w:p>
    <w:p>
      <w:r>
        <w:t>By and large, giving undivided attention should be intentionally practiced by people in marriage as it exhibits respect for your partner and exhibiting that you are really interested in your partner and what he is telling you, some people will not give the details of what they want to tell you because they see that you are into another activity, instead of listening. Be a responsible partner by not playing or listening to music or engaging in another activity, especially when in serious discussion with your partner, as you don't know how important your partner takes that discussion if you trivialize it, you are injuring his/her ego and saying knowingly or unknowingly the other activity is more important than what your partner wants to tell you, which may not really be your original intention. So funny, some will even tell you please put on the television let me listen to news; meanwhile you were having serious discussion with him/her.</w:t>
      </w:r>
    </w:p>
    <w:p>
      <w:r>
        <w:t>YOUR OPENING AND CLOSING WORDS COULD BE A SERIOUS TURN OFF</w:t>
      </w:r>
    </w:p>
    <w:p>
      <w:r>
        <w:t>It is important to must deliberately and honestly learn to use loving, comforting, respectful etc opening words to your partner, as it is like a tonic that energies your partner to genuinely want to speak to you and really pour out his or her desires or feelings to you. But if your opening statement is bad or unfriendly, you will never have the best of the other partner as it will be that, please let us talk and let me get out of this discussion be it on phone, face to face, chatting etc it is important that couples or people in relationship should begin to track their opening statements, even outside their marriage or relationships. So that they will be able to relate better in the marriage setting, little things like this we neglect can go a long way to improving our marriages and relationships and it may definitely rob off on our children and the society at large.</w:t>
      </w:r>
    </w:p>
    <w:p>
      <w:r>
        <w:t>For a little illustration as observed of a family, the man most times barks out instructions when he calls the wife, without saying hello and does not even</w:t>
      </w:r>
    </w:p>
    <w:p>
      <w:r>
        <w:t>wait to hear the wife greet him, be it in the morning, afternoon or evening or even in the night, this time on phone, the wife said, please reply my greeting now my husband, he responded what does your greeting give to me, is it not that, you are calling to collect money now or why are you calling, argument started and the man switched off the call, the wife called severally the husband did not pick, meanwhile one of their child became very sick and the wife was trying to tell him that she will be taking him to the hospital, just in case he comes back the key is at such and such place, of course, the husband came back and could not gain access to the house, he called and the lady said, good evening sir, he said again eat your greeting, where are you, I want to enter my house, the wife says we are in the hospital, he was now interested and it was from that day the husband learn to answer greeting and being patient with his wife and he is doing good on opening statement now.</w:t>
      </w:r>
    </w:p>
    <w:p>
      <w:r>
        <w:t>For closing statements in a marriage or relationship is also equally important, as it could be an avenue for the couple to bond and even set agenda for the next day, and if you end your discussion well with your husband or wife be it in a face to face or phone or chatting etc conversation it gives confidence and assurance, and he or she will be ready to tell you the things ordinarily that you will not know and it bring happiness to the family.</w:t>
      </w:r>
    </w:p>
    <w:p>
      <w:r>
        <w:t>And in truth if you are married or in a healthy relationship it is good that your closing remarks to your spouse should reinforce that by what you say to the person even if you are in the same house in one place and you want to sleep in the night, it is advised that you tell your partner good night, I love you, God bless you etc you must leave your partner thinking about you, even if he or she is going to work or coming from work, say positive words like, may your journey be blessed, may you succeed in all your plans today. Your words of parting and reconnecting daily should and must be positive.</w:t>
      </w:r>
    </w:p>
    <w:p>
      <w:r>
        <w:t>YOUR CONDUCT DURING COMMUNICATION</w:t>
      </w:r>
    </w:p>
    <w:p>
      <w:r>
        <w:t>It is possible to put your husband or wife off while communicating, it is good to avoid it as it is a really turn off that distorts communication between partners, and we miss the fine lines or details or even the intention of communication. As everyone and every communication has intention but along the line, there are unintended consequences of our communication, that is why it is</w:t>
      </w:r>
    </w:p>
    <w:p>
      <w:r>
        <w:t>important that you make your communication very clear and simple so that the person you are communicating with will not get you wrong for if he/she gets you wrong it can bring about misconception, misunderstanding and very wrong interpretation of your actions. If he/she asks please explain in a simpler manner as much as you cannot respond by saying so all I have been saying you do not understand or where did your ear go to etc it can further do damage to the communication as the person may be thinking of the negative things you have said again and may not be able to match the first thing he/she heard and the negative one and may want to marry it with the explanation you are giving and then interpret it wrongly, therefore giving you a wrong answer with both of you on a different page.</w:t>
      </w:r>
    </w:p>
    <w:p>
      <w:r>
        <w:t>Facial or body expressions too should be looked out for as it could mislead the person speaking to you. For example,, you are speaking to your partner and he/she is stamping his or his feet on the ground, it either shows resentment or unfriendliness. It affects communication negatively and one of the parties may not be forth coming with the required information and may now be measuring what to say just to make you feel good. In honesty it is a different message he/she wanted to pass or will now give incomplete information that will not be beneficial to the family or relationship.</w:t>
      </w:r>
    </w:p>
    <w:p>
      <w:r>
        <w:t>One thing may mean different thing(s) to different people, depending on the part of the world or region, you are from, sometimes even in the same country or region too, one thing maybe interpreted differently, for instance sighing, if you sigh in the deep southern part of Nigeria for instance while discussing with someone especially your elders, it is seen as a very big insult and resentment, so too it is in marriages from those areas, so if your spouse is from those areas you must be careful not to sigh, even when your sighing is innocent or harmless, while in some areas too within the southern area too does tolerate sighing as it is a way of either your support the speaker or just responding to the words you speak and not really towards you, that he or she is genuinely interested while speaking to you.</w:t>
      </w:r>
    </w:p>
    <w:p>
      <w:r>
        <w:t>The tone with which you communicate too can positively or negatively affect your marital success.</w:t>
      </w:r>
    </w:p>
    <w:p>
      <w:r>
        <w:t>PRESSING THE PEDAL TOO HARD</w:t>
      </w:r>
    </w:p>
    <w:p>
      <w:r>
        <w:t>If you are having discussion with your spouse, you should look out for too</w:t>
      </w:r>
    </w:p>
    <w:p>
      <w:r>
        <w:t>much pressure on your partner, if a matter has been extensively discussed and either a temporary understanding is gotten, you can slow it down or change the topic to give room for both of you to think over the issue so that you can continue another day with the same discussion, so that you come to it with a new energy and you may just have gotten a solution because you have allowed a little time to pass and you now have new information and can now give a credible answer that will move your marriage forward.</w:t>
      </w:r>
    </w:p>
    <w:p>
      <w:r>
        <w:t>It should be noted that couple should not insist that things must be talked about and concluded today as it leads to anger, frustration, wrong answers etc. When one person in the marriage asks for time and change of topic to avoid an argument, it should be settled for now, as it is not everyone that had the mental capacity to endure long discussions etc like I observed, it leads to frustration that can lead to other things that are unwanted in the marriage.</w:t>
      </w:r>
    </w:p>
    <w:p>
      <w:r>
        <w:t>A situation occurred when the husband in the house insisted that his wife tell him about the disagreement in her paternal house when the burial ceremony of the wife's father was conducted and because it was fresh and she was involved, she did not want to speak about it, the husband insisted and she began talking incoherently and the husband took note and was angry and the wife said that was the true story, while it was incorrect, the husband saw one of the sister-in-laws and asked, the same question and she gave the real account, the husband was angry with his wife and she later opened up and the husband apologize to her as she was really offended by some of her family members. If the husband was not understanding, it could have led to another round of disagreement.</w:t>
      </w:r>
    </w:p>
    <w:p>
      <w:r>
        <w:t>CHEATING</w:t>
      </w:r>
    </w:p>
    <w:p>
      <w:r>
        <w:t>This probably is one of the greatest turnoff in marriage. Probably most of the cases of cheating in marriage are as a result of speculation or impatience. Though cheating may not necessarily mean, you have a sexual knowledge of the opposite sex, but a seeming neglect or spending time with the opposite sex could be termed to be cheating or suspicious to have cheated or spending long time out with friends instead of your spouse and a closely related attitude etc are what really leads to real cheating – having illicit sexual knowledge of the opposite sex. This accounts for over 60 percent of marriage failure and the couple need to be on the watch out not to fall into such temptation as they must critically weight the consequences that will follow their actions, it is not a thing that just occurs, it takes priming, talking, cajoling, visits etc if you are aware of this then, when you see it coming, you carefully and quietly avoid them. Physically flee if it has happened</w:t>
      </w:r>
    </w:p>
    <w:p>
      <w:r>
        <w:t>negatively in your family before then you should know that it could be a pattern that you must reject immediately. If you are in the period of heat or you want to satisfy your sexual urge and your husband or your wife is not around, you may try to bath with hot water or taking a little lime and water until your husband or wife is around. Also, as there are communication gadgets, speak to your spouse more regularly when you feel the urge to make love.</w:t>
      </w:r>
    </w:p>
    <w:p>
      <w:r>
        <w:t>There are many signs of cheating some of which are:</w:t>
      </w:r>
    </w:p>
    <w:p>
      <w:r>
        <w:t>The dressing of the person changes, perfuming more,</w:t>
        <w:tab/>
        <w:t>carrying change cloths abnormally.</w:t>
      </w:r>
    </w:p>
    <w:p>
      <w:r>
        <w:t>Waking up and going to make calls, getting unusual calls</w:t>
      </w:r>
    </w:p>
    <w:p>
      <w:r>
        <w:t>Suddenly locking phones and having password</w:t>
      </w:r>
    </w:p>
    <w:p>
      <w:r>
        <w:t>Change in speaking and answer to the spouse</w:t>
      </w:r>
    </w:p>
    <w:p>
      <w:r>
        <w:t>Unusual outing and returning late to the house</w:t>
      </w:r>
    </w:p>
    <w:p>
      <w:r>
        <w:t>Being nervous</w:t>
      </w:r>
    </w:p>
    <w:p>
      <w:r>
        <w:t>Not giving or having time for the family</w:t>
      </w:r>
    </w:p>
    <w:p>
      <w:r>
        <w:t>Not responding to sexual advances from your partner and suddenly wanting to establish time table for sex</w:t>
      </w:r>
    </w:p>
    <w:p>
      <w:r>
        <w:t>Unexplained tiredness</w:t>
      </w:r>
    </w:p>
    <w:p>
      <w:r>
        <w:t>Having emergency friends not or never known to partner.</w:t>
      </w:r>
    </w:p>
    <w:p>
      <w:r>
        <w:t>And many more ways that human being react when they are engaged in cheating, but the spouse should watch out for unusual behaviour because there is no way your behaviour or attitude will not change suddenly if you are engaged in cheating because human beings are animals that responds to change in their environment and interaction, just like, when two chemicals are mixed they cannot remain the same, especially when their quantity is almost the same.</w:t>
      </w:r>
    </w:p>
    <w:p>
      <w:r>
        <w:t>BEING UNRECEPTIVE</w:t>
      </w:r>
    </w:p>
    <w:p>
      <w:r>
        <w:t>This is a turning issue in marriage as being unreceptive to your partner, husband or wife's relatives can cause strain in your family, resulting to unhappiness etc</w:t>
      </w:r>
    </w:p>
    <w:p>
      <w:r>
        <w:t>It is a turn off that couples must be careful to watch out for, as it is not a very safe attitude to engage in. So that there can be peace and harmony in marriages and it brings about long faces of both parties, especially when it has to do with rejecting the husband/wife in sexual obligation, some men could turn out to be violent in wanting to have their way, but actually no one in the marriage union has the right in the marriage union has the right to reject each other, except for</w:t>
      </w:r>
    </w:p>
    <w:p>
      <w:r>
        <w:t>obvious, physical or psychological reasons, that the other party should of necessity understand and cooperate with your spouse as we are human beings who may not be comfortable to engage in sex all the time or when the other party is interested in this case caution is strongly advice so that simple agreements are reached so that the couple could be happy with themselves. Furthermore, couple are advice to console one another in other to be willing to be happy to engage in sex or even look forward to it with your spouse.</w:t>
      </w:r>
    </w:p>
    <w:p>
      <w:r>
        <w:t>Rejection of family members by any of the spouse is not an act that supports good conscience especially in Africa and the third world nations where it is almost marriage to the family and where family members in most cases do not give notices before they visit, which is a little bit different from the practice in America and the Europe where you have to call and give notice before you visit in Africa, most likely one family member is even packaged to follow the bride so that it will be that, that is her own contribution in raising the family standard by training a family member either for a trade or education. Couple should try to accommodate family members from both sides and always talk about it in peace so that when it comes they can deal with it together and as a front especially mother and father-in-laws, some of which could be turbulent to handle.</w:t>
      </w:r>
    </w:p>
    <w:p>
      <w:r>
        <w:t>FITING UNREALISTIC STANDARDS</w:t>
      </w:r>
    </w:p>
    <w:p>
      <w:r>
        <w:t>Couple should avoid setting unrealistic standards to the detriment of the family, be it in development projects expected standard of spending for your children education etc.</w:t>
      </w:r>
    </w:p>
    <w:p>
      <w:r>
        <w:t>It could be a serious turn off and point of disagreement for the couple especially when the standard is set by only one party and other party is not going along with it, for instance if the man wants to buy and build a house because of that he does not support the feeding of the family or medical bills of the family, definitely that is an unreasonable and not sustainable standard, that will not promote the family and well being of it, it may lead to consequences not envisaged.</w:t>
      </w:r>
    </w:p>
    <w:p>
      <w:r>
        <w:t>Also for instance if a woman says she will not get pregnant until she has her doctorate degree definitely it will cause tension in the home as the husband may want to resort to self-help by going to get someone else pregnant and an irreversible action has been set in the marriage as the other lady may end up to became a burden to the family or at best there maybe divorce and the family is dislocated, therefore the couple should always discuss and agree on setting any standard that will either affect the family or the other party as the case may be, so</w:t>
      </w:r>
    </w:p>
    <w:p>
      <w:r>
        <w:t>that, it will be a win, win situation for the family as it is a very possible and positive thing to do.</w:t>
      </w:r>
    </w:p>
    <w:p>
      <w:r>
        <w:t>HOLDING ON - NOT SHIFTING GROUND</w:t>
      </w:r>
    </w:p>
    <w:p>
      <w:r>
        <w:t>Anyone in a marriage setting or union should be aware that, it is a real turn off for the family and puts the family in danger that can be avoided by just being a bit reasonable. Holding on to your ground on issues that can be discussed and agreed, should be avoided as it is old fashioned, be you a man or woman in the union, only things that will be beneficial should be insisted on and when you have the right information and knowledge, you should be able to present it in a way that your partner will accept it and where possible meet each other with a little to the right and a little to the left so that you avoid tension and make the marriage work, compromise is what married couple should learn and hold very fast to, so that your marriage can survive.</w:t>
      </w:r>
    </w:p>
    <w:p>
      <w:r>
        <w:t>NOT LEAVING TO THE STANDARD YOU SET</w:t>
      </w:r>
    </w:p>
    <w:p>
      <w:r>
        <w:t>It is a turn off in marriage and should be done away with very fast, in other to make your family stable and solid, for example if you have said you will be contributing a certain amount for feeding and upkeep, without information or change in your income you slatch it, no apology or excuse and when you are confronted, you are not forthcoming instead you want to cause trouble for the family, you are in no way setting a good standard or leaving up to the standard that you set by yourself.</w:t>
      </w:r>
    </w:p>
    <w:p>
      <w:r>
        <w:t>Even when it is a social standard in the house on outing for instance the family agrees that apart from when it is necessary no one stays out up to 11pm or midnight and yet one of the parties constantly engages in it without excuse, it is not a very good way of becoming a responsible member of the responsible marriage.</w:t>
      </w:r>
    </w:p>
    <w:p>
      <w:r>
        <w:t>FOLLOWING THE CROWD</w:t>
      </w:r>
    </w:p>
    <w:p>
      <w:r>
        <w:t>It is a way of loosing yourself or marriage and it is a real turn off, this could be one of the worse thing a couple or partner could do, to gradually put brakes on their marriage because you are going to be bringing external influence that has no positive bearing on your family and it will do damage it gradually as you keep bad company either in your office, neighborhood, among your peer group etc, what people do and it work for them does not mean it will work for your family. A story that is related to following the crowd was told how a married man started following his colleagues in the office all of them has extra marital affairs as he joined them he found himself most times not going home after office hours and</w:t>
      </w:r>
    </w:p>
    <w:p>
      <w:r>
        <w:t>it was gradually putting strain not only on his marriage but also on his finance, his marital obligations in the house etc was affected and worse still he became a drunkard and it graduated to his physically abusing his wife, from time to time, he was so deep in it that the family was falling apart, his wife could not take it and she left, he was unconcerned, after a few months, it was as if scales fell out of his eyes as he was no longer measuring up in life, physically etc and his health too was beginning to nose dive a few of his relatives called him to order and he began the process of reconciliation with his wife....</w:t>
      </w:r>
    </w:p>
    <w:p>
      <w:r>
        <w:t>The woman in the marriage too can fall victim to following the crowd, you only need to be observant and see the signs when they are coming, you deliberately avoid either physically contacting the people that will make you to engage in it, stop taking or making calls to them and always give excuse for not seeing them no matter how spurious the excuse may be, better still make excuse with your husband, even when they are your relatives or very close friends because that is the place it starts from.</w:t>
      </w:r>
    </w:p>
    <w:p>
      <w:r>
        <w:t>BEING QUARRELSOME</w:t>
      </w:r>
    </w:p>
    <w:p>
      <w:r>
        <w:t>This is one of the easiest things that puts especially the male folks off and is known in marriages to cause real tension and flaring of tempers and raising of voices by couple. But, in all honesty it is not necessary to be quarrelsome, for the thing you are quarrelling about can also be achieved by being calm and making your point very clear and calm, so that your partner will understand and appreciate, the thing is, if you start to be calm in your approach your partner, respects you more and would want to be more attentive to you than before, as silence has a greater positive effect on a human being that raising your voice.</w:t>
      </w:r>
    </w:p>
    <w:p>
      <w:r>
        <w:t>Try this experiment and thank me later, as your partner may even be forced to ask you, for surely he will notice you more when you are calm, as a normal human being normally resists and prepares for a violent situation, as his senses tells him or her that, if you don't defend yourself you will be seen as a weakling so, do something that your partner will know that, you too are tough and has the capacity to shout and be rancorous etc. please avoid been quarrelsome, it portrays a bad image of you, does not tell well of you brought up your background and in honesty sociological research shows that people who are quarrelsome and shouts at slight provocation are external cowards who wants to cover up their inadequacies, so they make up with raising their voices and displaying conducts that seem violent in other to be able to intimidate the opponent and get their way, but a person who understands this should, help them out by being calm and still get</w:t>
      </w:r>
    </w:p>
    <w:p>
      <w:r>
        <w:t>them to be responsible and help them learn their inadequacies so that it could be corrected.</w:t>
      </w:r>
    </w:p>
    <w:p>
      <w:r>
        <w:t>NOT RECOGNIZING MARITAL OPPORTUNITIES</w:t>
      </w:r>
    </w:p>
    <w:p>
      <w:r>
        <w:t>One of the attributes a human being who is grown enough to be married should have is recognizing marital opportunities as this is a great turn off, especially during courtship. You must recognize marital opportunity when you see it, even if you are not ready you should keep it up until you are ready and it is possible, if you see a person that comes around you and in decent and forward looking and has a bright prospect, but at the moment has no ability either financially or educationally, even his background is not an elitist background or from a popular family etc but intelligent and he or she is not telling you anything relating to relationship or marriage but keeps up the contact and makes suggestions that are beneficial to your life and family please, begin to be on the watch out, for that in practical reality is a candidate amongst which you should consider when the time comes as many people have turned off, marital opportunities like that, more so even if you too have to assist the person even with a little affordable cash or food stuff, as this even is the essence of humanity, when you assist anybody in need, even when you know the person will not be able to pay you back as you must surely get your reward, how be it, even if not from the person, but God will surely reward you. The thing is to shine your eyes.</w:t>
      </w:r>
    </w:p>
    <w:p>
      <w:r>
        <w:t>Also, When you are married, there are opportunities that you need to</w:t>
      </w:r>
    </w:p>
    <w:p>
      <w:r>
        <w:t>recognize in your marital journey in other to make your marriage heaven on earth</w:t>
      </w:r>
    </w:p>
    <w:p>
      <w:r>
        <w:t>– yes, setting your marriage on fire, you must never forget your wife or husbands birthday, marriage anniversary, children's birthdays, father or mother in law birthdays or important friends of your husband or wife. You should be the one to even send gifts on behalf of your husband or wife to their parents or friends and when they call your husband or wife, at once they will know you are the one that can perform such magic and it makes your husband or wife to always want to think about you, so when you ask for favor it will then be easy to give to you and in some cases, you will be asked, is that all please. Some other things you need to consider too is to get the needs of your wife or husband without he or she asking you, if he or she sees it, it will gladden his or her heart and you are unknowingly setting your marriage on fire and your marriage could become a reference point for your friend, family and associates, find related things to do in your marriage, as your children will also transport it to their homes, when they marry too.</w:t>
      </w:r>
    </w:p>
    <w:p>
      <w:r>
        <w:t>Perhaps, very many people have missed opportunities to get married to</w:t>
      </w:r>
    </w:p>
    <w:p>
      <w:r>
        <w:t>the one who would have really taken care of them and they are taking a good partner for granted. Just open your eyes when you need to and close your eyes when you need to but know when to engage in the processes as there is a fine line between them, just recognize it and recognize it on time and review and see if you can still trace him or her and thank God, if she or he is still free and have not moved on in life and settled with someone else.</w:t>
      </w:r>
    </w:p>
    <w:p>
      <w:r>
        <w:t>BEING POMPOUS</w:t>
      </w:r>
    </w:p>
    <w:p>
      <w:r>
        <w:t>This is a major turnoff in relationships, in marriages too, when a person sees himself or herself as more superior, educated, of a higher status and the other as a lesser being, is a major point of turnoff and great resentment and must be avoided and discarded as it is old fashioned and have no place in the present world even if you are of a royal family it makes no difference, you do not have a blue blood but a red one just like the other person has, it is even very possible that the person you are being pompous to will do better than you if he or she has the opportunity you have you have and he or she may even be more intelligent than you are and is the person that will bail you out in circumstances that, your so called finance or position cannot bail you out from and truly if a one on one evaluation is done he or she will be more valuable them you who is showing or acting pompous, so be humble and know that all of us are human beings and we have to respect one another, even if you are a male or female in a marriage setting or from a rich home, or still if the person is your gardener, cook, tailor, maison janitor, etc.</w:t>
      </w:r>
    </w:p>
    <w:p>
      <w:r>
        <w:t>In fact, those who are pompous are known not to parade their own credentials but they parade someone else credentials i.e., they are not able to hold their own ordinarily, if not what they flaunt, that is not of their efforts, but that of their parents, relatives, have acquired maybe through fraudulent means etc. no normal human being should be pompous as it destroys relationships and brings resentment, that is always sometimes rewarded negatively in the future when you may have forgotten your act that was putting the other person in an a awkward position and he or she is able to confront you now and may be negative to you.</w:t>
      </w:r>
    </w:p>
    <w:p>
      <w:r>
        <w:t>BEING DOGMATIC AND UNBENDING</w:t>
      </w:r>
    </w:p>
    <w:p>
      <w:r>
        <w:t>Truly it is a turnoff in marriage that the couple or people in relationships must truly avoid, if they honestly want their marriage or relationship to stand the test of time and they really want it to become and envy of others, because this is what makes very many marriages and relationships to be uninteresting and full of troubles, that are sometimes intractable and leads to unwanted separation and</w:t>
      </w:r>
    </w:p>
    <w:p>
      <w:r>
        <w:t>maybe divorce. What your sense of being right and reasonable tells you may be slightly different and maybe in your culture, upbringing, educational background or exposure may be acceptable or tolerated, is at all not tolerable or accepted in your spouse own sense of judgment. Therefore it is always better or preferred to strike a balance, so that both of you can have a sense of being fulfilled, otherwise, there will be challenges in your marriage or relationship.</w:t>
      </w:r>
    </w:p>
    <w:p>
      <w:r>
        <w:t>These things can be worked out, as you should know, that time and seasons are not the same, but they seem to present a similar thing. For example in the western world a married woman can hug an even kiss the jaw of another man, but, I tell you in Africa, if you engage in it, it may cost your marriage, especially if, it is your husband's relatives that saw you do so, a family meeting will be called and your issue will be the main topic and, I bet you many of them will even without your husband consent come and throw you out of the house, so you need to balance it and recognize that you are in a setting marriage and you need to act according to the expected behavior of the marriage you are in. in some typical African setting a married woman cannot be held on the wrist by another man, if you are seen, it is believed that you have committed adultery and therefore necessary sanctions will come upon you and the man that held your wrist, and believe you, it is the members of the female family that will even be loud about it, as they will interpret it as a disgrace on their family and they need to clear their family name. The husband in this regard should be able to intervene on behalf of their spouse so that it will not deteriorate into an uncontrollable situation as some of them really do.</w:t>
      </w:r>
    </w:p>
    <w:p>
      <w:r>
        <w:t>In a marriage setting, nothing is cast in stone, therefore people in the</w:t>
      </w:r>
    </w:p>
    <w:p>
      <w:r>
        <w:t>relationship should work it out, it should not be that, this is what my father and mother used to do, therefore, it should happen too in our own, no, no, no. you are different, times have changed, situations have changed etc, so there needs to be a system in your marriage that only both of you should operate, especially when it works for you people, or better still from time to time do adjustments that will favor your marriage or relationship so that your marriage can be set on fire, make compromises even if it inconveniences you and also report same when you both are in a very good mood, you must bend, like a tree to assure your stability in your marriage, if you see the tree bending to and fro during rain or stormy times, it is doing so, so that its roots should understand that it needs to hold fast to the ground to assure her survival.</w:t>
      </w:r>
    </w:p>
    <w:p>
      <w:r>
        <w:t>MEETING SOMEONE TODAY AND ASKING FOR MONEY</w:t>
      </w:r>
    </w:p>
    <w:p>
      <w:r>
        <w:t>It is a turnoff that, should not be in your dictionary at all, as it allows people not to take you seriously at all, but honestly, there are special circumstances that would allow you to indeed ask for money and you will be even be respected and appreciated e.g. if you have just been robbed, you genuinely lost your transport fare etc otherwise it is an act that has made some people to lose valuable relationships that could have changed their fortunes positively, some people will almost never take you serious especially if that, is what you do and may not trust you with anything or want to recommend you to anyone. If you want to have a lasting relationship with anyone avoid asking them for money, if you are married never ask for money unnecessarily as you may be caught and if he or she lost trust in you, you may not get the best out of the marriage again, you need to be careful.</w:t>
      </w:r>
    </w:p>
    <w:p>
      <w:r>
        <w:t>PUTTING TENSION ON YOUR WIFE OR HUSBAND</w:t>
      </w:r>
    </w:p>
    <w:p>
      <w:r>
        <w:t>This is a turnoff that, should be far from a marriage that is expected to last, tension is not a thing that needs to be present in a marriage, especially when it is done deliberately, but the couples should be observant as some people may engage in it, unknowingly and you are expected to calmly draw the attention of your spouse to it, for if you do so in anger and not in love you may even escalate the situation or make the other person to be withdrawn from you and you may not have your relationship smooth again and tension in your marriage is the last thing you may want to see and there are ways to go about it too, like you must, find a good time to analyze it together and point out the drawbacks to him or her.</w:t>
      </w:r>
    </w:p>
    <w:p>
      <w:r>
        <w:t>For example there is a couple as it was said, the man was handsome the woman too was beautiful, in admiration and in a bid to have fun with his wife, especially when the wife is well dressed and would come from out, the husband will ask, how many toasters did you get today i.e. how many men asked you out today etc, the wife will say sometimes one or two etc, it went on and on, one day the woman exploded, how can you be asking me how many men talked to me etc is it that you don't trust me, how can, must men toast me, I do not like the tension you put on me each time, I am well dressed and I come back, you ask me this offensive question. As you see from this story, the lady has been so angry and the man obviously has been having fun, while the wife considered it to be tension, so, when it comes to your own, do ask and try to really understand, what is it that your wife or husband is doing, is he joking or serious, announce to him or her your feeling, so that both of you will be on the same understanding.</w:t>
      </w:r>
    </w:p>
    <w:p>
      <w:r>
        <w:t>GIVING WRONG INFORMATION</w:t>
      </w:r>
    </w:p>
    <w:p>
      <w:r>
        <w:t>This is not too great in a relationship or marriage as it turns people off and can breed something else that is not intended. As he or she too, will now give such wrong information, to other people who may see him or her as an unserious person and may be avoided or not considered in some other important event that can bring benefit to the family, at all times the right information should be passed so he or she can make an informed decision, that will benefit his status. For instance, you witnessed an accident scene and you got home and told your wife, you witnessed an accident scene and you said two people died and in honesty no one died and your wife or husband goes to see his friends and he too, recounts, the accident scene to his friends, not also knowing that one of the friend was also an eye witness and indeed people only got slight injuries, they will surely look at each other and may ask, do you mean the accident that happened at such and such a place and you say yes, they will discount you without your knowing it and when something else occurs and they were not there and you alone saw it, they will surely be skeptical and would not want to take you serious even if it has to do with business that you either engage in, as they would want to prefer someone else.</w:t>
      </w:r>
    </w:p>
    <w:p>
      <w:r>
        <w:t>SHOUTING AT YOUR PARTNER</w:t>
      </w:r>
    </w:p>
    <w:p>
      <w:r>
        <w:t>This is one of the weakest things that should not happen in a relationship or marriage; in fact even shouting unnecessarily even at children in the house is not a good practice as it can negatively affect the children as they are growing up. It can make the children to become very adamant, and may not want to now take instructions from another adult who is normal, that does not shout as they may just believe that in other to obey instructions you must be shouted at. This can bring a disruption or dislocation in the life of the child as he or she grows up and interacts with the larger society and may want to infect his or her peers with that attitude and other related negative things that may be detrimental to the family and society at large. So, parents need to do a serious evaluation and weigh the cost of shouting at the children and the negative effect that happens to the children. To now see if they continue to shout at their children or they now discontinue in other to make their children to fully integrate and become a responsible member(s) of the society that will bring greater or good benefit to the society at large.</w:t>
      </w:r>
    </w:p>
    <w:p>
      <w:r>
        <w:t>By shouting at themselves in their marriage or relationship, this is an act that responsible adults must never engage in, because, family is the most important unit of a society and therefore when the family breaks down the entire</w:t>
      </w:r>
    </w:p>
    <w:p>
      <w:r>
        <w:t>society has broken down and it becomes a problem for us all, or even if it is one of the partner, that is involved in the shouting, it still has a negative effect on the family especially on the person that is been shouted at repeatedly, as it can have a negative psychological effect that can present itself in other areas of life at home or when the victim goes out to interact with the society, in some cases it is known to bring about disoriented mental condition, accident, either at home or outside etc some people out of thinking of the disconnect in their homes, have been known to walk into moving cars or crossing the road without thinking of the damage, but rather it is the condition at home that is repeating itself in the head of the person and before you know it, he or she will find himself or herself in the hospital after regaining consciousness and it may cost money or the person's life, so it is an expensive negative ventures to embark on.</w:t>
      </w:r>
    </w:p>
    <w:p>
      <w:r>
        <w:t>The children at home too are known to bear the brunt of shouting as, when they grow as adult they embark on it, thinking it is the normal thing to do. It must be stated clearly at this point that mostly men engage in the shouting, to want to establish their authority, but in truth are only exhibiting their incompetence or inadequacies as I have observe somewhere in the book before, therefore, wives please assist your husband to come out of their inadequacies, by educating them and pointing this fact to them, that if they have inadequacies they should fill it and you should please be very gentle with it and approach it with caution as it could be escalated if you wrongly handle it.</w:t>
      </w:r>
    </w:p>
    <w:p>
      <w:r>
        <w:t>IGNORING YOUR SPOUSE</w:t>
      </w:r>
    </w:p>
    <w:p>
      <w:r>
        <w:t>This is an act of flagrant disrespect, no matter who is engaged in it, and even for any reason and it only shows that you have no courtesy or etiquette, because of a truth if you have one, you should be able to explain it out or simply say, please can I speak to you about this subject later and please it must not, in any way be said rudely or in bad tune, for if you do, you will get the direct opposite of your expectation as, when a person, is been disrespected, he or she reacts very negatively and some people throw caution to the wind, but it may be permanent if the situation leads to regrettable action that leads to break down of law and order as, ignoring someone can do to a human being and sometime a grave consequence is the outcome of ignoring your partner. But, to bring about peace you engage in it, and you lose nothing instead you gain.</w:t>
      </w:r>
    </w:p>
    <w:p>
      <w:r>
        <w:t>In marriage settings, it is observed mostly that women engage in ignoring their husbands, be it in the performance of their sexual obligation or when their attention is been called, they either don't respond or respond late. it should be known that the men feel that woman bruise their ego in that regard and therefore, may find a way to balance it in other areas, like not helping out with domestic duties, or even with the children, when it is obvious that they should help to relief the woman of burden from the children, especially when the children are more than one and all want the attention of the woman.</w:t>
      </w:r>
    </w:p>
    <w:p>
      <w:r>
        <w:t>Whatever or however it maybe, ignoring yourselves in a relationship or marriage, would only bring pain to both of you and that may not be the reason you people got married.  So, you need to put ignoring your partner in the trash can and be at peace with him or her. Be proactive and educate yourself on the benefit of not ignoring one another and move on with your marriage, setting it on fire as that is what love is. Marriage is the ultimate of loving someone and love can be put on positive fire if both of you really genuinely love yourselves, to the extent of agreeing to get married. You should indeed forget the hurt and just be happily married. With time, he or she will realize that you are on fire and he too would want to enter the fire and see if he or she will get burnt.</w:t>
      </w:r>
    </w:p>
    <w:p>
      <w:r>
        <w:t>NOT APOLOGIZING FOR WRONG ACTION OR IN-ACTION</w:t>
      </w:r>
    </w:p>
    <w:p>
      <w:r>
        <w:t>Perhaps, this is the cause of bad blood or revenge in marriages and relationships. And it is a great turn off that has not been adequately addressed.</w:t>
      </w:r>
    </w:p>
    <w:p>
      <w:r>
        <w:t>Because, if this is in place, most misunderstanding that marriages and relationships have, would have been avoided and there would have be relative peace and harmony in marriages that, marriage would have been an enviable thing for many people who are in it, and the negative stories would have been avoided and altogether done away with and there would have been great stories of love, passion and interest in marriages and some people would have been wanting to get married on time seeing that there is peace and harmony in the stories or even the marriages the witness, in fact there are some marriages that last for less than a month, far shorter than the time that was used to plan the marriage. The truth be told, some arrangements are made for more than a year, yet it only lasted a few</w:t>
      </w:r>
    </w:p>
    <w:p>
      <w:r>
        <w:t>weeks – too bad.</w:t>
      </w:r>
    </w:p>
    <w:p>
      <w:r>
        <w:t>The four letter word that can heal your marriage from inside out is to always say, please I am sorry, even when you are not wrong and he or she is right or wrong, if you engage in this you have consciously set your marriage on fire and honestly you will only receive positive rewards and results in your marriage and I truly tell you, the benefit far out ways the drawbacks.</w:t>
      </w:r>
    </w:p>
    <w:p>
      <w:r>
        <w:t>But, you can correct the error gradually, by making him or her know that, if someone is wrong, he or she should apologize and it even makes no difference if you say, I am sorry please, even when you are right, this should be in a marriage and relationship setting, but if, you are not married and just in courtship and one party finds it hard to say, please I am sorry, you should please, quietly disengage as, it is a vice possessed by a bad to be wife or husband.</w:t>
      </w:r>
    </w:p>
    <w:p>
      <w:r>
        <w:t>A good natured person and the one from a good background, should never have a problem saying, please I am sorry, because, it is like the oil that lubricates an engine, for if a car has no oil that car surely will have a challenge in moving smoothly. Words in itself can act as a healer or a balm, especially when the words are soft and positive, the hardest of hearts are melted like a butter that a hot knife pass through with no difficulty. So, using positive words is an act that is engage in by wise people who want their marriages to succeed and stay strong till death do them apart, but please, note, the words should be laced with deliberate words that are positive enough, even words move God, not to talk of men or women. Please never joke with this portion of this book, if this is the only thing you remember in this entire book, please, be aware that you have a book that can secure your future, even for your unborn children, as soft words, move mountains and only brings favour. Leave this legacy for even your children will not regret it at all, instead you will want to look for me to favour me or buy more of this book and freely distribute to people and you deliberately mark this portion of the book and ask them to take critical note of this portion.</w:t>
      </w:r>
    </w:p>
    <w:p>
      <w:r>
        <w:t>Please I am sorry, has saved so many people from embarrassing situations and circumstances that ordinarily can bring disfavor or disadvantage.</w:t>
      </w:r>
    </w:p>
    <w:p>
      <w:r>
        <w:t>Examine this story, a married man has a wife that is educated and both of them are successful in their career, but, the wife has no patience with the husband and would want to ask for upkeep for the family, she would say make available the money for upkeep this month on the table in the room, later I will pick it up, the husband would do exactly that, fortunately one day, someone picked up the money before the woman came back and the next day she gave the same instruction to the man and the man said, I kept it there yesterday,</w:t>
      </w:r>
    </w:p>
    <w:p>
      <w:r>
        <w:t>argument ensued and the man said, well I have kept it there and that is all, and readers, the man did not put any money there again for the month and yet, the woman had to provide the necessary things that used to be in the house i.e. she had to spend her money and tension began as the lady started ignoring the man even in her sexual responsibilities. The man did not take time to find a sexual partner and began keeping late nights, before the woman could say Jack Robinson, the man started sleeping out. Tension increased and there were series of family meetings and pleadings for the man to want to even listen to entireties as, he was not getting the best from his home and he confessed that the lady outside was treating him so well, that he cannot leave where he is been treated well to where he will not be treated well. It took spirited efforts and pleadings by well-meaning family members and the seeming genuine regrets and change of attitude by the wife that could bring the man to have a change of mind as the marriage was really heading for the rocks.</w:t>
      </w:r>
    </w:p>
    <w:p>
      <w:r>
        <w:t>But, really if the woman as the wife was really that humble to her husband, the man has no reason to go out and, if her words were words that are soft, the man would be glued to her.</w:t>
      </w:r>
    </w:p>
    <w:p>
      <w:r>
        <w:t>CHAPTER FIVE</w:t>
      </w:r>
    </w:p>
    <w:p>
      <w:r>
        <w:t>WHY MARRIAGES FAILS</w:t>
      </w:r>
    </w:p>
    <w:p>
      <w:r>
        <w:t>To say that there is one or a few reason(s) that makes marriages fail is to miss the point and give an incomplete reason that may not be correct and may mislead readers and even marriage practitioners.</w:t>
      </w:r>
    </w:p>
    <w:p>
      <w:r>
        <w:t>One may not in one book be able to know the whole reason why marriages fail, but, it is to inform you that there are general reasons and peculiar reasons why marriages fail, for a marriage that failed because of suspected infidelity in Africa may not fail in America and Europe, so various cultures, settings, circumstances, understanding etc play a key role in the failure of marriages, in some African setting the gods that the family serve may also play a role in the failure of marriages as you may see as you read along, it sounds interesting yes it is, family members for instance too can greatly contribute to the failure in marriages in African and the third world.</w:t>
      </w:r>
    </w:p>
    <w:p>
      <w:r>
        <w:t>ADULTERY</w:t>
      </w:r>
    </w:p>
    <w:p>
      <w:r>
        <w:t>The illicit sexual relationship between one man and another woman, especially when one or two of them is married to their husband or wife or any extra marital activity, may make a marriage fail.</w:t>
      </w:r>
    </w:p>
    <w:p>
      <w:r>
        <w:t>Perhaps one of the most revered institution we have today is the marriage institution and therefore we need to give it priority above any selfish consideration, as we need to keep it safe and take away lies and hatred  out of it, what husbands and wives do or do not do leads to adultery, which clearly can be avoided as marriage is sacrosanct and it is only to be consummated by people in the marriage alone for that was the purpose and it should be understood by all who are in it or those that want to go into it. Some troubles that befall some families are because of adultery even when you are not caught, see what happened to King David, the child he had out of adultery died and God punished King David much more than the adultery he committed, see how his children began committing incest and killings entered into his family.</w:t>
      </w:r>
    </w:p>
    <w:p>
      <w:r>
        <w:t>Adultery is one of the greatest problems in marriages and it has many consequences as may be seen as we go on, in some cases it just only leads to the death of one partner or both of them, especially as seen in the Western World. An African went to school in the Western part of the world and he met a lady and somehow got married to her. Unknown to the lady, the man was married back in Africa, with three</w:t>
      </w:r>
    </w:p>
    <w:p>
      <w:r>
        <w:t>children and was always on phone with several people, but the lady took note that, he was always on phone with a particular lady and was always speaking one of the African languages. The woman memorized a sentence from the man especially when he wants to end the call and she began asking other Africans and one day she was told the meaning, from then she began watching out. The man got a parcel and the woman opened it and saw a picture of a lady and three children and the letter ended by saying your children greet you. When she asked the man, he denied and made an uninteresting explanation to the lady. After some days the lady shot the man and also shot herself dead. This and other consequences are the byproducts of adultery, it is strongly advice that you do not get involved in it.</w:t>
      </w:r>
    </w:p>
    <w:p>
      <w:r>
        <w:t>CHEATING</w:t>
      </w:r>
    </w:p>
    <w:p>
      <w:r>
        <w:t>It is the breakdown of trust that partly leads to cheating or aggression. Words are also involved. Spouses must deliberately learn how to speak kind words to each other and stop being aggressive. This may bring down cheating which leads to the breakdown of great marriages that could have been a very good example for the people who wants to get married. For those of you that want to get married, you should not even contemplate it at all as, it almost always leads to the failure of marriage, so everything you know that will make you to cheat while married should be done away with. For most times, it is done consciously out of inadequate considerations of the consequences it can bring to you, your family, dignity etc especially in societies, where the blame and brunt of cheating is always very heavy on the female folks and the society gives a slap in the wrist to men, when they engage in it. Some men even see it as a normal thing for them to engage in, which is very repugnant, shameful and should be condemned by well-meaning and rational human beings, because the female folks are human beings that have equal feelings as men do and therefore everyone in marriage, man or woman should be responsible, so that it will not lead to divorce. In some marriages because the husband cheats and the woman can't take it, she voluntarily leaves the marriage, while some go out to cheat and when they are caught hell is let loose on them, but their male counterpart who cheated are sometimes not even scolded.</w:t>
      </w:r>
    </w:p>
    <w:p>
      <w:r>
        <w:t>UNHAPPY MARRIAGES</w:t>
      </w:r>
    </w:p>
    <w:p>
      <w:r>
        <w:t>No doubt, this is one of the reasons why marriages fail, either one or two of them in the marriage is unhappy; the unhappiness can be as a result of different</w:t>
      </w:r>
    </w:p>
    <w:p>
      <w:r>
        <w:t>things, for some, it could be that the way the husband communicate may be poor and very disrespectful, which many times leads to arguments and one not listening to the other and it escalates and continues and one of them is able to apply the break, malice will come into their marriage like a stranger that refuses to go and the stranger eats more than normal and it gradually affects the finances of the family. They resort to borrowing to eat and before you know it, there will be no creditor that is willing to bail them out. Hunger sets in and malnutrition, sickness and then death shows its ugly face, these are the phases disagreement go through before marriages fail and divorce sets in, then in most cases regret sets in big time. And in truth it is what and should be avoided with a little exercise of patient and understanding which could be applied at the very early stage of any disagreement.</w:t>
      </w:r>
    </w:p>
    <w:p>
      <w:r>
        <w:t>It could also be that the woman may be insulting and the husband is impatient with her as it could be that, that was the treatment she grew up with and she just needs someone to tell her that, to be insulting is bad, not to talk of insulting your husband that you had to change your name for and that you will or are having children for. If you continue it may make the marriage to fail. And said to her in a loving tone, may just be the game changer that will make her to become the wife that you want her to be. Spouse should try to explore every opportunity to see that they make their spouse happy to reduce the rate of the failure of marriages as the effect are very grave for both of them and if they have children, it could just spell doom for them. If you leave them for your ex-husband and if you take them with you too, the situation may not be different as your new husband will be too concerned with the children you would have for him, rather than border with someone else children that you brought to his home. So, if you look at it, head or tail, it may not be the best as children brought up by both parents are most likely to succeed than children from broken homes.</w:t>
      </w:r>
    </w:p>
    <w:p>
      <w:r>
        <w:t>INLAWS IN THE EQUATION</w:t>
      </w:r>
    </w:p>
    <w:p>
      <w:r>
        <w:t>Some marriages have been problematic from the very day they got married to their husband, until the marriage eventually fails, because there seem to be a power struggle between mother-in-laws and sister-in-laws, for the mother, would be saying I carried my son for nine months and prepared him for you before you came as a stranger to get married to him, and the wife may be saying, yes, but he is my husband and I am now in charge.</w:t>
      </w:r>
    </w:p>
    <w:p>
      <w:r>
        <w:t>Honestly, if that woman got married to a man that still listens and rely on his mother, that marriage may be doomed as that power struggle almost always ends up with the husband siding with his mother and the wife will be left alone and frustrated. And if that situation continues, most times, the wife would think that she has lost the battle and therefore the best thing to do is to end the marriage and move on, thereby making such marriage to fail. This kind of situation can be completely avoided, if only the wife stops the power tussle and understudy the mother and follow her steps and beat her to the game for a student that studies well under his or her teacher, is usually better than the teacher, all she needs to do is to gradually begin to do the things the mother-in-law does that made her husband to be attached to his mother and the battle is won, without struggle.</w:t>
      </w:r>
    </w:p>
    <w:p>
      <w:r>
        <w:t>Sister-in-laws too, most times has attachment to her brother and her brother too may be attached to her as both of them grew in the same house and have done things together that may have made them to be bonded and some wives come into the marriage and just think that they can take over their husband, no please, your husband may not be able to tell you things he and his sister did that made them to be close, so you only need patience and tact to gain the full confidence of your husband. You may also apply the trick, suggested for the mother-in-law and further step up the game by starting to love unconditionally all your husband love and see how he will begin to have confidence in you and you will have a stable marriage.</w:t>
      </w:r>
    </w:p>
    <w:p>
      <w:r>
        <w:t>The husbands in the marriage too, should adapt and adopt the simple solutions suggested to the wife in a supposed marital situation so that his marriage will be stable and solid.</w:t>
      </w:r>
    </w:p>
    <w:p>
      <w:r>
        <w:t>There are also extended family members that may be important to the wife or husbands, that need to be tactfully taken care of, so that it will not lead to the failure of your marriage as a little thing as simple as, I came to the house and your wife, showed me the way out, has led to the failure of marriages or not giving due courtesy to the father-in-law may just spell doom for your marriage.</w:t>
      </w:r>
    </w:p>
    <w:p>
      <w:r>
        <w:t>RUDENESS &amp; LOUDNESS</w:t>
      </w:r>
    </w:p>
    <w:p>
      <w:r>
        <w:t>Being rude and too loud in your marriage could just be what you engage in and your marriage will fail and this has ended most marriages. To be rude is not a virtue that is to be associated with either a man or a woman, for it is an act that is inconsistent with any healthy marriage and the consequences are felt beyond the shore they are delivered to, and like waves in the sea, it has many consequences, waves cause boats, ships etc to get wrecked, so, it watches off the shorelines etc</w:t>
      </w:r>
    </w:p>
    <w:p>
      <w:r>
        <w:t>when anyone is rude, there are consequences, one of which is that, you diminish your dignity and the person you are being rude to and if you are so unfortunate to have children that watch you being rude, when they come of age, they always exhibit the rudeness to you, it brings about anger in the home, that disturbs and cause the marriage to be turbulent and finally leads to the failure of the marriage, which is most times not the bargain of the couple.</w:t>
      </w:r>
    </w:p>
    <w:p>
      <w:r>
        <w:t>Being loud in a marriage is not an act that should be engaged in by any one in marriage, as it brings rejection, reprimand etc which may anger the one that is been loud, especially if he or she does it repeatedly as patience may have run out for those that have been tolerating the loudness. Such people are even know to interfere in issues that do not concern them and would also be louder than the people that have the issues, which sometimes can be really annoying and reacting may be un-tempered and leads to fights and eventually, the failure of the marriage. Rudeness and being loud should completely be done away with as they have never being known to bring favourable results that are beneficial to marriage. Don't be too forward in all you do, it brings rejection.</w:t>
      </w:r>
    </w:p>
    <w:p>
      <w:r>
        <w:t>UNBROKEN COMMITMENTS OF THE PAST</w:t>
      </w:r>
    </w:p>
    <w:p>
      <w:r>
        <w:t>Perhaps this affects many marriages even as we speak, for it is really an unholy thing to engage in especially if you want to continue to be in your marriage for it has sent people out of their homes and caused very many marriages to collapse. If you really consider it, it is near insanity to be committed wither to your ex or any other person that you are committed to and engage in the disrespect of your wife/husband and at the end of the day bring disgrace, untold hardship, and shame to yourself, children and the entire family when your illicit activity is in the open or it begins to bring out its odour i.e. when a man/woman, is still in a relationship with his/her ex and yet in marriage with someone else and most times, some, knowingly or unknowingly bear children to the husband they marry as if they are the biological father and yet will live with their husbands as if all is well and when the bubble burst, everybody in the family is drown into the unwise act of one person who has decided to go rogue, when there are options that you can take, not to embarrass yourself and the whole family for life and such can bring stigma to your children who may be thought to have your character of making children for another person while in an active marriage life with another person. Some girls have been known to lose their marriage and been rejected even by their supposed friends for the sins of their mother.</w:t>
      </w:r>
    </w:p>
    <w:p>
      <w:r>
        <w:t>Not breaking your past relationships is not encouraging at all, if you are</w:t>
      </w:r>
    </w:p>
    <w:p>
      <w:r>
        <w:t>married or you want to get married, one of the first things you should do is to shut and severe any commitment to your ex's especially sexual relationships as a human being, if you are separated from someone out of distance or any other reason that is no fault of any of you and you still have feelings for each other, the most rational thing to do is to close that door forever if you are married no matter  the circumstance for if you find yourself in a cool and quiet environment with him or her, you may fall for him or her, so why not, completely avoid those situations and never have any appointment with him or her even if it is on phone to speak as it will gradually affect your marriage unknowing to you, that is why you need to hear this, let him/her who thinks he stand be strong least he/she will fall. A n d when the fall comes, the person you have been talking to thinking, if you fall, will catch you or be for you, will not actually be with you, because he/she too had commitment to someone else, but, would only want to have a fling with you but you call it a serious thing, while to him or her, it is just to have fun with you and have his or her base still standing and solid. Surely the house you have built – your marriage will surely fall apart, so be on the watch out and don't ever be a scape goat for anyone as you are more valuable than to be the second hand to anyone.</w:t>
      </w:r>
    </w:p>
    <w:p>
      <w:r>
        <w:t>You may want to try this as I know some of you are in such situation, tell</w:t>
      </w:r>
    </w:p>
    <w:p>
      <w:r>
        <w:t>that person that have been talking to you or wanting to confuse you, from your relationship or marriage that you now have left your present relationship, so what is the position now, can he/she also leave his/her own and come to be with you legally, you will hear good excuses, that does not include you in the plan, and you have only been in discussion with someone who has been selfish and uncommitted to you and cannot take a risk for you, but wants to put you in trouble and when push comes to shove, he allows you alone to be in the ring and this kind of situation has led many people to kill themselves as they find out that, they were been deceived, while some leave with the scares in their mind, which never make them to be able to achieve their best potentials in life, until they go to their grave, thereby, not giving their best to their friends and family. Avoid that ugly situation immediately for your good.</w:t>
      </w:r>
    </w:p>
    <w:p>
      <w:r>
        <w:t>UNFORGIVING</w:t>
      </w:r>
    </w:p>
    <w:p>
      <w:r>
        <w:t>Marriages have comes to an abrupt halt, because of unforgiving of one of the partner in the marriage or both of them, and it starts like a joke sometimes and it takes root and eats off the hearts and minds of the couple, and it may sometimes just beat the imagination of one or both of them, for instance a husband comes from out and has a lipstick stain on his shirt and greets his wife and she may not answer, thinking that, he just went out, with a girl, not knowing that it was a little</w:t>
      </w:r>
    </w:p>
    <w:p>
      <w:r>
        <w:t>cousin who was too excited to see you, unknowingly stained your shirt and you do not know and you just taught it is nothing because you do not know your shirt is stained with a lipstick and she serves your food and wants you to eat alone and she eats alone, it continues in the bedroom and you left it and slept after persuasion that did not make her speak and from there disagreements of other dimensions creep into the marriage including malice this can lead to fights in the house which maybe physical etc. So you see that, no matter what it is first of all understand the whole situation and circumstances before you speak or take any action for any decision taken out of incomplete information, is most likely to bring shame and an unwanted situation that can breakdown your marriage. Married couple that love themselves must, forgive each other like two little children, who have disagreement, but in the next five minutes, you will see them playing together as if there was not any disagreement within them, that is what marriage that would not fail have. Just forgive him/her no matter what it is and talk about it and laugh and move on.</w:t>
      </w:r>
    </w:p>
    <w:p>
      <w:r>
        <w:t>SEXUAL INCOMPATIBILITY</w:t>
      </w:r>
    </w:p>
    <w:p>
      <w:r>
        <w:t>This is a very difficult thing for marriage to endure, because sexual fulfillment is one of the most important requirement in marriages, for, if there is sexual incompatibility, it is always a challenge for the couple and in such marriage, there is always constant unwillingness to resolve issues and conflict it is a trademark in such marriage and in most cases, the marriage ends up in failure and bitterness that is so deep, and even when you want to intervene you are not told the truth except to their close friends, associates or religious leaders, when it has got to the head.</w:t>
      </w:r>
    </w:p>
    <w:p>
      <w:r>
        <w:t>A few illustration would be helpful, to enable my readers do good and informed evaluation before they get into marriage or if you are married already, there are a few things you can do, to become compatible hopefully.</w:t>
      </w:r>
    </w:p>
    <w:p>
      <w:r>
        <w:t>Some men have male organs that are weak and are unable to regularly and effectively perform their sexual obligations and this causes great tension in the marriage, this may have been caused by the man, who is always drinking, thinking that after drinking he will be able to perform his sexual obligations and he fails each time he tries and the wife is in emotional pain, some are so bad that, it will seem to want to work but when it gets to the point, it cannot penetrate and the lady is frustrated. Age too may have taken a toll on the man's male organ that he cannot effectively perform, so some women go out to satisfy their sexual urge and when they are found out the marriage mostly fail. But, it may not be all that it is, spouse should together consult competent medical personnel who are so good especially</w:t>
      </w:r>
    </w:p>
    <w:p>
      <w:r>
        <w:t>now that technology has improved and there are some herbal drugs, these days that are so effective, you guys only need to be diligent and find those that can help and they indeed abound. In some cases the woman is not able to stand the husband sexual energy and it causes frustration and most times the men go out to satisfy themselves and other consequences follow and the marriage is sacrificed.</w:t>
      </w:r>
    </w:p>
    <w:p>
      <w:r>
        <w:t>Someone have also been known to have an oversize organ that causes various problems and complications for the lady and she is at all not comfortable in performing her sexual obligation to her husband and some men cannot take no for an answer, it would only just be good too, if they seek medical help which is also available these days. But, this challenge can be solved from the very beginning, as everything about marriage including size, ability etc of the male and female should be settled so that, there will not be disagreement and even failure of marriage.</w:t>
      </w:r>
    </w:p>
    <w:p>
      <w:r>
        <w:t>Some marriages fail because they are expecting great sexual satisfaction by their spouse, why? because, they had been having great sexual experience with their ex-boyfriends and girlfriends and so they expect the same from their marriage and if they so not get it, some do everything humanly possible to make sure that the marriage is failed or they go back to the ex-boyfriends or girlfriend and get satisfaction and when they are discovered, it affects their marriage and sometimes regret sets in.</w:t>
      </w:r>
    </w:p>
    <w:p>
      <w:r>
        <w:t>This is a great challenge that should be looked at with intelligence so that spouses can settle it as you can actually teach your spouse how to have sexual knowledge of you that will satisfy you and there are books, videos etc that you can use to improve your sexual life, instead of, going for the dissolution of your marriage.</w:t>
      </w:r>
    </w:p>
    <w:p>
      <w:r>
        <w:t>PHYSICAL APPEARANCE</w:t>
      </w:r>
    </w:p>
    <w:p>
      <w:r>
        <w:t>This is important in marriage and spouse do not seem to take not of this at all and it has lead severally to marriage falling everywhere in the world and it is not tied to any region and most times it is the male folks who always want their spouses to look good both at home and outside. And some female folks have not known how that affects the thinking of the man and if they know I am sure they will be looking good all day. Most men even want their wife to look good even in the bedroom i.e. a married woman should not be dressed to sleep in double wrappers and a jeans trouser, only that may anger him and he will be unwelcoming, especially if you do not smell well in bed.</w:t>
      </w:r>
    </w:p>
    <w:p>
      <w:r>
        <w:t>A man would always want to be proud of his wife and even introduce her to his friends and family members with pride and if you do not look good, some</w:t>
      </w:r>
    </w:p>
    <w:p>
      <w:r>
        <w:t>husbands would not go out with you and even when they do they would not want to be long and they are always unhappy and in their mind would want to replace you as soon as possible and you may not be aware and you are there thinking everything is normal and it is not, some men in honesty, initiates fights and quarrels in the house so that they can find excuse to go out of the house or get you out of the house, so that they can bring another person who will be looking good, so please be on the watch out so, that your husband will not find a simple excuse like physical appearance to get rid of you, from your marriage to him.</w:t>
      </w:r>
    </w:p>
    <w:p>
      <w:r>
        <w:t>BAD ATTITUDE</w:t>
      </w:r>
    </w:p>
    <w:p>
      <w:r>
        <w:t>For a person to have bad attitude is in itself bad and not knowing you have a bad attitude, may just be the destroyer that you need to get away from, that actually destroy marriages, most people in marriages may really not be conscious that they have bad attitude because of the environment they grew up from and they have not really had good friends, who in honesty has talked to them about it, their husbands/wives too may not have helped matters as their reaction can indeed fuel the bad attitude, especially, if they always respond negatively to their insults. Bad attitudes may just be someone who insults her husband/wife, always giving the husband cold food to eat, not taking his/her bath, before going to bed with his wife or her husband, being unkempt, staying out late etc some of these attitudes, has greatly lead to the collapse of marriage, therefore, married couple should do something fast about their bad attitude, before it will get to their turn, where their marriage will hit the rock.</w:t>
      </w:r>
    </w:p>
    <w:p>
      <w:r>
        <w:t>As for those planning to get married, it will be of great benefit to examine the attitudes above if they struggle with it, it is now time to finally do away with them and if they also know any other bad attitude that may lead their marriage to fail they should by now work on it, as procrastination, has never been a good friend. If they are really serious in working on their attitude, it is better to, in honesty ask your friends and associates, what they think constitute bad attitude in you, so that you can begin to work on it or better still consult a counselor to find out, what attitude you need to eliminate in other to have a great marriage or add so your marriage will be as solid as the rock.</w:t>
      </w:r>
    </w:p>
    <w:p>
      <w:r>
        <w:t>SPENDING TOO MUCH TIME TALKING ON PHONE, TEXTING, SOCIAL MEDIA AND WATCHING TELEVISION</w:t>
      </w:r>
    </w:p>
    <w:p>
      <w:r>
        <w:t>It is unbelievable that, things as small as spending time on the phone repeatedly with friends, when your husband/wife wants your attention especially</w:t>
      </w:r>
    </w:p>
    <w:p>
      <w:r>
        <w:t>when your wife or husband needs you, can really cause a marriage to crash. An illustration may just make sense at this gesture, A husband called his wife to come to bed and the lady spent a very long time with new friends and families after a few hours she came to bed, her husband has slept, as he was so tired from work and he had to resume early again as he woke up it was morning and needed to go to work, he complained to the wife and the wife said before I came to bed you had slept and I did not want to wake you up etc this same thing happened consistently for three days on the third day, serious argument ensured and the husband accused his wife of satisfying her emotions elsewhere and before you knew it tempers raised and the inevitable took place and that caused strain and they were irreconcilable as malice, visited the marriage and refused to go, the accusation increase and there was complete breakdown of marital vows after a few months and indeed both of them went their separate ways. From the forgoing it is appropriate that you give attention to your partner especially when it is time to perform your marital duties, you should suspend all other duties to attend to it, if you are so engrossed in it, you can go back to it.</w:t>
      </w:r>
    </w:p>
    <w:p>
      <w:r>
        <w:t>Some people also have been known to text their way out of their marriages as they spend great and unholy time in the social media, while their wives and husbands are waiting for them to come and perform the sacred marital duties, they will not be present and some may say, please allow me to sleep, you see I just came to the bed and meanwhile he or she may not be actually sleeping but waiting and hoping you come soon to the bed.</w:t>
      </w:r>
    </w:p>
    <w:p>
      <w:r>
        <w:t>It is important, that those who want to get into the institution of marriage should take critical note of these things and avoid them, if they really want to have a good marriage.</w:t>
      </w:r>
    </w:p>
    <w:p>
      <w:r>
        <w:t>If I may just add this, that some people have because of social media, watching films etc burnt their food, kitchens and even houses as they will be carried away and forget that they were cooking and some in that process sleep off only to see their house on fire and you can bet if it is a married man or woman you can imagine what would happen to the marriage ….</w:t>
      </w:r>
    </w:p>
    <w:p>
      <w:r>
        <w:t>NOT TAKING PROPER CARE OF CHILDREN</w:t>
      </w:r>
    </w:p>
    <w:p>
      <w:r>
        <w:t>Yes, this has led to the collapse of many marriages, some husbands and wives have expectation to a certain level from their spouse when those expectation comes short from time to time, it causes conflict, acrimony, malice etc and it is when it is not managed very well, that leads to the failure of their marriage. For instance a husband that goes to work in the morning and comes back</w:t>
      </w:r>
    </w:p>
    <w:p>
      <w:r>
        <w:t>in the evening expects that, if the wife is at home the children should have eaten, before he would come back, especially when there is provision for them, but if he comes back and that is when the wife goes to the market to buy food items to be cooked for the children repeatedly, it would definitely raise the man's curiosity and his thoughts may be going wild, like, I am alive and able to provide for my children yet they are not been taken care of by their own mother, if I am not around, what will then happen, as you will imagine, there would have been several quarrels, that would have been happening between them and in really, it will lead to countless interventions etc and if the man cannot take it he will surely terminate such marriage, these are realities in some societies, which may come from the fact that the lady must have been brought up like that too.</w:t>
      </w:r>
    </w:p>
    <w:p>
      <w:r>
        <w:t>A case in point, was a woman who was married to a man who had no much value for education, had to end her marriage. The husband has never been useful to the children's academic upbringing and there has been argument back and forth that, if the wife is indisposed to assist the children with their homework, the man should please assist, the man, never for one day did, instead, he will tell the children to go and sleep and if the lady does not check the children will not do their homework and will get low marks, if they hurriedly do it in class, as this thing went on, the lady was afraid that her children may not get the required educational encouragement from their father and the husband would from time to time tell the children, it is not everybody that goes to school that has money that they should go and learn work instead of going to school, the wives fear for her children not getting required education drove her out of her marriage.</w:t>
      </w:r>
    </w:p>
    <w:p>
      <w:r>
        <w:t>if you want to get married, please the above is enough for you to know that you will ask real questions from whom you are getting married to before you say, I do, as some husbands or wife's can be an hindrance in your life or in the life of your children.</w:t>
      </w:r>
    </w:p>
    <w:p>
      <w:r>
        <w:t>NEGLECT</w:t>
      </w:r>
    </w:p>
    <w:p>
      <w:r>
        <w:t>This is a clear thing in marriages that people do, that cause marriage to fail. This must be avoided and taken care of, it comes in various ways and it may be that a partner is selfish and uninformed that is why they engage in criminal neglect of their partners, imagine some husbands have several cars, but would not allow their wife even have one to drive, but they would give one to their children to be going to school, this is a criminal neglect as there can never be any rational explanation for this, even if a husband has one car, he should be glad to share it with his wife, in other to ease her movement, that will in the end help the family no doubt, this is the line of neglect, I wish to speak a bit on what honestly have led to</w:t>
      </w:r>
    </w:p>
    <w:p>
      <w:r>
        <w:t>the failure of many marriages or are now making marriages unbearable and may soon collapse as there is an extent all human beings are able to endure certain behaviour that are inconsistent with marriage vows.</w:t>
      </w:r>
    </w:p>
    <w:p>
      <w:r>
        <w:t>Physical neglect for instance is a practice that goes on in marriages that make them to fall, for instance, how would it be that, because the husband of the house is the bread winner of the family, he will be looking all nice up every time and would not make money available to his wife to look all nice up too, it is not explainable, if you want to sustain your marriage as you take care of yourself, your children also always include your wife as that could be the third stand in the tripod, that if it is not there, your family can and will fall apart as a tripod cannot stand with two legs if the tripod tries, it will fall at the slightest push, but, if the third leg is in place, if it is pushed it will stand the test of time even your soul would have been telling you, you are not doing well, but, you are not listening. A wife or husband that physically neglect the husband or wife in the house is only setting up a time bomb that will explode definitely at a later date, if you are married always find time at home to physically be with your wife/husband, especially, husbands that always want to have a separate room from their wife, it is not encouraging at all, it is physical neglect.</w:t>
      </w:r>
    </w:p>
    <w:p>
      <w:r>
        <w:t>Do not spiritually neglect your spouse, as both of you are to become a unit, try to carry him/her along in your spiritual activities – always pray for your partner and physically ask him/her to attend spiritual activities with you so that both of you can be spiritually fulfilled.</w:t>
      </w:r>
    </w:p>
    <w:p>
      <w:r>
        <w:t>Social neglect, this is sometimes the real cause of marital failure as husbands or wives go out alone and from there, they have other social engagements, that are detrimental to their marriage and when any of the partner finds out, it leads to further trouble that cannot be contained and eventually the marriage fails. In some cases the women complain of not be taken along for social functions which requires the spouse and the lady would assume that, the husband has been attending those social function with another woman, that is contending with her marriage and tension builds up and finally manifests in the failure of their marriages, sometimes those accusations by the wife may not be correct, but some too may be correct especially when there is no reasonable excuse from the husband and it continues unabated. Husbands and wives should find a workable solution to this challenge of neglect, especially for the benefit of those hoping to get married and you are reading this book, settle this and related issues, before you agree to go into the marriage, to have a seamless marriage neglects in other ways that they are not able to adequately address, that is why their marriage fail, how for</w:t>
      </w:r>
    </w:p>
    <w:p>
      <w:r>
        <w:t>instance can one explain, that, a husband/wife will not regard his wife or her husband in the public and would not give due regard to your spouse, it is hard to believe, but that is the reality in some homes, where they treat themselves with discontent disregard etc as they speak to themselves in unprintable languages in public in front of their children etc surely it is a recipe for a failed marriage.</w:t>
      </w:r>
    </w:p>
    <w:p>
      <w:r>
        <w:t>As this has great negative consequences for the children, as it will affect then when they are grown up and may begin to repeat the circle when they get married, that is why you see, some families, their mother is, divorced, they too went into marriage and are divorced too, as the character that drove their mother out of her husband's house, has caught up with her and she/he may have thought that, it is a normal thing to do but alas it has ended him/her as a divorce married couple should be aware and please act rightly, to enable their children have a stable married life as children copy what they see mostly and not what they hear.</w:t>
      </w:r>
    </w:p>
    <w:p>
      <w:r>
        <w:t>As our society bears the consequence too, for there will surely be court cases, children to became drug addicts etc and the society will pay a debt, that your indiscretion has left it with.</w:t>
      </w:r>
    </w:p>
    <w:p>
      <w:r>
        <w:t>The spouse too are greatly affected as some who are divorced may not get married for a long time, either out of fear or he/she would not see whom to marry on time or especially the women, if they have children who leave with them, they do not find husbands on time or they don't even find at all etc.</w:t>
      </w:r>
    </w:p>
    <w:p>
      <w:r>
        <w:t>INSECURITY</w:t>
      </w:r>
    </w:p>
    <w:p>
      <w:r>
        <w:t>This has led to the failure of many marriages and the insecurity could be founded or unfounded, it may just be because of neglect by one partner and different thoughts creep into his or her head and before you know it the marriage has failed. If a man for instance goes out every day for work and closes by 6pm and does not get to the house most times by 1.am or there about, the wife at home, will definitely be so insecure either physically or she will just assume that her husband is having another wife outside that if she is leaving in this marriage, she may just be wasting her time and probably this was not her vision of marriage as she would want a more stable home, where she can see her husband at the right time of the day and may not be going out at midnights to always open the door for her night crawling husband in some cases, when the women complain, they are abused physically or emotionally and in some bad cases they are told to always leave the door opened, so that they may enter and not wake her up, so that she would not ask questions or complain, some like that have led to some women been raped and robbed as they leave their doors opened and their husband will still go ahead to</w:t>
      </w:r>
    </w:p>
    <w:p>
      <w:r>
        <w:t>blaming the wife, and have mostly lead to divorce which mostly do not benefit any of the party as much as they wish or expect because of such neglect the women too may find a way of helping herself to get away of the loneliness, in an illicit way that surely puts the marriage in arms way.</w:t>
      </w:r>
    </w:p>
    <w:p>
      <w:r>
        <w:t>PHYSICAL COMBAT</w:t>
      </w:r>
    </w:p>
    <w:p>
      <w:r>
        <w:t>This is a real treat to marriage and in some homes it is a regular occurrence, surprisingly even in the homes of religious people, which is condemnable and should be done away with forth with as they have no moral justification, to stand before any congregation to speak indeed if they engage in physical combat, which in some cases have led to the failure of marriages.</w:t>
      </w:r>
    </w:p>
    <w:p>
      <w:r>
        <w:t>This is not a thing that suddenly takes place, some of which may have been brewing for over a year or more as a result of disrespect on both part, unnecessary arguments, malice, un-forgiveness etc that couple habour among themselves and it is so shocking that adults act in a way that is detrimental not only to their marriage but also to their health wellbeing and yet they carry on as if it is a normal thing to do, otherwise how can a people, that call themselves husbands and wives be in the same house and they don't speak to each other, eat together cook for each other, sleep in the same bed sometimes and face different ways for days, months and even years and when frustration sets in they now turn it to physical combat and injure themselves, dehumanize themselves and some even kill their spouse and later will be crying, I did not mean to kill him/her, it was a mistake etc sometimes what we human beings do, cannot take place in the animal kingdom as, all of them know that the consequence is very severe, so they don't engage in it, but human beings can sometimes degenerate to deliberately plan to kill your spouse, because of disagreement that you can settle within yourselves but we will be saying, how can I stoop so low, to be the first to greet him/her yet we do not know what can befall us the next hour, that all our pride will or may be buried with us in a six feet grave that we cannot take ourselves to but, people who may even be our enemies and all what we have worked for now comes at the mercy of the wife or the husband you are combating with. I very much think that we (spouse) should begin to rededicate themselves to each other and enjoy the great benefit in marriage after reading this page as, there is really no big deal in this life but to express love to ourselves, so that we become the human being God had envisaged for us, rather than, having evil or bad thoughts for the one you claims to love and spent your time to get married to and you have had, knowledge of each other, so why the bitterness, that should be left to Satan so that he alone continue his</w:t>
      </w:r>
    </w:p>
    <w:p>
      <w:r>
        <w:t>suffering while spouse enjoy the things on earth God has created for them.</w:t>
      </w:r>
    </w:p>
    <w:p>
      <w:r>
        <w:t>ALLOWING MONEY DRIVE YOUR MARRIAGE</w:t>
      </w:r>
    </w:p>
    <w:p>
      <w:r>
        <w:t>This have been known to make marriages fail, mostly because what is making the person to remain in the marriage is money that is available for the man/woman in the marriage to spend and when it is not available, there is bound to be excuses for not wanting to be with your husband/wife, just like the human body that needs oxygen to keep functioning, if there is no availability of oxygen the body will definitely stop functioning, this is how a marriage that depends on money functions too, if the money is not available then, there is bound to be different problems that will come up as there will be unwillingness to become a member of the home and function effectively as fault finding will now replace the drive for move and no doubt, such person never becomes a normal human being as there will be a personality disorder, that only money can solve or when the personality disorder is strong, it present itself in, infidelity, cheating even with little things, insult, stealing etc and eventually such marriage end in divorce.</w:t>
      </w:r>
    </w:p>
    <w:p>
      <w:r>
        <w:t>If money drives you in your marriage then you are not the candidate of marriage as decent marriages do not accept candidates like you, it is only that you just batched into marriage and now that marriage is aware you are a gate crasher it will offload you no doubt and you either begin to acquire the requirements of marriage otherwise if you enter with the same credentials it will throw you out again and this time you may not be able to enter into marriage again as it will label you a misfit and therefore if you go and meet anyone to admit you to marriage, he/she will want to refer to the various exam scripts that marriage has marked before and when the person sees your score that it is well below average, he/she will say you should please improve before I can lead you to marriage and you maybe at the gate of marriage for a long time and may not be admitted for life. That is why you must not allow money drive your marriage for money cannot guarantee marriage, as both of them have a parallel agenda and but money depend on marriage while marriage does not depend on money, after all you may not necessary need much money to get married but money constantly depend on marriage as was the case of King David who did not require money to get married to his heart throb Mical.</w:t>
      </w:r>
    </w:p>
    <w:p>
      <w:r>
        <w:t>HAVING NO ONE YOU LISTEN TO</w:t>
      </w:r>
    </w:p>
    <w:p>
      <w:r>
        <w:t>Some people in life do not listen to anyone, no matter who that person is, such people are dangerous and should not be gotten married to, as mostly it is such</w:t>
      </w:r>
    </w:p>
    <w:p>
      <w:r>
        <w:t>marriages that fail easily, for all human beings should have someone they must listen to at the end of the day, because it is not possible to know all things and be informed of everything, therefore when there is any issue with your spouse or anyone you should have someone that can call you to order and you will just obey maybe not necessarily because you are wrong especially in marriages but just to allow things be or allow sleeping dogs lie, in marriage especially there are bound to be issues both simple and hard ones. Even when it is hard like, the woman wants to have only two children and the husband want four or more, both of them should have someone that can call them to order and settle it amicable, even when, it is not to your favour supposedly, you should take it with good heart and abide to the agreement that was reached, for it is a most responsible thing to do as there may be other issues that may favour you in time to come your partner too should be able to take it that way.</w:t>
      </w:r>
    </w:p>
    <w:p>
      <w:r>
        <w:t>NEGATIVE VULGAR WORDS</w:t>
      </w:r>
    </w:p>
    <w:p>
      <w:r>
        <w:t>This is a serious and very contentious struggle in marriages that very many marriages could not come out of it and are today failed. vulgar negative words are always said without thinking of the feelings of the other person, for instance a husband calling his wife fat pig, and whereas, when he married her, she was slim, but because of child birth etc, she has added weight, then the man can dare abuse her, when it was time to be appreciative of your wife, such can be painful especially when it is done repeatedly and in public and really meant to disgrace or bring one's moral down, for the woman may be having the feeling that her husband, no longer likes her and may now be saying is it that no one would like her and so, if there is another man, constantly validating and praising her out there and the husband, rejects and constantly remind her and no longer, have time for her, as these kind of abuse always leads to anger, frustration, constant quarrel etc she may now begin to give the man praising her attention and may have solace and if things go well, for her in discussion with the other man, some women almost always would suddenly abandon their husband, later regret their actions but may be too late as his wife would have transferred her love to the other man such abuses and vulgar negative words should be completely avoided in marriages, as they could be a torture to one party and you may likely lose your partner forever.</w:t>
      </w:r>
    </w:p>
    <w:p>
      <w:r>
        <w:t>For those prospective marriage candidates please take note and avoid</w:t>
      </w:r>
    </w:p>
    <w:p>
      <w:r>
        <w:t>negative vulgar words as they can destroy your marriage in a way that you may not realize or bargain for and it is most irresponsible to engage in it as, it has never brought any positive result to marriages.</w:t>
      </w:r>
    </w:p>
    <w:p>
      <w:r>
        <w:t>HAVING BAD COMMUNICATION AND LACK OF COMMUNICATION</w:t>
      </w:r>
    </w:p>
    <w:p>
      <w:r>
        <w:t>Communication is one of the greatest key that can sustain a marriage, when it is not solidly in place and when it is defective, it can lead to a failed  marriage and before the marriage fails there are usually signs, that are present, pointing to the fact that, this marriage is heading to the rocks and usually spouse act brinkmanship therefore, the result in brinkmanship is delivered to them, some time in a devastating manner that both parties are unable to recover themselves, therefore spouse should in honesty put in place an effective communication system within them that should be reviewed from time to time and for the sake of your marriage spouse should learn the short comings of one another and try to help come out of it or just leave it if you are able to manage it up to an extent, for if you push it too far it may actually bring down your marriage. Imagine spouses who leave together in a house yet only greet themselves in the morning when they wake up, that is a very poor communication network, even if that is the practice you were brought up with please change it immediately as it is a sign that your marriage can develop problems later e.g. if your wife or husband out of ignorance or so meets a man/woman that greets him regularly, he may start an informal discussion with the person for he/she finds him/her friendly and if that is sustained for a long time it develops into friendship and may be much more than that as your wife/husband may begin to tell him/her that, my wife or husband greet me only in the morning etc then you know, he/she would now be creating and wanting to spend time with the person, that now reduces your time with him or her and he/she begins to find your company not interesting etc that is showing a red flag in marriage and from then on, your communication with him/her drops and becomes uninteresting to him/her because he/she has someone who communicates better then you then frictions, small, small quarrels etc sets in and if you don't look properly hatred and animosity sets in and gradually disintegration of the marriage begins and the end of the marriage comes.</w:t>
      </w:r>
    </w:p>
    <w:p>
      <w:r>
        <w:t>As much as possible say hello, I appreciate you, God bless you etc to your</w:t>
      </w:r>
    </w:p>
    <w:p>
      <w:r>
        <w:t>wife or husband, if you do only this, the goodness in your wife or husband will begin to come out like a fatty meat, when it is put under heat, it brings out all the fatty content and you will see them and know the usefulness or otherwise of the meat. It is like a healing in the home, especially if you are not together by all means try to communicate it to her/him many times daily, so that it will stand as a constant reminder that, I still love you, I am here for you, my promise still stands etc</w:t>
      </w:r>
    </w:p>
    <w:p>
      <w:r>
        <w:t>A bad communication in marriage is a killer of marriage, especially example if one of the party is bossy and always uses commanding words, that are unfriendly and offensive, it allows the other spouse to be resentful, disrespectful etc and if there is a counter insult from the other spouse, it starts as simple argument and refusal to obey even the simplest of command that is unworthily said or communicated e.g. if a husband says to the wife, hey you go to the room and bring me my glasses very fast, the wife may refuse especially if it is in front of others and it has been a repeated decimal in the marriage and in some part of the world especially Africa, it will be seen as a challenge to your husband and even if the members of the wife's family is called to be judges in the matter their sister will be found guilty and even fined and told to apologize to the husband even, when the husband was so disrespectful, but, be that as it may, if the woman can no longer tolerate such demining character from the husband then the marriage always comes to an end, but before then the women usually suffer physical, emotional, verbal and all kind of abuse that sometimes are not fit to be meted to any human being or even animals, this is what a bad communication does to marriages and these are still present surprisingly in our present day marriages.</w:t>
      </w:r>
    </w:p>
    <w:p>
      <w:r>
        <w:t>It should be discourage in every sense of the word and men/women too</w:t>
      </w:r>
    </w:p>
    <w:p>
      <w:r>
        <w:t>should deliberately learn how to be companionate in their communication, in other to sustain their marriage, so that the society will be spared of broken marriages all over the place.</w:t>
      </w:r>
    </w:p>
    <w:p>
      <w:r>
        <w:t>CHEATING – WHY SPOUSES CHEAT AND BREAK THEIR MARRIAGES</w:t>
      </w:r>
    </w:p>
    <w:p>
      <w:r>
        <w:t>Many marriages that fails is as a result of cheating, which some spouses do in other to get back at their husbands especially, but a few and men too are engaged in it, to get back at their spouse, when for instance they are of the opinion that she is rude and resentful and does not respect them enough after several protests etc. As for the women they do it, if their husbands keep late and she is suspecting that he would have been with a woman or she is suspecting him and his office staff etc.</w:t>
      </w:r>
    </w:p>
    <w:p>
      <w:r>
        <w:t>The spouse may really not want to cheat out rightly but, according to some they do it out of fun and it now becomes a habit and they go on with it until it brings their marriage to a close and they begin to regret and say they were doing it out of fun etc and the man or the woman may not want to see it that way and may not listen to appeals etc</w:t>
      </w:r>
    </w:p>
    <w:p>
      <w:r>
        <w:t>Some cheat out of self-low esteem i.e. their husband/wife may just have</w:t>
      </w:r>
    </w:p>
    <w:p>
      <w:r>
        <w:t>been telling them, is that all you can do, you are not good in bed, you are not exactly beautiful etc and it, may now begin to occur to them to cheat and see if the other person will say same thing, as they are commended, they will go a step in and in and they may become permanent in cheating and definitely in most cases, they are always caught and the marriage, eighty to ninety percent of the times fail immediately and spouses suffer the consequences that follows cheating, shame, disgrace, verbal abuse etc Some men cheat especially in Africa because, they, follow the old and outdated maxim, which says that eating only one type of soup can kill your manhood – they do it just to have a taste of what any other one can be, but many times it now leads to failure in their marriages.</w:t>
      </w:r>
    </w:p>
    <w:p>
      <w:r>
        <w:t>Unholy alliance most times leads to cheating which is going out with friends that all of them has boyfriends and girlfriends, when they are all married, it lures some into it and in not too long a time it begins to tell in their marriages and it leads to the failure of their marriages most times as they now begin to serve two masters and especially when the lesser master requires more attention and the original owner, protests and one thing leads to the other and the marriage is gone with the wind.</w:t>
      </w:r>
    </w:p>
    <w:p>
      <w:r>
        <w:t>LACK OF SEXUAL SATISFACTION OR DISSATISFACTION</w:t>
      </w:r>
    </w:p>
    <w:p>
      <w:r>
        <w:t>This is a very turbulent issue in marriages, which has led to some marriage being broken as it may either be the male or the female that complains of sexual satisfaction. It comes in various forms, for women most times, could be that the male organ is not large enough and therefore they do not get sexual satisfaction and are unable to stand it and would want to leave the marriage as soon as they can especially again if they don't get it with the regularity, they desire and sometimes too they go out of their marriage to get satisfaction and are caught and their marriage comes to an end. Some women too complain of sexually not satisfied when they see that, the male organ of their husbands are to large and they don't enjoy sex, they opt out of such marriage and finds a better size that, they can enjoy. Men too have been known to end their marriages because they do not get sexual satisfaction from their spouse, either because their wife is unable to allow them have their way each time they want to have sex as some women are known not to really have the energy to go a long hug and fights and quarrels break out especially in the nights and in the mornings and it can be frustrating for some men who are unable to bear it and they go out to seek satisfaction and sometimes in the process, if they find ready and able female partner, they ask their wife to pack out of the house or go ahead to marry and ask for divorce.</w:t>
      </w:r>
    </w:p>
    <w:p>
      <w:r>
        <w:t>Sex in marriage is an issue that has not been adequately, discussed and explained to the couple, before they get married and a lot of them do not at all, discuss, sexual capability and therefore when they get married. It becomes a serious problem that they cannot contend with and it leads to the failure of their marriage, readers who are married and are having problems with it, should, call a peaceful meeting with their spouse or seek the counsel of a marriage counselor in other to have peace and happiness, while people who are yet to marry should discuss about it in great details before they get into marriage, otherwise great distress, discomfort and frustration awaits them or they should consult us for counseling. Part of the problem too that leads to failure of marriage because of sex in marriage, is that, some spouse who have been sexually active and are having it so good, but did not end up with their sexual partner(s), when they get married they expect such good and very active love making life from their husbands and wives, when they don't get it, it then becomes a great challenge, that present itself in different ways and later leads to the dissolution of their marriage if they can no longer stand it.</w:t>
      </w:r>
    </w:p>
    <w:p>
      <w:r>
        <w:t>LACK OF SEX LANGUAGE</w:t>
      </w:r>
    </w:p>
    <w:p>
      <w:r>
        <w:t>It is hard to know and believe that, a thing as small as sex language, can result to the failure of marriages even in this millennium and it will still cause it even beyond this time, for, it tells you how sex is important in marriage and how people take it very serious, therefore even married couple should use this medium to trace and check if this is causing troubles of different kind that seem to be intractable as people react differently to problems, you may just be too surprise that, because you did not sexually satisfy your wife or husband at night and in the morning you ask him/her for the money he/she promised yesterday he/she would say, I don't have it or you will notice unhappiness and unwillingness to speak to you or say hello in the morning.</w:t>
      </w:r>
    </w:p>
    <w:p>
      <w:r>
        <w:t>Therefore spouse should as a matter of urgency learn to use, conforming, and exciting, great words to describe their sexual experience before, during and after sex with your partner, so that you keep him or her happy and give him/her assurance that you feel good about it. What really happens is that, if your spouse is not satisfied with sex at home he/she goes out to get it and once, he or she begins to hear words like, it was great, you are good in bed, I want it again etc, they are almost always attached to the person and once that happens, the sexual life at home becomes dead and uninteresting and before long you find out your partner is cheating and the marriage hits the rock, so seriously guide against it, so that you do not lose your partner.</w:t>
      </w:r>
    </w:p>
    <w:p>
      <w:r>
        <w:t>FALSE SELF IMPRESSION</w:t>
      </w:r>
    </w:p>
    <w:p>
      <w:r>
        <w:t>How sad it is to know that false self-impression can make marriages to fail, this is an unfortunate incidence that occurs in some marriages, where some men or women get married to someone who may not be of the same circle of influence and in no time into the marriage they begin to exhibit or behave in a manner to communicate to their spouse that they are not of the same status either financially, educationally, societally or socially and therefore, they expect their spouse to always bow and just be tolerant of their behaviour even if it is a treat to their marriage or offending their spouse and in the normal human reaction, the oppressed or despised spouse may want to bear it for some time and surely there will be resistant, the behaviour may now become verbalized etc and in that instant, there will now be, open resistance, resentment, quarrels etc and in no time physical abuse sets in and in some cases it leads to accidental injuries etc and eventually the marriage fails.</w:t>
      </w:r>
    </w:p>
    <w:p>
      <w:r>
        <w:t>But some spouse bears the humiliation, public shame etc they endure it, saying that they are already married etc and especially if they have children they will not want to leave the marriage, despite been abused and dehumanized, because of the social, education or financial status in their marriage, some of them lose their life in the end as they end up with blood pressure, which quietly kill them as they are always full of negative thoughts that they cannot relate to anyone out of shame or all in the name of having a good marriage, but please do a very good assessment of your marriage, if it is coming to the fact that you are abused, dehumanized and you are having trauma, quickly contact a confidant, marriage counselor or the security agency, if it is a treat to your life, as that man/woman you want to put your life on the line for may be married before six months of your death and you in the grave, away from your loved ones, friends, family etc to be forgotten sooner than you realize. So speak up, just like anyone that is been raped and you are not speaking up, it is too bad for you as it will cause damage in your life later than you honestly know it is hard, when you listen to some of the reason(s) why spouses cheat, same do it out of share desperation to keep alive and to give their children food and education, because of economic reality in the family and sometimes the health of the bread winner. Some just do it because they are stressed at home and that is the only way they can calm down. Dislocation of family, when both of them are in different cities and cannot easily get their partner. Some assume that they married too early and therefore they need to enjoy life according to them, a wrong counseling from very unkind and untrained counselors could also be one of the reason why spouse cheat.</w:t>
      </w:r>
    </w:p>
    <w:p>
      <w:r>
        <w:t>However you look at it, it is not justifiable and most times it ends up in divorce disgrace etc, spouses should do everything possible to stop it forthwith if they are engaged in it and those who are not married now should guide against it for it is possible, if you get your considerations in wanting to get married right, then you are good to go.</w:t>
      </w:r>
    </w:p>
    <w:p>
      <w:r>
        <w:t>BAD EXPERIENCES</w:t>
      </w:r>
    </w:p>
    <w:p>
      <w:r>
        <w:t>This is one of the things that makes marriages to fail, this has different dimension, for instance, if a child grows up in a home where the father beats up the mother out of any slight disagreement and the child too goes to marry, the girl child, if she is been beaten up she may see it as a normal thing and goes on with the marriage until she can take it no more or the boy that grows up in such situation, would normally beat up his wife and still feel very cool having the wrong knowledge that, he is doing the best for his family and the wife in turn will be seeing it as an abnormal thing and her reaction, maybe violent in attempt to defend herself from being abused by her husband and the husband to may resist it strongly, because in his home the mother did not give his father, such resistance and in the end, such marriage will end up with both of them going their different ways.</w:t>
      </w:r>
    </w:p>
    <w:p>
      <w:r>
        <w:t>A person who sees members of his or her family, divorcing at the</w:t>
      </w:r>
    </w:p>
    <w:p>
      <w:r>
        <w:t>slightest provocation may also get into that mix and leave his or her marriage when it is her or his turn to get married or his or her father and mother divorced, they too will not find it difficult to get divorced too.</w:t>
      </w:r>
    </w:p>
    <w:p>
      <w:r>
        <w:t>Readers are expected to stay above their bad experiences so that they can have a good married life, this especially goes to those that are getting ready to get into married life, as the options is left for them to take, you need to also know the experience of the person you want to get married to, as experiences have a very large role to play in our lives, just as, it does to small children, if you grow up in a house where they manage food etc, you will be good in that too.</w:t>
      </w:r>
    </w:p>
    <w:p>
      <w:r>
        <w:t>MARITAL MISCONCEPTION AND EXPECTATION</w:t>
      </w:r>
    </w:p>
    <w:p>
      <w:r>
        <w:t>Some people go into marriage with very wrong misconception and expectation so when they get there, they are easily frustrated and most times can't take it and they call it a quit and they now face reality of not getting married and if they get in again they will get the same thing, if they do not learn before repeating it again and their frustration this time could be more than the first one, so you see marriage with all kinds of problems that is traceable to this, misconception for instance, some male folks, believe especially in Africa that once you are married</w:t>
      </w:r>
    </w:p>
    <w:p>
      <w:r>
        <w:t>to a woman, she should not be heard, you have to tell her what to do, as her opinion no longer matters, and she must remain in the house and cannot go to work except you the husband approves of it, honestly these failed misconception etc has led to the failure of many marriages, especially when such men get married to an educated woman from a social background, that would not in any way accept that a woman's place is only in the kitchen and she cannot work except, her husband approves of it, not minding if she has even spent about a decade educating herself, no doubt this has caused great tension that results to active conflict, that obviously cannot be managed by spouse as, the conception and understanding of both of them is running parallel to one another, the obvious and inevitable then always happens, that is divorce. Because, spouse do not really seat down to talk in details before they get married, each of them have their expectation from each other, based on their own understanding of what marriage is, in other to get a good marriage that is free of unrealistic expectations from your spouse, engage in serious and heartfelt discussion and get each other's perspective of what marriage is and what each of you are expected to do and how you will do it, if you see that your proposed wife or husband's is an expression of what marriage is not compactable with your idea of marriage, then without sentiment opt off it, for you getting, you will surely get hurt and disappointed, and can lead to frustration and eventual failure of your marriage, which is not a good account of a person of your standing and quality, who should be able to take care of little things like this or be able to strike a compromise that will work for both of you.</w:t>
      </w:r>
    </w:p>
    <w:p>
      <w:r>
        <w:t>As it is, sometimes in some marriages, the wives expect only the man to</w:t>
      </w:r>
    </w:p>
    <w:p>
      <w:r>
        <w:t>foot every bill in the family, even when, the wife is working and earning well as much as the man or even more as, some have the mentality that, because he is the man of the house, he should do it for everyone in the immediate family, this has frustrated some men to the extent that they now begin to engage in verbal abuse etc and before you know it, it leads to other serious disagreement and in a bid to get back at his wife would call the marriage quit, so that, he will only fend for his children if any and look for a woman who will be ready to assist him in the bills of the house, especially when he finds that the bills want to way him down.   T h i s is why prospective marital candidates should ask enough questions about footing of bills in the family before they get into marriage to avoid, broken homes which is not the best thing.</w:t>
      </w:r>
    </w:p>
    <w:p>
      <w:r>
        <w:t>Visions and missions of spouse must be related and complimenting otherwise it is not possible for your spouse to have a respectful, responsible visions and missions would be in conflict even when two of you would want to</w:t>
      </w:r>
    </w:p>
    <w:p>
      <w:r>
        <w:t>stay with each other, the negative impact it has or would have in families can only be imagined as, it is like oil and water they can hardly come together, at every slight opportunity, they separate themselves and establish their identity no matter how you try to put them together.</w:t>
      </w:r>
    </w:p>
    <w:p>
      <w:r>
        <w:t>COMPARING AND EXPOSING THE WEAKNESS OF YOUR PARTNER</w:t>
      </w:r>
    </w:p>
    <w:p>
      <w:r>
        <w:t>This clearly has ended marriages a great number of times, for it is like bruising the ego of your spouse when you compare him either with his mates or friends etc and it has to do with what he has no immediate control, sometimes if they are able to overcome it one way or the other they usually get back to their spouse with divorce immediately and move on for instance a man is married and for a few years he is unable to impregnate his wife and the wife keeps mocking and comparing him with his mates that got married the same time with him are all having children etc, if such man in frustration goes out and impregnates another woman he mostly likely will send the spouse packing and bring into the house the woman that is pregnant for him and calmly ask for divorce. Related too is when you tell your wife she is not good in bed and she goes out to try and see if what her husband said is true or not and she finds the later better than yours, the husband, she most likely too will not want to come back to such marriage and divorce is always the end of it.</w:t>
      </w:r>
    </w:p>
    <w:p>
      <w:r>
        <w:t>Exposing the weakness of your spouse, to your family and friends etc is not the best thing to do, as it can lead to the failure of your marriage, as some spouse feel so insecure of their wife and therefore get a divorce.</w:t>
      </w:r>
    </w:p>
    <w:p>
      <w:r>
        <w:t>An illustration may bring more understanding of how it is not the best to begin to expose your spouse. A business man got married to his wife after two years of marriage he became so successful in business and sometimes he brings money home to pay his workers and clients etc and the wife has a friend who owns a restaurant and she told her friend that her husband used to bring cash to the house and she has told him not to bring huge cash to the house, he will not desist from it, that even today he has brought huge cash to the house and she is even afraid to sleep in the house, her friend related this to another of her friend in her restaurant, not knowing that some young men who were drinking over-heard them and in the night they arranged and brake into the house and forcefully asked the man to give them the money he has brought to pay his workers that they were drinking in a restaurant when they heard it, later one thing lead to another and it was discovered it was the wife who told her friend and her friend told another friend and armed</w:t>
      </w:r>
    </w:p>
    <w:p>
      <w:r>
        <w:t>robber over-heard and then robbed their house, the husband would not have any entreaty but asked the wife to leave for he concluded that, he would have been dead if he had struggled or denied he had no such money, so you need to be so circumspect about giving, your husband or wife weakness to anyone as you may not know how careless, that person may handle that information and it may lead to unwanted consequences and loss.</w:t>
      </w:r>
    </w:p>
    <w:p>
      <w:r>
        <w:t>A man told his wife how she was good for nothing, unable to support the family etc, the woman was very angry and took it as a challenge and went to borrow money on interest and started business after about five years the woman was successful, that she was more buoyant than the husband and after sometimes she expanded her business again and the husband was now becoming jealous and asked her to close the business as she was becoming too independent, and you can be sure she refused and the husband called it quit; so you see from these illustrations that, we need to be able to use tact to solve any challenge that comes to us in our marriage otherwise we are heading to divorce. You can imagine the husband who mocks his wife even in public that she was good for nothing, now turns round to ask this wife to close her business that had become profitable out of jealousy of his partner, which must be avoided as, you and your partner has become one and should share everything any of you have as much as possible, to engender love and peace in your marriage.</w:t>
      </w:r>
    </w:p>
    <w:p>
      <w:r>
        <w:t>GIVING ROOM FOR SOMEONE ELSE TO BE YOUR SPOUSE CONFIDANT</w:t>
      </w:r>
    </w:p>
    <w:p>
      <w:r>
        <w:t>It can become one of the worst thing you would have done to your marriage if you allow anyone to become your spouse confidant, you should deliberately plan a coup and overthrow the person no matter who or what the person is to him or her, but you should go about it discretely and deliberately and be honest about it too, for if you do not become the confidant of your spouse, then you should be sure that you have not done a good job on your marriage as that could be the source of trouble and divorce in your family.</w:t>
      </w:r>
    </w:p>
    <w:p>
      <w:r>
        <w:t>Just imagine if your wife or husband has a confidant, the things that should remain in the family will surely finds its way out because your wife or your husband has a confidant and it could also be a source of your security problem as the confidant of your wife or husband also have a confidant and so on, and it could be a source of great embarrassment for you and your entire family as can be understood in illustration below; a family has been leaving in rented apartment for a number of years now, and the wife was the one who was able to contribute the</w:t>
      </w:r>
    </w:p>
    <w:p>
      <w:r>
        <w:t>largest amount and they bought a land and started to build and a friend saw him on the piece of land supervising the workers and as they meet in a joint, the friend in company of other asked what he was doing, he said, well he got the land he is trying to put up a structure there, hardly had he finished, someone among them said, but, it was your wife that contributed the largest share of the money and here you are saying, you bought a land and trying to develop the land, why not tell us the truth, the husband was too dumfounded to speak as he knew the wife had told the man, on getting home he was so angry that he could not eat that evening and almost all through the night he did not sleep, the next day he did not go to supervise the workers the wife asked and his response was unfriendly and the wife could not understand and later, when he was able to get the man speak the man narrated how he was humiliated, she appealed to the husband and said, no he does not even know the man, that it was her confidant that she told – a friend, apparently the friend told her confidant, who told another confidant's husband who told the story in the joint, you see how a confidant outside the family is not a good thing to do, if not that the said husband was understanding this could lead to a divorce, so spouses should try to win their wives and husbands as confidants, so that it will not lead to avoidable mistakes that can close the marriage.</w:t>
      </w:r>
    </w:p>
    <w:p>
      <w:r>
        <w:t>Some confidants are some ex'es who would not wish you well or sugar</w:t>
      </w:r>
    </w:p>
    <w:p>
      <w:r>
        <w:t>mummy and daddies that would want you in bed at every opportunity.</w:t>
      </w:r>
    </w:p>
    <w:p>
      <w:r>
        <w:t>CULTURES</w:t>
      </w:r>
    </w:p>
    <w:p>
      <w:r>
        <w:t>Honestly, marrying across culture is good in itself, but, if the people who are married are not patient, it can lead to failure of marriages as their background accommodates a behavior that is seem as repugnant to another culture so if you engage in your culture, without making your spouse to understand or be able to comprehend your attitude or character, there surely will be tension that could lead to divorce. For instance sighing in some culture is seem as an offence even when in some you even sigh to drive home your point, sociologist call it culture shock and some people are not able to take it and they bow out.</w:t>
      </w:r>
    </w:p>
    <w:p>
      <w:r>
        <w:t>For instance, the African traditional culture allows any member of the family to call his brother's wife his wife and his wife is expected to treat the brother as she will treat the husband, but in the western world it is not so, she will find it difficult to at least for the first time understand such behavior or she gets visitors who would not give prior notice, but just knock and he or she is expected to gain entrance, sometimes at odd hours, she would have to stomach it, but for some if this practice continues she will definitely abandon the marriage for, such behavior</w:t>
      </w:r>
    </w:p>
    <w:p>
      <w:r>
        <w:t>cannot be accepted over there.</w:t>
      </w:r>
    </w:p>
    <w:p>
      <w:r>
        <w:t>That is why spouse need to be understanding and accommodating in other to leave in peace and happiness, as they should talk about challenging issues to be able to reach an amicable solution otherwise divorce would stir them in the face.</w:t>
      </w:r>
    </w:p>
    <w:p>
      <w:r>
        <w:t>VISITING SPIRITISTS, PROPHETS ETC</w:t>
      </w:r>
    </w:p>
    <w:p>
      <w:r>
        <w:t>A husband or wife that pays visit to spiritists or prophets who are mostly fake, run the risk of losing their marriage, as those spiritists and prophets are mostly out to make money and deceive people to continue in the business, as they would not tell you the truth, but would always want you to come back to patronize them and once your wife or husband is aware, which is always the case, most marriage fail.</w:t>
      </w:r>
    </w:p>
    <w:p>
      <w:r>
        <w:t>There abound stories of men and women who have been caught while trying to either add what the spiritists or prophets gave to them to their wife or husband's food or water to drink or bath with, some lead to tragedy, after the wife or husband would have consumed the items they die, some become incapacitated etc and of course the marriage would on its own come, to an end knowingly by the spiritists or prophets who would want to get married to their victims by either killing their husbands or wives.</w:t>
      </w:r>
    </w:p>
    <w:p>
      <w:r>
        <w:t>The more tragic of them are young girls who patronize spiritists and prophets and the prophets or spiritists end up marrying them as either fourth of fifth wife, because they are beautiful, it is strongly advise that young people  should have no reason to visit a spiritist or a prophet, they can on their own pray and God will answer them. Some of them end up been abused sexually by the spiritist and fake prophets and some get raped and are unable to speak out, and it becomes a problem for them.</w:t>
      </w:r>
    </w:p>
    <w:p>
      <w:r>
        <w:t>PRIDE OR PROCRASTINATION</w:t>
      </w:r>
    </w:p>
    <w:p>
      <w:r>
        <w:t>It is one of the thing that makes marriages to easily fail, when either of the spouse is proud the other will resist in various ways and circumstance that are not related and there is sure to be disagreement always as actions will be wrongly interpreted and simple words taken out of context and the feeling would be that he or she is proud and he or she wants to exhibit that with me, I will not take it, either because one is more educated than the other, difference in family background, financial status, racial status etc which in the end does not really define who we are or who we should be, but we should be defined from the stand point of humility, kindness, love, etc, which are indeed the quality that a normal human being should</w:t>
      </w:r>
    </w:p>
    <w:p>
      <w:r>
        <w:t>possess, anything short of it, is not good enough and it is better now that we either re-examine or re-evaluate our life and seek to be a normal and average human being that should be able to tolerate, appreciate and leave in peace with other human beings, especially our spouse.</w:t>
      </w:r>
    </w:p>
    <w:p>
      <w:r>
        <w:t>Pride comes before a fall, it has never brought any good to those that harbor pride, it can only bring pain, bitterness and resentment to you and the people that you interact with or in this case your loved ones.</w:t>
      </w:r>
    </w:p>
    <w:p>
      <w:r>
        <w:t>PROCRASTINATION</w:t>
      </w:r>
    </w:p>
    <w:p>
      <w:r>
        <w:t>This is one of the thing too that is not good especially in a marital circumstance for it can cause death, injury, bad blood and great negative attitude from your spouse.</w:t>
      </w:r>
    </w:p>
    <w:p>
      <w:r>
        <w:t>Procrastination, is not good in a home as it can for instance lead to the death of one of the partner or their children, e.g. if your husband or wife or child is sick and you keep saying I will take him or her to the hospital tomorrow and you say tomorrow again and keep saying so, that person can die at home and this has been the loss of some family, who now leave in regret and pain for the rest of their life, we should avoid procrastination by all means possible.</w:t>
      </w:r>
    </w:p>
    <w:p>
      <w:r>
        <w:t>Or you want to cook for your husband or children because you procrastinate and did not go to market the children are already sleeping by the time you prepare food and you keep doing this you may have taught your children how to help themselves by stealing and surviving unknown to you and when they become adults, stealing becomes a normal thing for them to do.</w:t>
      </w:r>
    </w:p>
    <w:p>
      <w:r>
        <w:t>If you engage in procrastination your spouse may be ignoring you and will not have confidence in you and may be forced to be dealing with other people, unknown to you, even in things that he should confer with you and who knows what or how his or her interaction will influence or affect him or her or even your home as one interaction sometimes leads to the other and the thing your spouse should be doing with you he or she will now be doing with someone else whom you may not be sure of their interaction with your spouse.</w:t>
      </w:r>
    </w:p>
    <w:p>
      <w:r>
        <w:t>CHAPTER SIX</w:t>
      </w:r>
    </w:p>
    <w:p>
      <w:r>
        <w:t>MAKING YOUR MARRIAGE WORK</w:t>
      </w:r>
    </w:p>
    <w:p>
      <w:r>
        <w:t>Making your marriage work has no particular formula, that works for it, but depending on how, where, when the marriage was contracted, for instance if a marriage is contracted fraudulently and both of you know that was the case, one person maybe using it to blackmail the other and you get what you bargained for – for instance a marriage, that was done in a hurry, when one of the party is not entirely convinced that the marriage should even take place, then you will see that the marriage will have challenges that is hard to track and happiness and peace will surely be very far from such marriage, therefore making it work may be very difficult and can only come when the two people involved in it are able to settle their differences in good faith.</w:t>
      </w:r>
    </w:p>
    <w:p>
      <w:r>
        <w:t>But, it is very possible to make marriages work, if the two people involved in it are of different background but, they can find places of common ground and make it work together especially if they are not forced into getting married, all they need to do is to, in honesty be willing to get married, tolerate and try to understand one another, they could have a marriage that can turn out to be the envy of all and may serve as a good reference point to those who want to get into marriage or who are in marriage and they are finding it very difficult to cope.</w:t>
      </w:r>
    </w:p>
    <w:p>
      <w:r>
        <w:t>Make no mistake marriage can be challenging as there are various things that bring challenges to marriage, for marriage have various phases e.g. getting married and it will be the time you are both alone and trying to study each other, before you know it, children will come and they will bring their challenge of growing up, their education comes up just following their growing up, they now get matured and are themselves getting ready to get married and it may now return to the fact that only two of you will now be alone again and all these stages has their own challenges, both of you only need to lend a hand to each other during challenging periods and you will see how easy both of you will pass through it, there are some specific thing you may need to do individually and collectively to be able to set your marriage on fire and make it work and it is especially good that you have different orientation and in truth there are significant things in your orientation that you can bring to the table to make your marriage work and all you need to do is to identify them and begin to do it, before you know it, both of you will become so happy that you will not want to notice the things your partner did not do right, as it is practically impossible to see that both of you will not annoy each other be it knowingly or unknowingly as you can even do it to have fun of each other and once you get used to each other and always forgive each other, you</w:t>
      </w:r>
    </w:p>
    <w:p>
      <w:r>
        <w:t>will see a great spark in your marriage that you can't do without each other and will be inseparable. I have deliberately brought out some things I think can make your marriage work, if you carefully examine them, no doubt you will find them suitable and useful.</w:t>
      </w:r>
    </w:p>
    <w:p>
      <w:r>
        <w:t>DELIBERATELY SET FIRE ON YOUR MARRIAGE</w:t>
      </w:r>
    </w:p>
    <w:p>
      <w:r>
        <w:t>If you set fire to anything especially in the dark, it will be bright and everyone will see it from afar and fire does not leave anything the way it met it, therefore you must make up your mind to let people see your marriage on fire and you will decide not to let your partner be what he/she is when you get married to him/her, for that is what marriage is, so that when his/her friends, family etc see him/her, he/she should not be dressing the same way, but better than you met him/her, that is how to set fire on your marriage, for if your partner still acts the same way and not better than you meet him/her, then it is clear that you are not doing a great work to improve your marriage, you should every day, week, month etc be thinking of how to improve your partner and you will find out that there is something to improve about him or her, is it the way he talk, that is not of the best quality, or his/her reaction to issues, make it a task and you will surely find a way to do it.</w:t>
      </w:r>
    </w:p>
    <w:p>
      <w:r>
        <w:t>What if your husband returns from work, each time you are at home you make it a point of duty to help him pull off his shoe, the shirt etc, if you do it regularly enough, and you are not around, he will feel and know that something is missing from him and would wish that you are around or that, you watch him eat while you have eaten and be deliberately seducing him, if he eats anywhere without you, he will feel uncomfortable and would want to be with you, it is a normal human reaction to events like this, just find a way for your husband or wife to depend on you, he or she will not want to do some other things without you. So also a man can deliberately seduce his wife in the house, for example, if your wife is in the kitchen and you are always there as much as you can to give a helping hand, she will feel empty when you are not around and will surely wish that you are there, for it is like a healing balm, when it is put over a wound after sometime the injury will surely heal, find ways to be like the balm in your marriage and it will surely be like a fire that is lit at the hill top everyone will surely see it.</w:t>
      </w:r>
    </w:p>
    <w:p>
      <w:r>
        <w:t>EMOTIONS DIE, LOVE DOES NOT DIE</w:t>
      </w:r>
    </w:p>
    <w:p>
      <w:r>
        <w:t>If you have emotion for someone after sometimes the emotions will fall.</w:t>
      </w:r>
    </w:p>
    <w:p>
      <w:r>
        <w:t>For it is a thing that you saw that stirred you up to want to be with a person, but, if</w:t>
      </w:r>
    </w:p>
    <w:p>
      <w:r>
        <w:t>you love someone, age, distance, colouretc can and does not change love, it is a feeling you get that surpasses, material or physical considerations, therefore even time can't make it fade or corrode, therefore make sure you love someone before you get married to him or her, for if indeed you love someone, there is no way you would want to leave the person especially when you are married and have been showing love to each other, it is only death that ideally should be able to do you people path. For if you love someone it is like your own self, how can you reject yourself, it is not possible, for even if you do, there is nothing you can do about it.</w:t>
      </w:r>
    </w:p>
    <w:p>
      <w:r>
        <w:t>So keep the love you have for your partner burning and you will surely see the good in it, when you keep the faith, rebuke anger and be of good cheer always.</w:t>
      </w:r>
    </w:p>
    <w:p>
      <w:r>
        <w:t>LOVE HIM/HER LIKE THERE IS NO TOMORROW</w:t>
      </w:r>
    </w:p>
    <w:p>
      <w:r>
        <w:t>Yes, it is very possible to love your partner like there is no tomorrow, once you are able to do that, like petrol, if you strike a match stick, it will light up, if you are able to do that he/she may want to see the reason to reciprocate, your kind gesture even when it is obvious that he/she may not have been able to love you the same way you love the person, for in some cases it will take some time for the partner to be able to respond adequately and it may take some time, for some people to actually respond or reciprocate, that kind of unusual gesture, so it is strongly advice that, you need to be patient as it myth come true later and you must have a fantastic marriage in life if you persist. Do everything you know how to do to tell him/her you love her be it verbally, caring, being nice etc surely the gasoline must be on fire as those are match sticks that set your love on fire.</w:t>
      </w:r>
    </w:p>
    <w:p>
      <w:r>
        <w:t>DON'T TRANSFER AGGRESSIVE</w:t>
      </w:r>
    </w:p>
    <w:p>
      <w:r>
        <w:t>By all means, when you get home do not in any way transfer aggression from either your work place or from outside into your home, as it really brings serious misunderstanding to the marriage, for it is always the best to leave all worries and maybe even turn them to a laughing matter at home to relief stress. And partners should look out for each other in this regard, when you take note of stress and words that are not coherent or consistent coming from your partner, you should immediately provide a shoulder for him or her to lean on, as your reply should be something even when the other partner is being aggressive with his or her words or at best keep quiet and see if you can say what will make him or her want to laugh and when he or she had returned to wanting to become normal you then ask and try to comfort him or her and see that you talk about it and subtly tell him or her that he should not be aggressive with words that you are always here</w:t>
      </w:r>
    </w:p>
    <w:p>
      <w:r>
        <w:t>to talk to him or her and he should be confident about that, if you consistently do it, you will see that over the time he/she will come home and you will be the first person he/she will want to see, immediately he/she comes back from out and your marital life can take a turn for the better. If both of you decide to be gentle to each other. Even in the moment of aggressive words from your partner, you can go hug him/her and speak in his or her ears I still love you, he or she may be surprised – get at it.</w:t>
      </w:r>
    </w:p>
    <w:p>
      <w:r>
        <w:t>ALWAYS WATCH FOR SIGNS FROM YOUR SPOUSE</w:t>
      </w:r>
    </w:p>
    <w:p>
      <w:r>
        <w:t>It is very important that partners watch out for themselves, for signs of mood swing or other signs that would normally not be expressed, maybe depression wants to set in, so that you can know how to handle it and be nice to him or her, it should be noted especially the men that so long as your wife experiences her monthly circle, it is possible for her to have mood swing from time to time, do be on the watch out and be able to be intelligent about it, that if she seems to be struggling with it, you should be of help not be of more trouble to her. All human beings at one time or the other, may have issues they may be contending with that, may make their mood to be unstable so if you just take note, as a good partner, you try to help or just be understanding for those times or few days and you will see that as time goes on you will be able to predict your partner and be able to go along with him or her, smoothly without much challenge.</w:t>
      </w:r>
    </w:p>
    <w:p>
      <w:r>
        <w:t>GENTLY OPEN HIS OR HER HEART</w:t>
      </w:r>
    </w:p>
    <w:p>
      <w:r>
        <w:t>Every human being has a way you may be able to approach him or her and there may be times that he or she will surely be very receptive, as partners, it is better to know these times and the words that will be able to gently open his or her heart to you. But, all human being like to be approached gently either in words or deeds, so if you want to open up the heart of your partner, you have to be able to deliberately learn, how to speak soft words to him/her so that, you will almost always have your way with your partner, aggression only seals the heart and mostly, a normal human being will resist you if you show aggression as soon as he or she can and in some cases you may loss your partner without really knowing you have, but you may still be leaving together.</w:t>
      </w:r>
    </w:p>
    <w:p>
      <w:r>
        <w:t>FULFILLMENT IN MARRIAGE IS PREDICTABLE</w:t>
      </w:r>
    </w:p>
    <w:p>
      <w:r>
        <w:t>A marriage that will stand the test of time and be happy and peaceful is indeed predictable, because you will hear words that are encouraging from both partners. Aggression will be absent as there will be mutual respect for one another</w:t>
      </w:r>
    </w:p>
    <w:p>
      <w:r>
        <w:t>and no one would either be aggressive verbally or physically – you will not hear raised voices often, they will be walking and talking together in peace, they would know the position of each other, at all times. A fulfilled marriage can be measured from the children you bring up, most children that are wayward and are problematic to the society can be said comfortably to have been brought up by homes where there is least fulfillment, as they learn some of their traits, from their homes, so it is too when you see or know of a man or a woman that is violent, he/she must have seen violence while growing up at home and the child myth think that violence is a normal thing to engage in, if you interview some of them, they will confidently tell you that, it is what a man should do, so that his wife will be afraid of her husband and will not misbehave.</w:t>
      </w:r>
    </w:p>
    <w:p>
      <w:r>
        <w:t>There is an illustration, a family has about five children the eldest about fifteen years, they go from church to church within their city to steal phone, while the mother goes to sell it and gives them little, little money, when the one of thirteen years was caught, he said, why are they holding only him that, all of them are involved that it is the mother that goes to sell the phone for them, you see that, the children, were thinking, it was a normal thing that is to tell you too that, such home is not a fulfilled home.</w:t>
      </w:r>
    </w:p>
    <w:p>
      <w:r>
        <w:t>TRY TO BELIEVE IN YOUR PARTNER</w:t>
      </w:r>
    </w:p>
    <w:p>
      <w:r>
        <w:t>It is a difficult thing to do but not impossible, you just need to believe in your partner, even when you find him or her to be inconsistent, because if he/she knows you believe in him/her, she/he will become more open and tell you the truth always, especially if you do not, negatively criticize him/her immediately, but, offer a solution that can make him/her, become a better human being that should act normally, for instance if you find out that your husband or wife cheats in the office or brings things from the office, you should be very subtle in admonishing him/her, so that next time he will not pick or bring things from the office that are not given to him, for if the children at home, knew that any of you brings thing from the office, they too, may start to collect, things from their schools that do not belong to them, this way, your children are on the road to becoming, thiefs or armed robbers, because it starts gradually or when they grow up they may also want to now begin to steal from their offices or begin to defraud their companies.</w:t>
      </w:r>
    </w:p>
    <w:p>
      <w:r>
        <w:t>Try to be close to your partner and believe in him/her so that you can become one unit that works together in everything that will, promote your family.</w:t>
      </w:r>
    </w:p>
    <w:p>
      <w:r>
        <w:t>EXPECT IMPERFECTION</w:t>
      </w:r>
    </w:p>
    <w:p>
      <w:r>
        <w:t>It should be a normal thing for you to get some attitude or character of imperfections from your partner in marriage as some of the things he/she will do is done in innocence as he/she may think, that, that is the best thing to do, for that is what they do in the environment where he/she grew up, so, it is important that you, observe and consult with him or her and try to work it out, in some families, husbands and wives do not leave in one room so, if you now marry such person, you only need to educate him or her that it brings advantage to the family and once, she sees your point of view he will comply, how be it with caution. It is just enough that, if you experience any imperfection(s) from your husband/wife, please find a workable way to sort it out with him or her.</w:t>
      </w:r>
    </w:p>
    <w:p>
      <w:r>
        <w:t>WALK TOGETHER &amp; HOLD HANDS</w:t>
      </w:r>
    </w:p>
    <w:p>
      <w:r>
        <w:t>In other to bond and have close relationship with your wife/husband, it is advisable to walk together as much as possible and hold hands, you will see the spark and interest of your partner in you, after this exercise and some things he or she will not ordinarily tell you, you will hear from him or her, which will bring other areas of collaboration not thought of or known, this you should deliberately do, even when you are mobile you should go to gardens or take a short and safe walk in your area.</w:t>
      </w:r>
    </w:p>
    <w:p>
      <w:r>
        <w:t>LAUGH OVER SERIOUS ISSUES</w:t>
      </w:r>
    </w:p>
    <w:p>
      <w:r>
        <w:t>That husbands/wives can laugh over even serious issue, is a sign that the marriage will be strong, safe and have peace and happiness, as it is a very difficult thing for families to do, if you really look at it, in the end you must still seat down and talk about it, why not then begin to, learn to take it easy and be friendly about it, so that where possible you just apologize to each other and next time of course, it may not happen, especially if it is so offensive to any of the partner e.g. if your husband has to drop the house key somewhere before he leaves the house, but because he was in a hurry or he out rightly forgot and took it to the office, you returned a few hours earlier than him and you cannot find the key there, I think it is either you call him and ask, and if he says he is with the key, you two can and should laugh over it and find a solution to it, either you go and collect the key from him or he brings it, or you wait for a few more minutes or so, and you are happy together.</w:t>
      </w:r>
    </w:p>
    <w:p>
      <w:r>
        <w:t>This illustration I just gave has in some cases lead to serious disagreements in some families and even sometimes escalates, while it is not necessary. Learn to laugh it off and just be more understanding.</w:t>
      </w:r>
    </w:p>
    <w:p>
      <w:r>
        <w:t>ALWAYS DISCLOSE YOUR WHERE ABOUT TO YOUR PARTNER</w:t>
      </w:r>
    </w:p>
    <w:p>
      <w:r>
        <w:t>it is very good to disclose your where about to your partner, most times for security purposes and this should be extended to the children at home so that a proper account and follow up can be done, when there is emergency, as this has saved very many lives and embarrassments. This illustration may help, a husband told his wife he was going to get a few things from the supermarket on the third street from their house, unfortunately armed robbers went there to rob, most  unfortunately, police rounded all of them up and it was that moment the husband got there he was arrested alongside the armed robbers, he protested his innocence and ask the policemen to call his wife and immediately they called and asked, please where is your husband, she said he went to the third street to get a few items. That was how he was immediately released in the supermarket premises, without been taken to the police station, you see how, important and timely, it was, to say where you are or going to be to your partner, you now begin to think of other positive things it can bring to you.</w:t>
      </w:r>
    </w:p>
    <w:p>
      <w:r>
        <w:t>MAKE LOVE WITH YOUR WIFE/HUSBAND LIKE IT WAS TODAY YOU GOT MARRIED</w:t>
      </w:r>
    </w:p>
    <w:p>
      <w:r>
        <w:t>Being passionate in love making to your wife or husband can bring a very close bond to both of you and it is good to be passionate because there is nowhere else you will go to do it anyway so why not do it very well so that, he/she will be looking forward to the next one and his/her thoughts cannot be complete without you and I tell you even start it, even when he/she is out of the house by teasing him</w:t>
      </w:r>
    </w:p>
    <w:p>
      <w:r>
        <w:t>– tonight will be a great night and I will do it with you so gently this time you will like it, you will be in cloud nine tonight etc, am ready to get down with you be so happy and excited, you can be sure that this excitement will also rob off in all aspects of your interaction with him and you can be sure after that moment, when you ask him how much is in his bank account he will gladly tell you – just exaggerating of cause, but definitely, if you have been asking him/her to do anything that has been hanging, that he or she should do, it will be done with joy, for you and your marriage will be a very happy and peaceful one and it can even improve your health and intellectually too. So, find your own special ways of saying or communicating it to him/her.</w:t>
      </w:r>
    </w:p>
    <w:p>
      <w:r>
        <w:t>TRY TO USE THE SAME ROOM WITH YOUR SPOUSE, SO YOU SPEND QUALITY TIME</w:t>
      </w:r>
    </w:p>
    <w:p>
      <w:r>
        <w:t>It is important that spouse use one room and not a different room as this is known to improve communication and a healthy marriage life and also spouse will be able to spend quality time together and plan together, be it the welfare of the children, provisions for the house etc for instance if the couple use one room together they may be able to take their bath together, which is highly recommended to keep each other warm in heart and help to groom one another. I am sure your mind is also now thinking about the other benefits that may be good for the family that, I may not state here, so begin to practice it, if you are not and if you do congratulations, but explore ways you can be useful together in the room.</w:t>
      </w:r>
    </w:p>
    <w:p>
      <w:r>
        <w:t>ALWAYS RESIST TEMPTATION THAT WILL BRING YOU DIFFERENCES</w:t>
      </w:r>
    </w:p>
    <w:p>
      <w:r>
        <w:t>Resist temptation that will bring difference to couple, it is an avenue that must be explored to the maximum, for if this is elimited to a great extent, then marriages will last and see the benefit, that is in marriage, that cannot be over exaggerated and the truth be told, our society would be a better and safer place to leave in and some of the tragedies, conflicts, fraud, greed etc that are the bane of our society will be reduced minimally. And really most times the differences in marriages could just be a very little thing that in good faith could have been over looked, it is known that just because the husband did not answer the greetings of the wife, do cause serious trouble that has led to separation, divorce etc in marriages and meanwhile, it was possible, that the man did not actually hear when she did greet him or could be he just wanted to throw away the spittle in his mouth and return to answer, but, when maybe she will say, are you a deaf, did you not hear when I greeted you, the man could be angry and now say, I am your husband, keep quiet and the negative things may now follow, it is not at all good enough.</w:t>
      </w:r>
    </w:p>
    <w:p>
      <w:r>
        <w:t>STAY POSITIVE</w:t>
      </w:r>
    </w:p>
    <w:p>
      <w:r>
        <w:t>Stay positive is an attitude that must be put up by couples in the marriage as it serves to bring encouragement, no matter the situation or circumstance, you find yourself, always stay positive, for if you worry about your situation or circumstance, that cannot change it, perhaps if you stay positive, you may find a solution to your present circumstance and you may attract help as staying positive can be healthy for you and it may positively rob off on your partner and he may just get the right click for normally people don't like to be around moody people, so</w:t>
      </w:r>
    </w:p>
    <w:p>
      <w:r>
        <w:t>you need to watch out, so that you act right at the right time, who knows if, that is your own way of setting your marriage on positive fire.</w:t>
      </w:r>
    </w:p>
    <w:p>
      <w:r>
        <w:t>TRY NOT TO TAKE PAST NEGATIVE RECORDS</w:t>
      </w:r>
    </w:p>
    <w:p>
      <w:r>
        <w:t>It is not an added advantage at all, when any of the couple begin to take negative records that had happened and talked about, it can open the world and thoughts, going wide, tempers rising and it may lead to negative exchange of words, which in turn may now lead to physical combat, which is not a preferred thing in the marriage, instead it is advice that you engage in positive record taking which can bring happiness, peace and a reciprocal gesture, that may bond you guys which your children will emulate and there will be general harmony in the family, for instance you remind you husband of how he was kind to you when you wanted to travel and he gave you much more than you needed and he has been sending cash and items to your parents etc, this could motivate him to do more for you and even the family or the husband reminding his wife that she cooks so well and you are looking forward to when she will cook a particular soup or food she prepared a few months ago etc, this is what the family needs to leave happily together not taking negative records.</w:t>
      </w:r>
    </w:p>
    <w:p>
      <w:r>
        <w:t>UTILISE EVERY OPPORTUNITY TO BOND</w:t>
      </w:r>
    </w:p>
    <w:p>
      <w:r>
        <w:t>Because of the present social, economic, educational etc realities that families face, it is therefore important that spouse should use every opportunity to bond and be close to each other, as some families has very little or no real time for each other, even at weekends either because one or both of them still works at weekend just to make ends meet at the home front and they have to, include the children in their very busy schedule, which is not even enough for two of them. A lot of understanding is required in this regard as this brings tension and stress, therefore you are to accommodate one another, even when unfriendly words are said, and you may just ignore and be comforting.</w:t>
      </w:r>
    </w:p>
    <w:p>
      <w:r>
        <w:t>TRY TO DO SOMETHING THAT WILL MAKE YOUR SPOUSE ADMIRE YOU</w:t>
      </w:r>
    </w:p>
    <w:p>
      <w:r>
        <w:t>Yes it is possible to do something(s) that will really make your spouse admire you, could it be that you get a powerful haircut, a great dress, or buying him his favourite perfume, sending powerful messages to his or her phone daily,  learning a new language, getting a certification that will be great to the family or giving him critical information that will bring finance into the family, maybe too,</w:t>
      </w:r>
    </w:p>
    <w:p>
      <w:r>
        <w:t>calling him wonderful names that will make him happy, whatever it is, you need to look for something that can make your spouse happy, has she been complaining that you don't help out in the kitchen why not try it this weekend and see what happens.</w:t>
      </w:r>
    </w:p>
    <w:p>
      <w:r>
        <w:t>SPEAK NOT WHEN YOU ARE ANGRY</w:t>
      </w:r>
    </w:p>
    <w:p>
      <w:r>
        <w:t>This subject has been dealt with severally in this book, but it cannot be too much, as it is one of the little thing that breeds problems in marriages therefore, spouse need to truly inculcate it and have it at the back of their mind that it is beneficial to yourself and the family that you do not speak when you are angry but just make a little positive remark and speak to your spouse later about the subject matter at a later time when the atmosphere is clear and you too would want to talk about it, because most times when someone is angry he/she may say things he/she will regret and may now want to apologize, which the other person may not want to see reason and may want to respond with equally offensive words that may cause serious disagreement. it was said that a couple were quarrelling and tempers were high and the man told the wife, you are so ugly, I don't know why I married you, Infact look at the whole of your family they are all ugly and always looking un-kept etc the wife was so pained that she had to manufacture a very painful and hurtful lie that the man is a wizard, that all his family members have all confessed witchcraft etc, the man could not take it, fight started and after which the man asked her to leave the house until she was able to establish her claim and you can imagine the rest of the story.</w:t>
      </w:r>
    </w:p>
    <w:p>
      <w:r>
        <w:t>ALWAYS FIND QUICK SOLUTION TO YOUR DIFFERENCES</w:t>
      </w:r>
    </w:p>
    <w:p>
      <w:r>
        <w:t>Both of you must work out a system where and how you must be solving any difference(s) that you have quickly so that it does not deteriorate, which is very possible no matter how close you think you are as not doing so can cause unwanted quarrels that may have been brewing that was not settled or it will make both of you to think different things and especially if circumstance now coincide with it, it can be really challenging, for instance you had an argument in the morning before both of you left the house and there was no food at home and maybe the wife is expected to cook and she has collected the money and had to keep late outside, the husband could be thinking, because she had somewhere to go that was why she had the argument and now she forgot to come home to cook etc, while the lady had to quickly go to the market but there was an unexpected go slow but her explanation if at all may make little meaning and malice etc can begin which may take a turn that may not be good for the family, that could have been</w:t>
      </w:r>
    </w:p>
    <w:p>
      <w:r>
        <w:t>completely avoided, if the matter was completely resolved before now.</w:t>
      </w:r>
    </w:p>
    <w:p>
      <w:r>
        <w:t>DELIBERATELY SET FIRE ON YOUR MARRIAGE</w:t>
      </w:r>
    </w:p>
    <w:p>
      <w:r>
        <w:t>This is one of the simplest thing that the couple could do to make their marriage come out better and most times you do not need money to do so or if you need money to do it, it is actually worth it, because after all whom will you have to spend your money on better than your partner. Simple things like when your partner is taking his/her bath you can take the towel out of the bathroom and now ask her what he/she is looking for, deliberately hiding it in the room knowing full well that she/he will come looking for you and will go look for you somewhere else and will came back and be going back and you come out and he/she will be surprised and excited.</w:t>
      </w:r>
    </w:p>
    <w:p>
      <w:r>
        <w:t>It may also be a surprised visit to her/his office, just to deliver a flower or a letter of love. Arranging for a surprise birthday party, may not be too expensive depending on the resources available, going on a special outing alone to a special place that he or she does not know exist, holding him/her from behind always either deliberately, or otherwise deliberately writing roles for both of you to act in the house, if you can record it to play later and laugh about it together.</w:t>
      </w:r>
    </w:p>
    <w:p>
      <w:r>
        <w:t>Honestly there are a thousand and one things to do to set your marriage on fire, all throughout this book, in little ways, I try to make that suggestion, but practically now pick up a pen and list your own down and see which one you can implement today, when you start it, there myth not be a positive reaction the first time for it would come as a shock and a joke not understood just like when you are used to calling your wife or husband by name suddenly you call him/her sweetheart, the look and reaction is not most times, very pleasant, so watch out for that too. Every marriage has its peculiarities, you know your own and the kind of things you will do to set your marriage on fire, after listing them, begin to execute them one after the other, you may just be on your way to setting your marriage on fire. Drop a note on his/her car seat overnight as he/she wants to drive out, he/she will see a note of love and appreciation that will make him want to run back to the house as soon as possible.</w:t>
      </w:r>
    </w:p>
    <w:p>
      <w:r>
        <w:t>The list is endless, just begin your own, you may hit a gold mine, for if a fire is set, it attracts onlookers, make your marriage to attract onlookers.</w:t>
      </w:r>
    </w:p>
    <w:p>
      <w:r>
        <w:t>Deliberately find out if he/she loves his mother or father and find out what the mother or father does that makes him or her like his father or mother and begin to do those things, you will find out that he/she will now begin to love you more and more.</w:t>
      </w:r>
    </w:p>
    <w:p>
      <w:r>
        <w:t>PROTECT WHO YOU LOVE, PHYSICALLY, SPIRITUALLY AND EMOTIONALLY</w:t>
      </w:r>
    </w:p>
    <w:p>
      <w:r>
        <w:t>That you should protect the one you love physically is not too much to be asked for, so you must see to it that, at all times, what may bring physical harm to your partner, you must try and defend him/her or take him/her away from that vicinity. For if you do you are actually also saving yourself, from stress, for if he/she is injured or so, you will feel the pain, as you may visit the hospital with him/her or if he or she is unable to assist with the house chores, you will have to fill in the gape etc. The need to spiritually protect your spouse can never be over emphasized, for if your partner is spiritually stable, then you too are, as you need to spiritually stand in the gape for each other as this life is also made up of spiritual entities that we contend with in one way or the other emotional protection of your partner is primarily one of the reasons both of you got married, so both of you must always protect each other emotionally, so that you are not vulnerable and make mistakes emotionally that could be avoided.</w:t>
      </w:r>
    </w:p>
    <w:p>
      <w:r>
        <w:t>ALWAYS ATTEND TO YOUR PARTNERS CALL</w:t>
      </w:r>
    </w:p>
    <w:p>
      <w:r>
        <w:t>However frequent it is you must learn to take your partners call, for it could just be a step to your safety and wellbeing and it may also make him/her to be stable and assured that you are there for him/her, it was said of a family that they went for a burial ceremony in a neighbouring village the husband called the wife as both of them were driving and the husband had called her not quit long he called and she did not pick up as she was driving not too far behind her husband, it was to alert her not to follow him as he just escaped armed robbers, but as she did not pick she ran into the armed robbers. It is important to always pick your calls as important messages may be passed to you that could save your life or someone else.</w:t>
      </w:r>
    </w:p>
    <w:p>
      <w:r>
        <w:t>STOP SENDING WRONG SIGNALS</w:t>
      </w:r>
    </w:p>
    <w:p>
      <w:r>
        <w:t>This could be the reason why some people are not married as they send wrong signals even when they are interested in the person for instance if you want to get married to a person, you should be able to speak to members of his/her family when the opportunity presents itself, Infact if he/she asks you to see or speak to members of his/her family and you severally turn it down, you are sending a clearly wrong signal, if you do not have time to spend with someone you want to get married to, yet you have time to spend with your other friends, it is a very wrong signal as he or she would be making alternative arrangements, without your knowing it while you will be there thinking he or she will be there for me.</w:t>
      </w:r>
    </w:p>
    <w:p>
      <w:r>
        <w:t>If you are genuinely interested in getting married to anyone, you should get to know and meet members of his/her family be it on the social media phone etc if distance is a barrier or time is of the essence, so that you can find out what the family configuration is, how they relate what is the trend in their family, are there broken homes, do they love their wives or husbands are they caring family or what etc if you send wrong signal as I have indicated somewhere or earlier in this book you are waving a red flag, i.e. I am not ready to get married, whereas you are ready, so find out and think again, if you are sending a red flag to the one you would want to get married to as it can delay you in marriage. Even when you are married it is important to not send wrong signal to your spouse as it may be tempted wrongly and your marriage will be experiencing problem.</w:t>
      </w:r>
    </w:p>
    <w:p>
      <w:r>
        <w:t>SEND GREEN LIGHT</w:t>
      </w:r>
    </w:p>
    <w:p>
      <w:r>
        <w:t>It is important to send a green light – a positive message, not necessarily verbally but with your attitude, if you have genuinely made up your mind to get married to someone, be concerned with or in the affairs of the person, for instance her/his birthdays, if the family is having any event you should try to be present as a friend and see if the family will accept or accommodate you or if you too will be able to accommodate and accept them as it is a two way thing, probably you will use that opportunity to know the responsible ones, you may need to interact with, when you are married into the family, but be sure that, that is not an opportunity for you to be largely independent of the family plan, especially if it is outside your city, make contingency plan for yourself as much as possible i.e. accommodation, feeding etc so that you don't become a liability and a subject of negative discussion. Genuinely, give business, education and other beneficial advice that may secure your marriage, this way he/she will see that you are not a flash in the pan.</w:t>
      </w:r>
    </w:p>
    <w:p>
      <w:r>
        <w:t>AVOID BAD FRIENDS AND ASSOCIATES</w:t>
      </w:r>
    </w:p>
    <w:p>
      <w:r>
        <w:t>You must do everything humanly possible to do away with bad friends and associates as this have been known to, cause serious conflict separation, dislocation of children's social and educational life etc friends in one way or the other influence our behaviour either knowingly or unknowingly, which in turn affect some of the things that happen in our marriages either positively or negatively it is very vital that we only allow the positive things in our friendships affect our marriages, so that at the end our marriages are sustained and enhanced for us. A lady could have a friend who knows how to cook and she learns it and starts to cook delicious food for her family which is a plus, that is what friendship</w:t>
      </w:r>
    </w:p>
    <w:p>
      <w:r>
        <w:t>should do for us. Bad friends and associates have never been known to add value to marriage but add only pains, regrets, backwardness in life etc listen without interruption – if you learn to listen to your partner without necessarily interrupting him/her when she/he speaks to you, could be one of the ways that you can act that will make your marriage work, especially when you listen with rapt attention and when he/she asks you what he or she said you are able to accurately answer and intervene when it is absolutely necessary, you will gain his or her respect by that simple act, as getting engaged in another exercise while your spouse speaks to you, can be seen as very disrespectful and you may be seen as badly brought up.</w:t>
      </w:r>
    </w:p>
    <w:p>
      <w:r>
        <w:t>SPEAK WITHOUT ACCUSING</w:t>
      </w:r>
    </w:p>
    <w:p>
      <w:r>
        <w:t>It is very possible to speak without accusing, someone, i.e. when you see that your spouse is even wrong, it is only responsible to respond in a way that does not sound accusing so that there will be peace and understanding in the home, for it is possible so that he/she may have responded to that situation under a certain condition that you may not immediately comprehend, do you give him or her a benefit of doubt and respond positively, so that it may give your partner opportunity to also understand it from your own perspective which may be more rational than his or her own, if maybe he/she answered from a stress or sleep understanding and you have now answered from an informed perspective, he/she may now actually reason an retract and now be in line with your perspective you may really have solved an impending problem and maybe from then on, there will be more understanding, tolerance and better response from your partner, that is why it is, far more convenient to speak without accusing especially when you think you have a better sense of the issue in question and especially when you hope to build a better home where peace and understanding rain, which is better for your marriage. You should give answers that would no result to argument, that will always leads to less conflict in your home. Always speak positive words, they help your marriage.</w:t>
      </w:r>
    </w:p>
    <w:p>
      <w:r>
        <w:t>GIVE WITHOUT EXPECTING</w:t>
      </w:r>
    </w:p>
    <w:p>
      <w:r>
        <w:t>In any reasonable relationship, it is always better to give without expecting that your friend, husband, wife etc will give something back to you, for that is how you can bring about a responsible marriage or relationship that can stand the test of time and mutually respectful, for the things you do and give to each other as friends, husband/wife etc are things that are not measurable by money etc, it is not when you give to your friend he/she gives to you, then you are good friends or in a good marriage. NO For instance the time you spend together</w:t>
      </w:r>
    </w:p>
    <w:p>
      <w:r>
        <w:t>cannot in anyway be measured in that regard, the one hour spent with you maybe more valuable than the one you spend with me, for instance, I was sick and I heard you too were sick but I still found time to be with you, but it is when you are free that you came to spend your one hour with me, for yours was out of convenience mine was out of inconvenience but because I care and cherish our friendship or marriage I found time to be with you. Just give when you know that your friends really need the item more than when it was only convenient for you.</w:t>
      </w:r>
    </w:p>
    <w:p>
      <w:r>
        <w:t>FORGIVE WITHOUT PUNISHING</w:t>
      </w:r>
    </w:p>
    <w:p>
      <w:r>
        <w:t>Because there must be offence in a relationship or marriage, it is only good and rational to forgive yourselves without punishing, for if you honestly want to punish anyone that offend you how many times will you punish and how many times too will you be punished and is it a rational thing to do, these and others should be the immediate question that you should answer, rationally and then consider. if you need to keep on punishing any or some offence your husband or wife will offend you, even when you know that you have talk about that particular thing before, the most reasonable thing is to keep talking about it until the other partner sees reason to be cooperative, except thou, it is a life threatening situation that you may need to report to a responsible family member or the security so that you can preserve your life and the life of your partner and your children, where applicable.</w:t>
      </w:r>
    </w:p>
    <w:p>
      <w:r>
        <w:t>DISAGREE WITHOUT DISRESPECTING</w:t>
      </w:r>
    </w:p>
    <w:p>
      <w:r>
        <w:t>It is very possible to have a disagreement without disrespecting one another, for your orientation, belief systems, mores etc are not the same so, from time to time you may have disagreement, but the important thing is not to disrespect each other while disagreeing. In some culture, it will be simply out of place for you to call your husband for instance by name, so if you have disagreement about it and you are from a different culture, it is ok but do not in any way use derogatory words that will sound disrespectful as the dignity of one another should always be preserved even under any tense atmosphere for, the aim really is to understand each other more so that you can relate better and still preserve your relationship or marriage as there may be more areas of disagreement that both of you may not have found out and as much as possible you should try to listen to each other even in the disagreement for, that is the point at which husbands and wives lost it and things got out of control and words that are not necessary for this situation are said and both of you may hold unto those words</w:t>
      </w:r>
    </w:p>
    <w:p>
      <w:r>
        <w:t>or use them to evaluate other exchanges that would take place in the family and it can really go out of control, and tempers flaw up, fists are employed and the situation escalates. I have said and it is true, that when spouse have disagreement, it is a time you can show you love your partner by still calling him/her the lovely names you used to call each other even as you have the disagreement, you will see that, it maybe hard for you to want to call the one you say you love for instance, ugly useless etc please do try this preposition and thank me later, you may even want to add a further act to it, by actually smiling while having disagreement, I can almost hear some readers, saying it is hard, it is impossible, etc sure it is not hard, if you begin it, it may just be one of the most interesting dimension you have added to set your marriage on physical fire – it will bring love back to you guys if it has left or about leaving just try it.</w:t>
      </w:r>
    </w:p>
    <w:p>
      <w:r>
        <w:t>NEVER END THE DAY WITHOUT TALKING</w:t>
      </w:r>
    </w:p>
    <w:p>
      <w:r>
        <w:t>If husbands and wives can at least talk heart to heart every day before they go to sleep, disagreements will be less and peace will reign in most homes and health complications and maybe death will be prevented, some people die because they just think that, no one cares for them so, what is the reason to go on with life, but if they know that someone cares for them they will fight to see that they go on with life. Without wanting to divert, this was the case, when in Mexico, COVID 19, death rates were high and sociologist suggested that those patients on life support, should be allowed to be read for them letters from their family and loved ones and true to type the death rate of those in life support gadgets reduced as, all their hearts will practically beat more when the letters of their loved ones is read to them. So, it is important before you sleep both of you should tell each other how you are here for each other and you will see how that can act as a tonic in your marriage.</w:t>
      </w:r>
    </w:p>
    <w:p>
      <w:r>
        <w:t>COMMUNICATE EFFECTIVELY AND CLEARLY</w:t>
      </w:r>
    </w:p>
    <w:p>
      <w:r>
        <w:t>Just related to above spouses should communicate love to each other make the communication effective and clear, for instance, if you wife's birthday was two days ago and you are just communicating it to her, it is of no great value to you, not to talk of her, as you have, failed to communicate effectively and clearly as that could even become a source of conflict in the family that can and should be avoided completely, for instance if your wife, complains, that it is coming so late etc and you will now say, because you have said so, she should accept the happy birthday wish from you and the argument goes on, of course it will cause conflict,</w:t>
      </w:r>
    </w:p>
    <w:p>
      <w:r>
        <w:t>if it is not stopped on time, the simple thing for the husband that did not remember his wife birthday should do is to accept for the moment what the wife may say and speak with her later, so that even if it happens next time she should be more understanding with you as you did not forget because you want to, it is possible you have a mental challenge she had missed too and both of you can work it out from there and may even use it to strengthen your love for each other, that is to communicate intelligently, to keep your marriage on fire.</w:t>
      </w:r>
    </w:p>
    <w:p>
      <w:r>
        <w:t>MAKE TIMELY CALLS, TEXTS ETC DELIBERATELY</w:t>
      </w:r>
    </w:p>
    <w:p>
      <w:r>
        <w:t>It is important that people who want their marriages and relationships to succeed, should always try to make timely calls and send the right text messages etc at the right time, so that it can meet and make the desired effect otherwise, you devalue your calls and messages, when you send them at the wrong time as it could communicate the wrong message again, for the recipient would and should make conclusions from calls and messages that you send.</w:t>
      </w:r>
    </w:p>
    <w:p>
      <w:r>
        <w:t>If your wife/husband is for instance sick and he or she is in the hospital and you happen to travel a few days to his/her been taken to the hospital and he/she is in the hospital and you find it not convenient to return the call until the next day in the evening, when you call, she/he will not be excited to receive your call as his/her thought maybe that you are busy with someone intimate and therefore had no time to call or text, even if she/he is not exactly correct, there is surely going to be consequences, for both of you as the one in the hospital will surely be, having unpleasant thoughts either for herself or himself and unless you are able to give credible explanation, especially if you were hail and healthy for, it is not a very good thing to engage in, you should at all times try to communicate to your loved ones, in a timely manner and deliberately send motivating and loving text everyday especially if you are not together and sometimes even when you are under the same roof.</w:t>
      </w:r>
    </w:p>
    <w:p>
      <w:r>
        <w:t>BE ACCOUNTABLE</w:t>
      </w:r>
    </w:p>
    <w:p>
      <w:r>
        <w:t>In all your dealings with your spouse, try to be accountable; it is good and reasonable to be accountable because it allows for trust and confidence in the marriage so that you guys can be sure of each other.</w:t>
      </w:r>
    </w:p>
    <w:p>
      <w:r>
        <w:t>MAKE COMPROMISE PART OF YOU</w:t>
      </w:r>
    </w:p>
    <w:p>
      <w:r>
        <w:t>Making compromise may just be one of the things that can strengthen your marriage and sustain it, so spouse are expected to really explore this measure as the couple must compromise and make room for each other as, surely there are</w:t>
      </w:r>
    </w:p>
    <w:p>
      <w:r>
        <w:t>some things that your partner would be engaged in that you may not find it entirely comprehensible, but because you are ready to sustain you marriage you just accommodate the person's attitude and move on. For instance if you have a partner that does not keep to time you just have to accommodate him/her or each time you want to go out with your partner he/she is not always getting ready on time or would forget something that you need to return to the house to collect after about five minutes.</w:t>
      </w:r>
    </w:p>
    <w:p>
      <w:r>
        <w:t>FOCUS ON THE PRIMARY PURPOSE OF YOUR MARRIAGE</w:t>
      </w:r>
    </w:p>
    <w:p>
      <w:r>
        <w:t>It is true that once you get married you will almost always see some things that will irritate you, that you would want to say, is it worth it, it is the time to now focus on your primary reason of getting married and let those issues fall to the background of your thoughts. They could come from various sources, including your partner that you love them so much, as he/she may not do it deliberately to hurt or slight you but out of cause behaviour, so you need to understand and just move on. It may come from external cause too e.g. mother-in-laws, father-in- laws, brother-in-laws, sister-in-laws etc however or wherever it comes from, just shake it off and move on with your marital vows for there are great benefits in marriage that you can focus on to give you comfort.</w:t>
      </w:r>
    </w:p>
    <w:p>
      <w:r>
        <w:t>SPEAK GRACEFULLY</w:t>
      </w:r>
    </w:p>
    <w:p>
      <w:r>
        <w:t>It is very possible to speak gracefully to your partner so that he/she will miss you and be making reference, when he/she goes out or speak to others and may want to emulate you as, speaking soft words in any way does not cause trouble, instead it breeds peace and understanding, including respect for each other and it attracts people and favour to you if you speak gracefully, for those of you who are familiar with the Bible, it was because Abigail spoke gracefully that King David did not destroy her household and as soon as her husband died King David, quickly got married to her and she was happily married and King David cherished her in her marriage, speaking gracefully has only one strand running through it, kindness, thoughtfulness – positivity and love.</w:t>
      </w:r>
    </w:p>
    <w:p>
      <w:r>
        <w:t>DON'T CONFRONT, COMFORT</w:t>
      </w:r>
    </w:p>
    <w:p>
      <w:r>
        <w:t>It is very possible to comfort instead of to confront your partner even in issues that ordinarily can be contentious as you can be comforting to him or her, while knowing even that your partner got it wrong, yet you gently make him or her to understand that as it may be that your partner is ignorant about the issue yet</w:t>
      </w:r>
    </w:p>
    <w:p>
      <w:r>
        <w:t>he or she is talking about it e.g. if he or she is an authority in that field, for even people that are authorities in any field need to be careful as new information emerge each day, to make what you know today, became what is not the latest again, you need to calmly educate your partner. This is called to put your marriage on a good stead to make it work for all of you, so that you only reap the good things in marriage and leave a long life too, so that others including your children can learn from you and make our society a great place.</w:t>
      </w:r>
    </w:p>
    <w:p>
      <w:r>
        <w:t>TALK ALL YOUR ISSUES TO YOUR SELFS</w:t>
      </w:r>
    </w:p>
    <w:p>
      <w:r>
        <w:t>One of the DO NOT in marriage is probably, taking your marital issues out of your marriage for others to have their say or advice you, for in honesty people you are taking this issue(s) to may have their biases that you may not know about and you go to speak to them about your marital issue, they will introduce their bias into it and you too may now want to be seeing the issue from their own bias and surely it may affect your sense of judgment negatively if you are not careful e.g. the friend you went to speak about the issue with may just be eying your wife/husband or he/she and her friend are plotting on how to get you out of the way so that they can take over your wife or husband, so you need to be careful about it, instead, find and create time in your home, when issues like that should be discussed or possibly, have a particular date of every month and time that both of you will be discussing, family issues and that way, you may curtail some of the challenges in your home and may not need to take it out to anyone to give you validation or judgment, that you will go and execute in your house, which may meet with resistance and some of this issues that was taken out of the marital precinct has led to collapse of many marriages or are responsible for some marriages that are lacking oxygen.</w:t>
      </w:r>
    </w:p>
    <w:p>
      <w:r>
        <w:t>ALWAYS SPRING A POSITIVE SURPRISE IN THE HOUSE</w:t>
      </w:r>
    </w:p>
    <w:p>
      <w:r>
        <w:t>Be it with a very little thing spring a surprise, if you want your marriage to be solid and on fire, you of course need to engage in surprises at home from time to time, for this will put your wife/husband in constant thought of you and may not be able to practically do anything without you, if you keep the act alive, some of the surprises you could even do is to come from work with a heavy unusual bondage in your hand, faking injury, but it is all to spring a surprise and make him/her to laugh and laugh, this too can help you measure how your husband/wife care about you or post it to him, please you need to be careful about this as, some people may have heart attack, if they see this, so you need to be so careful.</w:t>
      </w:r>
    </w:p>
    <w:p>
      <w:r>
        <w:t>You may decide to buy a sweet for him/her and wrap it with twenty or more wrappers and ask him to see the gift you bought for him or her and he may be, curious, until, he finds only a sweet and the laugh party can begin, not too long after which you should buy him/her a gift with one wrapper and he will be thinking you are up to the some trick, but alas you are not, you may turn out to became a person of many part in your marriage, especially the ladies, you know men sometimes think that women are not as good as them, you can show that you can be of great value in the home, by being able to change the generator plug, do a little repair in the car, check for electrical faults etc and wonder how your husband will wonder about you and give you maximum due respect and will be proud of you.</w:t>
      </w:r>
    </w:p>
    <w:p>
      <w:r>
        <w:t>But, please be careful about it, especially if you don't have an idea about it, do not attempt please.</w:t>
      </w:r>
    </w:p>
    <w:p>
      <w:r>
        <w:t>LOVE THE PEOPLE HE/SHE LOVE</w:t>
      </w:r>
    </w:p>
    <w:p>
      <w:r>
        <w:t>There is no way you will not have a very fulfilling marriage if you begin to love the people your partner love, for what he or she loves, gives him/her excitement and interests him/her, so if you follow that same part, you too will now be in the circle of people he/she loves and therefore your marriage too is secured and you too will be so happy about it, even if you ordinarily don't like the people, you just have to love them, to guarantee the safety of your marriage and it will also be building your level of patience and tolerance up, that will be very useful for you in other aspects of your life and your marriage and may be and attitude that you may really need to bring up, some of your children who may be turbulent growing up, because of the company they may be keeping, that maybe negative to them, that you need to fill the gap for him or her. If he/she has parents, make sure that you encourage him or her to buy gifts for them from time to time, and he/she too would want to extend the same gesture to your own parents if you still have parents.</w:t>
      </w:r>
    </w:p>
    <w:p>
      <w:r>
        <w:t>NEVER FAIL TO EMBRACE HIM OR HER</w:t>
      </w:r>
    </w:p>
    <w:p>
      <w:r>
        <w:t>This is one of the thing that is lacking in most marriages, that sometimes allows husbands and wives not to be able to know if their partner is angry, stressed, sick etc, if you hug someone long enough, after sometime you will be able to tell, if the person is angry, sick, stressed etc, so that you will immediately be able to know what to do for the person, if you do the hugging long enough too you myth become close and be able to love each other and build confidence in each other, your partner may be telling you things he/she would not ordinarily would want to tell you and you may develop interest in each other, it must be said that very many</w:t>
      </w:r>
    </w:p>
    <w:p>
      <w:r>
        <w:t>husbands and wives are not at all close and very intimate and friendly, they are only husbands and wives, which is not at all healthy, this explains why when there is disagreement in the family they are not close enough to talk about it like friends so that they can move forward with their marriage, that is why it takes a third party to settle conflict in some marriage which is not a good thing, that should happen.</w:t>
      </w:r>
    </w:p>
    <w:p>
      <w:r>
        <w:t>And you need to practice it, as you are hugging him/her, be speaking positive words like, welcome my lovely blessed wife/husband. As you go out favour follow you my sweet heart, you will return in peace, may success be your portion today my great wife/husband etc it serves as a motivator and can really be good and great and they may quickly want to come back home to see you again as they come back, do the same thing, repeatedly, you will see other benefits not stated here, that will be beneficial to your marriage.</w:t>
      </w:r>
    </w:p>
    <w:p>
      <w:r>
        <w:t>TRY TO TAKE YOUR BATH TOGETHER</w:t>
      </w:r>
    </w:p>
    <w:p>
      <w:r>
        <w:t>Taking your bath together is like reestablishing your friendship and do it so well that you bath him/her as you bath a child, you should do this as much as possible, if a survey is carried out about how many married people bath together, it may not be up to 20% and it will only be in the first few months or years of their marriage. Taking your bath together could be a therapy that majority of marriages need to heal as there are strains in every marriage, which is not a very good development that should be present in marriages. If you want to get married, I just advice now that you open this, bathing together discussion with your partner and see his/her reaction, whatever his/her reaction try to encourage him/her so that you begin to bath together if you get married, it is so great that you will see that your wife/husband will open up and reveal some things to you that you ordinarily would not have known about and you guys can use that medium to settle issues that are a challenge in your marriage, that you may find intractable and you may find yourselves forgiving each other easily.</w:t>
      </w:r>
    </w:p>
    <w:p>
      <w:r>
        <w:t>TELL HIM/HER HOW LUCKY YOU ARE TO GET MARRIED TO HIM/HER</w:t>
      </w:r>
    </w:p>
    <w:p>
      <w:r>
        <w:t>This can act as a tonic, that can revolutionize you marital life as, in true terms, your partner will be finding ways to really be special to you, even when he/she is not that special, especially if you carry out your own part of the bargain, by been so nice, generous, kind, loving etc both of you may, enjoy your marriage better than you have planned. The difficult things is to begin, so begin now and see how it feels, it may look and feel odd at the beginning, but so long as you have</w:t>
      </w:r>
    </w:p>
    <w:p>
      <w:r>
        <w:t>continued you will find it easy to engage in it. Imagine if you start it and your husband/wife begins to kiss you in the public, really it may look odd at the beginning, but as time goes on, you will find it great and may be expecting it from him/her and you may be angry if he/she does not do that to you, especially when you would want to show off with him/her, in front of your friends or associates in a social or societal gathering. You may want to take it to high gear and always deliberately kiss your spouse in public and in the presence of his family and friends.</w:t>
      </w:r>
    </w:p>
    <w:p>
      <w:r>
        <w:t>SET SIMPLE AND POSITIVE LOVE RULES</w:t>
      </w:r>
    </w:p>
    <w:p>
      <w:r>
        <w:t>It may be a funny one, like you will bath together at least once a week, you will eat together at least three times a week, you will be gisting at least every weekend, where you must say all the interesting things that happen in your office, family, friends etc once in a week both of you must say your feelings about your marriage, if you have children once in a week you must appraise all your children, at least once in a week you will together access your jobs, business, how the governments is affecting you people either positively or negatively. You can ask that anyone that does not adhere to this without cogent reason should pay with time or will watch the plate that you people will use to eat next time and the other person will supervise the watching, all in a bid to see that you guys will be interacting in a positive way and if there is any issue that is content can be handled, within this, times or periods stated above you people can agree on other things that can draw you closer together, just to see that you are on talking terms all through the day, week, month etc.</w:t>
      </w:r>
    </w:p>
    <w:p>
      <w:r>
        <w:t>ASSUME POSITIVELY FOR YOUR SPOUSE</w:t>
      </w:r>
    </w:p>
    <w:p>
      <w:r>
        <w:t>You need to always assume positively for your spouse, because, both of you may have the same intention but, are going about it in different way, so you need to be on the watch out always, for instance if your wife goes to the market and she is not coming back on time, it is good to assume that she is there for a positive reason, that will benefit you, which could be that, she want to get all the things that needs to be grinded, grinded before she would come back and she may be wanting to get the best bargain, so she is, checking and comparing prices, that may benefit the family, and you are at home just maybe, why is she taking so much time in the market, could it be she has gone somewhere etc. every action that you take, first if you are in doubt its should be positive on the side of your partner, for if you do that consistently enough he or she will become what you expect him or her to be in your marriage.</w:t>
      </w:r>
    </w:p>
    <w:p>
      <w:r>
        <w:t>JUST LIKE THE CUSTOMER IS ALWAYS RIGHT</w:t>
      </w:r>
    </w:p>
    <w:p>
      <w:r>
        <w:t>Make your husband or wife right always – Mrs. Martha De Purenez – who got married for 80 years. According to her, you will be very happy if you ask for your husband permission before you go to bed in the presence of visitors, you should always smile even when you guys just had an argument and you think, he is wrong, every night before going to bed you must put on your night dress before going to bed, never refuse your husband sex, seek your husband permission before a major decision, always find a way to excuse your husband to your children, be a dutiful wife. According to her, if you do this, there is no way your husband will not want to be with you; therefore you will have a happy married life.</w:t>
      </w:r>
    </w:p>
    <w:p>
      <w:r>
        <w:t>FIND OUT WHY YOUR WIFE OR HUSBAND LIKES YOU</w:t>
      </w:r>
    </w:p>
    <w:p>
      <w:r>
        <w:t>It is important to find out why your wife or husband likes you, if you find out, begin to engage in it and never stop, instead find a better way of doing it, even if it means sending him or her your picture, the way you walk, talk, the food you cook etc, this is how you will be able to sustain your marriage and be happy and make your partner too happy. Try to outdo each other in loving yourselves even if you have to send him or her voice note of you saying or just praise him or her or I love you etc.</w:t>
      </w:r>
    </w:p>
    <w:p>
      <w:r>
        <w:t>ALWAYS ASK FOR SPIRITUAL GUIDANCE</w:t>
      </w:r>
    </w:p>
    <w:p>
      <w:r>
        <w:t>The act of asking for spiritual guidance cannot be over stated, as all human beings are made up of spirit, soul and body, it is therefore advisable to always ask for spiritual guidance for, some things we need to do we cannot do it alone, if we are always canal, therefore we should deliberately ask for spiritual guidance to direct us so that we should not make mistake in our life voyage – the story of Daniel be included that we must involve God before our marriage.</w:t>
      </w:r>
    </w:p>
    <w:p>
      <w:r>
        <w:t>POSSESS YOUR PARTNER WITH EXCESS LOVE</w:t>
      </w:r>
    </w:p>
    <w:p>
      <w:r>
        <w:t>The reason you got married in the first place is that you love him or her, and therefore if you wants to stay in love you must daily possess the love, so that, he or she will not be in doubt as human beings are sometimes, so forgetful and need to be reminded of your vows of love, when you do this daily be it by your actions or words, you are greatly succeeding in setting fire on your marriage and that fire is sure to burn for a life time. Very many homes lack words and deeds of love, that is why you see very high rate of divorce, separation and uninteresting marital life lived by people now-a-days, which is not the real bargain they entered</w:t>
      </w:r>
    </w:p>
    <w:p>
      <w:r>
        <w:t>for when they got married, lack of professing of love to your partner and getting it in return, leads to depression, insanity etc and wayward children who would ordinarily not want to leave the kind of indecent life they leave now. If you genuinely possess your partner with love he or she may prefer you even when he or she is presented with option for free. So please try this little simple trick. Give him affection he has and will never get from anywhere, make your affection for him or her and uncommon product that cannot be found anywhere in this world.</w:t>
      </w:r>
    </w:p>
    <w:p>
      <w:r>
        <w:t>ALWAYS ENCOURAGE HIM OR HER</w:t>
      </w:r>
    </w:p>
    <w:p>
      <w:r>
        <w:t>Giving physical, spiritual, emotional encouragement to your partner  should be one of the sacred duties you should perform daily as it can lead your marriage to a stable and solid ground that cannot be shaken at all, for when you encourage him or her, it will lead to results never expected as all human being need to be encouraged and commended to excel in life, like an athlete, when he or she knows that majority are cheering for him or her, he or she will put every effort to come out tops even when normally he or she should not come out among the best three athlete and when you have any suggestion to give, give it respectfully, even when it is obvious that he or she has been on the wrong lane for a long time, he or she will surely listen to you because you are respectfully doing it.</w:t>
      </w:r>
    </w:p>
    <w:p>
      <w:r>
        <w:t>GIVE HIM OR HER WATER TO DRINK</w:t>
      </w:r>
    </w:p>
    <w:p>
      <w:r>
        <w:t>Water is a very important thing in the life of a human being, that if anyone does not take in water he or she will soon be weak etc, especially when you get water for yourself to drink make provision for example two glasses always, let him or her say he or she is not drinking, it shows you are kind, especially when he or she returns from outing, show that you care, this too may just improve the health of your partner as drinking of water have been known to help keep one alive and help to lower the risk of having blood pressure and this simple and single act may just have been able to preserve the life of your partner, as human beings have not been able to appreciate water drinking.</w:t>
      </w:r>
    </w:p>
    <w:p>
      <w:r>
        <w:t>BECOME A PROBLEM SOLVER</w:t>
      </w:r>
    </w:p>
    <w:p>
      <w:r>
        <w:t>If you become a problem solver, your partner a will come to rely on you, for things to be get done, and by this you will become almost indispensable to the family, which suggests that you will have a relevant and solid marriage, which will translate further into a happy home that will become an inseparable marriage as that is the essence of marriage.</w:t>
      </w:r>
    </w:p>
    <w:p>
      <w:r>
        <w:t>This brings to mind especially for those that are familiar with the bible, Esther become queen and, pleased the king, with various unique banquets, that the king said, even to the half of my kingdom; I will give to you only just ask and when she asked the king gave her the permission for her to do to her enemy all what her enemy has planned to do against her and even much more, to the extent that, the king asked that Esther should use his signet – ring to issues a counter decree, that was issued against her and her people etc, if she did not become a problem solver and a tactician in your marriage your husband may sign a blank cheque for you one day.</w:t>
      </w:r>
    </w:p>
    <w:p>
      <w:r>
        <w:t>NEVER BECOME A LION HUSBAND OR WIFE THAT ROARS</w:t>
      </w:r>
    </w:p>
    <w:p>
      <w:r>
        <w:t>It will be a tragedy if for instance a man becomes like a lion in his marriage that when he comes from out everybody looks for place to hide or when he comes from out everybody looks for place to hide or when he is around, because, his stock in trade is to shout at every one at the slightest provocation or perceived provocation, this will make his wife to be withdrawn and not come forward with information that may assist the family, except he is asleep or out that is when too the children in the house will be free to interact with themselves and even with their mother, this leaves the children with only their mother as they grow up which is not healthy for growing children, husband must please learn to be kind and never raise their voices at home so that they do not scare everybody in the house, some children have been known to develop inconsistent personality, so men should seriously look into this and become like a tree that every member of the family would want to take shade in, so that they get succor and develop like normal human being.</w:t>
      </w:r>
    </w:p>
    <w:p>
      <w:r>
        <w:t>NEVER CLAIM SUPERIORITY AND FLEX MUSCLES</w:t>
      </w:r>
    </w:p>
    <w:p>
      <w:r>
        <w:t>Claiming that one party is the most superior in a marriage setting is an act that will surely spell doom for the family and should be avoided with all sense of humility, in other to achieve cohesion that is desirous in the family, which is indeed profitable for the family, as both husband and wife should see themselves as partners in progress, who are all working for one goal, that is, to see that, the family is stable, solid and provisions are made for the offspring who are growing up, for indeed if muscles are flexed, the offspring will bear the brunt, which is at all times negative and the offspring may interpret it negatively and may carry on with it as they grow up, which may destroy them and make them a societal misfit and may bounce back on the parents.</w:t>
      </w:r>
    </w:p>
    <w:p>
      <w:r>
        <w:t>SEE MARRIAGE AS A CONTINUUM</w:t>
      </w:r>
    </w:p>
    <w:p>
      <w:r>
        <w:t>It is important that spouse view marriage as a continuum and therefore should act in a way that would sustain their marriage for instance if a wife married her husband because he looks handsome, after the marriage the husband and say after all, I am married what is the essence of looking handsome, this may be a fallacy that will cause friction and tension in the family and may lead to frustration of the wife and this may take a toll in the family and therefore and unhappy family, that husband should see marriage as a continuum that, he should still be wooing his wife, with the handsomeness that the wife and he will see that the marriage will be full of shining stars that would translate to other area of the family and the wider society would even benefit from it.</w:t>
      </w:r>
    </w:p>
    <w:p>
      <w:r>
        <w:t>MAKING MARRIAGE WORK</w:t>
      </w:r>
    </w:p>
    <w:p>
      <w:r>
        <w:t>Is not a quick fix one short solution but a continuous working and reworking on various formula, that can bring the best to the family as that should be the long and short term goal of both people in the marriage, as spouse should not over heat the marriage, even when it is clear that you have been offended, if you do not temper your reaction it can, come round to defeat the very essence of you agitation which is indeed genuine, for instance because you have unresolved issues with your husband, that in itself should not be that you will not provide food for the children as if, this goes on, you may find out that you may be raising children who will be helping themselves, with anything they lay hands on, be it at home or outside and that, would now present an immediate or long term problem for the family, which may not have been in the family, which may not have been the original plan of you protesting your innocence and point of view, that was not accommodated, it is therefore, so important that spouse need to come together to see how best to resolve issues that may emanate from their interaction which is bound to sometimes bring normal disagreement, which must be viewed with a great sense of responsibility and great commitment to the marriage institution both have pledged to be in, and so should respect each other's view and as much as possible accommodate each other so that all can reap the potential benefits that are embedded in marriage.</w:t>
      </w:r>
    </w:p>
    <w:p>
      <w:r>
        <w:t>CHAPTER SEVEN</w:t>
      </w:r>
    </w:p>
    <w:p>
      <w:r>
        <w:t>SURVIVING THE 21ST CENTURY MARRIAGE</w:t>
      </w:r>
    </w:p>
    <w:p>
      <w:r>
        <w:t>YOU NEED TO BE GOOD IN MODERN COMMUNICATION GADGETS</w:t>
      </w:r>
    </w:p>
    <w:p>
      <w:r>
        <w:t>If you really want to sustain your marriage anything short of following the trend may render you out of fashion and your spouse may take advantage of you and your marriage could be under treat and you are oblivious of it, that is a tragedy that you should avoid in this twenty first century world, as almost everything in this world now is done in modern ways of communicating, including national, international business, marriages etc, so to not be compliant is a far cry from reality, and spouse should urgently do something about it, so that they can communicate better and get things done for themselves and put their marriage in top shape, how would you react if you now know that under your nose your wife or husband is chatting with someone he or she is having an affair with but because you do not know what chatting on the net means you are just there and one day arrangement would have being concluded and you find yourself, outside your marital home and the chatting partner has taken over. It is a responsible thing to know how to use all modern communication means and gadgets as much as possible for you need it.</w:t>
      </w:r>
    </w:p>
    <w:p>
      <w:r>
        <w:t>To effectively communicate with your spouse and you need it very much too because if, you have children and they are using it to do irresponsible things on net, you may not be able to monitor them, or know whom they are communicating with, as there are also bad people on net, who lure people and in some cases they rape and kill, their victims, especially when they make an irresponsible business proposals that seems, genuine and some of your children may fall for it as was illustrated in a case a few years ago, they made a business proposal to this, young girl, who travelled to a city and lodged in an hotel, they had arranged, for her and they drugged her, rape her and later killed and bury her after two months, very unfortunate for one of them, he was using her phone and it was tracked and was apprehended and he confessed how all of them including the hotel receptionist e t c connived with them, to help them drug her etc so we need to know, how to use modern gadgets, which are trending so, we save our children, lives and husband or wife from arms way. for you to be familiar and know how to use modern gadgets is to also become security conscious, for if you have a phone and you don't know how to use it in the event of armed robbery attack at your home it is too bad and can</w:t>
      </w:r>
    </w:p>
    <w:p>
      <w:r>
        <w:t>spell doom for you, all you need is to dial either a police number or the general or emergency number and you save yourself and your family from armed robbery attack or they are repelled by security agents.</w:t>
      </w:r>
    </w:p>
    <w:p>
      <w:r>
        <w:t>If there is an accident either at home or on the road, you only need to dial the emergency number, either medics or so can come to your rescue, if it happens to your spouse and you are with him alone in the night, and it happens that you cannot use a phone, your spouse may die or have a permanent deformity if, there is no quick rescue, so you must look at all these things from the positive perspective, the need for you to know how to use modern gadgets there are proposed personal gadgets that are meant to be able to serve you at home, mostly thought of for old people, who may not necessarily have to get up to take their tablets etc as the doll has been programmed to do it and even serve them food etc especially, if they leave alone at home.</w:t>
      </w:r>
    </w:p>
    <w:p>
      <w:r>
        <w:t>YOU CAN'T PRETEND IN MARRIAGE</w:t>
      </w:r>
    </w:p>
    <w:p>
      <w:r>
        <w:t>It is very obvious that you cannot pretend in marriage, but if you pretend it cannot be for a very long time and you will be found out and you become a ridicule and true to type even you that may be in pretense may become so frustrated that you will be acting in a manner that is not consistent with yourself and as a married person, thereby exposing yourself, that is why it is strongly advise that you do not at all pretend and enter into marriage as a place of reality show, where who you are, what you are, your intention of getting married e t c are all exposed by yourself</w:t>
      </w:r>
    </w:p>
    <w:p>
      <w:r>
        <w:t>, either consciously or unconsciously, for that is how all human beings are wired by God to only be able to pretend for only a while.</w:t>
      </w:r>
    </w:p>
    <w:p>
      <w:r>
        <w:t>That is why you see that no matter how an actor or actress takes up the role of a good person, be it for thirty years, their real character still greatly reflect as they interact daily with other human beings, especially when they get married their true character is exposed. You need to be aware of this and do your best to be your best especially if you have got married and you want your marriage to last for your life time and you want to bring up children that will become, responsible members of the society, who themselves should lead a responsible life that will guarantee their own safety and become responsible married people.</w:t>
      </w:r>
    </w:p>
    <w:p>
      <w:r>
        <w:t>If you pretend in your marriage, conflicts, quarrels etc will be the order of the day in your family, which means very many things, some of which is that you will surely engage in fighting with your spouse and it can lead to injury and other dangerous things, and surely your family will be far from happiness, which is badly needed in homes so that the marriage can to a large</w:t>
      </w:r>
    </w:p>
    <w:p>
      <w:r>
        <w:t>Extent be safe and it will last for both of you, your health can become a question too as you cannot in anyway guarantee to be in good health as the state of mind of a human being greatly determine the state of health you can be in, which may affect your children negatively too, so you need to be far from pretense if you are married, be as transparent as you can be, even if you see that your spouse is not as transparent as you may want him or her to be, as you may not know, if you would now become his or her role model as he or she, may not have had any role model, that has ever been transparent, which may become a plus for you and your entire family and the larger society will now benefit from, your little act of been transparent. This is part of what it means to survive the 21st century marital life.</w:t>
      </w:r>
    </w:p>
    <w:p>
      <w:r>
        <w:t>PULL RESOURCES TOGETHER</w:t>
      </w:r>
    </w:p>
    <w:p>
      <w:r>
        <w:t>Surviving in the 21st century entails, being smart, futuristic and strategic in your approach to marriage and life, as there are challenges that can come and marriages will be affected not because the spouse are ready in reality to divorce, and some of the challenges we need to be stronger than steel to overcome them, including economic, health, social etc, that is why it is expedient that spouse, should begin, from the beginning of their marriage or even before they get married they should as a matter of principle set aside at least thirty percent of their income for the future, just in case they are married, that does not include the money they will expend during the marriage ceremonies or the money they should be saving to do investments and I suggest you also keep aside thirty percent of your income for further investments and it is from that proceed or so that you should use for your marriage ceremonies. I can tell you that if, my you are able to keep this principle you are mostly likely to have a very successful marriage in the end, why</w:t>
      </w:r>
    </w:p>
    <w:p>
      <w:r>
        <w:t>– because you will become financially stable, just imagine if, you and your spouse have been saving thirty percent of your income for ten years and both of you pull the resources together, it can be used to, for instance purchase shares in a good company and you will get great dividend every year and if you guys decide to invest the return on your investments from shares back for the ten years or twenty years it may be good enough to invest in a life changing project that can guarantee you guys comfortable income for life.</w:t>
      </w:r>
    </w:p>
    <w:p>
      <w:r>
        <w:t>Or you decide to pull the resources together to start a business that one of you can begin to manage, definitely it will bring income and great support to the family, especially given that jobs are not really guaranteed again and all of us are a witness to the covid – 19 pandemic, that keep millions of people from their job and</w:t>
      </w:r>
    </w:p>
    <w:p>
      <w:r>
        <w:t>very many companies folded up and it was so difficult economically for many spouse and some families are struggling so hard, while some crumbled under the weight of covid-19, for various reasons. But, if there has been this kind of plans to pull resources together, significant business can be engaged in and the streams of income for the family can be expanded, so that when this kind of situation occurs, it will act as a shock absorber and the effect on the family would be minimal and when there is improvement in the pandemic or, so spouse can and should even re- strategize to see how they can venture into other areas that will be lucrative and sustainable.</w:t>
      </w:r>
    </w:p>
    <w:p>
      <w:r>
        <w:t>All this measures are cementing the spouse together as they surely will be planning together and being together more and understanding and co-operation is forged in relating, because of their pulling resources together, and expectedly because they have invested their resources together, all attention will be shifted to making the venture ensure succeed, therefore inadvertently also working to solidify your marriage, which is even the primary goal of your coming together and as human activities follows, it will become positive too in other areas of your marriage one of which is definitely your children and if you guys are good in your, marriage, business etc, it follows too that your children will or should become better, especially when you guys will be around to guiding them in their activities as some children learn from what they see mostly better than what they are told.</w:t>
      </w:r>
    </w:p>
    <w:p>
      <w:r>
        <w:t>You guys may want to even expand it if you are doing well, to asking your trusted friends to invest in your business and you negotiate, terms with them and you will see how your business will sky rocket, to leave you guys in cloud nine.</w:t>
      </w:r>
    </w:p>
    <w:p>
      <w:r>
        <w:t>SEX</w:t>
      </w:r>
    </w:p>
    <w:p>
      <w:r>
        <w:t>This is one of the tactical ways you can set your marriage on fire, yes you have been having sex, but you can make each one interesting and make him or her really want to have sex with you, by deliberately seducing him or her with words, a day or few days before you have sex with him or her, sending erotic messages, etc that will arouse his or her passion and when you see him, give him or her all the smiles, that you can muster and ask him or her if the message you sent got to him or her and ask if he or she will be prepared for it tomorrow, you will see that, he or she will not allow you to sleep in the night, and as you are watching television or listening to any program together, remind him or her, of your message and tease him or her that we will be who is the best football player tomorrow etc as you say, these kind of things to him or her, you are actually touching the sensitive nerves in his or her head and you should be ready for the action too, and seem to take charge</w:t>
      </w:r>
    </w:p>
    <w:p>
      <w:r>
        <w:t>and tell him or her that you can do it more, even when at the end of the day it may not reached orgasm, the man should be aware that he only satisfied himself and did not carry his wife along, that is why men should please, find out how to make their reach orgasm, if you are an expert man, you should be able to achieve it, sometimes even before sex, as fore play and great concentration on the very spot that excites a lady can make her reach orgasm before the actual sex and you can again make her reach orgasm during sex etc which means you have given her a double douse and you can interpret what that means to a woman, it is on record that some men only go straight for sex when they are in the mood, which is not the best at all, it must be a two way thing so that everyone can be on the same page, it is very possible to also achieve orgasm for your wife with great words of romance and praise and making her to understand that you are really enjoying the sex with her as it makes you want to always have it with her again and again etc. for those, who say little or less and only concentrate on how to satisfy themselves and not prepared to see what they can achieve for both of you, I tell you it will set your marriage on fire if you practice very well, the above explanation from today.</w:t>
      </w:r>
    </w:p>
    <w:p>
      <w:r>
        <w:t>BECOMING SUCCESSFUL IN MARRIAGE</w:t>
      </w:r>
    </w:p>
    <w:p>
      <w:r>
        <w:t>Becoming successful in marriage is not a one off set of behaviour, attitude, agreements etc it is like a person who wants to strike a deal you keep talking until you get the deal done and dusted, but in marriage if you want to be successful, you need to keep talking the deal until your life time for you never conclude the deal, you keep negotiating until your life time that is the only guarantee for a good and successful marriage.</w:t>
      </w:r>
    </w:p>
    <w:p>
      <w:r>
        <w:t>It is good that you plan for changes, shifts etc as they will come, one of the changes that will come into your marriage is that you will in due cause not be alone, as you will soon have company, wittingly or unwittingly so endeavor to prepare for the changes as it is inevitable and other changes too may appear, for instance, in the third world and Africa in particular, you may need to take in your sick parents or old parents and when such changes come you should deal with it intelligently, but for Europe, America and some other places they are sheltered in old people's home and you still have the responsibility to go and check them – your parents from time to time, in other to be responsible as you too may be sheltered one day hopefully.</w:t>
      </w:r>
    </w:p>
    <w:p>
      <w:r>
        <w:t>Spouses need to be more understanding as they live together, for changes that may occur are varied and every one’s reaction may not be the same and expected, so you need to please be more understanding, if some people lose their father, mother etc, they may be withdrawn for some time or a long time, as a good and understanding spouse you should understand that your spouse is putting you under scrutiny, as he or she may be close to his mother &amp; father and draws inspiration from them, and so, may be watching if his or her spouse can be the person he or she would draw inspiration from, so you need to watch out and act accordingly or reassuringly.</w:t>
      </w:r>
    </w:p>
    <w:p>
      <w:r>
        <w:t>To succeed in your marital life you must at all times keep the lights burning, by what you say, etc as you used to do when he/she proposed to you, as this is very important, things like, the courtesies, you used to have for each other, some people once they get married they will even be saying that, there is no need after all, are we not married, these little things can make your marriage to become unsuccessful and turbulent – yes just that small thing so you should please take care of all things you call little, even a thing as small as, saying good morning, as many couple forget or refuse to greet themselves in the morning and they start the day, immediately you wake up and you are conscious the first person you should look out for is your spouse, no one else and give him/her a broad smile and 'properly' greet him/her and ask a few questions about his/her wellbeing, it may just be all he/she needs to pass</w:t>
      </w:r>
    </w:p>
    <w:p>
      <w:r>
        <w:t>through the day as you do not know what he/she may pass through at the office or work place.</w:t>
      </w:r>
    </w:p>
    <w:p>
      <w:r>
        <w:t>Keep your sex life so great, if possible learn new ways and ask him/her how the last one was and how does he/she thinks that you can improve on it.</w:t>
      </w:r>
    </w:p>
    <w:p>
      <w:r>
        <w:t>Your guys must daily and deliberately close any gaps that you think there is or the one you think may come, for in truth if you are close to someone, you know his or her next move as, at a time you were given an hint about it, it was that you did not pay due attention that was why you missed it, so just be more attentive and proactive so that you know before anything happens.</w:t>
      </w:r>
    </w:p>
    <w:p>
      <w:r>
        <w:t>Some marriage you see that hit the rock was as a result of child birth, as the ladies completely shift attention from their husband to the new born child and some out of ignorance, say it to the hearing of their husband, that this is the most important thing I have in life, I will do anything for you etc. I tell you it is telling your husband he is now a number two citizen, without telling you he will be angry and in the anger and frustration he goes to find a company and the company does not say it, he becomes comfortable and with time he becomes more secured with the company then his heart is hard and he looks you in the eye and becomes rude, un-attentive and an out station husband and in no time, he finds you not important in his life and you too, not understanding the mindset of your husband you became defensive and trouble starts, for you are not aware that you are no longer on the same page with your husband. Please always be on the same page with your spouse even when you have three children or more at once, he is still your husband, be nice and tell him he is the number one in your life after all, children come and in a few years they will leave only both of you again together, so both of you should be a tack team forever and don't allow your children to separate you guys as they will ask to leave your house soon.</w:t>
      </w:r>
    </w:p>
    <w:p>
      <w:r>
        <w:t>There are deliberate things you should practically engage in and not</w:t>
      </w:r>
    </w:p>
    <w:p>
      <w:r>
        <w:t>conjecture, take a pen and a paper list all things you know makes your spouse happy and loving, that is after you must have ask him/her and observe over time and be sure of them or if and if you are so close to him/her include likes and possibly include the ones he/she does not like about you, honestly if you can get this list then you know that you have hit a jackpot in your marriage, for what you know will not destroy you, some of the things may be so simple and ordinary that you may be shocked that your spouse value and if you do this you should from time to time update the list and see how things will fall in place in your home, as success will be the name of your marriage, it will seem as if you light up a fire on top of a hill all the surrounding will be clear, your marriage will be clear and so clean of</w:t>
      </w:r>
    </w:p>
    <w:p>
      <w:r>
        <w:t>conflicts, misunderstanding etc your marriage will be far easier when you know what will make your spouse happy and he/she too know what will make you happy too.</w:t>
      </w:r>
    </w:p>
    <w:p>
      <w:r>
        <w:t>IMPROVE YOURSELF</w:t>
      </w:r>
    </w:p>
    <w:p>
      <w:r>
        <w:t>By all means improve yourself in all ways, be it educationally – as this will give you a cutting edge in your marriage as you will surely use it to improve your marriage, as education does great things to the way you don't think, for it seeks to make you to be able to solve complicated problems in your area of specialization and definitely it can be transported and implemented in your marriage too. If your partner knows that you are improving yourself, he or she would automatically know that there is reformation in your life and he or she would give you your due regard and that could just make him/her have more confidence in you that you are able to carry out some assignments in your homes, that will improve your marriage.</w:t>
      </w:r>
    </w:p>
    <w:p>
      <w:r>
        <w:t>You need to emotionally improve yourself as this is a very important area in marriage that spouses neglect that negatively impacts on their marriage, you should learn to emotionally respond to your spouse and know when he/she is in need of emotional comfort and support as that may just be the area you win over your partner in your marriage, if you emotionally fail in your marriage consistently that marriage may never go too far as all human being have emotions that they need to satisfy and when it is not satisfied, it leads to frustrations and the response to the frustration can be so devastating as emotion is one of the highest human energy that he/she can do anything to satisfy it including taking the life of anyone who seems to want to deny them of their emotional security, that is why you hear of spouse killing themselves, if they see that their spouse is cheating on them or wants to leave them for another man or woman etc,</w:t>
      </w:r>
    </w:p>
    <w:p>
      <w:r>
        <w:t>So you need to positively navigate in the waters of emotion as the depth of it, has not been measured correctly as individuals go deep and some have not still come out, while others go and just come back, so watch out for the level of the energy of your spouse and satisfy it and you will see you can ask him/her to do, the things he or she will ordinarily not do, but because he/she is emotionally attached to you he/she will do it without complain, rather, he/she will do it with happiness and smiles, some may ask you, is that all you want me to do, so get your spouse to that level with your discovering of how to go about the emotional seduction of your spouse – yes, seduce him/her so that you will became an object of spectacle to him/her, do it in a way that will leave him/her speechless by becoming emotionally valuable to him/her, that he/she will find it difficult to stay without you, you can be available to him/her but he will make you an essential commodity and take note of the emotion you express that catches his/her attention,</w:t>
      </w:r>
    </w:p>
    <w:p>
      <w:r>
        <w:t>so that you keep repeating it, from time to time and make him or her happy.</w:t>
      </w:r>
    </w:p>
    <w:p>
      <w:r>
        <w:t>There are other ways you can improve yourself, so that you enhance your marriage and make it a great success including but not limited to this;</w:t>
      </w:r>
    </w:p>
    <w:p>
      <w:r>
        <w:t>Be assertive positively, be full of kind words</w:t>
      </w:r>
    </w:p>
    <w:p>
      <w:r>
        <w:t>Make his or her important dates special, Always say I love you and mean it</w:t>
      </w:r>
    </w:p>
    <w:p>
      <w:r>
        <w:t>Be a powerful listener</w:t>
      </w:r>
    </w:p>
    <w:p>
      <w:r>
        <w:t>Show respect and courtesy always, Offer useful suggestions</w:t>
      </w:r>
    </w:p>
    <w:p>
      <w:r>
        <w:t>Never be selfish</w:t>
      </w:r>
    </w:p>
    <w:p>
      <w:r>
        <w:t>Make positive surprises a regular occurrence, Never keep grudge – they are toxic Appreciate him or her…</w:t>
      </w:r>
    </w:p>
    <w:p>
      <w:r>
        <w:t>Compliment her or him</w:t>
      </w:r>
    </w:p>
    <w:p>
      <w:r>
        <w:t>Never compare him or her negatively, Keep a 'glowing smile'</w:t>
      </w:r>
    </w:p>
    <w:p>
      <w:r>
        <w:t>Start your day always with a spark …</w:t>
      </w:r>
    </w:p>
    <w:p>
      <w:r>
        <w:t>Be interested in his or her activities and interests; always find ways to be of help</w:t>
      </w:r>
    </w:p>
    <w:p>
      <w:r>
        <w:t>Become a home doctor, do massages for him or her regularly …. Invite him or her out</w:t>
      </w:r>
    </w:p>
    <w:p>
      <w:r>
        <w:t>Always be in touch</w:t>
      </w:r>
    </w:p>
    <w:p>
      <w:r>
        <w:t>Let all your words be like a suggestions and positive, Be proud of him or her and the various achievements. You should physically examine him or her daily</w:t>
      </w:r>
    </w:p>
    <w:p>
      <w:r>
        <w:t>Be sure there is body contact daily</w:t>
      </w:r>
    </w:p>
    <w:p>
      <w:r>
        <w:t>Try to know what he or she does every day wittingly or unwittingly</w:t>
      </w:r>
    </w:p>
    <w:p>
      <w:r>
        <w:t>The words you use daily to speak to your spouse are they edible, kind, without anger, respect, caring etc</w:t>
      </w:r>
    </w:p>
    <w:p>
      <w:r>
        <w:t>Our words can shape our marriage either to become successful or lead it to disintegration, negative words are words that are toxic and are not at all good, responsible or in any way promote your marriage to success rather it leads to the road of destruction, grief, confusion, malice etc, it is suggested strongly to my readers that at no point should they use negative words to communicate with their</w:t>
      </w:r>
    </w:p>
    <w:p>
      <w:r>
        <w:t>spouse for it will come back to haunt you or both of you either in the immediate or later in your marriage for instance some spouse are good at storing offence in their hearts and they use it later to relate with you and may want to distance themselves from their spouses e.g. if one of the spouse used a negative words to qualify him or her in the day, he or she may not want to perform his or her marital obligation in the night or even for a week or more and it may lead to series of other negative words, which goes on to enlarge and if they are not careful about it, it leads to both of them keeping malice which is not an act that should ever be present in marriage and should by all means be avoided as it is a slow killer of marriage.</w:t>
      </w:r>
    </w:p>
    <w:p>
      <w:r>
        <w:t>And when you are angry it is important that you still endeavor to express your anger in no negative words as words are most times like a spilled milk, it cannot be gathered, for if you try to do that, you will gather alongside the milk and dirt that will most times make the milk unattractive and infected by objects that may not make it health to consume again and when you consume it, you most probably will get constipation, infection or other diseases you may not be able to immediately diagnose and when that happens your life may be under treat, danger etc, this is what happens to your marriage when you use negative words, they present themselves in different ways you may not understand, i.e you may not know how your spouse will react to the negative words, you have used on him/her and it may not be able to be determined what your own reaction to the reaction of your spouse will be as it can be negative and a counter reaction negative and therefore a negative energy begins to operate in your marriage and you or your spouse will in no way be pleased with the situation, you need to do the most rational thing in that situation, if indeed you are interested in having a successful marriage, you apologise to your spouse, even when you think you are wrong or right so that there will be a genuine truce and a reconciliation for if you don't arrest the situation on time it always degenerates to the disfavor of both of you and maybe even your entire family, especially if you have children who are able to understand that you guys are fund of using negative words that are not good for marriage, this too can be another circle of negative energy that can continue a life of its own that will become bad for your children.</w:t>
      </w:r>
    </w:p>
    <w:p>
      <w:r>
        <w:t>The expression of kind words as a medium of communication in a</w:t>
      </w:r>
    </w:p>
    <w:p>
      <w:r>
        <w:t>marriage, may just be the tonic you can take and give to your spouse that will be the energy your marriage will have and be powered to success that you may have been envisaging, I urge my readers to start a revolution of kind words in their marriage and see the benefit that accrues to your marriage even when you are so angry, deliberately still chose to speak kind words to your spouse and if he/she does not</w:t>
      </w:r>
    </w:p>
    <w:p>
      <w:r>
        <w:t>respond in kind words, still continue as it will be a new thing to him or her, keep surprising him/her and he/she will now know that kind words are the new normal thing in your marriage now and in a short time, you may see him/her responding to you in kind words too, just like the world is beginning to come to terms, now with the fact that COVID-19 is here with us and therefore, our attitude have to change</w:t>
      </w:r>
    </w:p>
    <w:p>
      <w:r>
        <w:t>i.e. we should observe social distances, watch our hand always, don't touch our faces, with our hands etc for these are realties that we find ourselves going through, for it is necessary to do so if we want to stay alive, so should be the attitude in your marriage, because we want to stay in our marriage and make it successful, we would engage in some attitude that we are not used to but that will make our marriages successful and healthy.</w:t>
      </w:r>
    </w:p>
    <w:p>
      <w:r>
        <w:t>SPOUSES SHOULD TOGETHER WORK ON THEIR MARRIAGE</w:t>
      </w:r>
    </w:p>
    <w:p>
      <w:r>
        <w:t>Like a car that you use, you should from time to time take it to the mechanics to check the faults or to check if there is fault to enable it carry you to your destination each time you plan to go out, so that you do not face disappointment or embarrassment, this is how spouses should work on their marriages to make it a success so that they can leave a happy married life. This requires the attention and deliberate efforts, sacrifices that you ordinarily would not want to contemplate, I would want to liken it to a human body, as you need to take your bath, so that you look fresh for some time and again you need to go take your bath otherwise you will feel very uncomfortable and if you dare extend it, for days or weeks, your physical body will be affected and wear as your skin will take a direct hit, your mental state in reality has nose-dived negatively and it is very possible to declare you insane as your brain will definitely not function optimally, discomfort in various unexplainable ways will manifest themselves in you, so our marriage could be if we do not daily nourish it – give it a bath, by expressing your appreciation to your partner, communicating effectively with him/her, engaging in things that would make him/her happy and having a reason to be with you, otherwise, like the body that will not function properly if not given a bath, your marriage will be deteriorating daily and you may not take note of it, until if you are not careful, it will be experiencing turbulence that may sink it, you should daily find out either from yourself or partner or observe what you need to do to make your marriage a success as it is a duty that needs to be carried out by spouse, if not because of you but your partner or children that you have or would have for them not to grow up in an environment that will make them abnormal.</w:t>
      </w:r>
    </w:p>
    <w:p>
      <w:r>
        <w:t>BRING UP GREAT CHILDREN WITH VIRTUES THAT ARE ENVIABLE</w:t>
      </w:r>
    </w:p>
    <w:p>
      <w:r>
        <w:t>It is one of the most positive things a couple should do for if they are able to raise children with great virtues, it will directly or indirectly impact on the parent as they will from time to time themselves would want to become a good example for their children to follow as most times children imitate what we do mostly, than what we tell them for they can practically see reasons why they should follow what we are telling them, e.g. if you tell your children to go to church and you have a shrine in your compound and from time to time you pour libation, do evil incarnations etc, surely most likely your children may all end up to become idol worshippers unless God in his infinite mercy intervene and save them. if you raise up children with great virtues their parents are in the end very proud parents who will most times want to go together, to receive academic awards, their children may have gotten as a result of excellent academic performance and this no doubt, brings the spouse close and usually is a positive impacts on their marriage and makes their marriage to become more successful as both now may be coming together to discuss either their children having future plans that will raise the standard of the family etc bonding of parents begin sometimes from the responsible attitude of their children and if it is reported to parents either from their schools or achievements of the children in other fields i.e. some children have been known to manufacture equipments, gadgets etc needed by the society, which draws attention to them and their parents and it usually turns out to favor their marriage as they are forced to come together to discuss about the future of that child or children.</w:t>
      </w:r>
    </w:p>
    <w:p>
      <w:r>
        <w:t>It is very important that parents should deliberately single out their</w:t>
      </w:r>
    </w:p>
    <w:p>
      <w:r>
        <w:t>daughters out for a special informal education as the times are not very friendly with them as many are raped innocently and out of fear they cannot and will not speak out and it affects their psychological upbringing, my readers need to do a due diligence on their female children at all times.</w:t>
      </w:r>
    </w:p>
    <w:p>
      <w:r>
        <w:t>You need to tell them for instance that no one should touch them in the sensitive areas of their body and if anyone does, they should report even when the person threatens them with anything including death. You children should know that in life as they pass through it, they will wear various garments or uniforms.</w:t>
      </w:r>
    </w:p>
    <w:p>
      <w:r>
        <w:t>SCHOOL UNIFORMS</w:t>
      </w:r>
    </w:p>
    <w:p>
      <w:r>
        <w:t>This they will do when they will be in primary and secondary schools level and this is the foundation of their life which will really define who they become in life as this is very important, that if they have good character, attitude, right</w:t>
      </w:r>
    </w:p>
    <w:p>
      <w:r>
        <w:t>courtesies etc, it will stick with them forever, as it will greatly affect the way they will interact with people for life, therefore they need to take it very serious and be attentive to the things they will be taught and describe it for them like a cement mixed with sand after sometimes becomes so strong that you may need a sledge hammer to remove it from where it was placed, so are the things that has been put in our life when we were small we need constant words of sledge hammer to remove them from our hearts otherwise they will be there forever, that is why, when a young man sees his father and mother fighting, he thinks it is a right thing to do and therefore he begins to practice it, when he too is married, unless it take great intervention for his memory to delete those negative things that have been programmed in his or her heart, therefore you need to be sure what is entering the hearts and minds of your children.</w:t>
      </w:r>
    </w:p>
    <w:p>
      <w:r>
        <w:t>WEDDING GARMENTS</w:t>
      </w:r>
    </w:p>
    <w:p>
      <w:r>
        <w:t>Educate them that like wedding garments that are worn by brides, your children should strife to wear it, as you raise them also in life, it is a gown they should make sure they honorably put on, to make their parents proud and they too will begin a circle that begat them and they should learn from your experience so that their marriage will become so successful.</w:t>
      </w:r>
    </w:p>
    <w:p>
      <w:r>
        <w:t>MATERNITY GOWN OR UNIFORM</w:t>
      </w:r>
    </w:p>
    <w:p>
      <w:r>
        <w:t>This is a circle that your children will come face to face with in life as they now would want to begin to raise offspring's of their own and therefore they should prepare for it and be mentally conscious and prepare for it, for surely they will experience it, in other to fulfill, the essence of getting married and they should be successful in it too.</w:t>
      </w:r>
    </w:p>
    <w:p>
      <w:r>
        <w:t>MATRICULATION GOWN OR UNIFORM</w:t>
      </w:r>
    </w:p>
    <w:p>
      <w:r>
        <w:t>When you want to formally begin your tertiary academic life, you should by all means put on your matriculation gown, to show that you are studying in a particular institution and you adhere to the rules and regulation of the institute to qualify you to begin to continually study there, as it is a requisite that you may need to fulfill to later be qualified to be issued a certificate based on your learning and your character as academic certificates especially the tertiary ones are always given because you are also of a good character, for if you are found wanting in your character you will be denied the certificate.</w:t>
      </w:r>
    </w:p>
    <w:p>
      <w:r>
        <w:t>GRADUATION GOWN</w:t>
      </w:r>
    </w:p>
    <w:p>
      <w:r>
        <w:t>If you attend school and you have been successful, a gown will be given to you to put on and a formal ceremony will be held for you and those that have been successful – this is what you see in your marriage if you are successful, accolades and various ceremonies will be held and you will be formally invited to attend e.g. during graduation ceremonies parent of successful candidates are always invited to take part in the ceremonial activities and some parents are specially invited to be the guest speaker etc, it is because you were able to bring up successful children who graduated that is why the ceremony was held, make your marriage to be full of those kinds of ceremonies, where you will be invited and praised for exemplary conducts etc.</w:t>
      </w:r>
    </w:p>
    <w:p>
      <w:r>
        <w:t>SPIRITUAL GOWN/UNIFORM</w:t>
      </w:r>
    </w:p>
    <w:p>
      <w:r>
        <w:t>This is the gown that you must put on at all times for your life in other to be secured in your marriage, every married woman or man must be a praying husband or wife, this is a gown you need to cover your family from physical and spiritual attack, that is a normal thing that takes place in life as the world is full of evil but you can be protected from it, if you always put on your spiritual garment, that you can only obtain from heaven if you are only connected to God in heaven, through your prayers, consistently to God, daily for that is a way to secure your marriage and it is a legacy that must be passed from generation to generation.</w:t>
      </w:r>
    </w:p>
    <w:p>
      <w:r>
        <w:t>PRIORITIZE YOUR FAMILY</w:t>
      </w:r>
    </w:p>
    <w:p>
      <w:r>
        <w:t>In all you do, you must put your family before you engage in other things you do, for if you don't deliberately do that you may find that you will be having challenges that are not called for and it may affect your other activities negatively including your job, social and psychological life and it may be responsible for your negative attitude that you may not be aware of that will become part of you, if you are not careful, it can affect your entire marriage and consume your family.</w:t>
      </w:r>
    </w:p>
    <w:p>
      <w:r>
        <w:t>But if you put your family as a priority, you will experience excitement needed to boast and hold your family together as you will experience less friction, misunderstanding etc which a normal family should be and you will get the family activities done, with ease and it will impact on your health too positively as the most health issues presented in un-prioritized homes experienced, is high blood pressure which is a silent killer as most people do not check their blood pressure from time to time to preserve their health. Please do endeavor to priorities your family activities to get things working in your homes. And also check you and your family blood pressure from time to time, to live a healthy life.</w:t>
      </w:r>
    </w:p>
    <w:p>
      <w:r>
        <w:t>LOOK FOR GOOD VIRTUES</w:t>
      </w:r>
    </w:p>
    <w:p>
      <w:r>
        <w:t>If you really want to succeed in your marriage you need to be an harbinger of good virtues, which are the things that can make anyone want to be around you or want you to be around him/her, there are several things that you can deliberately acquire by yourself – characters that can make you outstanding e.g. good sense of humor, patience, humility, being outspoken, resilience, respectful, resourceful etc.</w:t>
      </w:r>
    </w:p>
    <w:p>
      <w:r>
        <w:t>You need to be a person that have a good sense of humor as marriage is not all about being serious and formal, so you need to find time out to enjoy your marriage and make fun together and say funny stories real and unreal, for you can tell a good story one day that can fit into the story for the film industry and you can became an instant hit, while wanting to have fun with your husband or wife, which also have been reported to be good for human health.</w:t>
      </w:r>
    </w:p>
    <w:p>
      <w:r>
        <w:t>patient is a virtue that is very vital like an oxygen that human beings need to survive, that is how marriage need patient, if spouse do not learn to have patience, their marriage may not be up to twelve calendar month, which is not what marriages need, they need to have patient with each other in all they do or in all they say, for if they don't they will have themselves to blame and bitterness will characterize their marriage, which they don't need, as marriages are meant to be set on fire and to be enjoyed.</w:t>
      </w:r>
    </w:p>
    <w:p>
      <w:r>
        <w:t>HUMILITY</w:t>
      </w:r>
    </w:p>
    <w:p>
      <w:r>
        <w:t>This is virtue that the institution called marriage must have as it does not struggle with anyone and if you are humble in your marriage you will have little or no challenge as you will never say or do things that will attract that, instead you will always be comparing with your spouse and do whatever he/she wants even when it is not convenient for you to do and he/she will find out that, little or no fault can be found in you, as you are dutiful and easy going in all you do or speak, this is a value that is required to be possessed by all married people as you are not in any competition with your spouse but, you are to cooperate with him or her in other that you move your family to the next level as you may have planned where peace and harmony pervades your marital life and it will be seen by all. Such marriages are always peaceful and productive this is a way you can make your marriage to become successful.</w:t>
      </w:r>
    </w:p>
    <w:p>
      <w:r>
        <w:t>BEING OUTSPOKEN</w:t>
      </w:r>
    </w:p>
    <w:p>
      <w:r>
        <w:t>Making your marriage successful entails that you make known your feelings by communicating it clearly and loudly to your spouse in all you do and say, either when he/she is there or not as you may be making him/her realize that</w:t>
      </w:r>
    </w:p>
    <w:p>
      <w:r>
        <w:t>you are there for him/her and you are not making any secret of it and you are ready to make everyone know it and you are not ashamed about it, it sends very powerful message of trust and confidence to your spouse and most times your spouse, will always respond either in kind or in getting or giving you more attention and would want to be more associated with you and will be proud of himself or herself and every time.</w:t>
      </w:r>
    </w:p>
    <w:p>
      <w:r>
        <w:t>RESILIENCE</w:t>
      </w:r>
    </w:p>
    <w:p>
      <w:r>
        <w:t>You need to be resilient, you need to tell your spouse by what you say and do, that no matter what the circumstance is, that you are still there for him/her and you are so sure of it and you need to burst with energy in your speeches or words to him/her. This is a great lift that can make your spouse too to want to survive any challenge as there is sure to be challenges that will rear their head at times. Some may be positive and others negative, no matter which one comes your way, you should be resilient as these challenges are not meant to be there always and they will soon pass away, just like time runs.</w:t>
      </w:r>
    </w:p>
    <w:p>
      <w:r>
        <w:t>RESPECTFUL</w:t>
      </w:r>
    </w:p>
    <w:p>
      <w:r>
        <w:t>To be respectful is to be conscious that you cannot be an island and that you need to respect others and even yourself for other to respect you, it is an attribute that the spouse need in other to show that they are well brought up in life and they are in their marriage to make it successful. Spouse that show respect in their marriages are the ones that know that there are rules that govern marriages and respect is at the top of it and they must respect themselves in other to have a successful marriage that can stand the test of time or enviable, where there will be peace and understanding, they must not wait for anyone to, for example greet you first before you reciprocate anyone can initiate the greetings or due regards, for it takes nothing away from you, instead it will make your partner to respect you more and think highly of you always and that can be translated to other areas of your marriage which is always positive, there is no loser in being respectful, instead you get all the accolades and recognition that you need to promote your marriage.</w:t>
      </w:r>
    </w:p>
    <w:p>
      <w:r>
        <w:t>RESOURCEFUL</w:t>
      </w:r>
    </w:p>
    <w:p>
      <w:r>
        <w:t>Spouse that are resourceful are always appreciated and they raise the standard of the family as you must not depend on one partner to make available all the needs of the family and you engage yourself in productive ventures that brings income for the family, some spouse are known to have rescued their family in times of down turns or economic depression or more practically the recent outburst of the</w:t>
      </w:r>
    </w:p>
    <w:p>
      <w:r>
        <w:t>pandemic has rendered many husbands/wives jobless and the resourceful ones have been known to be innovative and by that their family have found a way of mitigating the negative effect of the COVID-19 pandemic that has ravaged the entire world. It is expected that my readers should be resourceful in their marriage as you cannot easily predict the times and seasons any longer and it is only the resourceful families that will stand the test of those challenging times and their family will still stand as a unit, as many families have gone apart because of those challenges, never allow such to be your portion. Strife to make your marriage a success and envy.</w:t>
      </w:r>
    </w:p>
    <w:p>
      <w:r>
        <w:t>There are honestly other virtues that should be present in marriages, which can make your marriage a success, some of which are honesty, speaking right, calmness, dutifulness, kindness, not being greedy etc, you need to really know the marriage you are in and you need to work very well on your virtue so that your spouse can speak for you and when you come back and you are asked, you will say the same thing your spouse said, for you need it as trust is very important in marriage especially if you hope for a successful marriage especially for Christians as it is an injunction, reverence your husband for there is a chance that out of your reverence even when he is bad he may want to see reasons to be positively compliant.</w:t>
      </w:r>
    </w:p>
    <w:p>
      <w:r>
        <w:t>NEVER LISTEN TO THE WRONG PEOPLE</w:t>
      </w:r>
    </w:p>
    <w:p>
      <w:r>
        <w:t>It is important if you want to make your marriage a success that you deliberately do not listen to the counsel of wrong and failed people as listening to them is setting up the stage to put your marriage in arms way and that may not really be what you need at this point in time of your marriage. For example, you are married and the people that gives you counsel are all failed people in marriage, they may likely give you counsel that led to their own failure and your own marriage too may fail, some may in truth be giving you advice out of ignorance while some others may be doing, so out of their own limitation some may be a deliberate counsel to throw you out of your marriage so that you join them in not being married so that your friendship can become stronger. I urge you to flee from such association at best listen to them but be wise and seek good counsel, deliberately from people who are in marriage and are doing well which can be seen as reflected by the standard of the children they have raised and their responses to issues.</w:t>
      </w:r>
    </w:p>
    <w:p>
      <w:r>
        <w:t>You must take into consideration that the soul aim in listening to anyone is to make your marriage a success and anything short of it, is not healthy and you should by all means walk away consciously from it and do not have a rethink or apology to or for anyone as the survival of your marriage is more important to you</w:t>
      </w:r>
    </w:p>
    <w:p>
      <w:r>
        <w:t>than any friendship or association as they will not be there with you when you may be suffering, the humiliation, recrimination etc of a failed marriage, which is mostly the cases of eighty percent of the failed marriages for if some of them had, had an opportunity of a good counsel or reading this book, they may not have left their marriages or their marriages would not have failed/crashed.</w:t>
      </w:r>
    </w:p>
    <w:p>
      <w:r>
        <w:t>NEVER IMBIBE A BAD HABIT</w:t>
      </w:r>
    </w:p>
    <w:p>
      <w:r>
        <w:t>It is important that by all means you do not imbibe a bad habit, that can be detrimental to your life or your marriage as this could be dangerous and should never be seen or exhibited in any marriage by any of the spouse, no matter how you see it as just a little bad habit, in truth when you begin a bad habit you need grace to overcome it, even when you are now conscious that it is not the right habit to posses, that is why you do not begin anyone, no matter how bad you think your spouse is and therefore you are tempted to reciprocate with bad act, you will only get yourself hurt in the end for what you describe as small may be negatively interpreted by your spouse and he too may now respond in bad kind as he may be thinking, could it be that, that small thing I did that made him/her to be acting this way etc and sometimes what you are responding to, may not have been taken note of by your spouse but you have responded negatively and he/she, in angered and in bad fate have responded negatively both of you may be playing a dangerous game, as it graduates you may not be able to stop, until it may consume you or your marriage and it may be too late then, when you want to retrace your steps backward. Your bad habit can infect people around you, as some of them may think that what you are engaging in is the right thing to do, the worse of which could be that, your children may copy it from you and they begin to practice it, unknown to you, as they grow up, maybe they start it with you and you may react negatively not realizing that they got it from you and they have now even become an expert in it.</w:t>
      </w:r>
    </w:p>
    <w:p>
      <w:r>
        <w:t>Some children out of ignorance do transport it to their marriage and this</w:t>
      </w:r>
    </w:p>
    <w:p>
      <w:r>
        <w:t>has been the challenges in homes that experience violence, malice etc. Bad habits have never been known to promote good marriage, so like a plague, go far from it, and if you want to really see your marriage survive.</w:t>
      </w:r>
    </w:p>
    <w:p>
      <w:r>
        <w:t>Rather if you see any trace of any bad habit in your spouse, you should be watchful and respectfully call his/her attention and calmly explain your observation and see how both of you can work it out, as you should be able to tell your spouse, the negative effects of bad habits and the likely outcome which will not benefit your marriage that you want your marriage to succeed, you should be aware that it is not just to draw his/her attention and that's all etc no, it is that you</w:t>
      </w:r>
    </w:p>
    <w:p>
      <w:r>
        <w:t>have to work together, observe and duly bring to his/her knowledge your further observations etc so that you can put that habit to rest.</w:t>
      </w:r>
    </w:p>
    <w:p>
      <w:r>
        <w:t>RE-PROGRAM YOURSELF TO MAKE YOUR MARRIAGE A SUCCESS</w:t>
      </w:r>
    </w:p>
    <w:p>
      <w:r>
        <w:t>Too many times we think that we know it all and this leads to failure and resentment by others this, is the situation that happens in marriages, therefore, when you are married and your partner complains to you about your attitude do not dismiss it but listen and see how you can work it out, even when you think you are correct because in the persons world view the way you understand it is not the same thing with his/her own, therefore you need to strike a balance and see that you understand it from his/her perspective so that both of you can work as a union, otherwise you will have a very poor working or marital relationship, for most times, your level of education does not matter in your relating in your marriage, you need to sometimes want to be in the other persons shoe too, so that you see how it feels, to be either the wife/husband in the relationship without which your report card in marriage may not be up to average, if properly married, for every marriage has its own peculiarity even if both of you are professors in the same field, you will still view, issues differently at the same time.</w:t>
      </w:r>
    </w:p>
    <w:p>
      <w:r>
        <w:t>When you are married you need to configure your thoughts, attitudes, etc to conform with the person you are married to, it is to be able to relate effectively with your spouse but not to change you, for instance if you have a compartment that can only accommodate only a two mouth plug, whereas you own plug is a three mouth plug, it will be difficult to use that two mouth plug, therefore you may need to adopt and adjust to be able to use it or you will need to get a three mouth plug, to be able to use that device, so it is in marriage, you need to specially adapt and you have to adapt correctly for, if you adapt wrongly, you will still not get it right.</w:t>
      </w:r>
    </w:p>
    <w:p>
      <w:r>
        <w:t>Importantly, if a woman acts badly in her marriage it may likely affect the whole of the family. This is very instructive and should be taken seriously by the women folk in the marriage as it is easier for a marriage to come to an end, if it is the woman that wants the end of that marriage, as they (women) seem to hold the soul of the marriage, as she can become very patient and tolerate much more than the men folks, for if a woman starts to act badly in the marriage, the recrimination and disapproval is sometimes not thought through before she is sent out of the house or disciplined but the woman can be tolerating most nonsense their husband do for years, you will not hear of serious quarrels, disagreements or recrimination in the home as she would be thinking of herself, her children and even her husband that is</w:t>
      </w:r>
    </w:p>
    <w:p>
      <w:r>
        <w:t>so bad and uncompromising and uncooperative.</w:t>
      </w:r>
    </w:p>
    <w:p>
      <w:r>
        <w:t>But it must also be said that if you treat your husband like a king and from time to time you guys engage in heart to heart discussion, he may want to give you confessions, he may not ordinarily give you before and may want to act rightly especially if you speak to him in a responsible way and you find 'his' right time to do that, every man has a right time, please always find out which is the right time to always speak to your husband, if you always get that time right, you may even succeed in being able to get him to be on your side even in critical issues, he used to have disagreements with you, you see that, if a woman acts rightly she is most likely to sustain and succeed in her marriage more than a woman that may act badly in her marriage.</w:t>
      </w:r>
    </w:p>
    <w:p>
      <w:r>
        <w:t>If a woman acts badly in her marriage, her entire family will feel the effect, for instance, most children at home look forward to their mother in getting things done in the home or sometimes to be able to get, some essential things from the father he/she may not be able to adequately explain to the father and the father may dismiss him/her but if the mother has a good relationship or rapport with her husband she will be able to get that same thing the son or daughter could not get, thereby making the son or daughter to go and get it by other means which may not be to the good of the child and the family, some children that are on the streets now acting unruly or do little pick pockets etc may just have been products of this kind of scenario described above and this too as can be seen also affects the society. So women are therefore admonished to be able to have good rapport with their husbands, to eliminate some challenges that our children will face in the future.</w:t>
      </w:r>
    </w:p>
    <w:p>
      <w:r>
        <w:t>BECOME TOO RELEVANT FOR YOUR SPOUSE TO IGNORE</w:t>
      </w:r>
    </w:p>
    <w:p>
      <w:r>
        <w:t>Yes, you can become too relevant for your spouse to ignore, all you need to do is to be good in different things in every field, be it business, finance, sports, education, politics etc and see how he/she will be relying on you for those information and he/she will be using it to brag, especially in your absence outside the home and he will be receiving commendations and praises that should actually come to you, that may be the reason he/she will be ignoring your other short comings which ordinarily would have brought serious quarrel, but because he or she finds you very good in the areas that he/she gets commendation outside, he/she would want to overlook you and move on with a little complain.</w:t>
      </w:r>
    </w:p>
    <w:p>
      <w:r>
        <w:t>Another quick way you can become too relevant is to observe closely and know the area of weakness of your spouse and fill the gap, every human being has an area(s) he would not be able to do absolutely well, be it in counting money,</w:t>
      </w:r>
    </w:p>
    <w:p>
      <w:r>
        <w:t>politics, business etc, you only need to become an expert in that area and he/she will be following you to get that information you may start by giving it unsolicited and if he/she know that you are that good in that area, you will always be in his/her thoughts and you will become too relevant, for him/her not to be able to reject, you might just be shocked that in almost all his/her plans you are always within the plans, but this is not a license for you to misbehave and step out of bound but it should be a time to assist your spouse to improve your family so that your marriage will be on a good foundation and both of you will enjoy your marriage.</w:t>
      </w:r>
    </w:p>
    <w:p>
      <w:r>
        <w:t>THE BEAUTY OF A WOMAN IS GRACIOUS</w:t>
      </w:r>
    </w:p>
    <w:p>
      <w:r>
        <w:t>That you are a beautiful woman is great but it should not be a license for any woman to want to take negative advantage and misbehave and thereby endanger your marriage, which you originally do not plan to buy your attitudes now threaten it. When you are married you should make it a point of duty to speak kind and soothing words which underlies the essence of being a married person as it is believed that you are now a fit and responsible person to get married and associate with someone else, who is also tagged to be fit and responsible, so when you get married and you are devoid of kind and soothing words, then, it is a sign that you are indeed not fit and proper to get married because it was expected that you will now be taking care of another human being(s) that you should nature to become fit and proper person to get married and the circle continues that is the hope but if you fail in this process, you have not fully fulfill the purpose of your getting married or you have not meet the expectation of a married person. You need to honestly raise your standard to meet the marital standard if you are in marriage or you want to be in marriage, if you have not, it is not too late to seek and read to show yourself approved, so you can get married and get married responsibly. One of the way to show that you are approved is that you will be tempered in your words and you will speak responsibly always.</w:t>
      </w:r>
    </w:p>
    <w:p>
      <w:r>
        <w:t>LOVE NEVER LOSES HOPE</w:t>
      </w:r>
    </w:p>
    <w:p>
      <w:r>
        <w:t>It is true that if you love someone you never lose hope in them or in the person you claim to love and you should have the knowledge that there is no how you think anyone is perfect that you may not find one thing or the other that you do not appreciate in him/her and when you find those things about the person and you truly love the person, you should be able to ignore such thing (attitude) or so, otherwise you will move on to someone else and find a worse thing, you may find not palatable and you move on again and you may end up disappointing yourself</w:t>
      </w:r>
    </w:p>
    <w:p>
      <w:r>
        <w:t>and others that you have been in relationship with or it is possible that you indeed, do not love the person but you only think that you really love your spouse. For, if you truly love the person you will be around with the person and not give up, but, assist him/her to see that what you see that is not good in him/her is taken away either, spiritually, through seminars, a counselor etc for if both of you keep working on it, it will become a thing of the past that is why you need to keep faith with one another and be patient. Before you work on the issues troubling your spouse, you should not duel in his/her weakness, for if you duel on his/her weakness you may not get the best out of her/him, for if you do, it may be unfortunate that you will have a turbulent relationship that may lead to pains that you may transfer to another relationship(s) and it may just remain your lot and this does not make for a good marriage. Some marriages have ended because of very simple things (attitude) that should or can be overlooked or worked on and later have a superlative marriage, for example, married couple are said to have separated because the husband over the years has been complaining of his wife, not shaving her armpit and therefore, it smells while they are in bed and in intimate mood and it led to fight that day and it was not settled as it escalated and they had to separate and go their separate ways, this is a simple thing that could have been settled and they may still be in their marriage.</w:t>
      </w:r>
    </w:p>
    <w:p>
      <w:r>
        <w:t>SAY ONLY WORDS THAT CARRY POSITIVE NOTES</w:t>
      </w:r>
    </w:p>
    <w:p>
      <w:r>
        <w:t>To have a successful marriage, you must have to become an unusual person that only speaks words to your spouse that is only filled with positive notes and if you have filled your spirit, soul and body with positive notes you will become valuable to your spouse that even you will be a little bit taken aback because when you speak words of only positive notes to your spouse, you after sometime would be able to actually be the object of wonder to your spouse, for it is very unusual, if for instance, your spouse tells you, you are stupid and untrained from your father and mother's house, your family is not a good one etc and you respond to him by saying, my lovely husband the one that is the crown of my head, God will bless you and uplift you for us your family, anyone that curse you will be cursed for you are a good husband of your family etc I am sure your spouse will be physically shocked even if he does not express it to you but if you do it consistently, that man will become too shocked to be able to speak any negative word to you over the years, you guys will become so close and he will have undying respect for you, until the dying days of his life and will be so uncomfortable if he ever says any evil word to you.</w:t>
      </w:r>
    </w:p>
    <w:p>
      <w:r>
        <w:t>You may just take control of that home effortlessly. This preposition may seem to be impossible, but it is very possible if you positively position your mind to do what I described to you, if you think it is not possible just start by being quiet if anyone especially your spouse, says a negative word(s) to you, then the next time just say thank you and the other time, I love you my husband or wife, God bless you, if you keep on this it will soon become part of you and you will be comfortable with it soon and after sometimes your husband becomes uncomfortable to speak evil words to you and you even take over the family. And you must not stop because he or she has stooped saying negative words to you, keep doing it – speaking only positive words so that it takes root in your life and it envelops everyone in the family and even your close friends and family members because, if you stop, you run the risk of a reversal of the gains that you have made, you are doing that not because you are not capable of returning to him/her also with the same kind of negative words, but because you have consciously made up your mind to make sure that your marriage succeeds and you enjoy the benefits of marriage. You should be aware that what you speak in your marriage comes to past, so only decide to speak positive words that will bring favour to your marriage and leave the negative words that will not bring success.</w:t>
      </w:r>
    </w:p>
    <w:p>
      <w:r>
        <w:t>ALWAYS GIVE AND PAY UNDIVIDED ATTENTION TO YOUR SPOUSE</w:t>
      </w:r>
    </w:p>
    <w:p>
      <w:r>
        <w:t>If you do not give due attention to your spouse, you are setting problems and challenges in your marriage that will trail it for a long time and could pose a real challenge to that marriage ending up in divorce – yes, it can be as serious as that for not giving attention leads to frustrations and it is expressed in various ways, that we cannot explain precisely as everyone reacts differently. Even if it means switching off your phone so that you are able to give him/her due attention, for this thing, as little as switching off your phone can save your marriage or relationship for all human being like attention and respect especially when they are communicating with you be interested in your spouse discussion and make a genuine contribution that will assist him or both of you in that discussion, even if he/she calls you to complain about you or what you must have said to him, still be interested and wholeheartedly give suggestions and contributions that will assist him/her to understand your actions, so that both of you can enjoy your marriage.</w:t>
      </w:r>
    </w:p>
    <w:p>
      <w:r>
        <w:t>If you keep giving your spouse attention, he or she will also get the attention back and in other areas of your marriage too as he/she will be giving you attention that you do not even deserve, because you have given him/her attention</w:t>
      </w:r>
    </w:p>
    <w:p>
      <w:r>
        <w:t>when he or she needs attention and in doing this you are creating an unusual advantage to yourself in your marriage that will only make your marriage to become valuable and stand any heat that may come as it is not unexpected.</w:t>
      </w:r>
    </w:p>
    <w:p>
      <w:r>
        <w:t>THE KEY TO A SUCCESSFUL MARRIAGE IS NOTE LOVE</w:t>
      </w:r>
    </w:p>
    <w:p>
      <w:r>
        <w:t>Marriage and love are highly related and can almost be interchanged for each other but, it is not all there is to marriage but you must look beyond it to birth a successful marriage for love on its own cannot sustain your marriage, if for instance you love your spouse so well, but each time he/she comes to the house and you speak to him roughly repeatedly, you will find out that there will be quarrels, confrontations, fights etc and if it happens and frustration sets in and yet you still love him/her one day, you will find out that the love you had for him/her could not sustain your marriage, it therefore tells you that, love on its own cannot sustain marriage but you need to mix love with other characteristics that, can sustain your marriage.</w:t>
        <w:tab/>
        <w:t>Also just imagine a beautiful girl, has a very bad temper or anger, she will attract very many men but, she will not be able to have anyone to get married to her, for anger is one of the greatest enemy that can speak against anyone who want to get married as it is a draw back and especially for a lady it be so challenging as she will be angry with the right person who wants to get married to her, severally without her knowing that she has been doing so and the tragedy is that angry people don't listen to you when you speak to them, but they hear you and they are too bitter to understand and men are most times too afraid to tell them the truth especially if they have been satisfied with her and are only there as a temporary measure therefore anyone of my reader that posses the spirit of bitterness and anger or associated character should drop it forthwith as, it is a very bad energy that even physically and spiritually robs you of, favour, good friendships, respect, value etc as people do not always take you serious, but, no one seriously is able to truly call your attention to it, as they always would conclude that, that is your life style and therefore, you have to be left that way, until you realize yourself and who knows, it may just be too late for you, you will then be desperate and you may miss it, if you are not properly guided or God steps in for you, so that you do not make mistake that will lead you astray. For some married people have been known to lose their marriage out of anger, bitterness etc.</w:t>
      </w:r>
    </w:p>
    <w:p>
      <w:r>
        <w:t>You must do and say things that will make your marriage to be successful</w:t>
      </w:r>
    </w:p>
    <w:p>
      <w:r>
        <w:t>as only love cannot and will not sustain you marriage, but be kind, be of great value etc.</w:t>
      </w:r>
    </w:p>
    <w:p>
      <w:r>
        <w:t>SEVERE RELATIONSHIPS THAT ARE A TREAT TO YOUR MARRIAGE</w:t>
      </w:r>
    </w:p>
    <w:p>
      <w:r>
        <w:t>You should as a matter of urgency terminate any relationship(s) that is a treat to your marriage, for most times, it is relationships we keep outside our marriage that leads to the disintegration of most marriages and if we had terminated them our marriage may still be intact, therefore it is important that as we have known this, we should quickly evaluate all your relationships outside your marriage and see which one is not relevant and a likely treat to your marriage so that you need to terminate those relationships and observe the remaining one's and see if you need to still terminate any one further, so that your marriage will be strong and standing, be they your close friends, relatives exes etc choose those relationships that are a treat to your marriage as it is mostly people that are close to you that are a treat to your marriage, for the kind of things you hear and been encouraged to do, will not serve your marriage well, you need to be so circumspect and urgently do something about it.</w:t>
      </w:r>
    </w:p>
    <w:p>
      <w:r>
        <w:t>And if your spouse has ever asked you to terminate a relationship as he/her views it as a treat to your marriage and you are still in that relationship you may only just be playing with fire, that may consume your marriage soon and that is not your intention, for some spouse do take cheap advantage of the fact that, they have warned you and you did not heed their advice and they can no longer keep up with you again, for you may not be privileged to some information he or she has about, those people he/she asked you not to be associated with again which may have assisted you, if you had, left that relationship.</w:t>
      </w:r>
    </w:p>
    <w:p>
      <w:r>
        <w:t>LIMIT THE INFORMATION YOU GIVE OUT ABOUT YOUR MARRIAGE</w:t>
      </w:r>
    </w:p>
    <w:p>
      <w:r>
        <w:t>It is important to be discreet about information about your marriage, for you do not at all need to give any information about your marriage out, not to talk of giving critical inform about your marriage out, even if you consider the people to be your close friends or family members, however if it is a life threatening information, you should share it with your family and friends in other to be safe, as some people who are constantly abused in their marriage, do not speak up and their spouse have taken that advantage and continued the physical abuse and that has led to the death of some people, which could have been avoided if they had spoken up, it is lifesaving to report domestic violence which is mostly perpetrated by men, in marriages.</w:t>
      </w:r>
    </w:p>
    <w:p>
      <w:r>
        <w:t>Regarding other information about your marriage, like finance, little</w:t>
      </w:r>
    </w:p>
    <w:p>
      <w:r>
        <w:t>squabbles, quarrels, care of the children etc should be sorted out by spouse in other to have peace as it is possible, for the people you give information, may not be able to manage the information properly and therefore could cause further problem in the marriage, which is not too good if you don't limit the information you give out you may be shocked when you would learn about what happened in your home will be twisted and it will take a dimension you will not believe and it may anger you and you may even want to quarrel with the person you told, who told someone else etc.</w:t>
      </w:r>
    </w:p>
    <w:p>
      <w:r>
        <w:t>It is then better to try to manage your home with tact and patience for sometimes what you may have told the person, may have changed at home, e.g. if your spouse had refused to take care of the school fees of the children for some time and you had told your friend, he/she told someone else and after sometime, your spouse has a change of mind, the information that your spouse refused to take care of the children school fees, may not be able to be paid in full now and some people may still have the notion that your spouse does not pay the school fees of the children at home and he may even suffer abuse as a result of that whereas, your spouse had now seen reason to begin to pay or assist the family with the school fees of the children. This is just one example of what can happen when you give your marital information to the public there are other more serious things that can occur if you carelessly give your marital information to friends and family members by all means, limit the information you give out or eliminate it entirely.</w:t>
      </w:r>
    </w:p>
    <w:p>
      <w:r>
        <w:t>PROVIDE SECURITY FOR YOUR FAMILY</w:t>
      </w:r>
    </w:p>
    <w:p>
      <w:r>
        <w:t>It is important that you provide security for your family so that they will not be in arms way, thereby bringing grief to the family, it should be noted that there are various ways you can do that. Physicals security, emotional security, financial security, educational security etc it is important that you provide physical security for your family by ensuring that you have relevant security numbers on your phone and you make it available to all members of your family in other for them to contact the security personnel when the need arises, you should endeavor to house them in a secured environment and make sure that they have secured doors, windows etc and that you adequately update them with security information from time to time, as they may need it to act, especially when you are not around and they are on their own, as my readers should make sure that every day when every member of the family has entered the house you should go round and check, if the doors are locked and the family should have a protocol in the house to open door for strangers etc these little things can keep your family secured and by extension, keep your</w:t>
      </w:r>
    </w:p>
    <w:p>
      <w:r>
        <w:t>marriage secured and successful, at a particular time everybody must be inn.</w:t>
      </w:r>
    </w:p>
    <w:p>
      <w:r>
        <w:t>Emotional security is important in making your marriage successful for if your spouse is emotionally stable, it will impact on the marriage successfully, you need to keep your spouse satisfied emotionally, which would make your spouse want to be with you and do whatever he/she can do to make the marriage successful. Educational security – It is important to make sure that your family is educationally secured as education gives someone confidence to push through in life and make us to know our rights to keep us secured. It solves many other issues.</w:t>
      </w:r>
    </w:p>
    <w:p>
      <w:r>
        <w:t>BE AN UNCONDITIONAL LOVER</w:t>
      </w:r>
    </w:p>
    <w:p>
      <w:r>
        <w:t>If you want your marriage to be successful, you then need to love your spouse unconditionally without any much complain but suggest to him/her how both of you would have a successful marriage, for example if you see no wrong in your partner but only the positive things you comment and focus on and speak about it, your spouse will become whom you want him or her to be in your marriage as he would become what you focus on and would, without question drop all the attitudes that are not fitting for your marriage as he/she now sees that you never speak about the negative things he/she does, that is how a normal human being behaves speak the language of love, which is soft, heart warming, encourages, filled with hope etc.</w:t>
      </w:r>
    </w:p>
    <w:p>
      <w:r>
        <w:t>STILL HAVE FUN</w:t>
      </w:r>
    </w:p>
    <w:p>
      <w:r>
        <w:t>Having fun is good to keep your marriage going as it acts like a piece of wood that is thrown in the fire, when it is consumed, the fire is kindled and never goes out and there has to be a repetition of throwing of log in the fire to keep it lighted as long as you keep throwing of log on the fire, so is catching fun to a marriage, your marriage will keep being fresh each time you find time to catch fun, together and the good thing is you don't need money to catch fun it could just be telling stories about your primary school days and the activities and the role you played or a particular teacher that you liked or did not like you, the friends you had and how some of them react to the fun you had when you run into them or gist about your secondary school or university, your favorite course, lecturers, classmates, role models, likes and dislikes in your university days and about famous hostels incidents etc as there are really stories that are interesting that shaped our humanity. taking a walk together sometimes and asking and saying plans of the future to yourselves can also be a way of having fun, children can become an important part of the fun in marriages, if for example in the evenings you get your children together, each telling either a fiction story or stories about themselves that</w:t>
      </w:r>
    </w:p>
    <w:p>
      <w:r>
        <w:t>the family need to know about or asking everyone including parents or grandparents where they are available to take up a role and act a play for all to laugh either individually or you divide yourselves into two or more families to act a like play for all of you to have fun and some of your children could display good and great talent that may need to be furthered or everyone take turn to sing his/her favorite song that could have been a nice fun time.</w:t>
      </w:r>
    </w:p>
    <w:p>
      <w:r>
        <w:t>For if you don't find time to have fun with your spouse he/she may find one way or the other to have fun without your knowledge which may be detrimental to your marriage and that is the last thing you will want to see, if you can afford it, it is not a bad idea to plan with your spouse to go to his/her dream destination in life, as there will be satisfaction that cannot be purchased with any kind of money or amount and usually it works out good for the family as the experience is said over and over, relived and adds greatly to the wellbeing of the individual and the family in general.</w:t>
      </w:r>
    </w:p>
    <w:p>
      <w:r>
        <w:t>Also arranging for your children to go on field trips with their class or school mates is a very great way of having fun in your marriage for the children will come back with lots of great stories that will be told and everyone will be happy together is a great fun for the family, find a way to have fun with your spouse always. Mothers can arrange with the children to invite the husband, while she and the children sing poem for him, dance and entertain him.</w:t>
      </w:r>
    </w:p>
    <w:p>
      <w:r>
        <w:t>IMPROVE COMMUNICATION</w:t>
      </w:r>
    </w:p>
    <w:p>
      <w:r>
        <w:t>Like a dirty cloth that is watch and it looks bright and good, this is how spouse should view communication, for it should and can be improved on as you go on in your marriage do not in any way allow it to become old, stale or dirty, for there is absolutely nothing that cannot be improved on when you keep doing research on it, a very practical example is our phones, when phoning first started, it was analog, it became digital, it became 1G, 2G, 3G, 4G and now 5G and each time you see that communicating with our phones becomes easier each time a new model is rolled out, so we should do to our communication in marriage we should deliberately improve it and must leave it open and never closed for if you completely close communication channels with your spouse, you have started a free fall, that you may not recover from and that may damage it badly and as the human being is proud and will say who blinks first, who calls first etc sets in and it is not a healthy thing for a marriage.</w:t>
      </w:r>
    </w:p>
    <w:p>
      <w:r>
        <w:t>Even when the issues to be talked about is so challenging you still need to keep talking for there might just be a breakthrough around the corner that you may</w:t>
      </w:r>
    </w:p>
    <w:p>
      <w:r>
        <w:t>not expect, for the issue of pride in marriage should die after the marriage ceremony as there is nothing to be proud about as you are going to see everything about each other, including what the public would not see again, so what is the essence of pride and who calls first should never come in as anyone should call first, depending on convenience or anyone should speak first to anyone in the marriage for, if you wait for who greets, speaks or calls first, you guys are sending a great danger signal to your marriage, which is not the best, you take the initiative to make the call and speak to your spouse and don't give room for anyone to take over your responsibility as some would not want to relinquish it again and it can set problems in your marriage that you may need a third party to come settle for you and you may feel awkward about it, so settle it by yourselves and make your marriage a success and easy.</w:t>
      </w:r>
    </w:p>
    <w:p>
      <w:r>
        <w:t>If there is a challenge in your marriage no one needs to tell you, you must very fast, initiate a setting mechanism which does not fail, first, begin to call  him/her sweet names that you have neglected for some time now, begin to smile more and say the things you need to say, speak to him/her at any slight excuse and bring up relevant and irrelevant discussion that may interest him or her and ask his/her opinion and become like a pest that will not go away and become automatically very seductive, I tell you he/she will develop a clay feet and forget about the challenges and come to you like the one with a candy that babies always run to just to get the candy and you will see that the challenge will turn to joy.</w:t>
      </w:r>
    </w:p>
    <w:p>
      <w:r>
        <w:t>BE A POINT OF ATTRACTION</w:t>
      </w:r>
    </w:p>
    <w:p>
      <w:r>
        <w:t>Like a flower that has nectar, butterfly, insects, birds etc will always visit the flower to have a tasty drink. You can make yourself in your marriage to become that flower, for when a flower is seen alone, it attracts the eyes and when it has nectar, it is a sure destination to quench taste, turn yourself to a taste quencher for your spouse, to be so attractive and always smelling nice, dressing well that your husband/wife will be confused at times even in the bedroom, as you spouse will now be the one to always ask you to please come to the bed and especially when you know you have got him/her spell bound you can add color to it by engaging on a few out of course activities around him/her by re-arranging the wardrobe, rearranging the cloths and selecting the cloths that are to be watched etc please make sure you are not too long with it anyway as some people can be in a hurry that they may want to turn it to quarrel, but still keep your calm and smile so well about it and hurry back to him or her and offer apology as if, you are not aware he/she had been waiting and be so nice to him/her, if you do this, you have placed value on</w:t>
      </w:r>
    </w:p>
    <w:p>
      <w:r>
        <w:t>your marriage knowingly or unknowingly and you will be more valued too by your spouse. Do you know that you can also become a point of attraction in your marriage when you find close members of your husbands or wife's family that your spouse is close to and you too become nice to them, not necessarily be close just, find time to call them from time to time and send them gifts etc maybe on their special days etc you may just find out that you are the rallying point of the family and your spouse maybe happy about it and that may be what you may have added to make your marriage a success.</w:t>
      </w:r>
    </w:p>
    <w:p>
      <w:r>
        <w:t>You may also introduce, something in your family that can attract your husband/wife for instance, you can introduce, time out with your husband either once in a week, month etc where you will be obligated to take your wife/husband out, even in the house and the wife or husband prepares a meal that the wife or husband will eat, it could just be at the request of the spouse whose turn it is to take the other out and you may request ice cream, fruit, specific food etc either prepared or bought, it might just be a time for you guys to bond and be human beings to each other, as you may become playful with each other or taking a ten, fifteen minute walk and coming back together and asking your partner to count the stars on his/her right and see who has the highest number of stars on his or her side. It could be that there are things that you can do to become as attractive and a centre of gravity that will make your marriage a success, try some out, one or some later, so that you can set your marriage on fire.</w:t>
      </w:r>
    </w:p>
    <w:p>
      <w:r>
        <w:t>REMAIN FRIENDLY WITH HIM OR HER</w:t>
      </w:r>
    </w:p>
    <w:p>
      <w:r>
        <w:t>If you remain friendly, you will find marriage very easy, for friends are people who know each other weakness but yet, they still remain friends and there is no challenge or controversy about it, and if there is no fear of, being betrayed or talked of in a bad light to anyone else and you guys will be doing things in common and you spend each other's money as if it is your own, if you can achieve this fact as friends while married you have solved about all the problems that would have emanated in your marriage as friendship entail mutual respect and everyone knows his or her boundary, so that, things take shape on their own very many times without it been in place and when you talk, it is almost the same thing, even at different places at the same time about the same issue.</w:t>
      </w:r>
    </w:p>
    <w:p>
      <w:r>
        <w:t>NEVER HAVE DIVORCE AS AN OPTION IN YOUR MARRIAGE</w:t>
      </w:r>
    </w:p>
    <w:p>
      <w:r>
        <w:t>You should have the notion once you are married that divorce is not an option, with that kind of mentality in marriage you are most likely to succeed in</w:t>
      </w:r>
    </w:p>
    <w:p>
      <w:r>
        <w:t>your marriage, because you will now, do everything humanly possible for the marriage to be a success and once you set your mind out for that achievement you are likely to succeed, no doubt. It will be like the soldiers that were said of, that they went to an island to fight, as soon as they got to the fringes of the island, their commander burnt the boat, with which they got to the island, which means, if they want to go back they must only fight and win the battle before they can either seize the boats of the enemy to go back and through to type, the few soldiers fought and defeated an army that was, more than three time their seize. This is the kind of determination you need to put in, your marriage and success will be smiling at you. For you need to do some unusual things, that people will not ordinarily do to succeed in their marriage i.e. changing the food you guys eat in the home even with lean resources and using different plates each time you serve food for the family.</w:t>
      </w:r>
    </w:p>
    <w:p>
      <w:r>
        <w:t>Your mentality about marriage must not be like the ordinary as marriage must be seen beyond child bearing, for that is what ordinary people say, that if they leave their marriage now, they would not regret it, but the children you will have will all leave you and all married to different people, while the husband, just like the days you started when you were alone before children started coming and now they are out of the house again, as if they were not even there, so if you say, marriage is all about child bearing, where are they now? They have all gone out to get married to their own husband or wife just as you too did, so you need to know that, marriage is much more than child bearing, but also include, staying with your spouse, for life and having fun etc. therefore you need to make the best out of marriage, so that it will be accounted to you that you did well in your marriage and your children, seeing that you are able to, they too will stick to their own marriage to the end.</w:t>
      </w:r>
    </w:p>
    <w:p>
      <w:r>
        <w:t>That is why you should, while you are married, seek the interests of your spouse, so that he or she too will see your own and in the end you guys will be gravitating towards each other in the things you like, for instance I you like the same soup, cooking at home may be easier than when both of you are far apart in that regard, as there will be efforts, to see that, time and things are spent in double, because of different wants, whereas, you may need that one half of the double time, to spend together or use it to engage in another venture that may be beneficial to both of you. Do not allow any distance between you, but, from time to time you can give yourselves space to see if you will miss one another. You try to eat together, almost watch the same programs on television and enjoy it together, always say and do the things that show clearly that, you love your spouse and you are good to go. As responsible men always try to treat the lady well, you will also see that she will</w:t>
      </w:r>
    </w:p>
    <w:p>
      <w:r>
        <w:t>treat you so nicely. Once you do those things, you are very far from divorce, but you have a very successful marriage that even you may be envious of. As your future together is assured, ladies please completely obey your husband, most men when they are given their respect, they provide a smooth playing field for their wife to play in.</w:t>
      </w:r>
    </w:p>
    <w:p>
      <w:r>
        <w:t>MAKE IT AN HABIT TO SETTLE YOUR DISPUTES IN THE BED ROOM</w:t>
      </w:r>
    </w:p>
    <w:p>
      <w:r>
        <w:t>Make sure that most of your quarrels are settled in the bedroom and not in places that are not convenient, if it is possible it should be always settled in the bedroom when both of you are alone and will want to get each other's attention, as spouse before that or after that you can raise those, weight quarrels and you will see that, there is the urge to forgive each other, more than when you will be in a place that may not be convenient and answers and questions may be given at the spur of the moment or according to the environment that you guys find yourselves, which in reality may not be the correct answer or question you may not be the circumstances you find yourself you give that inadequate answer or question that is unfitting and improper.</w:t>
      </w:r>
    </w:p>
    <w:p>
      <w:r>
        <w:t>You must evaluate your response to your spouse as you should be aware that, it is your spouse, you are dealing with and therefore you need to be human and apply a human face to your questions and answers, so that you will always be able to reach a resolution that will benefit both of you and create harmony in your marriage. Try not involve a third party in your quarrels but both of you should hear each other out and be rational, do not accuse your spouse of the same thing you do, it can be so annoying and disappointing. Take reasonable instructions and never prove your stubbornness in your marriage as it is only reserved for the foolish ignorant and wicked or at best those who are not ready to get married, but are ready to see the end of what stubbornness brings, which is malice, more conflict and eventually divorce and in truth they may not be ready for marriage.</w:t>
      </w:r>
    </w:p>
    <w:p>
      <w:r>
        <w:t>One of the things to avoid is entertaining guests without the knowledge of your spouse, he or she should be informed well in advance and if he or she objects, suspend it and talk more about it, especially of strangers anytime is not the right time to speak about your anger or disappointment, as that can, in itself cause another quarrel as your spouse may not be at the right frame of mind to answer you and if he or she does your will get a wrong response and you will be so angry and so on. Even the all wise JESUS has instances, he did not have to speak even in the face of manifest provocation and people expect him to respond, but he did not, so also you should not respond to provocations.</w:t>
      </w:r>
    </w:p>
    <w:p>
      <w:r>
        <w:t>NEVER CRITICIZE YOUR SPOUSE NEGATIVELY</w:t>
      </w:r>
    </w:p>
    <w:p>
      <w:r>
        <w:t>If you really want your marriage to be successful, do not engage in negative criticism of your spouse, especially with your friends, family etc as some of them would want to take advantage to do him or her evil without telling you and you will in turn be praying for your spouse to succeed not knowing that you are the one that, has set him or her up for attack and possible death or failure.</w:t>
      </w:r>
    </w:p>
    <w:p>
      <w:r>
        <w:t>It is good to criticize him or her when you are only alone or during your regular meeting, as every home should have time to meet at least mention your complains lovingly and you will find out that over the times your complaint, will be getting less, if you do it rightly or you will understand his or her behavior and cooperate with him or her until that bad habit goes away, for as adults, when we learn some things it is difficult to immediately stop it, it would take some time, that is why you need to gently from time to time remind him or her of a need to act responsively or in a manner that will bring peace to your home and make your marriage a success, ask what your spouse want you to do for him or her always.</w:t>
      </w:r>
    </w:p>
    <w:p>
      <w:r>
        <w:t>It is essential that you ask your spouse what you want him or her to do for him or her on a daily basis or even more frequently, because, you never know what he or she would want that you are not doing or that you are doing wrongly already, for if you then ask he or she would be able to tell you what he or she wants you to do, if you want to become an exceptional wife or husband you can push that narrative further by asking if you did it well or if he or she is satisfied with what you have done, as it is possible that you did it, but did not do it properly or satisfactorily.</w:t>
      </w:r>
    </w:p>
    <w:p>
      <w:r>
        <w:t>I tell you if you do this, you have opened a can of candy with great aroma that will be scenting in your wife or husbands nostril for the rest of his life and he or she would be considering you in every of his or her plan. And when you make mistake or offended him or her knowingly or unknowingly he or she would not count it as an offence, people count offences to act, negatively against you and when you are in their good books, whatever you do wrong will be waved away but if another person does the same thing, there will be legal consequences, this too is the scenery that plays out in marriages. So you need to work a special way out to make your marriage be on fire, as it is said, if a fish is close to the fire no harmful bacteria, maggot etc will dare be in that fish, for they know that it is not a territory to be in and the fish will be preserved from them, so always keep your marriage close to the fire.</w:t>
      </w:r>
    </w:p>
    <w:p>
      <w:r>
        <w:t>If you apply this simple rule your marriage shall be preserved from any harmful tendencies that normally plague marriages especially in these modern days.</w:t>
      </w:r>
    </w:p>
    <w:p>
      <w:r>
        <w:t>CHAPTER NINE</w:t>
      </w:r>
    </w:p>
    <w:p>
      <w:r>
        <w:t>THE PLACE OF SPIRITUALITY IN MARRIAGE</w:t>
      </w:r>
    </w:p>
    <w:p>
      <w:r>
        <w:t>This chapter may be the least understood part of this book on marriage, yet it could be the most important, especially for those that clearly know that this world is more spiritual than physical and every human being is made up of spirit, soul and body, just as we feed our body we also need to feed our spirit, that all the things we see that happens on earth, all have spiritual form and it is the most authentic of the two; physical and spiritual. The things that are in the spiritual realm are the most authentic and all things that happens in the physical realm has happened in the spiritual realm and all human beings also are not just physical but, we have spiritual content that controls our life, but because we focus on the physical and neglect the spiritual we are able to have fulfillment of some areas of our lives, just as we see and understand marriage, so we should tend to understand life from the spiritual angle otherwise, we will be satisfied with life and we will not be able to understand some challenges in life that seem to defy every physical solution we have, applied, but we still have the challenges, for if we refuse to understand, appreciate and apply spiritual solution to some of our challenges we will float in life until we go back to the dust.</w:t>
      </w:r>
    </w:p>
    <w:p>
      <w:r>
        <w:t>This, to some of my readers may sound very controversial and farfetched, but, I urge you to follow and read to the end of this chapter as, I will attempt to show you that, there are things that happen in the physical reality that has their roots in the spiritual realm except we ask for assistance in the spiritual realm. We cannot overcome, some people ask for some others to help intervene on their behalf, which may be effective because those people have tried to master the spiritual realm and the creator of heaven and earth has given them the spiritual ability. But, please understand that just as I have told you, that there is physical and spiritual realm, as some people and powers are fake and do not obtain their spiritual power from the original source, this must be put in mind and if we want to be truthful to ourselves, we would or should be able to discern which one is fake and which one is real, for if we see their modus operand, we should quickly discern, therefore we should be careful about which one to apply so that we don't apply the wrong one, you may actually compound your problems instead of solving them.</w:t>
      </w:r>
    </w:p>
    <w:p>
      <w:r>
        <w:t>I would want to draw from a practical example, so that my readers are sure of what I am driving at and should be able to make judgment for themselves e.g. Nigeria has one president, if someone else claims to be the president of Nigeria or someone else claim to be the president of the United States of America, that person is indeed a fake. This shows too that in the spiritual realm there is one supreme</w:t>
      </w:r>
    </w:p>
    <w:p>
      <w:r>
        <w:t>being (God ) and he like presidents all over the world, has governors, legislatures etc. that work with him. If we have got it clear, then, I want you to know that you can also appeal to the supreme being in all your challenges, including any challenge you have in your marriage, be it barrenness, problematic wife/husband, children, troubles from other challenges in marriage etc. and I will show you some practical examples, of what God has done, can do and will do for you that no one else has done for you.</w:t>
      </w:r>
    </w:p>
    <w:p>
      <w:r>
        <w:t>You do not need to be a Christian before he does anything for you, it has been able to do despite all, the millions and the billions you have spent and yet, your challenge still stare you in your face, but you don't need to spend any money for him to do anything for you, as there are very many things money can buy or do for you as a human being e.g. money can't buy you the best house, but it cannot buy you a good home, money can make you eat well but it cannot sustain you on this earth, for some people that have now died of Covid-19, has money to pay but, cannot sustain themselves here on earth, it is God that gives us life etc., so please read my contention to the end and see if you will follow God or you want to be where you are and remain with your challenges and unanswered questions of life need to fully comprehended.</w:t>
      </w:r>
    </w:p>
    <w:p>
      <w:r>
        <w:t>For there are some real questions or mysteries of life that we are some situations in life that we should not face again if we turn to God for answers and comfort, for all things come from him as he is the beginning and the end, all wise God, that intervenes in the affairs of men especially if we deliberately call on him. And the interesting things is that, he has great plans for us all, even from the beginning.</w:t>
      </w:r>
    </w:p>
    <w:p>
      <w:r>
        <w:t>All, the challenges we face in life is either caused by us, people, power(s), God, or our family background etc. therefore, we need to ask God, what we need to do, to get out of these challenges, fortunately, God has sent His son Jesus, to die for us all and therefore, he has carried our sins and honestly one of the greatest things you can do for yourself, is to pray that God should show you who you are, for if God your creator, has created you to become a preacher and you are an Engineer, you will find it difficult to become your best in life.</w:t>
      </w:r>
    </w:p>
    <w:p>
      <w:r>
        <w:t>We can change our circumstance as human being that have spirit, soul and body we can change our present circumstances to the one that we prefer, no matter whom or how we have been battered in life, as he God will always be in your support otherwise how can it be that, God Himself told Isaiah to tell King Hezekiah that, he should prepare his family etc. that he will die soon, the king, prayed to God and reminded him of how he has been good to his people etc. and God told Isaiah to</w:t>
      </w:r>
    </w:p>
    <w:p>
      <w:r>
        <w:t>go tell him he has added to him years and it happened exactly like that, which means God can do, the same thing for us, in the present circumstance that we are facing now, if we indeed call him and ask him specifically, consistently what we want him to do for us. See 1kings 20:5&amp;6. And the messengers came again, and said, Thus speaketh Benhadad, saying, although I have sent unto thee, saying, Thou shall deliver me thy silver, and thy gold, and thy wives, and thy children; Yes I will send my servants unto thee tomorrow about this time, and they shall search thine house, and the houses of thy servants; and it shall be, that whatsoever is pleasant in thine eyes, they shall put it in their hand, and take it away.</w:t>
      </w:r>
    </w:p>
    <w:p>
      <w:r>
        <w:t>There are wicked people that target us to say that we do not have enemies in this world is to express great ignorance as they – our enemies do not only work against us in this physical world but they also go to the spiritual realm to work against us, that is why you see that some people who are making progress just all of a sudden die prematurely and we mourn for them, perhaps if they too has gone into the spiritual realm to clash with them, they will give them change and will also know that we visit the spiritual realm and therefore they have to be very careful otherwise it is we that will kill them before they would want to kill us. See psalm 11:2. For, lo, the wicked bend their bow, they make ready their arrow upon the string, that they may privily shoot at the upright in heart. You will see that there are people that are ready to kill us every time, we also need to prepare against them, for us to be alive or our loved ones is God for they also target people around us.</w:t>
      </w:r>
    </w:p>
    <w:p>
      <w:r>
        <w:t>We have to be conscious that there are people and powers after us, otherwise how do you explain a virgin got married and for years they are struggling to give birth and they have done all medical tests and the doctors confirm that both of them have no health challenge, unless they look beyond the physical, such spouse may not give birth again and at the end the man may be tired and goes to impregnate another woman and asks his wife to leave or in anger the wife abandons the marriage and starts struggling again to get married and she has to try various means, some very bad cases too could be that the woman may go to commit adultery and gets pregnant not for her husband but for her lover and she will keep quiet about it, until maybe the child is sick and wants to get tested etc and the child's blood does not match the fathers blood, that is where, things come to the fore and the marriage is either ended or accusations and counter accusation begins and fights etc you don't really need all that, you only need to recognize that you need to ascribe to your creator, so that he gives you assistance from persons or powers troubling you, I want you to see {psalm 11:2. For, lo, the wicked bend their bow, they make ready their arrow upon the string, that they may privily shoot at the</w:t>
      </w:r>
    </w:p>
    <w:p>
      <w:r>
        <w:t>upright in heart.}You will see that there are always people or powers shooting arrows, most of them you cannot see with your physical eyes, except your ascribe to the spiritual realm, where you will see arrows flying, then you will understand that, really we need to defend ourselves against these arrows and evil people and the good news is that our creator has implanted in us what we can use to defeat them, we only need to activate them.</w:t>
      </w:r>
    </w:p>
    <w:p>
      <w:r>
        <w:t>Pray for your husband/wife every day that you need to pray For your husband/wife is not surprising, for all of us need prayers every day to go through the day so that, we overcome all temptations of the day and if we are not prayed for, only our own prayer may not be able to sustain us from the evil plans, even when we believe in God, as you may observe, even Jesus had to pray for his foremost disciple Peter, so that he would not fall into temptation, sometimes as believers, not to talk of the fact that some people are not believers, Peter has to be prayed for and it was that prayer that made Peter to realize that he has failed his master and he had to repent. And even if you are not married or considering marriage yet, still from now begin to pray for your wife/husband so that when the time comes you will not have challenges either in finding him/her or you find and find a bad one that will disorganize your life or use you as a punching bag in the house and if you are not careful you lose your life, for such stories abound all over the world and if you begin to pray now, your unborn children will get the benefit of your prayers as they will get a good father or a good mother and their life will be like a normal child, for some children are not normal societal children because of the homes they grow up from, they are unfit and that is why we have the challenge of pick pockets, armed robbers etc may our children not get married to unfit people.</w:t>
      </w:r>
    </w:p>
    <w:p>
      <w:r>
        <w:t>It is important that you add fasting to your prayers from time to time, for</w:t>
      </w:r>
    </w:p>
    <w:p>
      <w:r>
        <w:t>prayers alone may not be able to take away some very hard challenges, but only fasting as Jesus observed to his disciples who could not heal the sick until he came back and they were confused and he was asked why they could not heal the sick, he said because they do not fast regularly.</w:t>
      </w:r>
    </w:p>
    <w:p>
      <w:r>
        <w:t>And when you begin to pray and fast even when you are not married you will be shocked that God can show you whom to marry or show you how you can meet the person and if you are lucky to see that, be sure that you will have a great marriage for God from the beginning has made all provisions for us here on earth, we only need to know how to get it, it is like a guest in a wedding ceremony, chairs, food, drinks etc has been provided for you, you do not need to come with anything, you only dress and come and seat, you will be served. God is ready to serve us include your unborn children in your prayers.</w:t>
      </w:r>
    </w:p>
    <w:p>
      <w:r>
        <w:t>AVOID EVIL APPOINTMENTS</w:t>
      </w:r>
    </w:p>
    <w:p>
      <w:r>
        <w:t>There are really appointments in the spiritual realm that we all walk into and are not aware but our enemies have programmed some things and appointments so that we will not succeed in our life's journey {Esther 3:7. In the first month, that is, the month Nisan, in the twelfth year of king Ahasuerus, they cast Pur, that is, the lot, before Haman from day to day, and from month to month, to the twelfth month, that is, the month Adar.}You see that they do divination to see the upgraded hour of our time or day and they strike, if you know what to do you can stop it.</w:t>
      </w:r>
    </w:p>
    <w:p>
      <w:r>
        <w:t>A lady was the eight wife in a family and she had just one daughter and all the other children as many as they were got to only secondary school level, but her daughter went abroad to study one day she had a quarrel with one of her mate and the mate told her is it because you have a child that is in the university abroad you are raising your shoulders with me, that you will soon cry, she replied there is nothing you can do to my daughter etc and the quarrel ended but the lady carried out her treat by going to a native doctor who is very wicked, the native doctor got a live fish from the river and made evil incantations on the fish and the fish somehow found its way abroad and the daughter bought that same fish ate it and died and the mate after sometime confessed and died too, this shows you clearly that people can appoint evil against any one, so it is to that evil is programmed into people's marriages there is also an illustration that two women of same husband quarreled, she will deal with the younger mate because she does not respect her, after some time she went to consult a native doctor, that she want to deal with her mate that the native doctor should give her a charm that she would use to afflict all the children of her mate and the native doctor gave her a charm prepared in a broom that she should break all the broom stick one after the other and call all her children's name and bury it in their compound, the native doctor explained that he who sweeps cannot face one direction that all the children of the other lady will never have a settled home that they will go from one marriage to the other and in truth all her children went from one marriage to the other, for a very longtime until the lady confessed when she wanted to die, you now know the reason some very nice people go from marriage to marriage and you wonder why this is mostly practiced in Africa and the third world, but you can come off such evil trap, just call on JESUS, he will deliver you and you should also pray in advance as you do not know whom you must have offended. And in truth you do not need to offend them, they only need to do their evil divination as I have pointed out earlier in the book of ESTHER in the bible and you can see the same pattern too when the wise men came from the East, who was</w:t>
      </w:r>
    </w:p>
    <w:p>
      <w:r>
        <w:t>able to know that a King is born and they wanted to come and worship him as they told king Herod, he plotted to kill him, for he does not want to hear of another king, so evil people envy you when they know that God has blessed you enough, with greatness, favour, wealth, intelligence etc they would want to see that you do not succeed in life or they would want to at least delay it. Do not allow such thing in your life or marriage.</w:t>
      </w:r>
    </w:p>
    <w:p>
      <w:r>
        <w:t>One of the most tragic and heart felt story, similar to what I have told you was about a lady who was scheduled to fly abroad and she missed the flight by some few minutes her family members on hearing about the plane crash were all devastated, some crying etc but after some few hours she called one of her family member that she hear that the plane she was to board crashed that she missed the plane and therefore took train and she is still on her way and in few hours she will soon arrive her destination, all her family rejoiced but the joy was short leaved as the train too crashed and the lady died, which means she was really appointed to die, otherwise what explanation could that be. Guide against and speak against any evil appointment and ask Jesus to give you appointment with a good husband, circumstances, favor, wealth, good job, good health, good wife etc and he is able.</w:t>
      </w:r>
    </w:p>
    <w:p>
      <w:r>
        <w:t>{Isaiah 49:1-5. Listen, O isles, unto me; and hearken, ye people, from far; the LORD hathe called me from the womb; from the bowls of my mother hath he made mention of my name. and he hath made my mouth like a sharp sword; in the shadow of his hand hath he hid me, and made me a polished shaft; in his quiver hath he hid me; and said unto me, thou art my servant, O Israel, in whom I will be glorified. Then I said, I have labored in vain, I have spent my strength for naught, and in vain: yet surely my judgment is with the LORD, and my work with my God.</w:t>
      </w:r>
    </w:p>
    <w:p>
      <w:r>
        <w:t>And now, saith the Lord that formed me from womb to be his servant, to bring Jacob, again to him, though Israel be not gathered, yet shall I be glorious in the eyes of the LORD, and my God shall be my strength.}You need to really pray about evil appointment as these things are real, a young virgin travel and on their way their bus was robbed and she was the only one that was raped by the armed robbers as if that was not enough, she through that has now contracted HIV and she is so devasted that she is been guarded so that she will not end her life, before you embark on any journey council every evil appointment that can affect you, if that young girl get married that evil experience will still be hunting her.</w:t>
      </w:r>
    </w:p>
    <w:p>
      <w:r>
        <w:t>How do you explain this next story, if not that it is a clear case of evil appointment, a young beautiful looking intelligent girl, who just completed her university degree, got engaged and in a few months the marriage ceremony was under way and all of a sudden the young girl tore her wedding dress and said she</w:t>
      </w:r>
    </w:p>
    <w:p>
      <w:r>
        <w:t>does not want to get married and that was how the marriage ended and the young lady was rushed to the psychiatric hospital, could that be a coincidence, no doubt it is a clear case of evil programming or how can you explain a whole professor who had been married for more than thirty years, now began to arrange to want to marry another wife, claiming that his wife was no longer fashionable etc as he went about the, dates, venue etc have been arranged and two weeks to the wedding, the wife he was to marry died and he was devastated and anger filed everyone and the priest in the cemetery out of anger pronounced him wedded with the dead woman, from that day the professor, began seeing the woman, even when no one was seeing the dead woman and the man ended in the psychiatric hospital, is it that the man was not educated enough, no he was, but he has been programmed to get involved and destroy himself.</w:t>
      </w:r>
    </w:p>
    <w:p>
      <w:r>
        <w:t>So also you can program goodness and favor in your life as was done by Hannah, in first Samuel 1:11. And she vowed a vow, and said, O LORD of hosts, if thou will indeed look on the affliction of thine handmaid and remember me, and not forget thine handmaid, but wilt give thine handmaid a male child, then I will give him unto the LORD all the days of his life, and there shall no razor come upon his head. You see that Hannah programmed a child into her womb by making a vow you too can make a vow, so that any program programmed in you can die and you have your original appointment God gave to you from heaven which is very possible for it was this Anna did that gave her one child that was much more than what her mate Penninah has as it was only Samuel that was mentioned after his birth, none of his siblings were ever mentioned again in the Bible.</w:t>
      </w:r>
    </w:p>
    <w:p>
      <w:r>
        <w:t>Please, this one will interest you as the way sometimes these appointments come can be very funny that was why I asked that we should at all times be in the mood of prayer so that we are not caught unawares. A lady works at an hospital as a nurse she is to close by six am just at about few minutes after her closing time as she was going to change to go home a patient was rushed into the hospital meanwhile the nurse that should take over from her had not resumed, she was asked to come and attend to the patient she vehemently refused and she went to change, took her time to freshen up and she come out and wanted to go, she said she should just see the patient that was brought in as she got there behold it was her husband that was rushed in that she refused to attend to, behold the man has just died and she burst into tears, if she was not appointed not to attend to the patient, perhaps she would have saved her husband, it is good to be at all times circumspect and be ready to assist at all times especially if it would not cost you.</w:t>
      </w:r>
    </w:p>
    <w:p>
      <w:r>
        <w:t>SHOW NO MERCY TO YOUR ENEMIES</w:t>
      </w:r>
    </w:p>
    <w:p>
      <w:r>
        <w:t>It is absolutely correct to show no mercy to any of your spiritual enemies as I have observed before, this world is more spiritual than physical all you see about the physical is not as superior as you have in the spiritual and all the decisions on earth by 'man' for 'man', I mean everything you see happen here on earth has first happened in the spiritual before it happens here, that is why you see that some prophets and people of God are able to see it even when it has not happened, for instance in {1Kings 13:1-3. And, behold, there came a man of God out of Judah by the word of the LORD unto Bethel: and Jeroboam stood by the altar to burn incense. And he cried against the altar in the word of the LORD, and said, O altar, altar, thus saith the LORD; Behold a child shall be born unto the house of David, Josiah by name; and upon thee shall he offer the priests of the high places that burn incense upon thee, and men's bones shall be burnt upon thee. And he gave a sign the same day, saying, this is the sign which the LORD hath spoken; Behold, the altar shall be rent, and the ashes that are upon it shall be poured out.}</w:t>
      </w:r>
    </w:p>
    <w:p>
      <w:r>
        <w:t>It was prophesied by the prophet Abijah that a son shall be born and his name is Josiah will be become king and after some years it really happened as you have seen Again, Jesus, before his death and resurrection spoke of it and it came to pass{Luke 24:7. Saying, the son of man must be delivered into the hands of sinful men, and be crucified, and the third day rise again.}both examples shows clearly that things that happen here on earth has taken place in the spiritual before they happen in the physical, so it is in circumstances in your marriage i.e. just as God has the original predictions and activities he wants for humanity so also Satan has fake things he wants to happen to people too, but we can withstand him with the powers God has put in us and we need to recognize this and then have no mercy for any evil spiritual person or powers that will not want us to enjoy marriage as they come in various way, including dreams, spells, evil incantations, magic, curses etc. I will talk on some of these areas I just mentioned a bit.</w:t>
      </w:r>
    </w:p>
    <w:p>
      <w:r>
        <w:t>DREAMS</w:t>
      </w:r>
    </w:p>
    <w:p>
      <w:r>
        <w:t>Some people have dreams that they were bitten by snakes and in real life they die of snake poison when in the physical they never came in contact with a snake at all while some will see how they got married in the dream and in the physical they are not able to get married, this is because evil powers or persons have really gotten married to them in the spiritual realm, and you need to nullify such marriage with dangerous prayers and fasting as those powers don't easily give up, you need to be strong in the lord otherwise even when you manage to get</w:t>
      </w:r>
    </w:p>
    <w:p>
      <w:r>
        <w:t>married they are in constant battle with you as they appear from time to time to molest you in the dream and disturb your marriage in many forms, sometimes troubling your finance, making your husband/wife or children to have trouble or are troublesome and you will be having one or the other trouble with your marriage, business, finance, they sometimes bring loses, the worst of it is that they could either be killing the children you have in the physical world and be saying you will not want to take care of the children you have for them spiritual realm and they usually too either kill your husband or wife and send evil generally. It is therefore very important never to have mercy on such persons or powers, that will not let you be, for if you have mercy on them they will not have mercy on you for they see you as a soft spiritual target, if you are hard on them, they flee and are usually afraid and don't come to your dream again but you do not relent because they do not come in your dream again, as most times they are just watching for a single slight opportunity to come into your life, be on your guard and always come against them with the blood of JESUS.</w:t>
      </w:r>
    </w:p>
    <w:p>
      <w:r>
        <w:t>They are so wicked so you need to apply powerful and dangerous prayers</w:t>
      </w:r>
    </w:p>
    <w:p>
      <w:r>
        <w:t>e.g. in {Psalm 7:15-16. He made a pit, and digged it, and is fallen into the ditch which he made. His mischief shall return upon his own head, and his violent dealing shall come down upon his own path.} Those evil powers are always trying to do very bad things against us, so you call for their own evil to come upon them and whatever they have prepared against you let it go back to them, see {Psalm 11:2.For, lo, the wicked bend their bow; they make ready their arrow upon the string, that they may privily shoot at the upright in heart.} Evil persons and powers are constantly at work against us and we need to be aware of this so that we too should be on the guard and issue curses and evil against them and everything they represent be in the physical or spiritual so that they too will know that you are a danger to them, i.e. if somebody or evil powers always confront you before you react, it is not good, you need to be proactive and speak and send evil arrows to them and their kingdoms too, so that, they will be afraid of you, so if they want to do anything against you, they will remember how you dealt with them and in most cases they don't try it for they know the consequences that will follow. See</w:t>
      </w:r>
    </w:p>
    <w:p>
      <w:r>
        <w:t>{Nehemiah 4:4. Hear, O our God; for we are despised: and turn their reproach upon their own head, and give them for a prey in the land of captivity}&amp; {Nehemiah 13:2. Because they met not the children of Israel with bread and with water, but hired Balaam against them, that he should curse them: howbeit our God turned the curse into a blessing.} you need speak words that they evil powers cannot reject, for their curses to return to them, they become a prey to their own enemies, when</w:t>
      </w:r>
    </w:p>
    <w:p>
      <w:r>
        <w:t>they hear these kinds of words constantly they will not want to touch anything that concerns you and you will be free from their influence.</w:t>
      </w:r>
    </w:p>
    <w:p>
      <w:r>
        <w:t>If you have ever had sexual intercourse with evil powers or spiritual beings who mostly want to claim that they are legally married to you, you really need to stand strong and bold, otherwise, you will not get married or you will have a challenging marriage and life, this is an unfortunate situation that some people suffer constantly, some will have their undies wet either with sperm or so and for the ladies you feel in your private part, that you have just made love to someone, when in reality you are alone and never had made love even at all in your life physically with any man, this is a reality that some human being all over the world leave with and have not been able to find a solution to and some people are too ashamed or perplexed to even want to relate it with any one, I tell you, you don't really need to, if you read this book and just follow the things and scriptures I am putting it to you, you need to daily profess it and call on Jesus every day especially before you sleep. I must make you to be aware, that, some people will be conscious and they will feel someone making love to them and they will see themselves in orgasm and find sperm on their bodies or ladies feel wet in their private parts – yes, that's it, it is a strange reality that some face, that is to tell you the evil audacity under which this satanic powers operate in some people.</w:t>
      </w:r>
    </w:p>
    <w:p>
      <w:r>
        <w:t>Some are even taken to their marine kingdoms and they perform sacrifices,</w:t>
      </w:r>
    </w:p>
    <w:p>
      <w:r>
        <w:t>make them to swear oaths, perform rituals etc from time to time and they use such things to pollute their lives and make them miserable in life. There is an illustration in Nigeria that a lady who has suffered over ten disappointments in marriage, she was put on a three days dry fasting and dangerous prayers for those three day and before then each time she dreams she will see her wedding gown inside the river in their community, so she was asked to go to that river side on the third day and pray as the prayers got so serious, suddenly from the river came her wedding gown that she has been seeing in her dream and from that day, all those evil dreams stopped and in a few months she was able to get married and she was advanced, this shows that we are not leaving in this world alone, as there are wicked powers that operate here and we need to stop them from operating anywhere near us, so that we and our families can be free of their influence, which are always negative and are of no benefit at all, as they only come to us to steal, ill and to destroy us, so that we would not enjoy the great things God have planned for us.</w:t>
      </w:r>
    </w:p>
    <w:p>
      <w:r>
        <w:t>They come to us in different ways in the dream to affect our marriage or marriage plans, some of which is that, they tale some people to the rivers to swim with them, with strangers you are not familiar with in the physical realm, they came</w:t>
      </w:r>
    </w:p>
    <w:p>
      <w:r>
        <w:t>to steal your shoes or one leg of it or they come in your dreams to make you walk on barefoot, eating in the dream, roaming around, being pursued, stained wedding dress, empty church, going with your partner he/she vanishes, marriage with strange persons, issuing direct curses to you being raped, marrying ex-lovers, begging for items or food, seeing yourself in chains and ropes, climbing stairs, not getting to the top, going back to old places, schools etc seeing yourself naked, men or women contesting over you, being pregnant, marriage with dead person, wearing rages, removal of hair or alters working against you etc.</w:t>
      </w:r>
    </w:p>
    <w:p>
      <w:r>
        <w:t>In truth you should be aware that our dreams are very important to our life, as it is a means of communication by God to us and most times the devil tries to add his own too and we should take every dream serious and really pray so that evil dream will not come to pass or it should not come to pass but there are ways you can know if the dream is good or bad for instance is the dream conforming to the word of God, for instant, how can you dream that you were put in a grave, then you immediately know that you need to attack and send that dream back to whoever and whatever has brought that dream to you, does the dream draw you to God or you do not understand the dream, if the dream brings bondage, fear, evil sites, people running after you to harm you etc or how the dream ended, certainly you will know now if the dream is bad or good, so that you do something about it, if you constantly dream evil dreams, declare war against any anti marriage dream, if you do not dream you need to pray more, for God in his wisdom has provided that all of us dream as you can see from {Job 33:14-19. For God speaketh once, yea twice, yet man perceived it not. In a dream, in a vision of the night, when deep sleep falleth upon men, in slumbering upon the bed; then he openeth ears of men, and sealeth their instruction, that he may withdraw man from his purpose, and hide from man he keepeth back his soul from the pit, and his life from perishing by the sword. He is chastened also with pain upon his bed, and the multitude of his bones with strong pain}</w:t>
      </w:r>
    </w:p>
    <w:p>
      <w:r>
        <w:t>It is known that if a person is sixty years old, he/she would have slept for</w:t>
      </w:r>
    </w:p>
    <w:p>
      <w:r>
        <w:t>twenty years of his or her life, so why will you not want to know what happens to you in these twenty years, for during those times you dream and God uses that quiet time to speak to us and give us vital information and you see that some people do dream but they will tell you they forget their dreams or use to forget, it is a satanic attack on your life that you need to reverse and put right as you have been missing some very vital information that can be very relevant as some people walk into traps that have been set in the spiritual realm in their real life but perhaps, they had been informed by God about it but are not aware because they do not remember</w:t>
      </w:r>
    </w:p>
    <w:p>
      <w:r>
        <w:t>their dreams and it is not a good report you can say of yourself, you don't need to be a Christians before God speaks to you so long, as you are a human being for he loves all of us his creation, even from the beginning.</w:t>
      </w:r>
    </w:p>
    <w:p>
      <w:r>
        <w:t>In fact most times in your dreams, God can and always show us things that would happen to us, sometimes, days, weeks, months and even years before they happen all we need to do is to be able to remember and do what we need to do to be free and be on our way to our prepared blessings, favour riches etc that God has lined up for us. Imagine if Joseph in the Bible did not remember his dream and told it to his parents, how would he become Joseph the prime minister and interpreter of dreams and deliver his people and through him Israel become great etc could it be that God has spoken to you that you are the deliverer of your family, nation etc and you are not conscious see {Gen 37:9-10. And he dreamed yet another dream, and told it his brethren, and said Behold, I have dreamed a dream more; and, behold, the sun and the moon and the eleven stars made obeisance to me. And he told it to his father, and to his brethren: and his father rebuked him, and said unto him, what is this dream that thou hast dreamed? Shall I and thy mother and thy brethren indeed come to bow down ourselves to thee to the earth?}And also {Genesis 41:14-16. Then Pharaoh sent and called Joseph, and they brought him hastily out of the dungeon: and he shaved himself, and changed his raiment, and came in unto Pharaoh. And Pharaoh said unto Joseph, I have dreamed a dream, and there is none that can interpret it: and I have heard say of thee, that thou canst understand a dream to interpret it. And Joseph answered Pharaoh saying, it is not in me: God shall give Pharaoh an answer of peace.}{25-28. And Joseph said unto Pharaoh, the dream of Pharaoh is one: God hath shown Pharaoh what he is about to do. The seven good kind are seven years; and the seven good ears are seven years: the dream is one. And the seven thin and ill-favored kind that came up after them are seven years; and the seven empty ears blasted with the east wind shall be seven years of famine. This is the thing which I have spoken unto Pharaoh: what God is about to do showed unto Pharaoh.} remember, I had told you that, you do not need to be a Christian before God shows your dreams, pharaoh, is at all not a believer in God but yet, God showed him a dream about his nation that if not for the famine would have threatened and possibly wipe out his nation but for the dream God gave him, he contacted Joseph who interpreted the dreams for him and his nation was able to pass through the famine without any issue and even nations came to beg and bowed to Pharaoh because of the abundance of food in his kingdom.</w:t>
      </w:r>
    </w:p>
    <w:p>
      <w:r>
        <w:t>Begin to take your dream life serious, may just be the beginning of your</w:t>
      </w:r>
    </w:p>
    <w:p>
      <w:r>
        <w:t>breakthrough you have been praying or wishing for and if you follow through, you</w:t>
      </w:r>
    </w:p>
    <w:p>
      <w:r>
        <w:t>will triumph very soon and begin to thank God you ever bought or picked up this book to read, as it is a thing you may engage in not for only yourselves now but for your family and generation yet unborn for it was Joseph that started the process of the Israelites revival and recognition just like Jesus broke the Jinx that was said about Nazareth where it was declared that, can anything good come out of Nazareth, yes, the greatest thing came in Jesus out of Nazareth could be too for you that anyone or powers are saying that to you or your family that nothing good will come out of your family, then dare to break it and make a powerful positive statement out of it that you indeed are a great thing that has come out of your family and put them and the devil to shame as you make undeniable progress in your field of endeavor.</w:t>
      </w:r>
    </w:p>
    <w:p>
      <w:r>
        <w:t>EVIL INCANTATIONS</w:t>
      </w:r>
    </w:p>
    <w:p>
      <w:r>
        <w:t>This is an aspect of the evil powers or people that we need to be aware of and push them back to their owners, as they engage in evil words against our life, marriage etc and that accounts for, marriages that come to an end without the knowledge of the people in the marriage as they are not conscious until it is over. It affects some of them to the extent that they will just get up and say they don't want to marry any longer without any disagreement with their spouse, and no matter how the entreaties they will not listen, until they are out of the marriage and maybe they now begin to experience reality etc their consciousness returns and if they are lucky they are able to get back if their spouse has not got another spouse or partner that will not want to let go, it becomes a battle of wits to get back to their marriage they unceremoniously, abandoned, because of evil incantations that was said either in the physical or spiritual realm, as these evil powers in the spiritual always engage in these evil incantations, but God will always show you or make you to be able to withstand it no matter how they do it, whether you are aware or not all you need to do is to insulate yourself with his words, for his promises never change like he said that he will have mercy on us in {Psalm 5:5-7.The foolish shalt not stand in thy sight: thou hatest all workers of iniquity. Thou shalt destroy them that speak leasing: the LORD will abhor the bloody and deceitful man. But ask for me, I will come into thy house in the multitude of thy mercy: and in thy fear will I worship toward thy holy temple.}He will always appear and be by your side spiritually or send his angel to take care of you and he never fails.</w:t>
      </w:r>
    </w:p>
    <w:p>
      <w:r>
        <w:t>So you need to watch out for evil incantations in your marriage, as the</w:t>
      </w:r>
    </w:p>
    <w:p>
      <w:r>
        <w:t>signs of evil incantations, is that you may notice that things that used to be easy for you becomes very hard, you run out of the ordinary favour that used to be your normal happenings, no longer happens to you, if you have a business, suddenly</w:t>
      </w:r>
    </w:p>
    <w:p>
      <w:r>
        <w:t>your business starts to fail and you no longer have patronage from your customers and you even see your customers that has been patronizing you for years now begin to go opposite your business place to patronize someone else and they only casually greet you, yet they will not patronize you and you had no disagreement with them, some of them are even actually still owing you and they will not pay up and you experience bad breaks in your general life too, that things will not go right for you as usual. If you experience this or are experiencing it, please urgently begin to call heaven for assistance and powers in heaven can quell all the evil revolt against you, as he never forsakes his own. See{Ephesians 3:7-8. Whereof I was made a minister, according to the gift of the grace of God given unto me by the effectual working of his power. Unto me, who am less than the least of all saints, is this grace given, that I should preach among the Gentiles the unsearchable riches of Christ;}{Ephesians 5:17-20. Wherefore be ye not unwise but understand what the will of the Lord is. And be not drunk with, wherein is excess; but filled with the spirit; Speaking to yourselves in psalms and hymns and spiritual songs, singing and making melody in your heart to the Lord; Giving thanks always for all things unto God and the father in the name of our Lord Jesus Christ;},{Ephesians 6:10-12. Finally, my brethren, be strong in the Lord, and in the power of his might. Put on the whole armor of God that ye may be able to stand against the wiles of the devil. For we wrestle not against flesh and blood but against principalities, against powers, against the ruler of darkness of this world, against spiritual wickedness in high places.}{Ephesians 3:20.Now unto him that is able to do exceeding abundantly above all that we ask or think, according to the power that worketh in us,}</w:t>
      </w:r>
    </w:p>
    <w:p>
      <w:r>
        <w:t>Surely you will be able to overcome them if you keep his words good</w:t>
      </w:r>
    </w:p>
    <w:p>
      <w:r>
        <w:t>enough in your mouth day and night and do not allow it to depart from your mouth, for God said he honors his words that he honors his words more than his powerful name, he has never failed for everything is under his son JESUS for God created heaven and earth and everything in it, named or unnamed, physical or spiritual be so confident too. So that when they make any incantation against your marriage, you too return it to them with his word.</w:t>
      </w:r>
    </w:p>
    <w:p>
      <w:r>
        <w:t>CHARMS</w:t>
      </w:r>
    </w:p>
    <w:p>
      <w:r>
        <w:t>This is a situation that the evil people or powers do charms and either bury it, throw it in the river or sea, using various satanic items, including keys etc and or they make the charm and put them at road junctions in other to affect the persons marriage or ruin the person, howbeit, little by little as they may program the charm to appear as sickness of any kind that will eventually take the life of the person or</w:t>
      </w:r>
    </w:p>
    <w:p>
      <w:r>
        <w:t>adversely affect the marriage e.g. a lady got married having one child and having a quarrel with a neighbour, who promised to deal with her after which the lady carried out her treat, as one of her breast began to pain her seriously and you know what that means for a married woman and occasionally, it causes quarrel in the ladies home because the husband could not understand the pain, as there was no lump or swelling of any sort, but the pain according to the woman was very severe, one day the lady after visiting prayer houses, got to one of the prayer house and on this day there was a dangerous prayer that was prayed – every evil charm programmed inside of me come out by fire, it was so intense that many people vomited snails, snakes, nails etc but this particular lady suddenly was feeling very sharp pain in her breast as she looked and touched her breast she saw a black tread and she drew the black tread and it was coming out of her breast immediately following the tread was a niddle that was even longer than her breast, from that day, her breast pain stopped which means some charms can be programmed in our bodies spiritually and we will not be aware that is why you must daily protect yourself with the blood of Jesus so that those kinds of charms can never get to you or your loved ones.</w:t>
      </w:r>
    </w:p>
    <w:p>
      <w:r>
        <w:t>CURSES</w:t>
      </w:r>
    </w:p>
    <w:p>
      <w:r>
        <w:t>This evil persons and powers are able to curse and it will affect you either for you not to get married or for it to affect your marriage or so that you will not be fruitful in your marriage, you need to guide seriously against such curses as they do it physically and spiritually and each time they curse you, you should curse them back especially when you are not a curser too anyway. And brethren the power of life and death is in the tongue. Anyone under a curse is the opposite of blessing which could come in various forms including limitation, barrenness, defeat, delay that is called on by the curser for a power(s) to afflict another person to cripple and hinder, make the person lack or pollute him/her hardened poverty, general backwardness, lack, getting late for important assignment, mysterious accidents, deaths, continuous bad luck, when people get things easily, lower, most curses that affect some people are actually caused by them as they give themselves to the adversary by either belonging to them and not calling on God genuinely to set him/her free from them, curses can be in a family, as can be seen in {2 kings 5:27. The leprosy therefore of Naaman shall cleave unto thee, and unto thy seed forever. And he went out from his presence a leper as white as snow.}</w:t>
      </w:r>
    </w:p>
    <w:p>
      <w:r>
        <w:t>And if you are not prayerful that curse will follow you if you are a member if that family that has that particular curse, in some families the women do not get married, they must either get their children out of wedlock, just co-habit with a man</w:t>
      </w:r>
    </w:p>
    <w:p>
      <w:r>
        <w:t>or get raped to have a child so you need to be careful, so that you find out, what is the pattern in your family, so that you break yourself out of it as mostly in Africa and in the third world, this is a pattern that is seen in some families which could be because of a covenant their fore fathers have entered into or as a result of the evil they must have done and they were cursed and it is affecting their generation, this is possible because it used to be that human sacrifices were done and some people are usually delegated to go and forcefully look or take a person by force and in that process, they are always cursed and if you are in that linage definitely you will be affected.</w:t>
      </w:r>
    </w:p>
    <w:p>
      <w:r>
        <w:t>Imagine a lady that was cursed by one of her relatives because of envy the lady gave birth to three children all of them has strange sickness, the first one had a hole in the heart, the second one eyes was open the child cannot see, the third one was a horrible site to behold, the child was born deaf and dumb cannot seat, walk or stand, so the woman now knew she was under a curse and she had to seek spiritual solution and she went to a praying church and on that day as intensive prayer was given to her to prayer for about three weeks – Bringing judgment to your enemies by the second week that relative brought, three eggs to her, that he was the one that was responsible that each time she got pregnant he will issue a curse on an egg an bury it….</w:t>
      </w:r>
    </w:p>
    <w:p>
      <w:r>
        <w:t>Some curses have been in some families for hundreds of years, so you need very intensive, intentional, prayers to broke them.</w:t>
      </w:r>
    </w:p>
    <w:p>
      <w:r>
        <w:t>Some curses are near success curses that affects some people everything will seem set for the person to get a fortune, breakthrough, favor or in some cases, a man or a woman would be engaged to several people severally but none will get to marriage because there is a curse of near success syndrome working against the person but many people do not see it that way they will think it is a normal thing, in some cases, it would just be that there will be an insignificant disagreement, like you did not visit call me on time, I saw you with a girl or man or unexplained anger that is not important and that is all.</w:t>
      </w:r>
    </w:p>
    <w:p>
      <w:r>
        <w:t>There are some mysterious infirmities, sickness etc all in a bid to dislodge the marriage arrangement.</w:t>
      </w:r>
    </w:p>
    <w:p>
      <w:r>
        <w:t>There is the community curse, some communities have been involved in human sacrifice etc and some people that have been scarified have been known to curse some communities and that curse will affect everyone in that community, so if you are from any community please ask and know if there is a curse that you need to break yourself from, it may no doubt affect your marital life if it exist.</w:t>
      </w:r>
    </w:p>
    <w:p>
      <w:r>
        <w:t>There was a lady who scored very high mark in university entry exams, but that</w:t>
      </w:r>
    </w:p>
    <w:p>
      <w:r>
        <w:t>same week a trailer ran into their house and killed her because there is a cursed in their family that there is no one that will go above secondary education. The Reuben curse{Deuteronomy 27:13. And these shal stand upon mount Ebal to curse; Reuben, Gad, and Asher, and Zebulun, Dan, and Naptali.}</w:t>
      </w:r>
    </w:p>
    <w:p>
      <w:r>
        <w:t>There is the curse of un-forgiveness that is a curse that affects you when you have the spirit of not forgiving people no matter how you pray all you need to do is to forgive people at your own level, so that you do not be in a prison.</w:t>
      </w:r>
    </w:p>
    <w:p>
      <w:r>
        <w:t>STUMBLING CURSE</w:t>
      </w:r>
    </w:p>
    <w:p>
      <w:r>
        <w:t>If you allow people not to serve God and you make them to backslide etc, you are unknowingly attracting curses on yourself, so do not make anyone to lose faith in JESUS. If you have a cursed object in your house or any satanic object in your house you have attracted a curse to yourself and it can bring a bad aura into your life, business, marriage etc so you need to check your house and do away with anything that seems to represent Satan even satanic regalia or occultist regalia, they bring curses that you cannot know now so please be vigilant. Deuteronomy 7:26 Neither shalt thou bring an abomination into thine house, lest thou be a cursed thing like it: but thou shalt utterly detest it, and thou shalt utterly abhor it; for it is a cursed thing. And when you bring evil objects to your house it adversely affects your marriage.</w:t>
      </w:r>
    </w:p>
    <w:p>
      <w:r>
        <w:t>There are other ways all the things I have tried to put to you affects your marriage and you, for if anything affects you, it will affect your marriage or your chances of getting married, otherwise how can you explain that some girls have planned to get married to some men and it will not work, for no reason. It is expedient for you to realize that there are some people and powers that try to control our life and therefore whom we marry is important etc and they do it through several way and by severals means that will seem normal, but in reality it is not normal, but been manipulated by forces of evil which we need to contend with and stopped from operating further in our life and circumstances and it is very possible to stop them as God has given us the tools in his words to use to stop them.</w:t>
      </w:r>
    </w:p>
    <w:p>
      <w:r>
        <w:t>I will not fail to also bring to your attention that these powers and persons do everything possible too for some people to marry the wrong spouse in other for them to get at them or punish them unjustly and if you are not careful they use such people to ruin those people either their finance, career and in some cases they eventually take the life of the person.</w:t>
      </w:r>
    </w:p>
    <w:p>
      <w:r>
        <w:t>Otherwise how can you explain that a man got married to his wife as a millionaire with various investments that roles in money and all of a sudden his</w:t>
      </w:r>
    </w:p>
    <w:p>
      <w:r>
        <w:t>business begins to dwindle and in a few years he cannot pay ordinary school fees of his little children and he sells off all his cars, assets etc and becomes a tenant and yet cannot still feed properly, it is not of the ordinary, there are some forces working assiduously against him and his businesses, such person if he is not careful dies out of frustration and some deliberately take their own life, which shows that he is acting out a script that was written for him in the satanic world. {Acts 5:19-20. But the angel of the Lord by night opens the prison doors, and brought them forth, and said, go, stand and speak in the temple to the people all the words of his life.}</w:t>
      </w:r>
    </w:p>
    <w:p>
      <w:r>
        <w:t>This story may clearly give you an incite of the understanding I want to convey to you, A lady got married to her husband and they had two children and in the fifth year suddenly there was a big wound in the leg of the wife and they started going from one specialist hospital to hospital and the man's finances were dwindling and he was a very successful business man, he was not able to attend to his business any longer and so he was having financial challenges here and there and meanwhile, every morning the leg would be like a very fresh wound and the lady was getting the best treatment that they could find and the man was, so down cast and disappointed that he was complaining to whomever was ready to listen to him, one day one of his friends told him to do a three days dry fasting and prayers and pray for some time at midnight, he reluctantly agreed and he did that and on the fourth day he was too shocked and he dreamt that an angel came to him in the dream that they should attend a meeting they got to a big tree and they entered but he was afraid as they were there one after the other, people that attended were his former girlfriends before he repented, the other was his mother in law and so he almost shouted when he saw that, his own mother too was attending such evil meeting and the worse of all was that his wife was attending he almost broke down, that was not the tragic part as they finished the meeting and they wanted to share their meat, his wife stretched out her legs and it was upon the legs that they cut the meat and shared, he almost fainted, in the morning, the wife was complaining of the legs and the husband could not contain his rage and he said never would he put his money again in any treatment, the wife was crying and the man was too angry and he said, so you will put your leg down for them to cut meat and you want me to be spending my money, you are a liar, immediately the tears of the wife was dried and she began to apologize to her husband and said how did he know, she will not do that again etc.</w:t>
      </w:r>
    </w:p>
    <w:p>
      <w:r>
        <w:t>You see how satanic powers and persons pushed that kind of woman to the</w:t>
      </w:r>
    </w:p>
    <w:p>
      <w:r>
        <w:t>man, if not that God revealed it to the man he would have gone bankrupt, so you need to be very prayerful and circumspect on whom you would want to marry or</w:t>
      </w:r>
    </w:p>
    <w:p>
      <w:r>
        <w:t>the family you want to marry from, if you are aware that the man/woman is having a mother or father that is a witch or wizard would you want to marry from such family definitely, you will not. So make spiritual inquiry by yourself from God. Let him tell you which family you want to marry into, if it will give you rest of mind and peace. As marriage is not like an item you purchase and you return it to the store or supermarket where you bought it, no. That is why you have to be sure to a great degree before you will plunge into the river of marriage.</w:t>
      </w:r>
    </w:p>
    <w:p>
      <w:r>
        <w:t>And you see, some marriages that are going very nice and smooth suddenly develops serious problems etc, it may just be that an evil spell has been cast on the marriage and therefore hatred, strife etc becomes the order of the day, that is why you need to be humane in you reactions and decisions you take against your spouse, as you or he may be under a spell, that you have no control over and it may just be that you were attacked in the dream or they have manipulated something that is working negatively against your marriage.</w:t>
      </w:r>
    </w:p>
    <w:p>
      <w:r>
        <w:t>DELIBERATELY ACQUIRE ATTITUDES AND BEHAVIOUR THAT ARE SIMILAR TO WHAT GOD PRESCRIBES</w:t>
      </w:r>
    </w:p>
    <w:p>
      <w:r>
        <w:t>It is important that we understand marriage from a perspective of humility, honestly, love, wisdom etc which needs to be applied in marriage, otherwise, you cannot become successful in your marriage, it demands that we demonstrate great understanding, it is a journey that we embark on and never supposed to come back from it until death and it is not a thing that we use guess work to go about it but consciousness and presence of mind is needed to become a master of it, you must decide to become a person that must have lost the ability to get angry as you will always see things that will anger you, but you must decide not to be angry, because if you want to be angry at everything you experience in marriage you may not leave long, as anger shortens your life span and affect some of your organs, which you should avoid, you would have to become that proverbial goat, that sees things that threaten her, but will just walk away, but if a chicken sees the same thing the chicken will make noise and you will think someone want to catch her. Become less aggressive in the things you say and do, as it can be defeatist e.g. the tune with which you speak must now become concessionary and not confrontational otherwise you will have your back against the wall and be ignored or you will be having huge troubles see {Prov. 29:2. When the righteous are in authority, the people rejoice: but when the wicked beareth rule, the people mourn.} {Prov. 22:24- 25.Make no friendship with an angry man; and with a furious man thou shalt not go. Lest thou learn his ways, and get a snare to thy soul.}</w:t>
      </w:r>
    </w:p>
    <w:p>
      <w:r>
        <w:t>For most times, even the most intelligent people if they are angry are bereft of ideas and their words are mostly made up of those of low pedestal that cannot be sustained, appreciated or at times comprehended as they listen not to reason but they bow to insensitivity that leaves you wondering if they are the same sound, intelligent and a potential of great academic joy that is enviable enough to became a great role model, but not because they have added a baggage as despicable and divisive like anger which most times even after coming back to themselves, do not admire themselves and are apologetic which to a large extent is not sustainable because sometimes you may not be able to apologise to all concern as you may have been angry in a public place or someone there would have left with the impression that, you are a person of anger and may relate it, same way, he or she saw you display your anger and someone else may see you and just think that you are a person of anger and your anger always would get a response especially if you display it in your marriage and you cannot guarantee the response of your spouse, especially if you have made it a habit to be angry and it can bring about a breakdown of peace and order in your marriage which you will not be able to stand at the end, so why not begin with peaceful words that can be used to bring joy, peace, and understanding in your marriage, it is even contended by God that anyone who is always angry is a fool.{Proverbs 21:19. It is better to dwell in the wilderness, than with a contentious and an angry woman.}</w:t>
      </w:r>
    </w:p>
    <w:p>
      <w:r>
        <w:t>You must deliberately depart from words that are not verifiable and</w:t>
      </w:r>
    </w:p>
    <w:p>
      <w:r>
        <w:t>tenable as you would be gradually dealing a serious blow to your marriage unconsciously as the outcome has never been pleasant for anyone that engages in it and you have to begin to practice to be even more honest if you are married for you do not even have any moral justification to tell lies and demean yourself and your family because sometimes it comes down to that as you may not be always lucky to get away with lies as circumstances and distance can conspire and find you out and you would be struggling to juggle with words and end up ridiculing yourself the more, maybe in the presence of your family which could wait for you another day even in your home as you may be ignored and not considered to be fit enough to be told some normal things in your home and that situation could be used as an excuse and you might become angry and cause trouble which should not have arisen, if you were honest in your dealings see {Psalm 101:7. He that worketh deceit shall not dwell within my house: he that telleth lies shall not tarry in my sight.}</w:t>
      </w:r>
    </w:p>
    <w:p>
      <w:r>
        <w:t>If you are faithful in little things it can lead to very big things that may change your circumstance in anyway, including financial breakthrough as someone may recommend you as been faithful in little things and therefore you can be faithful in</w:t>
      </w:r>
    </w:p>
    <w:p>
      <w:r>
        <w:t>great things too and that could just be your breakthrough.</w:t>
      </w:r>
    </w:p>
    <w:p>
      <w:r>
        <w:t>Actually in marriage you don't need to be a perfect person but to be the right person, if you are right you can adapt and learn and become a better you, that is what marriage requires for there are no perfect people leaving here on earth, but all falter in one way or the other, but there are acceptable standard which should not fall below the normal human requirement of decency.</w:t>
      </w:r>
    </w:p>
    <w:p>
      <w:r>
        <w:t>If you see a marriage that is great, it is not because the spouses are perfect it is because both of them are putting in hard work to see that, the marriage works and it is not correct to say that they put equal effort but one of the spouses definitely must be putting in more effort than the other, it may be too because that one understands that he or she needs to stand in the gap for his/her spouse for their marriage to stand strong see Ecclesiastics 4:9-10 Two are better than one; because they have a good reward for their labor. For if they fall, the one will lift up his fellow: but woe to him that is alone when he falleth; for he hath not another to help him up.</w:t>
      </w:r>
    </w:p>
    <w:p>
      <w:r>
        <w:t>There is no one that can go it alone in life, therefore you need someone to complement you and see to it that you too are a complementing factor in your marriage that is when the union will produce people that can stand for each other and each day you have attitudes and behaviour that will shape your marriage correctly and make it a good success that even you will be proud of in due cause.</w:t>
      </w:r>
    </w:p>
    <w:p>
      <w:r>
        <w:t>You need to gradually be transforming your attitude and behaviour to be a committed, submissive devoted and understanding one to be able to be said to have a successful marriage, for the spouse must of necessity learn to be submissive and honor one another failing in this is to curt a disastrous marriage, which is not the essence of marriage. A spouse may use humility to take control of his/her marriage as humble people are usually trusted people and when you trust anyone you will be able to put the person in confidence and leave anything and be sure that the person is able to hold forth for you and everything is alright. {1Peter 3:5-7.For after this maner in the old time the holy women also, who trusted in God, adorned themselves, being in subjection unto their own husbands: even as Sarah obeyed Abraham, calling him lord: whose daughters ye ar, as long as ye do well, and are not afraid with any amazement. Likewise, ye husbands, dwell with them according to knowledge, giving honor unto the wife, as unto the weaker vessel, and as being heirs together of the grace of life; that your prayers be not hindered. It will be difficult for me to talk about marriage at this length without talking about Ruth in the Bible who displayed loyalty that was only needed to be rewarded the way she was rewarded, she was told to leave, like her mate, but she did not go, but stayed</w:t>
      </w:r>
    </w:p>
    <w:p>
      <w:r>
        <w:t>despite the situation that seems odd and not favourable and in the end her mate orpah was never mentioned again in the Bible but Ruth was dedicated a chapter of the Bible to, for her resilience, that is what marriage is resilience.{Ruth 1:15-17. And she said, behold, thy sister-in-law is gone back unto her people, and unto her gods: return thou after thy sister-in-law. And Ruth said, Entreat me not to leave thee, or to return from following after thee: for whither thou goes, I will go; and where thou lodgest, I will lodge: thy people shall be my people, and thy God my God: where thou diest, will I die, and there will I be buried; the LORD do so to me, and more also, if aught but death part thee and me.}</w:t>
      </w:r>
    </w:p>
    <w:p>
      <w:r>
        <w:t>My readers should try to take on the attitude of Ruth as it is an attitude that will be rewarded by God in heaven and most times men and women of good conscience who should reward loyalty with rewards that are commensurate and even more, for it is a rare quality that is scarce in human affairs and so should be upheld and recognized. {Ruth 1:16-17. And Ruth said, Entreat me not to leave thee, or to return from following after thee: for whither thou goest, I will go; and where thou lodgest, I will lodge: thy people shall be my people, and thy God my God: where thou diest, will I die, and there will I be buried; the LORD do so to me, and more also, if aught but death part thee and me.} You must always strife to be a better person as soon as you get married, for it is impossible to remain the same, for if you remain the way you are, you are most likely not to be successful in your marriage.</w:t>
      </w:r>
    </w:p>
    <w:p>
      <w:r>
        <w:t>Love, hope and faith are the cardinal principles of a Christians, therefore you must be found with these virtues if you call yourself a Christian, love is the ability to give yourself to a cause, someone etc dedicating yourself to a person or cause without necessarily gaining or for selfish reason and not doing so because of reward you expect, but because you believe in the cause or the person as having deep and intense feeling for some in our context, that you have because you want the person to succeed in life despite great short coming of the person you love or got married to as you are able to contain and overlook his/her faults and still go ahead to love the person, this is what is required in a marriage situation, so that you can be tolerant of one another as no one can be said to have a perfectly perfect character, all we need is from time to time hold family or private meetings and iron things out with each other that way you can roll well as spouse and get along very well in your marriage which will positively affect other areas of your life.</w:t>
      </w:r>
    </w:p>
    <w:p>
      <w:r>
        <w:t>HOPE</w:t>
      </w:r>
    </w:p>
    <w:p>
      <w:r>
        <w:t>This is to feel that one day things will be the way you want them to be as long as you are holding on to yourself and doing the best for yourself, i.e. your</w:t>
      </w:r>
    </w:p>
    <w:p>
      <w:r>
        <w:t>expectations about your marriage will come to pass soon. Faith is to be sure that your hope or expectation will surely come to pass because you know that you are in the right marriage and you will reap the benefits of you union.1Corinthians 13:13. And now abideth faith, hope, charity, these three; but the greatest of these is charity.</w:t>
      </w:r>
    </w:p>
    <w:p>
      <w:r>
        <w:t>YOU SHOULD ACQUIRE OTHER PERSONAL POSITIVE ATTITUDES AND CHARACTER</w:t>
      </w:r>
    </w:p>
    <w:p>
      <w:r>
        <w:t>As you need to really be successful in your marriage you need to become a kind person much more than you have ever been because you are now facing the reality of leaving with someone else and you need to as a matter of responsibility care for the person as much as you can by all means rational i.e. you need to always go out of your way to see that the person is satisfied, even when you are not satisfied, you do this to show that you are caring and you are able to endure to see that your marriage stands on the right footing. To be kind is not convenient to undertake, for instance, if you go out and you are coming home, a kind spouse should be able to get something for his/her spouse at least once a week even when it is not financially convenient but expedient, even when you are not used to being kind when you were not married you need to learn new things that are kind, if you also go out of your way to dedicate a particular hour of the day to pray for your spouse, it is not too much, but it is an act of kindness that is demonstrated by people with large hearts who think of the spiritual wellbeing of their spouse, so that both of them can leave very long and happy as it is only a wise spouse that engage in this kind of unusual kindness, that can cement their marriage.</w:t>
      </w:r>
    </w:p>
    <w:p>
      <w:r>
        <w:t>As I have observed before in this book it is the spiritual that controls the physical therefore, if a spouse engages the spiritual for her/his family, he/she is only securing their marriage from any form of physical or spiritual attack as these attacks are normal and they come in various ways, to do damage in any area of our marriage, so you need to properly engage get secured and if you do, you avert dangers, if not that Queen Esther can never be sure of what will happen to her husband's kingdom by Hermans plot. See Esther 4:14-16. For if thou altogether hold thy peace at this time, then shall thy enlargement and deliverance arise to the Jews from another place; but thou and thy father's house shall be destroyed: and who knoweth whether thou art come to the kingdom for such a time as this? Then Esther bade them return Mordecal this answer. Go, gather together all the Jews that are present in Shushan, and fast ye for me, and neither eat nor drink three days, night or day: also I and my maidens will fast likewise; and so will I go in unto the king, which is not according to the law: and if I perish, I perish.</w:t>
      </w:r>
    </w:p>
    <w:p>
      <w:r>
        <w:t>PATIENT</w:t>
      </w:r>
    </w:p>
    <w:p>
      <w:r>
        <w:t>This is another personality that you must take on as a married person, otherwise, you are sure not to get married for a long time, for this is the tool that wins your spouse to you for if you fail in this, you will be despised and not taken seriously and most likely be ill-treated and taken advantage of as i.e. if you have a wise spouse but not intelligent he/she will take advantage of you and always get away with it and you will have no credible defense when the issues are discussed rationally e.g. If he/she know that you are an impatient person all he/she needs do is to make you angry and you will be impatience and he/she will be telling things that can really annoy you and you may not want to eat again and he/she take advantage and eat more than normal while you are angry or if he/she does not want you to be comfortable in the bed in the night, it is just only to say something that will make you to be angry and you will face the other side of the bed while he/she will sleep conveniently facing any direction etc.</w:t>
      </w:r>
    </w:p>
    <w:p>
      <w:r>
        <w:t>PRACTICE GENTLENESS</w:t>
      </w:r>
    </w:p>
    <w:p>
      <w:r>
        <w:t>This is a personality you must take on as a married person because you will surely see lots of things that will make you to be angry, but you must have made up your mind that anger has been trashed out of your life completely and replaced with gentleness for if you are gentle, you cannot be taken for granted for people who are gentle are known for little words but, their words are always weighty and speaks volume, make your words short and of great volume with tact, posers and wisdom, delivered with steady and unruffled voice, especially in times of challenges and treats, even from your spouse, for if you do this, you will always be considered positively before your spouse takes a decision for the last time he did not, your poser to him troubled him, but he only may not have confessed to you, I want you to consider Queen Esther and the way she spoke to the king, the king had no option other than to do what she wants and even had to ask her, is that all, that he was even willing to give half of his kingdom to her. Esther 9:13-14. Then said Esther, if it please the king, let it be granted to the Jews which are in Shushan to do tomorrow also according unto this day's decree, and let Haman's ten sons be hanged upon the gallows. And the king commanded it so to be done: and the decree was given as Shushan; and they hanged Haman's ten sons.</w:t>
      </w:r>
    </w:p>
    <w:p>
      <w:r>
        <w:t>PRACTICE SPIRITUALITY</w:t>
      </w:r>
    </w:p>
    <w:p>
      <w:r>
        <w:t>That a married person does not practice spirituality is to allow your marriage to be on auto pilot while you sleep, for if you are not careful, someone also</w:t>
      </w:r>
    </w:p>
    <w:p>
      <w:r>
        <w:t>has left his plane on auto pilot and has gone to sleep and as if both are traveling on an opposite direction, it only takes the grace of God for both planes not to crash and fall down to the earth and usually, the passengers in the plane are left to the mercy of God, and experience have shown that not all passengers survive in some bad cases, there are usually no survivors to tell the story of the crash. I am using the plane crash to let my readers understand that, if you leave your marriage at the mercy of providence which has no known guarantees and witnesses, either you, your children etc may suffer loses, that may be too heavy to record, for we have seen marriages that have crashed, the wife leaves the home after four or five children the husband marries another wife and the new wife poison the whole children and claims innocence, but she may have done an irreparable damage to the family that will be regrettable all their lives, that is why you need to be prayerful for this world is a wicked world that we find ourselves, therefore we need to speak blessings daily over the things and persons we value, so that God in his infinite mercy will see us and help us protect them for us. Philippians 4:6. Be careful for nothing; but in everything by prayer and supplication with thanksgiving let your request be made known unto God. Romans 12:12. Rejoicing in hope; patient in tribulation; continuing instant in prayer;</w:t>
      </w:r>
    </w:p>
    <w:p>
      <w:r>
        <w:t>COVENANTS IN FAMILIES</w:t>
      </w:r>
    </w:p>
    <w:p>
      <w:r>
        <w:t>It will interest you to know that, there are covenants in some families, for generations now that affect some people unknowingly now, as they are not told that their family members have been engaged to some gods in the past or they were priests and priestess to some idols or water gods, and that from time to time they used to give, them either drinks, fowls, ducks, dogs, goats etc and they even had a special regalia they used to put on and it may be somewhere in the family house or even in the shrine and all members of the family have been covenanted to them by those libations, goats, fowls etc they have been giving to them that they have agreed that at a certain time of the year they will come and present themselves and those items, so that they pledge their loyalty and they in turn will protect them, failure of which there will be consequences and some of the consequences now are presenting themselves in some people as, late marriage, problems in marriage not been able to get married, broken engagement, troubled dreams etc.</w:t>
      </w:r>
    </w:p>
    <w:p>
      <w:r>
        <w:t>This phenomenon is mostly associated with the third world and Africa in particular as some women experience what I had stated above and usually about all members of the family suffer related issues and some of the occurrence would almost appear as a natural occurrence, whereas, it is an orchestrated issue that is</w:t>
      </w:r>
    </w:p>
    <w:p>
      <w:r>
        <w:t>planned in the spiritual realm to look as if it is a natural occurrence only few ones escape it, if they give themselves to prayers and fasting and regularly too, for these evil powers do come to check if they will see any legal hold against you.</w:t>
      </w:r>
    </w:p>
    <w:p>
      <w:r>
        <w:t>Some of the covenants are so ridiculous that it does not pass a reasonable test, imagine some families have a covenant that all their families are followers, wives, husbands etc to a god and in such families their physical marriage is always turbulent, some not married, all of them must divorce and remarry etc and yet they still serve such gods with dedication and zeal.</w:t>
      </w:r>
    </w:p>
    <w:p>
      <w:r>
        <w:t>If you take note of any sign of being unfortunate in marriage or you always see yourself in the dream with strange people or married in the dream etc then you should know that you are under a very serious marriage attack and therefore you need to 'wake up' and do something about it fast, for it is a sign that, the evil powers will not rest until they rubbish your marital life, resist them with the word of God, repeatedly. Luke 11:9-11 and I say unto you, ask, and it shall be given you; seek, and ye shall find; knock, and it shall be opened unto you. For everyone that asketh receiveth; and he that seeketh findeth; and to him that knocketh it shall be opened. If a son shall ask bread of any of you that is a father, will he give him a stone? Or if he ask a fish, will he for a fish give him a serpent?</w:t>
      </w:r>
    </w:p>
    <w:p>
      <w:r>
        <w:t>You should genuinely seek the face of God, for he alone can set you permanently free from those dark and evil powers that will not let you be maritally. Virtually all families especially in Africa have a family strong man. Isaiah 54:5 for thy Maker is thine husband; the LORD of hosts is his name; and thy Redeemer the Holy One of Israel; The God of the whole earth shall he be called. Hosea 2:19 And I will betroth thee unto me forever; yea, I will betroth thee unto me in righteousness, and in judgment, and in loving kindness, and in mercies. Malachi 3:17 And they shall be mine, saith the LORD of hosts, in that day when I make jewels; and I will spare them, as a man spareth his own son that serveth him.</w:t>
      </w:r>
    </w:p>
    <w:p>
      <w:r>
        <w:t>SPIRITUAL SPELL</w:t>
      </w:r>
    </w:p>
    <w:p>
      <w:r>
        <w:t>Some people cannot get married, some find it hard to marry or are having problem in their marriages because a spiritual spell has been cast on them unknowingly by evil people or evil powers, otherwise how do you explain a beautiful successful girl, with great attitude and character, finds it difficult to marry, despite capping it up with a good educational background that could be enviable, and some people with these qualities not been able to be successful in the marital home as, they experience one trouble to the other or the tragic one is a very beautiful girl, with everything going for her not even having anyone to speak to her</w:t>
      </w:r>
    </w:p>
    <w:p>
      <w:r>
        <w:t>about relationship not to talk of getting married to her and you see some in their late fourties approaching fifty years not married and it is not as if they have leaved a wayward life before, it only points to the fact that there is an unseen force working against them to deal with them, for, in truth, she may have been dreaming and seeing herself, been married, about to get married etc and would be dismissing it as a dream, when in fact they should take it very serious and deal with them in a language they understand i.e. spiritually too, for all our dreams are spiritual activities that goes on in our life that will either affect us positively or negatively, depending on how you deal with it. And there are various reasons for this occurrence.</w:t>
      </w:r>
    </w:p>
    <w:p>
      <w:r>
        <w:t>It could be as a result of getting into demonic or satanic activities when the person was small, like going to the riverside to assist some adults perform some ceremonies etc or even some parents take their children to perform these rights or even perform these rights or even perform them on behalf of the children and dedicate them to these strange gods either in shrines, waters, idol places, some families have those idols in their houses, compounds, communities etc, and they from time to time go there and mention the names of their children or wards and give items on their behalf, thereby committing them to these strange gods, who then begin to operate negatively in their lives and affect them in diverse ways that, they may not understand, including hindering them in their marriages or in their marriage plans, it will be great, if my readers will take stock of their lives, marriages or marriage plans, if it has taken a negative sign or pattern over the years, then you should recognize immediately that it may be as a result of these activities. Some people are affected directly by activities of some people or powers that would physically represent them with and call their names on the dolls and they will rain evil incantations and curses on the dolls and throw it away, thereby calling on some external powers to follow and afflict the person, in his or her marriage or marriage arrangements and this, if the person is not careful and spiritual enough can negatively affect the person.</w:t>
      </w:r>
    </w:p>
    <w:p>
      <w:r>
        <w:t>The evil persons also employ a similar method too by, having two dolls</w:t>
      </w:r>
    </w:p>
    <w:p>
      <w:r>
        <w:t>and invoking evil causes and incantations on them and making them to face different direction, thereby making the spouse to always have differences and that may eventually lead to their separation or some of the very wicked ones do incantations and curses on keys and then lock it up and throw them away either in the river or they bury them etc and that is why you see that some spouse do fight always and quarrel and are irreconcilable until they separate from each other.  Some, witches only curse and call the names of the spouse and ask them in spiritual</w:t>
      </w:r>
    </w:p>
    <w:p>
      <w:r>
        <w:t>realm not to be reconcile again and they would separate.</w:t>
      </w:r>
    </w:p>
    <w:p>
      <w:r>
        <w:t>ABORTION SYNDROME</w:t>
      </w:r>
    </w:p>
    <w:p>
      <w:r>
        <w:t>This is often neglected by people and they think they have got away with it, as I have observed to you before and I presume you are aware, this life is more spiritual than physical, some people that have been involved in previous abortions may be victims of marriage or any other adverse human setbacks, that are sometimes not explainable to the ordinary person, and most times the people that are involved, have either forget or are themselves not aware of the damage the abortion, they had engaged in have stated to yield dividend, howbeit negative, consequence. God in his infinite mercy may have brought the person to this world to produce the next leader of a state, nation etc, but you may have truncated that, with the abortion you may have committed, just like the manufacturer of the biro, it is meant to write and improve, humanity but if you destroy the biro, you have not allowed it to be used for the purpose it was manufactured for, that may just have been what you may have done to yourself, if you are involved in abortion, as God manufactured you, to produce children into a purpose which you, did not find out but, aborted the plans of God definitely you will have to pay, one way or the other, as you may have disrupted God's plan, but you have alternative arrangements.</w:t>
      </w:r>
    </w:p>
    <w:p>
      <w:r>
        <w:t>This may be responsible for some, people not getting married, having turbulent marriage, without children or having challenges in reproduction or conception, for God has commanded us to be fruitful and multiply. Gen 1:28, And God Blessed them and God said unto them, Be fruitful, and multiply, and replenish the earth, and subdue it: and have dominion over the fish of the sea, and over the fish of the sea, and over the fowl of the air, and over every living thing that moves upon the earth. Genesis 9:7. And you, be ye faithful, and multiply therein.</w:t>
      </w:r>
    </w:p>
    <w:p>
      <w:r>
        <w:t>It is very possible the person may have aborted a destiny, an illustration was given of a certain lady who was a student and in her early twenties, but according to her, she had a challenge which was making her not to be comfortable among her mates and sometimes she becomes an object of laughter and it was always making her to be so sad and comfortless, as she gained admission into the tertiary institution, her worry increased as she was always ashamed in the company of her friends as her breast were not developed according to her as she would have preferred as these of her peers and some of her friends used to call her, tangerine breast and she was so uncomfortable with that nick name as it turned out to be, so when she came home for holidays she complain to one of her mother's friend about her plight and what she can do about it, and her mother friend ask her if she had a</w:t>
      </w:r>
    </w:p>
    <w:p>
      <w:r>
        <w:t>boyfriend and she said no, she said go and get a boyfriend, how can a university student like you not have a boyfriend, that your breast will become big once you start to have a boyfriend, immediately she got to school she really went to have a boyfriend and she got herself dis-virgined, she did not know that, that was the worse advice she would ever have in her entire life time, immediately she did, that same night as she was going home from her boyfriend's house, she saw physically four angels following her, and asking her mummy where are you, where are you etc and she ran, the run of her life to her hostel and her life never remained the same as she went to seek spiritual answers, that she wanted to bring four prophets to this world, if she got married as a virgin, that she had truncated the arrangements. This shows too that you should select very well the people you listen to, some advice are satanic in nature and can ruin you, please, be careful and seek sound counsel, as you can abort a president or have done so. Then begin to ask for his mercies that are new everyday.</w:t>
      </w:r>
    </w:p>
    <w:p>
      <w:r>
        <w:t>SPIRITUAL POVERTY</w:t>
      </w:r>
    </w:p>
    <w:p>
      <w:r>
        <w:t>This could be one of the greatest thing every of my reader should fight as, spiritual poverty is the cause of many problems in marriages, for if we employ spiritual intelligence in our marriages, we may not encounter some of these problems as you will know what to do even before the challenge will come you will have seen it, if you apply spiritual riches to your activities in your marriage you would become a rallying point for your friends, families etc as people may want to copy from you and engage their marriage positively and be very successful in their marriage. If you consider, that God has given us all things to succeed, 2 peter 1: 3 &amp; 4 According as his divine power hath given unto us all things that pertain unto life and goodliness, through the knowledge of him that hath called us to glory and virtue: Whereby are give unto us exceeding great and precious promises: that by these yet might be partakers of the divine nature, having escaped the corruption that is in the world through lust. In fact God has given us all things that we need so that we will be successful in all that we do, all we need to do is to speak it, act on it, even our marriage will become successful the way we want it, for this is what you see in his words in John 16:1. These things have I spoken unto you, that ye should not be offended.</w:t>
      </w:r>
    </w:p>
    <w:p>
      <w:r>
        <w:t>I will want you to know that an illustration was given of a lady who has</w:t>
      </w:r>
    </w:p>
    <w:p>
      <w:r>
        <w:t>been married to a man, who claims to be a Christian for decades but, the man has been verbally abusing the woman etc and at a time their marriage was not too healthy and for some years now the husband returns late from work almost every day and the wife would ask what delayed him out there, he would not want to speak</w:t>
      </w:r>
    </w:p>
    <w:p>
      <w:r>
        <w:t>about it, the lady did not border again, but kept her prayer life up and was very consistent, one day the husband did not give money to prepare food, at about five pm, the lady dressed and went to the husbands office to collect money so that she would from there go to the market, to prepare dinner for the family, on getting there she meet her husband and his secretary in a compromising position and she did not ask her husband but only asked for the money, the man, was angry at her, that she should have called before coming to his office etc it was then the lady answered and said since you decide to be compromising our marriage with your secretary your male organ will not function from today except you want to use it for me who is your legal wife and the lady asked and collected the money and left, from that day, her husband male organ did not work again outside except for her and from then on, the husband accused the wife of witchcraft, and the man went from one prayer house to seek another solution for his present problem, it was in one of those prayer house, that he confessed, that is male organ does not work after, his wife spoke thus, and he was told that there is nothing anyone can do for him except his wife decide to release him, that so long as she is the legally married woman she can speak over what belongs to her and it will be so.</w:t>
      </w:r>
    </w:p>
    <w:p>
      <w:r>
        <w:t>I therefore advice that, you do not need to fight or speak over any challenge</w:t>
      </w:r>
    </w:p>
    <w:p>
      <w:r>
        <w:t>in your marriage to your spouse but speak to God and make decree and declaration about it and it will come to pass and you will have no complain about your marriage hence forth.</w:t>
      </w:r>
    </w:p>
    <w:p>
      <w:r>
        <w:t>OATHS</w:t>
      </w:r>
    </w:p>
    <w:p>
      <w:r>
        <w:t>This is one of the things that has impacted negatively on marriages or marriage plans, that some people have not taken care of and that need to be urgently taken care of to keep their marriage safe, sound or on a good footing, it is important to note that some people that has gone into these oaths may have forgotten that they may not just take it seriously especially when they were much younger as some are lured into it or ignorantly went into the oath without also knowing the devastating spiritual and physical implications it can and will have on their life and in the life of the person they would want to associated with later in life i.e. being associated alone with a person that has taken an oath can affect you, for instance if the person has taken an oath that they will leave long in life but will not succeed in business and are in business with that person, surely you will be negatively be affected. Not to talk of the fact that you are married or you want to get married to the person and maybe the oath also include not getting married to anyone, surely it will trouble you and most times, the full implication and reach of those who take the oath are not at all told to those who take the oaths with the gods or powers that they have</w:t>
      </w:r>
    </w:p>
    <w:p>
      <w:r>
        <w:t>subscribed to, for if some of them are really aware they will at all never go into it and have themselves messed up in a way that they cannot explain that is why my readers should be careful with the people they are associated with especially intimately as it could mar or mark your life positively or negatively.</w:t>
      </w:r>
    </w:p>
    <w:p>
      <w:r>
        <w:t>The way it is done now is that some people are not even told before they are initiated or take the oath as they are only innocently invited to a party especially in the night, when you are a fresh person in a school environment e t c, if you are invited for such parties please be careful to attend as that is the way many people now take oaths that make them member (s) of an occultic group who take secret oaths that speak against them.</w:t>
      </w:r>
    </w:p>
    <w:p>
      <w:r>
        <w:t>There is a particularly pathetic story that was told of a lady who took an oath with a young man in their university days to get married to each other, it was very sweet as they went along as they completed their tertiary institution, suddenly the young man's father died and in their tradition in their place as the first son he would have to reign in the stead of his father as his father was a king and it is too that you will inherit the wives that the father had about three wives and so the young man did, but the lady said she will never be fourth or fifth wife so she broke her engagement with the man and went her way, meanwhile, during the oath a cock was used to perform the sacrifice and the native doctor made incantations and used the blood of the cock to Robb their forehead and worms started to appear on the fresh cock that was slaughtered and he affirmed the efficacy of the oath. As the young lady found another man to get married to, all arrangement made e t c. few weeks to the actual date, worms started to come out of her private part and the marriage engagement e t c. were cancelled and so she attempted with two other man and the same thing happened to her, until she had to cry to God, who had mercy on her and that problem sized from her, this clearly shows how oaths can affect anyone who engages in oaths, this lesson should drive my readers to begin to remember if they had been engaged in oath of any kind and begin to call on God to have mercy as that is the only way you can come out of such bondage or affliction and make your marriage free of evil or your marriage plans successful, otherwise you will be trying and it will surely fail unless you call on the power of the highest who will wipe them from you.</w:t>
      </w:r>
    </w:p>
    <w:p>
      <w:r>
        <w:t>It is important to note too that some oath are performed without the</w:t>
      </w:r>
    </w:p>
    <w:p>
      <w:r>
        <w:t>consciousness of some people as they are performed in the spiritual realm and the person may only be aware if he or she now begin to see it in their dreams, but after some had been performed in the spiritual realm, the member or leader (s) as the case may be appears to them in the physical and speaks to them by giving them</w:t>
      </w:r>
    </w:p>
    <w:p>
      <w:r>
        <w:t>assignment, instructions, information e t c and they interact fully with them, and these oaths are dangerous and are not at all in the long run beneficial to the person as those evil powers do it to the person as those evil powers do it to accomplish their evil task and some are directly detrimental to the person that has entered the oath</w:t>
      </w:r>
    </w:p>
    <w:p>
      <w:r>
        <w:t>e.g. some of them are usually told that it is when they are in the prime of their life that they will die or on a certain birthday they have attained or on their marriage day etc, that is why you see that some very healthy people suddenly die when they are celebrating an important invent as important as the day of their graduation from school that is supposed to be the happiest day of their life and some people will say they have targeted them e t c, no it may not be correct, it may be that they are under a known or unknown oath.</w:t>
      </w:r>
    </w:p>
    <w:p>
      <w:r>
        <w:t>This illustration should lead you to now ask JESUS to save you from any known or unknown evil oath etc, some of the wicked and tragic oath is always programmed to happen in the future and it will not trouble the person as he or she grows up, until the fixed time in the future. But you can cancel all that for yourself or your loved ones, if you are serious, that is why you see sometimes too that a child that you brought up and was very responsible suddenly turns out to become wayward, aggressive uncontrolled, not obeying simple and rational instructions and you wonder, if that is the child you brought up. Gen 26: 28 And they said, We saw certainly that the LORD was with thee: and we said, let there be now an oath betwixt us, even betwixt us and thee, and let use make a covenant with thee; Num30: 2 If a man vow a vow unto the LORD, or swear an oath to bind his soul with a bond; he shall not break his word, he shall do according to all that proceeded out of his mouth. Acts 23:12And when it was day, certain of the Jews banded together, and bound themselves under a curse, saying that they would neither eat nor drink till they killed Paul.</w:t>
      </w:r>
    </w:p>
    <w:p>
      <w:r>
        <w:t>You need to do a real soul search to see if you are been burdened by any of these or other oath that you may need to be aware of and immediately deal with it so that you will be free and find enjoyment in your marriage or so that some people may have children as they are finding it difficult to have one.</w:t>
      </w:r>
    </w:p>
    <w:p>
      <w:r>
        <w:t>HOMOSEXUALITY, LESBIANISM AND BESTIALITY MASTURBATION ETC</w:t>
      </w:r>
    </w:p>
    <w:p>
      <w:r>
        <w:t>Homosexuality is not a normal societal act that is generally acceptable by the whole society, but a very negligible section of the society has come to embrace it, but it has no place in the society and the people that engage in it have not been known to be normal i.e. they vacillate between homosexual acts and</w:t>
      </w:r>
    </w:p>
    <w:p>
      <w:r>
        <w:t>bisexual acts and it has not been proven to be of benefit to humanity as it directly opposes creation and in my own opinion should not be practiced at all and there is also an effect against themselves that has not been properly acknowledged, as it affects marriage negatively as some people are married but are engage in it, which affects their spouse and it therefore leads some spouse to go and sought sex from unconventional means, which in turn affects their family and probably children and the effect cannot be overemphasized.</w:t>
      </w:r>
    </w:p>
    <w:p>
      <w:r>
        <w:t>The spiritual effect of it is worse as it will rob the person of spiritual benefits see 1 Corinthians 6.9-10.Know ye not that the righteous shall not inherit the kingdom of God? Be not deceived: neither fornicators, nor idolaters, nor adulterers, nor effeminate, nor abuses of themselves with mankind. Now thieves, nor covetous, nor drunkards, nor revilers, nor extortionist, shall inherit the kingdom of God Jude 1:7, Even as Sodom and Gomorrah, and the cities about them in like manner, giving themselves over to fornication, and going after strange flesh, are set forth for an example, suffering the vengeance of eternal fire. Revelation 21:8.But the fearful, and unbelieving and the abominable, and murders and whoremongers, and sorcerers, and idolaters, and all liars shall have their part in the lake which burneth with fire and brimstone: This is the second death.</w:t>
      </w:r>
    </w:p>
    <w:p>
      <w:r>
        <w:t>It is sure that people that get involved in homosexuality in no time, becomes a societal misfit and therefore over thirty percent of them have been known to return voluntarily to normal sexual form which is known to humanity and most of them have been known to end up with torn anus, pile and other sickness that affects them seriously and some have been known to have died from these ailments and other misfortunes, that surround homosexuality, over seventy percent of them that are said to have got married are separated before four years and therefore it is not sustainable. This sexual attraction to one's own sex is not approved by humanity and therefore those that engage in it are often neglected, persecuted, jailed and hounded in very many countries and regions of the world and as termed a taboo and when they are caught in some countries they are sentenced to death, without an option of fine. Homosexual are despised, it should be discouraged as the benefit to mankind is not positively significant. If homosexuals abandon being homosexuals, they are not always too successful with marriage as they always want to go back. And they are always surrounded by spiritual problems and emotional imbalance.</w:t>
      </w:r>
    </w:p>
    <w:p>
      <w:r>
        <w:t>LESBIANS</w:t>
      </w:r>
    </w:p>
    <w:p>
      <w:r>
        <w:t>This is relating to women, having sex with themselves, and it can be a very big distraction and usually it is not sustainable so some of them still try to get</w:t>
      </w:r>
    </w:p>
    <w:p>
      <w:r>
        <w:t>married but carry on with the act, either for fun, addiction etc and they can be so desperate and are never satisfied either with that or heterosexual sex as they are here today and there tomorrow and are usually unreliable people that are in- between decisions. Never satisfied with either being a lesbian or heterosexual sex, as they want to be in the two worlds.</w:t>
      </w:r>
    </w:p>
    <w:p>
      <w:r>
        <w:t>Lesbians acts as if they are sex starved and therefore they will seize any opportunity to get at it but if they are married they do not carry such zeal to their marriage and are not good and loyal wives as they still find time to engage in lesbianism, they are often times lured into it by peers who are either school or play mates or sometimes by successfully married women who were lesbians and they look for vulnerable girls to get involved in it with them. Therefore physical negative effects, including emotional imbalance and the worse of it is spiritual troubles, ranging from not been able to get a person to get married to them, they suffer unexplainable loses in the business, etc, they are usually not taken seriously and are mostly controlled by spiritual powers negatively and if they are married, their husbands are troubled too, as they are seen as people who have taken their wives from them, so business, work, carrier, finance are seriously hindered their life generally too are so troubled. You are not to in any way engage in it. Do you want to come out of it? Then contact the master of the universe, he never fails – JESUS.</w:t>
      </w:r>
    </w:p>
    <w:p>
      <w:r>
        <w:t>BESTIALITY</w:t>
      </w:r>
    </w:p>
    <w:p>
      <w:r>
        <w:t>This is a pathetic situation that a man or a woman will have sexual knowledge of an animal, it shows that for whatever reason the person would do it, he or she should have just been the kind of the animal, as it is not only bad but can only be said to be dehumanizing and should in every way be condemned but, I would want to quickly add that such people should be pitied as they do not have control of themselves any longer and satanic and wicked forces have taken over them, just like rapist who wickedly lose their sense of humanity only to regain it moments later, it is better that, they are quickly assisted as they are a danger to themselves and the society, as they can be injured by those animals or get killed.</w:t>
      </w:r>
    </w:p>
    <w:p>
      <w:r>
        <w:t>It should be noted that, there is a very little or nothing medicine can do for them or taking them for treatment in the hospital can do for them as the right thing and urgent thing that can be done is to take them to seek spiritual solutions otherwise it may be too late for them as they can bring shame and disgrace to the family, they should be taken to appropriate 'church' – just like the military, where some soldiers do not go to war or battle, but yet they were all recruited as soldiers so it is some churches are, some are in the frontline of prayers and fasting and they</w:t>
      </w:r>
    </w:p>
    <w:p>
      <w:r>
        <w:t>really get on with the work of God and are unrelenting, and God too really shows up for them, these are the churches that can handle, the case of bestiality or rapists, for the wicked powers that afflict them are so wicked and deep rooted that they would not want them to go, and such people are in the border of insanity and demonic oppression which Jesus alone can handle, as they are seriously challenged maritally or cannot get married at all, unless by God's grace and mercy and most times when you ask them of their acts they seem to claim ignorance and no real knowledge of their act, which means they may be oblivious of it and the powers controlling them may just be too strong for them to handle, otherwise how can a human being have sexual knowledge of a goat or a three month old baby, there is no rational explanation for that.</w:t>
      </w:r>
    </w:p>
    <w:p>
      <w:r>
        <w:t>MASTURBATION</w:t>
      </w:r>
    </w:p>
    <w:p>
      <w:r>
        <w:t>This is a situation where a man or a woman seduces himself or herself to have sex or come to orgasm by himself or herself, and studies have shown that people who engage in it are never good candidates for marriage as they are not emotionally stable people who will be maritally committed to their marriage and they do it too, because they are not in total grip of their senses and are also said to be controlled by external satanic forces which most times wants to hinder their marriages or marriage plans, that is why they are controlled to get involved in it as they satisfy themselves emotionally and therefore has no need of their husbands or wife or are not interested in getting married as they will be saying, it will be the same sexual satisfaction, and they are give false illusion about marriage by engaging themselves sexually. But, sometimes in their moment of sober reflection they regret their actions, but in few days or weeks they find themselves doing the same thing they just regretted few days or weeks ago, as they are always unable to help themselves out of that evil circle that brings no good to them regardless of their efforts.</w:t>
      </w:r>
    </w:p>
    <w:p>
      <w:r>
        <w:t>The clear present realistic reasonable solution is to fall back to the creator of heaven and earth as he is the only one that can do all things for us – humans, as there is nothing too difficult for him to do, it only takes surrendering to him as he clearly stated in Eph. 3:20 Now unto him that is able to do exceeding abundantly above all that we ask or think, according to the power that worketh in us. Roman 8:1-37 there is therefore now no condemnation to them which are in Christ Jesus, who walk not after the flesh, but after the Spirit. For the law of the spirit of life in Christ Jesus hath made me free from the law of sin and death. For what the law could not do, in that it was weak through the flesh, God sending his own Son in the likeness of sinful flesh, and for sin, condemned sin in the flesh:. That the</w:t>
      </w:r>
    </w:p>
    <w:p>
      <w:r>
        <w:t>righteousness of the law might be fulfilled in us, who walk not after the Spirit. For they that are after the flesh do not mind the things of the flesh; but they that are after the Spirit, the things of the Spirit. For to be carnally minded is death: but to be spiritually minded is life and peace. Because the carnal mind is enmity against God: for it is not subject to the law of God, neither indeed can be. So then they are in flesh cannot please God. But ye are not in the flesh, but in the spirit, if so be that the Spirit of God dwell in you. Now if any man has not the spirit of Christ, he is none of his. And if Christ be in you, the body is dead because of sin; but the Spirit is life because of righteousness. But if the Spirit of him that raised up Jesus from the dead dwell in you, he that raised up Christ from the dead shall also quicken your mortal bodies by his Spirit that dwelleth in you. Therefore, brethren, we are debtors, not to the flesh, to live after the flesh. For if ye live after the flesh, ye shall die: but if ye through the Spirit do mortify the deeds of the body, ye shall live. For as many as are led by the Spirit of God, they are the sons of God. For ye have not received the spirit of bondage again to fear; but ye have received the Spirit of adoption, whereby we cry, Abba, Father. The Spirit itself beareth witness with our spirit, that we are the children of God:. And if children, then heirs; heirs of God, and joint heirs with Christ; if so be that we suffer with him, that we may be also glorified together: for I reckon that sufferings of this present time are not worth to be compared with the glory which shall be revealed in us. For the earnest expectation of the creature waited for the manifestation of the sons of God.</w:t>
      </w:r>
    </w:p>
    <w:p>
      <w:r>
        <w:t>For the creature was made subject to vanity, willingly, but by reason of him</w:t>
      </w:r>
    </w:p>
    <w:p>
      <w:r>
        <w:t>who hath subjected the same hope; because the creature itself also shall be delivered from the bondage of corruption into the glorious liberty of the children of God. For we know that the whole creation groaneth and travaileth in pain together until now. And not only, they, but ourselves also, which have the firstfruits of the spirit, even we ourselves groan within ourselves, waiting for the adoption to wit, the redemption of our body. For we are saved by hope: but hope that is seen is not hope: for what a man seeth, why doth he yet hope for? But if we hope for that we see not, then do we with patience wait for it. Likewise the spirit also helpeth our infirmities: for we know not what we should we should pray for as we ought: but the spirit itself maketh intercession for us with groaning which cannot be uttered. And he that searcheth the heart knowethwhat is the mind of the spirit, because he maketh intercession for the saints according to the will of God. And we know that all things work together for good to them that love God, to them who are the called according to his purposes. For whom he did foreknow, he also did predestinate to be conformed to the image of his son, that he might be the firstborn among many</w:t>
      </w:r>
    </w:p>
    <w:p>
      <w:r>
        <w:t>brethren.</w:t>
      </w:r>
    </w:p>
    <w:p>
      <w:r>
        <w:t>Moreover, whom he did predestinate, them he also called: and whom he called, them he also justified: and whom he justified, them he also glorified. What shall we then say to these things? If God be for us, who can be against us? He that spared not his own Son, but delivered him up for us all, how shall he not with him also freely give us all things? Who shall lay anything to the charge of God's elect? It is God that justifieth. Who is he that condemneth? It is Christ that died, yea rather, that is risen again, who is even at the right hand of God, who also maketh intercession for us. Who shall separate us from the love of Christ? Shall tribulation, or distress, or persecution, or famine, or nakedness, or peril, or sword? As it is written, for thy sake we are killed all the daylong; we are accounted as sheep for the slaughter. Nay, in all these things we are more than conquers through him that loved us.</w:t>
      </w:r>
    </w:p>
    <w:p>
      <w:r>
        <w:t>WHY PEOPLE ARE DELAYED IN GETTING MARRIED</w:t>
      </w:r>
    </w:p>
    <w:p>
      <w:r>
        <w:t>There is surely something or someone that is responsible for someone not getting married on time, it could be that you are responsible as you are not taking responsibility for the things that you do or the things that happen that we do not adequately or appropriately respond to things that happen to us that could delay you in marriage or also you have records of happenings in your life that can delay you that you should reconcile, reflect and correct, so that your marriage will come to pass. However, I will also highlight a few things that may be responsible for late marriage, though I may have touched on some of them before, yet there are some you need to properly take note of, to guide against your late marriage, so that, you take care of it, so that your marriage can happen soon.</w:t>
      </w:r>
    </w:p>
    <w:p>
      <w:r>
        <w:t>ANGER</w:t>
      </w:r>
    </w:p>
    <w:p>
      <w:r>
        <w:t>Chief among people’s attitude is uncontrolled anger and in that process, you say things that are unfitting and unbefitting of anyone who wants to get married to, if you say those things some people may hail you, as been bold and that you speak your mind easily etc, it is not every time you speak your mind even when it is necessary it may not be convenient or in your best interest in the end as, it may be used against you by those same people who would de-recommend you to some people who may speak to them about getting married to you, they may give that same example of your boldness that may not be suitable or reasonable and understanding to the person who may want to marry you, but, on hearing that he or she may be skeptical about marrying you, you must grow above anger, by never</w:t>
      </w:r>
    </w:p>
    <w:p>
      <w:r>
        <w:t>taking anything to heart i.e. your state of mind must not be negative because of what you were told or you heard, turn every situation around you to become positive and express your anger gracefully, without malice in your words or response, let your response be measured and moderate, show great maturity in all your actions.</w:t>
      </w:r>
    </w:p>
    <w:p>
      <w:r>
        <w:t>HANGING OUT AND DATING MARRIED MEN</w:t>
      </w:r>
    </w:p>
    <w:p>
      <w:r>
        <w:t>This could be a great hindrance to marriage most times, the young men that wants to get married are seeing you with these men and if they are having you as their girlfriends be sure that, they are looking for a more honorable and descent girl they want to get married to, they may be with you because they have no choice, immediately they have a choice, you will become like a tissue paper, he will put you in the dustbin and move on without an excuse and you may want to become so comfortable with married men because of the comfort they provide for you and when you are used to them, you may be afraid that once you live them, your young boyfriend, who want to marry you cannot provide such comfort and therefore you would want to prefer to still be passing or spending time with the married man, probably waiting for your young boyfriend to pick up financially, once you begin to think like this marriage will be a little bit far from you, the earlier you make up your mind to get married the better for you as you may want to marry anything that comes along or having to have a child for the married man, for if you do, he will now begin to see you differently and you may become stale for him and he will move on to another single girl that will give him the comfort of no strings attached and you may now be referred to as single mother or as they say baby mama, which is not really your original plan. Just do the needful NOW!!!</w:t>
      </w:r>
    </w:p>
    <w:p>
      <w:r>
        <w:t>BEING INDEPENDENT FOR TOO LONG</w:t>
      </w:r>
    </w:p>
    <w:p>
      <w:r>
        <w:t>When someone is independent for too long, it is sometimes difficult to want to be under the control of any one or to want to begin to adjust to the reality that you need to be, taking permission from a man before you for instance go out, is like being a captain of a ship and another captain is employed and you become a mate not the captain, it could honestly be difficult for some people to want to face the reality and therefore they postpone it and postpone it and before you know it, they are in their late thirties and going to their fourties and some of them enter panic mood and make wrong or catastrophic choices, it is in that wise, I would advise my readers especially those that live in cities and because of work has to leave on their own without parental control to read this book properly and make informed choice</w:t>
      </w:r>
    </w:p>
    <w:p>
      <w:r>
        <w:t>on time so that they will start to have a family of their own and have children early and enjoy their life, from their fourties and early reap the benefits of their labour on their children and have peace of mind as the hustle and bustle of the city life can in no small way contribute to some extent on late marriage too, especially the female folks should watch out as the best years to have your children is before thirty five and after which your reproductive system may not be in the optimal level, so it is better to take advantage and get it over, so that you are not stressed in any way to produce your children.</w:t>
      </w:r>
    </w:p>
    <w:p>
      <w:r>
        <w:t>EVIL POWERS</w:t>
      </w:r>
    </w:p>
    <w:p>
      <w:r>
        <w:t>To speak about delay or late marriage without talking of evil power is to say the half-truth, as this is what is responsible for the great number of people that marry late, as they are spiritually manipulated to keep them not married, most times it is the best of the pack or the best candidates of marriage that is delayed by those evil powers to stop them from fulfilling their destinies and helping others in the process, that is why, for those of you who are not yet married and you have been making attempt, be now aware and conscious that you are destined to be great and you are been envied in the spiritual realm mostly and you are been delayed or denied of getting married at the right time, for they know you are one of the best marriage material.</w:t>
      </w:r>
    </w:p>
    <w:p>
      <w:r>
        <w:t>I have spoken about evil powers and how they penetrate in this section and others before; refer to them as I may not go into details, but get into action to see that you defeat them.</w:t>
      </w:r>
    </w:p>
    <w:p>
      <w:r>
        <w:t>It is known that mostly people that leave in riverside areas especially are troubled by marine powers who prevent and hinder people in those areas in many ways including their marriages, studies have shown too that over eighty percent of marital troubles, late marriages especially are caused by marine powers who are married legally in the spiritual realm to the persons that are troubled in marriage especially for delay in marriages. Yes witches and wizards do trouble people but it may not be in percentage like those troubled by the marine powers.</w:t>
      </w:r>
    </w:p>
    <w:p>
      <w:r>
        <w:t>I would want to end this piece by asking you to check your spiritual compliance or thermometer if it is working for the positive or negative I e. it is possible that you have a marine power virus in you that you have not eliminated, that you need to…see Rev.2 :19. While they promise them liberty, they themselves are the servants 0f corruption, of the same is he brought in bondage.</w:t>
      </w:r>
    </w:p>
    <w:p>
      <w:r>
        <w:t>For if you check your dreams about marriage, if you seat back and physically write down the disappointments you have being having, do they follow the same pattern? Is it always at the hedge of your getting married that something</w:t>
      </w:r>
    </w:p>
    <w:p>
      <w:r>
        <w:t>happens, what happened was any of them enough to call of the marriage off with insight was or is it possible to have redeemed that marriage? What role did you play in making the marriage not possible, did you do well? Could you have done more, have you noted well the circumstances related? Have you regretted any of your actions or inactions? Is there anything you can do now to remedy any one to get your marriage on the track again? These and others should be occupying your mind as you read, and give yourself an honest answer and at midnight cry aloud to God and he will answer you. Acts 2:21. And it shall come to pass, that whosoever shall call on the name of the Lord shall be saved. Psalms 119:62. At midnight I will rise to give thanks unto thee because of thy righteous judgment. Acts 16:25. And at midnight Paul and Silas prayed, and sang praises unto God: and the prisoners heard them. Exo11:4. And Moses said, thus saith the LORD, about midnight will I go out into the midst of Egypt. Exo12:29. And it came to pass, that at midnight the LORD smote all the firstborn in the land of Egypt, from the firstborn of Pharaoh that sat on his throne unto the firstborn of the captive that was in the dungeon, and all the firstborn of cattle. Ruth 3:8. And it came to pass at midnight, that the man was afraid, and turned himself: and, behold, a woman lay at his feet. Job 34:20.In a moment shall they die, and the people shall be troubled at midnight, and pass away: and the mighty shall be taken away without hand.</w:t>
      </w:r>
    </w:p>
    <w:p>
      <w:r>
        <w:t>ABORTIONS</w:t>
      </w:r>
    </w:p>
    <w:p>
      <w:r>
        <w:t>This may be the reason some people are not married as they may have offended God, in aborting a child God Could have given an assignment to earth and you may have disrupted that and he may have personally made sure that you are not married, until you ask for forgiveness e t c, you can imagine that some girls would abort more than six or more times, but yet they are married and having children, you who aborted only once, cannot get married or be pregnant again, for you may have been a special person to God and because you are not aware you went into abortion that has affected you adversely now, but it is not the end to him you are still special, he has not forgotten you, you only need to acknowledge him and cry to him to have great mercy on you and he will bless you again in a way that could be more than he has planned before, for he is a God that love us even in sin and he has purposed great things for you much more than you can comprehend. Jeremiah 29:11- 14For I know the thoughts that I think toward you, saith the LORD, thoughts of peace, and not of evil, to give you an expected end. Then shall ye call upon me, and ye shall go and pray unto me, and I will hearken unto you. And ye shall seek me, and find me, when ye shall search for me with all your heart. And I will be found of</w:t>
      </w:r>
    </w:p>
    <w:p>
      <w:r>
        <w:t>you, saith the LORD: and I will turn away your captivity, and I will gather you from all the nations, and from all the places whither I have driven you, saith the LORD: and I will bring you again into the place whence I caused you to be carried away captive. Exodus 20:6, And showing mercy unto thousands of them that love me, and keep my commandments. Numbers 11: 18-20And say thou unto the people, sanctify yourselves against tomorrow, and ye shall eat flesh: for ye have wept in the ears of the LORD, saying, who shall give us flesh to eat? For it was well with Egypt: therefore the LORD will give you flesh and ye shall eat. Ye shall not eat one day, nor two days, nor five days, neither ten days, nor twenty days; but even a whole month, until it come out at your nostrils, and it be loathsome unto you: because that ye have despised the LORD which is among you, and have wept before him, saying, why came we forth out of Egypt? Heb4: 16Let us therefore come boldly unto the throne of grace, that we may obtain mercy, and find grace to help in time of need.</w:t>
      </w:r>
    </w:p>
    <w:p>
      <w:r>
        <w:t>TOO MANY OPTIONS</w:t>
      </w:r>
    </w:p>
    <w:p>
      <w:r>
        <w:t>When a young man or a young girl is in his or her prime, they are always spoiled for choice and therefore it gets into their head and very many times, they think they are too much for some certain persons and therefore do not give any attention to such people and in real terms, these are the potential and best candidate they are supposed to give attention as they are desirous to get married and be a great wife or husband to them.</w:t>
      </w:r>
    </w:p>
    <w:p>
      <w:r>
        <w:t>Such people in the end marry other people and are so great to their spouses. Sometimes, the right people at first sight does not really look it, but indeed they are the people you should rely on for your marriage, when you have too many options, it is not the time to turn off any of the suitors, just like gold, when it is brought in her raw state, it does not look good but with purification it looks so good and great.</w:t>
      </w:r>
    </w:p>
    <w:p>
      <w:r>
        <w:t>A lady had twenty suitors all of them doing so well, except the last one that come, he looked un-kept etc but the lady to the surprise of her family and friends went for last one, you can imagine the disappointment of her family and friends and finally the guy was assisted in virtually every aspect of the marriage, it was so bad that, it was on their wedding day that they were able to have a good foam to sleep on as, it was the money they were given as gift that he gave to one of his friend to go and buy foam for them before they get to the house, it was that bad but, today they can afford to open a foam industry if they choose to, and all those guys that line up to marry her then are not as prosperous as her husband, so you must always see the future, as she declared to God, that, if her husband is poor, God should hold her</w:t>
      </w:r>
    </w:p>
    <w:p>
      <w:r>
        <w:t>responsible, i.e. she deliberately prayed that her husband become prosperous and it came to past, that can be your story.</w:t>
      </w:r>
    </w:p>
    <w:p>
      <w:r>
        <w:t>There are very many other things that could be responsible for late marriage or delay in marriage, I will just list them and you only need to recognize and deal with the one that concern you so that you transit from delay in the marriage to being married.</w:t>
      </w:r>
    </w:p>
    <w:p>
      <w:r>
        <w:t>Unrealistic expectations, Polygamous family, Marital misconception Love for immediate wealth</w:t>
      </w:r>
    </w:p>
    <w:p>
      <w:r>
        <w:t>Having sexual intercourse, especially with satanic people Spiritual rejection spell</w:t>
      </w:r>
    </w:p>
    <w:p>
      <w:r>
        <w:t>Bad friends Spiritual defilement Bad health Masturbation Occupation force Lesbianism</w:t>
      </w:r>
    </w:p>
    <w:p>
      <w:r>
        <w:t>Late conversion to Christ Stolen glory</w:t>
      </w:r>
    </w:p>
    <w:p>
      <w:r>
        <w:t>First born syndrome Sin</w:t>
      </w:r>
    </w:p>
    <w:p>
      <w:r>
        <w:t>Evil appointment Broken homes Homosexual acts Witchcraft spirits</w:t>
      </w:r>
    </w:p>
    <w:p>
      <w:r>
        <w:t>Curses and evil covenants Too many sexual partners Imbalance life Polygamous powers Personal embargo</w:t>
      </w:r>
    </w:p>
    <w:p>
      <w:r>
        <w:t>Wrong counseling Inherited evil pattern Miss/Mr. perfectionist Evil soul tie</w:t>
      </w:r>
    </w:p>
    <w:p>
      <w:r>
        <w:t>All you have read in this chapter looks scary, but I tell you, do not in any</w:t>
      </w:r>
    </w:p>
    <w:p>
      <w:r>
        <w:t>way be scared instead, you should be encouraged because you can come out of any of them, no matter how deep or deprived you are, the worse the better for you, because it cannot get worse again i.e. that is the worse the devil can do to you and there is someone who can bring you out of all your challenges and bringing you to his light, with ease, he is JESUS, if you don't want to ask anyone to do for you call him to come and visit you personally, you do not need to be a saint before he visits, he speaks to every human being for he created them all and he says, I will have compassion on whom I will have compassion and show mercy to whom he pleases, so you just try it today and see if he will not appear unto you, just keep calling if you really desire to be free of evil powers or people that are oppressing you, can come and begin to beg you as JESUS will put them to flight for you and you too can become powerful; One of the most important places in this book is this page or pieces.</w:t>
      </w:r>
    </w:p>
    <w:p>
      <w:r>
        <w:t>Any man or woman who want to marry, be you of any religion, tribe, creed etc you should read and implement this piece if indeed you want to get married and have a happy home as the instructions below is very instructive and summarizes the essence of marriage or getting married.</w:t>
      </w:r>
    </w:p>
    <w:p>
      <w:r>
        <w:t>Ephesians 5:21-25, submitting yourselves one to another in the fear of God. Wives, submit yourselves unto your own husbands, as unto the Lord. For the husband is the head of the wife, even as Christ is the head of the church: and he is the savior of the body. Therefore as the church is subject unto Christ, so the wives are to their own husbands in everything. Husbands love your wives, even as Christ also loved the church, and gave himself for it; If we adhere to this instruction we would love our spouse more now and see every negative thing in our spouse as a non-issue and only try to better our spouse and motivate him or her, by our actions and the kind words that we should speak to each other at all times, in other to sustain your love or marriage. But also make sure you are in compliance of, Amos 3:3. Can two work together, except they be agreed?</w:t>
      </w:r>
    </w:p>
    <w:p>
      <w:r>
        <w:t>You can also contact us, if you want more information and instructions counseling etc. 08023452049, 08059506180.</w:t>
      </w:r>
    </w:p>
    <w:p>
      <w:r>
        <w:t>Proverbs 12:4. A virtuous woman is a crown to her husband: but she that maketh ashamed is as rottenness in his bones.</w:t>
      </w:r>
    </w:p>
    <w:p>
      <w:r>
        <w:t>Proverbs 14:1. Every wise woman buildeth her house: but the foolish plucketh it down with her hands.</w:t>
      </w:r>
    </w:p>
    <w:p>
      <w:r>
        <w:t>QUOTES</w:t>
      </w:r>
    </w:p>
    <w:p>
      <w:r>
        <w:t>Those that say they love you are always many, but those that love you in reality are few.</w:t>
      </w:r>
    </w:p>
    <w:p>
      <w:r>
        <w:t>The good things you do for love are not lost, but produce results that you are not aware of, in your life.</w:t>
      </w:r>
    </w:p>
    <w:p>
      <w:r>
        <w:t>Loving your spouse is a duty you should engage in, for in the long run, your entire family benefits from it.</w:t>
      </w:r>
    </w:p>
    <w:p>
      <w:r>
        <w:t>Providing for your family is a responsible thing to do.</w:t>
      </w:r>
    </w:p>
    <w:p>
      <w:r>
        <w:t>Recognizing and prioritizing your family above work is a key to succeeding in your work.</w:t>
      </w:r>
    </w:p>
    <w:p>
      <w:r>
        <w:t>Your true well-wishers are few, be guided with your utterances.</w:t>
      </w:r>
    </w:p>
    <w:p>
      <w:r>
        <w:t>He that really loves you and shows it is not stupid, get that understanding and act right.</w:t>
      </w:r>
    </w:p>
    <w:p>
      <w:r>
        <w:t>Getting married can become exciting, if you apply the right rules and tools.</w:t>
      </w:r>
    </w:p>
    <w:p>
      <w:r>
        <w:t>Considering your life to become happy when you get married could become a disaster if you expect too much from your spouse, you can do with cautious expectations and instead play your part very well.</w:t>
      </w:r>
    </w:p>
    <w:p>
      <w:r>
        <w:t>Never be selfish, if you are married, it will slide you into confusion and self disaster.</w:t>
      </w:r>
    </w:p>
    <w:p>
      <w:r>
        <w:t>The person you really want, go for him or her not minding the surrounding circumstances that you can take care of, after with God all things are possible.</w:t>
      </w:r>
    </w:p>
    <w:p>
      <w:r>
        <w:t>If you are indeed married, then act as if, he or she is the only one you truly love and care for and avoid ending in disgrace or shame.</w:t>
      </w:r>
    </w:p>
    <w:p>
      <w:r>
        <w:t>Mutual respect is the road to a lasting marriage.</w:t>
      </w:r>
    </w:p>
    <w:p>
      <w:r>
        <w:t>Being a good listener may actually be the best at the end as you will be well informed of his or her thoughts.</w:t>
      </w:r>
    </w:p>
    <w:p>
      <w:r>
        <w:t>If you are a person of constant anger and you are married, then you have failed in one of the things, that can sustain your marriage – be calm and calculate always, never be caught napping.</w:t>
      </w:r>
    </w:p>
    <w:p>
      <w:r>
        <w:t>Smiling even at tough or turbulent argument is a tonic you need to pour in your marriage.</w:t>
      </w:r>
    </w:p>
    <w:p>
      <w:r>
        <w:t>You must prioritize prayer for your family.</w:t>
      </w:r>
    </w:p>
    <w:p>
      <w:r>
        <w:t>Humility must take the centre stage of what you do and say to your spouse.</w:t>
      </w:r>
    </w:p>
    <w:p>
      <w:r>
        <w:t>Your tongue is powerful; use it to build your marriage.</w:t>
      </w:r>
    </w:p>
    <w:p>
      <w:r>
        <w:t>Stand up always to be counted among the best in your marriage,</w:t>
      </w:r>
    </w:p>
    <w:p>
      <w:r>
        <w:t>BIBLIOGRAPHY</w:t>
      </w:r>
    </w:p>
    <w:p>
      <w:r>
        <w:t>The Holy Bible – king James version</w:t>
      </w:r>
    </w:p>
    <w:p>
      <w:r>
        <w:t>MARITAL BLISS– By Korode Komaya</w:t>
      </w:r>
    </w:p>
    <w:p>
      <w:r>
        <w:t>Marriage as ordained by God the creator – God – By Timothy Okpaing</w:t>
      </w:r>
    </w:p>
    <w:p>
      <w:r>
        <w:t>New 7th Edition – Oxford Advanced learners dictionary, international students Edition.</w:t>
      </w:r>
    </w:p>
    <w:p>
      <w:r>
        <w:t>UPCOMING BOOKS</w:t>
      </w:r>
    </w:p>
    <w:p>
      <w:r>
        <w:t>The significance of numbers/figures to God.</w:t>
      </w:r>
    </w:p>
    <w:p>
      <w:r>
        <w:t>Becoming a fool to excel</w:t>
      </w:r>
    </w:p>
    <w:p>
      <w:r>
        <w:t>Setting your marriage on fire part 2</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