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-313302</wp:posOffset>
            </wp:positionH>
            <wp:positionV relativeFrom="paragraph">
              <wp:posOffset>114300</wp:posOffset>
            </wp:positionV>
            <wp:extent cx="5846982" cy="8674538"/>
            <wp:effectExtent b="0" l="0" r="0" t="0"/>
            <wp:wrapNone/>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846982" cy="8674538"/>
                    </a:xfrm>
                    <a:prstGeom prst="rect"/>
                    <a:ln/>
                  </pic:spPr>
                </pic:pic>
              </a:graphicData>
            </a:graphic>
          </wp:anchor>
        </w:drawing>
      </w:r>
    </w:p>
    <w:p w:rsidR="00000000" w:rsidDel="00000000" w:rsidP="00000000" w:rsidRDefault="00000000" w:rsidRPr="00000000" w14:paraId="0000000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100"/>
          <w:szCs w:val="100"/>
        </w:rPr>
      </w:pPr>
      <w:r w:rsidDel="00000000" w:rsidR="00000000" w:rsidRPr="00000000">
        <w:rPr>
          <w:rFonts w:ascii="Times New Roman" w:cs="Times New Roman" w:eastAsia="Times New Roman" w:hAnsi="Times New Roman"/>
          <w:sz w:val="100"/>
          <w:szCs w:val="100"/>
          <w:rtl w:val="0"/>
        </w:rPr>
        <w:t xml:space="preserve"> </w:t>
      </w:r>
    </w:p>
    <w:p w:rsidR="00000000" w:rsidDel="00000000" w:rsidP="00000000" w:rsidRDefault="00000000" w:rsidRPr="00000000" w14:paraId="00000017">
      <w:pPr>
        <w:rPr>
          <w:rFonts w:ascii="Times New Roman" w:cs="Times New Roman" w:eastAsia="Times New Roman" w:hAnsi="Times New Roman"/>
          <w:sz w:val="90"/>
          <w:szCs w:val="90"/>
        </w:rPr>
      </w:pPr>
      <w:r w:rsidDel="00000000" w:rsidR="00000000" w:rsidRPr="00000000">
        <w:rPr>
          <w:rFonts w:ascii="Times New Roman" w:cs="Times New Roman" w:eastAsia="Times New Roman" w:hAnsi="Times New Roman"/>
          <w:sz w:val="100"/>
          <w:szCs w:val="100"/>
          <w:rtl w:val="0"/>
        </w:rPr>
        <w:t xml:space="preserve">   </w:t>
      </w:r>
      <w:r w:rsidDel="00000000" w:rsidR="00000000" w:rsidRPr="00000000">
        <w:rPr>
          <w:rFonts w:ascii="Times New Roman" w:cs="Times New Roman" w:eastAsia="Times New Roman" w:hAnsi="Times New Roman"/>
          <w:sz w:val="96"/>
          <w:szCs w:val="96"/>
          <w:rtl w:val="0"/>
        </w:rPr>
        <w:t xml:space="preserve"> </w:t>
      </w:r>
      <w:r w:rsidDel="00000000" w:rsidR="00000000" w:rsidRPr="00000000">
        <w:rPr>
          <w:rFonts w:ascii="Times New Roman" w:cs="Times New Roman" w:eastAsia="Times New Roman" w:hAnsi="Times New Roman"/>
          <w:sz w:val="90"/>
          <w:szCs w:val="90"/>
          <w:rtl w:val="0"/>
        </w:rPr>
        <w:t xml:space="preserve">SETTING YOUR</w:t>
      </w:r>
    </w:p>
    <w:p w:rsidR="00000000" w:rsidDel="00000000" w:rsidP="00000000" w:rsidRDefault="00000000" w:rsidRPr="00000000" w14:paraId="00000018">
      <w:pPr>
        <w:rPr>
          <w:rFonts w:ascii="Times New Roman" w:cs="Times New Roman" w:eastAsia="Times New Roman" w:hAnsi="Times New Roman"/>
          <w:sz w:val="90"/>
          <w:szCs w:val="90"/>
        </w:rPr>
      </w:pPr>
      <w:r w:rsidDel="00000000" w:rsidR="00000000" w:rsidRPr="00000000">
        <w:rPr>
          <w:rFonts w:ascii="Times New Roman" w:cs="Times New Roman" w:eastAsia="Times New Roman" w:hAnsi="Times New Roman"/>
          <w:sz w:val="90"/>
          <w:szCs w:val="90"/>
          <w:rtl w:val="0"/>
        </w:rPr>
        <w:t xml:space="preserve">       MARRIAGE </w:t>
      </w:r>
    </w:p>
    <w:p w:rsidR="00000000" w:rsidDel="00000000" w:rsidP="00000000" w:rsidRDefault="00000000" w:rsidRPr="00000000" w14:paraId="00000019">
      <w:pPr>
        <w:rPr>
          <w:rFonts w:ascii="Times New Roman" w:cs="Times New Roman" w:eastAsia="Times New Roman" w:hAnsi="Times New Roman"/>
          <w:sz w:val="90"/>
          <w:szCs w:val="90"/>
        </w:rPr>
      </w:pPr>
      <w:r w:rsidDel="00000000" w:rsidR="00000000" w:rsidRPr="00000000">
        <w:rPr>
          <w:rFonts w:ascii="Times New Roman" w:cs="Times New Roman" w:eastAsia="Times New Roman" w:hAnsi="Times New Roman"/>
          <w:sz w:val="90"/>
          <w:szCs w:val="90"/>
          <w:rtl w:val="0"/>
        </w:rPr>
        <w:t xml:space="preserve">         ON FIRE </w:t>
      </w:r>
    </w:p>
    <w:p w:rsidR="00000000" w:rsidDel="00000000" w:rsidP="00000000" w:rsidRDefault="00000000" w:rsidRPr="00000000" w14:paraId="0000001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40"/>
          <w:szCs w:val="40"/>
          <w:rtl w:val="0"/>
        </w:rPr>
        <w:t xml:space="preserve">UROMIEYAGHAN FRANK OGBITSE(UFO)</w:t>
      </w:r>
    </w:p>
    <w:p w:rsidR="00000000" w:rsidDel="00000000" w:rsidP="00000000" w:rsidRDefault="00000000" w:rsidRPr="00000000" w14:paraId="0000002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ALIAS CHIEF JUSTICE</w:t>
      </w:r>
    </w:p>
    <w:p w:rsidR="00000000" w:rsidDel="00000000" w:rsidP="00000000" w:rsidRDefault="00000000" w:rsidRPr="00000000" w14:paraId="0000002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Copyright © 2021 Uromieyaghan Frank Ogbitse</w:t>
      </w:r>
    </w:p>
    <w:p w:rsidR="00000000" w:rsidDel="00000000" w:rsidP="00000000" w:rsidRDefault="00000000" w:rsidRPr="00000000" w14:paraId="0000003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All rights reserved</w:t>
      </w:r>
    </w:p>
    <w:p w:rsidR="00000000" w:rsidDel="00000000" w:rsidP="00000000" w:rsidRDefault="00000000" w:rsidRPr="00000000" w14:paraId="0000003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 part of this book may be reproduced, or stored in a retrieval system, or transmitted in any form or by any means, electronic, mechanical, photocopying, recording, or otherwise, without express written permission of the author.</w:t>
      </w:r>
    </w:p>
    <w:p w:rsidR="00000000" w:rsidDel="00000000" w:rsidP="00000000" w:rsidRDefault="00000000" w:rsidRPr="00000000" w14:paraId="0000003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DEDICATION</w:t>
      </w:r>
    </w:p>
    <w:p w:rsidR="00000000" w:rsidDel="00000000" w:rsidP="00000000" w:rsidRDefault="00000000" w:rsidRPr="00000000" w14:paraId="0000003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will in glowing tribute, dedicate this book to God almighty for his wisdom and encouragement without which this book will not be written, the ease and wisdom to write this book, no doubt has been supplied by him alone, as some of the things said in the book could not have been said by me. I am aware that I do not possess that kind of knowledge; therefore I express my profound gratitude to him (God).</w:t>
      </w:r>
    </w:p>
    <w:p w:rsidR="00000000" w:rsidDel="00000000" w:rsidP="00000000" w:rsidRDefault="00000000" w:rsidRPr="00000000" w14:paraId="0000003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will want to also dedicate this book to my late mother, who has perhaps been the most influential human being that I have had in my entire life as she showers undying love and appreciation even at times that I think I do not deserve it. That love she showered on me is what still burns in my life and I do my best to extend it to people that interact with me. To those who have a delay in their marriage, I tell you this is the opportunity you have been looking for to get married, for you were specially considered in writing this book, so take great advantage of this book to liberate yourself from every barrier. Be it a physical or spiritual barrier, you will be glad you came across this book.</w:t>
      </w:r>
    </w:p>
    <w:p w:rsidR="00000000" w:rsidDel="00000000" w:rsidP="00000000" w:rsidRDefault="00000000" w:rsidRPr="00000000" w14:paraId="0000004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INTRODUCTION</w:t>
      </w:r>
    </w:p>
    <w:p w:rsidR="00000000" w:rsidDel="00000000" w:rsidP="00000000" w:rsidRDefault="00000000" w:rsidRPr="00000000" w14:paraId="0000004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principal thing to know before getting married and while being married is the understanding that marriage is an institution that should be gotten into consciously, not unconsciously. For you to get into it consciously, you must understand that, like a pilot that wants to fly a plane you must surely have gotten into a storm and navigating consciously out of it. So a married person should be aware that no matter how many books, practice or lessons or education you get before marriage you need to apply and consciously work out adaptive skills that work for your peculiarity. For example, you may marry into a large family, a closely knitted family, a small family that is disorganized, divorce in high rate, have a father and mother that your spouse has lost one parent or both, or in the first years of your marriage, you will be separated from your spouse, due to work in another city or country, or due to transfer to another city, while the other spouse is working in another city and maybe too, the children are in schools and cannot just be transferred along, etc.</w:t>
      </w:r>
    </w:p>
    <w:p w:rsidR="00000000" w:rsidDel="00000000" w:rsidP="00000000" w:rsidRDefault="00000000" w:rsidRPr="00000000" w14:paraId="0000004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All this require a very special skill of adaptation, otherwise you are bound to have a turbulent marriage or courtship. Therefore you need to have understanding of situations and circumstances.</w:t>
      </w:r>
    </w:p>
    <w:p w:rsidR="00000000" w:rsidDel="00000000" w:rsidP="00000000" w:rsidRDefault="00000000" w:rsidRPr="00000000" w14:paraId="0000004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this said you can still have a very fantastic courtship or marriage relationship with your spouse depending on what you desire. As human beings we have great abilities that we do not put to use. As a sociologist, we believe that human beings have never utilized thirty percent of their abilities before they depart from the earth, so I urge you to greatly scale up the inherent abilities in you, so that you can be very successful in your marital life, which can impact greatly on other areas of your life, like your performance in your work place, academics, social life, having healthy children and bringing up your children very well. It can also impact on the life of your nation. A 'successful' marriage cannot bring up children that become prostitutes or armed robbers.</w:t>
      </w:r>
    </w:p>
    <w:p w:rsidR="00000000" w:rsidDel="00000000" w:rsidP="00000000" w:rsidRDefault="00000000" w:rsidRPr="00000000" w14:paraId="0000004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this book, the reader will see the practicality and examples of what a successful marriage can produce. Some of the topics in this book may seem strange and unrelated and probably not seen in any marriage book before, but then that is the reason the reader needs to give great attention to it, so that as you are in your marriage or intending to get married, you may need to do the necessary adjustment to set positive fire in your marital life, to get fulfilled and successful. This in other for you to become an example to your children and others who will see you as a role model so as to become successful in their own marital life and make the society a better place for us all to live in.</w:t>
      </w:r>
    </w:p>
    <w:p w:rsidR="00000000" w:rsidDel="00000000" w:rsidP="00000000" w:rsidRDefault="00000000" w:rsidRPr="00000000" w14:paraId="0000004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Majority of people who get married, actually get married to become successful in their marriage except a very few who have already made up their mind that they just want to get married to ruin another person's life or family</w:t>
      </w:r>
    </w:p>
    <w:p w:rsidR="00000000" w:rsidDel="00000000" w:rsidP="00000000" w:rsidRDefault="00000000" w:rsidRPr="00000000" w14:paraId="0000004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Yes – you mean it is strange, yes but that is a fact, as I did a lot of studies and interviews before I started writing this book. There are salient things you need to look out for in a person before you say I do.</w:t>
      </w:r>
    </w:p>
    <w:p w:rsidR="00000000" w:rsidDel="00000000" w:rsidP="00000000" w:rsidRDefault="00000000" w:rsidRPr="00000000" w14:paraId="0000004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At this juncture, I will point out that anyone who wants to get into marriage should be aware that there are reserved roles for each person in the institution called MARRIAGE. Therefore, you should seek to not only play your role but also encourage your partner to play his or her role in the union, so that there will be harmony, as will be seen at different places in this book. Fortunately marriages are conducted differently all over the world, from country to country, state to state, local government to local government, city to city, village to village, tribe to tribe, religion to religion, family to family, even denomination to denomination, etc.</w:t>
      </w:r>
    </w:p>
    <w:p w:rsidR="00000000" w:rsidDel="00000000" w:rsidP="00000000" w:rsidRDefault="00000000" w:rsidRPr="00000000" w14:paraId="0000004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persons involved in marriages across the spectrums described above, should be circumspect of the prevailing circumstance(s) in the area or circumstances you got married to, so that you will be able to discharge your marital responsibilities creditably well. For example if you marry into a certain tribe, it is important and expedient you learn a bit at least of the language you are marrying to, learn to cook and eat their food, how to either kneel down to greet your husband or his relatives that are his or her elders, learn how to dress like your spouse's people especially for special occasions etc. this are things you should engage in, in other to set your marriage on positive fire.</w:t>
      </w:r>
    </w:p>
    <w:p w:rsidR="00000000" w:rsidDel="00000000" w:rsidP="00000000" w:rsidRDefault="00000000" w:rsidRPr="00000000" w14:paraId="0000004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Respect is reciprocal as you will see further, just like, if you sow yam, you reap yam in return, or if you sow orange you reap same in return, in due season. Note that it is not possible to harvest orange in a few days or weeks. It is not rationally possible. You must sow and wait for the orange or yam to mature because you are cultivating it i.e. you have been watering it and weeding it from time to time. So when it is time for harvest, you shall reap abundantly from your labour.</w:t>
      </w:r>
    </w:p>
    <w:p w:rsidR="00000000" w:rsidDel="00000000" w:rsidP="00000000" w:rsidRDefault="00000000" w:rsidRPr="00000000" w14:paraId="0000004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must be brought to the attention of my readers now that, MARRIAGE is by far the oldest institution of man and therefore should be viewed from this perspective. On the other hand, especially in the 21st century, it may pass for the worst or failed institution of mankind all across the globe without exception as the statistics show us clearly now that, over 40 percent of Christian marriages fail and end up in divorce, if this can happen in the Christian environment,</w:t>
      </w:r>
    </w:p>
    <w:p w:rsidR="00000000" w:rsidDel="00000000" w:rsidP="00000000" w:rsidRDefault="00000000" w:rsidRPr="00000000" w14:paraId="0000004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 about the other religions of the society who are not Christians? It is even said that about 20 percent of pastors and their wives divorce. Is this not alarming? This is why it is important to read this book and even recommend it to people you love as the book may just be the one thing that will intellectually and spiritually prepare you for a great marriage, if you follow the tips and directions.</w:t>
      </w:r>
    </w:p>
    <w:p w:rsidR="00000000" w:rsidDel="00000000" w:rsidP="00000000" w:rsidRDefault="00000000" w:rsidRPr="00000000" w14:paraId="0000005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have decided to get married, then stay in the marriage by the things you say and do, as you are no longer alone. That state of mind must be brought to bear in all things you do. In your marriage you must act as if it is oxygen to you. Take it to be so important that you sleep and breathe your marriage. Learn how to improve it daily, either by the new food you have learnt to cook, not being selfish anymore, not buying something for yourself alone as you are now married, not staying out for too long as you now have a 'patient' at home you need to attend to always. If children begin to come into the family, then your 'patients' have increased and you now need to double or triple your efforts in all you do, as your attention will now be divided. You must learn to balance things and be very deliberate about it and you must try always to directly and indirectly explain this to your spouse, so that you reduce the rate of conflict.</w:t>
      </w:r>
    </w:p>
    <w:p w:rsidR="00000000" w:rsidDel="00000000" w:rsidP="00000000" w:rsidRDefault="00000000" w:rsidRPr="00000000" w14:paraId="0000005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Married people should understand that conflict or differences must occur no matter how careful or prepared you are before you get into the marriage, as both of you do not interpret actions and reactions the same way. That is a normal thing, because you are from different backgrounds, culture, upbringing, neighborhood, tribe, country, religion, social status etc. It is expedient that you do not take action(s) that will make both of you suffer, maybe including your children as it could lead to death, sickness, waywardness in your children, loss of finance, unwarranted injury etc.</w:t>
      </w:r>
    </w:p>
    <w:p w:rsidR="00000000" w:rsidDel="00000000" w:rsidP="00000000" w:rsidRDefault="00000000" w:rsidRPr="00000000" w14:paraId="0000005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you read this book from page to page, please be observant and most likely take notes, or mark the places you find interesting and would want to practice in your daily life and if indeed you want to become a good wife or husband or yet have a successful courtship, you need to at least read it over again once or twice a week until it becomes part of you. We strive for perfection through constant practice. Just like a footballer who wants to score ninety-nine percent of his/her penalty kicks must be at every practice session, give time to practice scoring penalty kicks.</w:t>
      </w:r>
    </w:p>
    <w:p w:rsidR="00000000" w:rsidDel="00000000" w:rsidP="00000000" w:rsidRDefault="00000000" w:rsidRPr="00000000" w14:paraId="0000005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CHAPTER ONE</w:t>
      </w:r>
    </w:p>
    <w:p w:rsidR="00000000" w:rsidDel="00000000" w:rsidP="00000000" w:rsidRDefault="00000000" w:rsidRPr="00000000" w14:paraId="0000005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MARRIAGE AS AN INSTITUTION</w:t>
      </w:r>
    </w:p>
    <w:p w:rsidR="00000000" w:rsidDel="00000000" w:rsidP="00000000" w:rsidRDefault="00000000" w:rsidRPr="00000000" w14:paraId="0000005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is always viewed from the physical aspect by majority of people. That is why most marriages fail. This book went much more than that as it encompasses the physical and also the spiritual aspects which can sustain your marriage if you are aware of it. That is how you will be able to set your marriage on positive fire and become a marital wonder. The good thing is that it is never too late, you can start now and become a wonder to your husband or wife. If you carefully read this book to the end and make the effective impact you may have been desiring all along, an if you are about getting married or will marry eventually then, become a friend of this book and see how you will become the toast of men or women because this book will make you stand out. You will be noticed anywhere you are after you read this book because you will be acting differently and carrying yourself in the correct manner that will position you to associate with people that you want to have the maximum from, and you will not allow people who have no good intention for you, to either waste your time or come to disorganize your plan for a good life/marriage.</w:t>
      </w:r>
    </w:p>
    <w:p w:rsidR="00000000" w:rsidDel="00000000" w:rsidP="00000000" w:rsidRDefault="00000000" w:rsidRPr="00000000" w14:paraId="0000006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Perhaps, it is possible that you married 'wrongly', you can still remedy the situation to a great extent if you read this book carefully to the end and then, take some deliberate steps and redefine, reform and find reasons to cheer up again and leave your spouse in awe of the joy and warm you are feeling. You will be seen differently by him/her, and he or she will be forced to adjust and act appropriately. You can find your marital rhythm.</w:t>
      </w:r>
    </w:p>
    <w:p w:rsidR="00000000" w:rsidDel="00000000" w:rsidP="00000000" w:rsidRDefault="00000000" w:rsidRPr="00000000" w14:paraId="0000006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is bigger than love – It is what you want to become. If you are married, – you share your all with your partner – money, body, love, hate, faults etc.</w:t>
      </w:r>
    </w:p>
    <w:p w:rsidR="00000000" w:rsidDel="00000000" w:rsidP="00000000" w:rsidRDefault="00000000" w:rsidRPr="00000000" w14:paraId="0000006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can still love someone even when you are angry with the person--Oh yes.</w:t>
      </w:r>
    </w:p>
    <w:p w:rsidR="00000000" w:rsidDel="00000000" w:rsidP="00000000" w:rsidRDefault="00000000" w:rsidRPr="00000000" w14:paraId="0000006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be very passionate about the person you claim to love (marry) in everything.</w:t>
      </w:r>
    </w:p>
    <w:p w:rsidR="00000000" w:rsidDel="00000000" w:rsidP="00000000" w:rsidRDefault="00000000" w:rsidRPr="00000000" w14:paraId="0000006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genuinely excited when you see the person, or even when discussing with the person.</w:t>
      </w:r>
    </w:p>
    <w:p w:rsidR="00000000" w:rsidDel="00000000" w:rsidP="00000000" w:rsidRDefault="00000000" w:rsidRPr="00000000" w14:paraId="0000006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 matter the amount of training a woman gets, if it precludes respect for her husband, it is incomplete.</w:t>
      </w:r>
    </w:p>
    <w:p w:rsidR="00000000" w:rsidDel="00000000" w:rsidP="00000000" w:rsidRDefault="00000000" w:rsidRPr="00000000" w14:paraId="0000006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Love in marriage is unconditional – if you love without placing b o u n d a r i e s, your partner will benefit and it will surely rob off on you.</w:t>
      </w:r>
    </w:p>
    <w:p w:rsidR="00000000" w:rsidDel="00000000" w:rsidP="00000000" w:rsidRDefault="00000000" w:rsidRPr="00000000" w14:paraId="0000006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necessarily compete in marriage with your husband –</w:t>
        <w:tab/>
        <w:t xml:space="preserve">y o u will not stay too long in that marriage, if you claim equality. Your weakness could be your strength in marriage.</w:t>
      </w:r>
    </w:p>
    <w:p w:rsidR="00000000" w:rsidDel="00000000" w:rsidP="00000000" w:rsidRDefault="00000000" w:rsidRPr="00000000" w14:paraId="0000006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Use different activities to bond with him or her – eating, discussing next week's activities, etc.</w:t>
      </w:r>
    </w:p>
    <w:p w:rsidR="00000000" w:rsidDel="00000000" w:rsidP="00000000" w:rsidRDefault="00000000" w:rsidRPr="00000000" w14:paraId="0000006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want your spouse to love you don't use phone to distract him or her when they are talking to you. You may miss an important message or eye contact.</w:t>
      </w:r>
    </w:p>
    <w:p w:rsidR="00000000" w:rsidDel="00000000" w:rsidP="00000000" w:rsidRDefault="00000000" w:rsidRPr="00000000" w14:paraId="0000006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be an example of what you express. Prepare for marriage before you enter'.</w:t>
      </w:r>
    </w:p>
    <w:p w:rsidR="00000000" w:rsidDel="00000000" w:rsidP="00000000" w:rsidRDefault="00000000" w:rsidRPr="00000000" w14:paraId="0000006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Men are porn's – moved by power, money, sex etc. find out if you can tolerate his level – or what moves him or her.</w:t>
      </w:r>
    </w:p>
    <w:p w:rsidR="00000000" w:rsidDel="00000000" w:rsidP="00000000" w:rsidRDefault="00000000" w:rsidRPr="00000000" w14:paraId="0000006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Marry one that has almost same ideology with you.</w:t>
      </w:r>
    </w:p>
    <w:p w:rsidR="00000000" w:rsidDel="00000000" w:rsidP="00000000" w:rsidRDefault="00000000" w:rsidRPr="00000000" w14:paraId="0000006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is the oldest institution of 'man'. In simple definition, it is the union of two people, who grew up from different background but have decided to leave together happily to produce children or otherwise. It is therefore expedient that marriage be approached from this background of being an institution. A little understanding of an institution is that it is an organization established to learn or acquire knowledge in other to become a better person. Every marriage is an institution on its own, so anyone who wants to learn must be obedient to the rules and regulations of the institution and her peculiarities.</w:t>
      </w:r>
    </w:p>
    <w:p w:rsidR="00000000" w:rsidDel="00000000" w:rsidP="00000000" w:rsidRDefault="00000000" w:rsidRPr="00000000" w14:paraId="0000006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I pointed out in the introduction, you may marry from a family that is close knit, and you will be expected to portray the traits of a close neat family if you want your marriage to survive. Even though you are from a family background that are not close, if you happen to be a Christian and marry a Muslim you will of course, have the traits of the Muslim people in other for your marriage to succeed.</w:t>
      </w:r>
    </w:p>
    <w:p w:rsidR="00000000" w:rsidDel="00000000" w:rsidP="00000000" w:rsidRDefault="00000000" w:rsidRPr="00000000" w14:paraId="0000006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should be noted that the way Jewish people and the Christians bring up their family is a bit different, therefore, you need to carefully choose the institution you wants to study from, in marriage, just as it is, that a student choose the course he or she want to study in the university and the university or the state or country that institution or university is located in, which means the student has knowingly or unknowingly agreed that, some things must follow him or her for life, regarding the choice of the university, they choose to attend, for example in Nigeria, if you choose a university in the Northern part of Nigeria, you are likely to speak Hausa which is the predominant language that is spoken from that region. You may likely have friends from that religion, and you may likely begin to eat the kind of food they eat in that region even though you are from the Southern part of Nigeria, where their food are markedly different from that of the Northern people and maybe as the last example too you may likely marry from the Northern part of Nigeria.</w:t>
      </w:r>
    </w:p>
    <w:p w:rsidR="00000000" w:rsidDel="00000000" w:rsidP="00000000" w:rsidRDefault="00000000" w:rsidRPr="00000000" w14:paraId="0000007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it is if you school abroad, especially in the western world, the pronunciations and your diction would likely be like that of the western world. This is why we need to be fully conscious of what we want to get into and you need to 'study' very well before you get into it marriage.</w:t>
      </w:r>
    </w:p>
    <w:p w:rsidR="00000000" w:rsidDel="00000000" w:rsidP="00000000" w:rsidRDefault="00000000" w:rsidRPr="00000000" w14:paraId="0000007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products of an institution are easily discernable, for instance it is said that the products of the university of Benin are always recognizable because of their intellectual ability, discipline etc. this can be a point of discussion as some people may want to challenge this claim. It should be understood by a potential marriage candidate that marriage is an institution that you attend and you never graduate from. It is an institution you attend for the rest of your life and you keep learning until the last day as you need to cope with new and un-envisaged challenges that creep into your marriage as time goes on.</w:t>
      </w:r>
    </w:p>
    <w:p w:rsidR="00000000" w:rsidDel="00000000" w:rsidP="00000000" w:rsidRDefault="00000000" w:rsidRPr="00000000" w14:paraId="0000007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instance, it is two of you that are involved in the marriage, but as time wears on, there will be interference from the children in the course of your marriage, who may now begin to share the time and attention that you used to spend or share with your spouse and therefore you need to know how to create a balance and explain why you are not able to share such time. It is good also that the other partner should be faced with this reality and try to adjust, as children in a home brings a lot of baggage with them. They must face the challenge with a good heart.</w:t>
      </w:r>
    </w:p>
    <w:p w:rsidR="00000000" w:rsidDel="00000000" w:rsidP="00000000" w:rsidRDefault="00000000" w:rsidRPr="00000000" w14:paraId="0000007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a woman gives birth, definitely her sleeping time is altered until the child gets to a particular age, and husbands are please required to assist in this regards especially in the night, when the woman needs to catch a rest to face the challenge of still doing a few domestic work. When the child is of school age, another race starts again. By waking up early in the morning to get the food ready for the child to go to school, and picking them up again after they close as may be applicable. That is the reason both parents should lend a helping hand where possible as there is not a law cast in stone that says the woman in a house that must do this or that or the man too must do this or that, it is both hands that can take a lice from the hair, if you try using one hand you may not record much success. It is like a circle, just to go on a bit, when the children complete school, it will now be to help them get a job and again help them to get married and many times keep an eye on their marriage to see that it is going on well. Issues are resolved amicably when observed or are brought to your attention.</w:t>
      </w:r>
    </w:p>
    <w:p w:rsidR="00000000" w:rsidDel="00000000" w:rsidP="00000000" w:rsidRDefault="00000000" w:rsidRPr="00000000" w14:paraId="0000007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w:t>
      </w:r>
    </w:p>
    <w:p w:rsidR="00000000" w:rsidDel="00000000" w:rsidP="00000000" w:rsidRDefault="00000000" w:rsidRPr="00000000" w14:paraId="0000007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is the coming together in union of two people from the same or different background, tribe, religion etc. that is hopefully contracted for life to assist each other physically, spiritually, emotionally and so on. It is in most cases consensual by both persons involved in it and their family and friends.</w:t>
      </w:r>
    </w:p>
    <w:p w:rsidR="00000000" w:rsidDel="00000000" w:rsidP="00000000" w:rsidRDefault="00000000" w:rsidRPr="00000000" w14:paraId="0000007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a very crude definition of marriage that could become very interesting for a person who is so desirous of getting married till 'evening' is the coming together of two 'fools' that are determined to be together by all means possible, and against all odds, to the shame of detractors and to the glory of God.</w:t>
      </w:r>
    </w:p>
    <w:p w:rsidR="00000000" w:rsidDel="00000000" w:rsidP="00000000" w:rsidRDefault="00000000" w:rsidRPr="00000000" w14:paraId="0000007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should be noted though that there are different types of marriages, depending on the continent or country you are from, but there are majorly two types of marriage that are now trending all over the world, cutting across tribe, religion and others.</w:t>
      </w:r>
    </w:p>
    <w:p w:rsidR="00000000" w:rsidDel="00000000" w:rsidP="00000000" w:rsidRDefault="00000000" w:rsidRPr="00000000" w14:paraId="0000007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TRADITIONAL MARRIAGE AND THE WHITE WEDDING</w:t>
      </w:r>
    </w:p>
    <w:p w:rsidR="00000000" w:rsidDel="00000000" w:rsidP="00000000" w:rsidRDefault="00000000" w:rsidRPr="00000000" w14:paraId="0000007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traditional marriages are conducted according to the tradition of the male or female partner in the marriage depending on the country you come from. For instance, in India it is the female that pays the dowry of the husbands.</w:t>
      </w:r>
    </w:p>
    <w:p w:rsidR="00000000" w:rsidDel="00000000" w:rsidP="00000000" w:rsidRDefault="00000000" w:rsidRPr="00000000" w14:paraId="0000007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marriage is conducted according to the customs and traditions of one of the spouse, after which they can come together as husband and wife.</w:t>
      </w:r>
    </w:p>
    <w:p w:rsidR="00000000" w:rsidDel="00000000" w:rsidP="00000000" w:rsidRDefault="00000000" w:rsidRPr="00000000" w14:paraId="0000007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the white wedding ceremony, mostly church or registries, services are conducted and the pastor or priest, pronounce them as husband and wife if there is one to oppose the union. Both parties usually look their best. This type is trending.</w:t>
      </w:r>
    </w:p>
    <w:p w:rsidR="00000000" w:rsidDel="00000000" w:rsidP="00000000" w:rsidRDefault="00000000" w:rsidRPr="00000000" w14:paraId="0000007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treat your marriage like a bank that gives you loan and do not ask you to repay back the loan then you will succeed. Truly, most marriages are strained because one of the spouse will say borrow me money, I will pay you when I get salary or get paid, and most times, when the salary or payment comes, you are either ignored or a story will be told for another salary or payment to come. When it comes again it will be almost the same story. But when there is another emergency, they will still resort to you, you will give them again and the circle continues. The day you refuse to give, it would be seen that you are wicked, stingy etc.</w:t>
      </w:r>
    </w:p>
    <w:p w:rsidR="00000000" w:rsidDel="00000000" w:rsidP="00000000" w:rsidRDefault="00000000" w:rsidRPr="00000000" w14:paraId="0000007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Actually, one of the ways to avoid this kind of occurrence is to give the amount you can afford to part with and would not need to ask that you get it back, to avoid trouble or strain, so that your marriage can be in peace. This too you can do to your friends.</w:t>
      </w:r>
    </w:p>
    <w:p w:rsidR="00000000" w:rsidDel="00000000" w:rsidP="00000000" w:rsidRDefault="00000000" w:rsidRPr="00000000" w14:paraId="0000008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People, who are in marriages, should see marriage like a new shoe or flip flop wear. When you buy it newly, and most times when you put it on, it will never be fitting on your legs, as you have to struggle with it for some days before it will start to fit in well. You will experience inconvenience, but if you keep wearing it, your leg and your thought will now align to it and you will find it easier to put on, so it is with marriage. Most times when you get in, your thoughts of bliss unending is sometimes gone like a candle in the wind. The truth is that you need to hold on and work things out, who knows, if you talk to your spouse too, he or she may be feeling the same thing, why is it so, it is because most times we expect too much from our partners and we too are not giving enough to enable us see the bliss that we expect to find in marriage, perhaps, if both of you seat down in a convivial and friendly atmosphere or talk things over, in a few weeks you may begin to see a spark of the bliss that you are expecting in marriage.</w:t>
      </w:r>
    </w:p>
    <w:p w:rsidR="00000000" w:rsidDel="00000000" w:rsidP="00000000" w:rsidRDefault="00000000" w:rsidRPr="00000000" w14:paraId="0000008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TALKING THINGS OVER WILLINGLY OR UNWILLINGLY</w:t>
      </w:r>
    </w:p>
    <w:p w:rsidR="00000000" w:rsidDel="00000000" w:rsidP="00000000" w:rsidRDefault="00000000" w:rsidRPr="00000000" w14:paraId="0000008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Talking things you expect in your marriage with your partner is very essential and talking it over and over, to see if there is consistency in your partner is absolutely necessary, to avoid disappointment, heart-break, divorce or strain in your marriage.</w:t>
      </w:r>
    </w:p>
    <w:p w:rsidR="00000000" w:rsidDel="00000000" w:rsidP="00000000" w:rsidRDefault="00000000" w:rsidRPr="00000000" w14:paraId="0000008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 you have talked of and agreed upon before your marriage can 'bring down' frustration in marriage, as you need to gently remind him or her that where the matter arises. For example, you can say, “Please remember some time ago when we discussed about finance. You said you will assist when I’m not financially buoyant.</w:t>
      </w:r>
    </w:p>
    <w:p w:rsidR="00000000" w:rsidDel="00000000" w:rsidP="00000000" w:rsidRDefault="00000000" w:rsidRPr="00000000" w14:paraId="0000008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can even talk of how to receive visitors in the house, how many children that is ideal, if you have one car, how both of you will be sharing it and so on, so that it will not impact negatively on your finances, and you can conveniently spend on other areas of your life.</w:t>
      </w:r>
    </w:p>
    <w:p w:rsidR="00000000" w:rsidDel="00000000" w:rsidP="00000000" w:rsidRDefault="00000000" w:rsidRPr="00000000" w14:paraId="0000008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CHAPTER TWO</w:t>
      </w:r>
    </w:p>
    <w:p w:rsidR="00000000" w:rsidDel="00000000" w:rsidP="00000000" w:rsidRDefault="00000000" w:rsidRPr="00000000" w14:paraId="0000009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CHALLENGES IN MARRIAGE</w:t>
      </w:r>
    </w:p>
    <w:p w:rsidR="00000000" w:rsidDel="00000000" w:rsidP="00000000" w:rsidRDefault="00000000" w:rsidRPr="00000000" w14:paraId="0000009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first day in your marriage could be a very challenging day if you are not wise enough, because the gift items that are brought for the couple and the money probably could become a challenge that could linger in the marriage. So both of you should never be greedy about it and should consensually agree on what to do with them all. A wise woman will want to ask permission from her husband who in turn should use his discretion to know what to do, especially if he too has consulted his wife directly or indirectly. This has been known to cause physical fights between couples who are not wise. The items belong to both of you while in the same house and most items may just be used in the house. The one that will be fitting for the man should normally go to him while the ones fitting for the wife should go to her and there will be no challenge at all. If you do this on the first day of your marriage you have unknowingly set fire that will be lighting for decades and cannot be quenched.</w:t>
      </w:r>
    </w:p>
    <w:p w:rsidR="00000000" w:rsidDel="00000000" w:rsidP="00000000" w:rsidRDefault="00000000" w:rsidRPr="00000000" w14:paraId="0000009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endeavor to keep the marriage sanctified or holy. When your partner gets it wrong, be understanding.</w:t>
      </w:r>
    </w:p>
    <w:p w:rsidR="00000000" w:rsidDel="00000000" w:rsidP="00000000" w:rsidRDefault="00000000" w:rsidRPr="00000000" w14:paraId="0000009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people tell lies against you, be wise as it only tells you who you need to take along in your life.</w:t>
      </w:r>
    </w:p>
    <w:p w:rsidR="00000000" w:rsidDel="00000000" w:rsidP="00000000" w:rsidRDefault="00000000" w:rsidRPr="00000000" w14:paraId="0000009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rich also cry in marriage – over things some couple take for granted. Abundant money does not decide the good outcome of a marriage.</w:t>
      </w:r>
    </w:p>
    <w:p w:rsidR="00000000" w:rsidDel="00000000" w:rsidP="00000000" w:rsidRDefault="00000000" w:rsidRPr="00000000" w14:paraId="0000009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you discover that your husband or wife is a cult member, it may be better to opt out of it or ride it out.</w:t>
      </w:r>
    </w:p>
    <w:p w:rsidR="00000000" w:rsidDel="00000000" w:rsidP="00000000" w:rsidRDefault="00000000" w:rsidRPr="00000000" w14:paraId="0000009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rude, angry at any little thing or pride etc. should be avoided.</w:t>
      </w:r>
    </w:p>
    <w:p w:rsidR="00000000" w:rsidDel="00000000" w:rsidP="00000000" w:rsidRDefault="00000000" w:rsidRPr="00000000" w14:paraId="0000009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Child bearing and change in size or shape</w:t>
      </w:r>
    </w:p>
    <w:p w:rsidR="00000000" w:rsidDel="00000000" w:rsidP="00000000" w:rsidRDefault="00000000" w:rsidRPr="00000000" w14:paraId="0000009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jealous of partner’s family</w:t>
      </w:r>
    </w:p>
    <w:p w:rsidR="00000000" w:rsidDel="00000000" w:rsidP="00000000" w:rsidRDefault="00000000" w:rsidRPr="00000000" w14:paraId="0000009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Ethnicity</w:t>
      </w:r>
    </w:p>
    <w:p w:rsidR="00000000" w:rsidDel="00000000" w:rsidP="00000000" w:rsidRDefault="00000000" w:rsidRPr="00000000" w14:paraId="0000009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ANGER</w:t>
      </w:r>
    </w:p>
    <w:p w:rsidR="00000000" w:rsidDel="00000000" w:rsidP="00000000" w:rsidRDefault="00000000" w:rsidRPr="00000000" w14:paraId="000000A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Probably one of the unfortunate things in marriage, that should never be present for all humanity. Anger has never been known to produce anything positive. It not only brings, death, destruction, and deception – yes deception, for if in truth you are not deceiving your wife or your husband, and you truly love the person, you will not be angry with the</w:t>
      </w:r>
    </w:p>
    <w:p w:rsidR="00000000" w:rsidDel="00000000" w:rsidP="00000000" w:rsidRDefault="00000000" w:rsidRPr="00000000" w14:paraId="000000A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Person and even if you are angry, it is for peace, betterment and progress of your marriage. You should even apologize the next moment, even when you are right, for the fact that you want peace. And you should make that very clear. If you do that, it cannot be said that you were angry. Rather it would be that you wanted the best and you expressed it responsibly without anger. And yes, it is possible to express yourself without anger. If you begin now you will see how easy and beneficial it is to your marriage.</w:t>
      </w:r>
    </w:p>
    <w:p w:rsidR="00000000" w:rsidDel="00000000" w:rsidP="00000000" w:rsidRDefault="00000000" w:rsidRPr="00000000" w14:paraId="000000A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Anger is not in any way to be found in any marriage as it affects you that is angry as it increases your blood pressure, there are reports of husbands who were so angry with their wife and they shouted at the, and after an hour or so, they were found dead in the room. So please be careful and wise, as that wife will go ahead to get married, while you will be in the grave. Everyone should be soft with their words no matter how grievous anyone would offend you, so that you and your family can enjoy your marriage.</w:t>
      </w:r>
    </w:p>
    <w:p w:rsidR="00000000" w:rsidDel="00000000" w:rsidP="00000000" w:rsidRDefault="00000000" w:rsidRPr="00000000" w14:paraId="000000A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COMMUNICATION</w:t>
      </w:r>
    </w:p>
    <w:p w:rsidR="00000000" w:rsidDel="00000000" w:rsidP="00000000" w:rsidRDefault="00000000" w:rsidRPr="00000000" w14:paraId="000000A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the plank of marriage. If spouses communicate very well, there will be little or no challenge in the marriage. Communication is in various dimensions: How you communicate, the tone of communication, the timing in communication, the effectiveness, verbal or nonverbal communication, miscommunication.</w:t>
      </w:r>
    </w:p>
    <w:p w:rsidR="00000000" w:rsidDel="00000000" w:rsidP="00000000" w:rsidRDefault="00000000" w:rsidRPr="00000000" w14:paraId="000000A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can set your marriage on fire by simple communication with your spouse, by deliberately being polite either with your questions or response. That can positively change the atmosphere in your marriage, as every human being likes to be respected and shown courtesy. Your spouse will also respond in kind if you are consistent with it. For instance, you can always respond with “please, I was in the bathroom.”; “please, I did not hear you clearly.”; “what did you say? Please.” or speaking to your spouse you should say: “yes, thank you please.”; “I will eat later, I guarantee you.” or if you say: “thank you for the food, it was sweet.”; “Thank you for buying me fruits.”;“I really liked the bananas you bought, I appreciate you.”etc. This word ‘please’ and ‘thank you’, has saved many ugly situations. If spouse speak to them in these words, that marriage will be on fire and the better for you guys and your family may become a reference point in your vicinity and beyond.</w:t>
      </w:r>
    </w:p>
    <w:p w:rsidR="00000000" w:rsidDel="00000000" w:rsidP="00000000" w:rsidRDefault="00000000" w:rsidRPr="00000000" w14:paraId="000000A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tone you use in communication will affect the outcome positively or negatively, as the person you are communicating with most likely always respond in kind to your communication. For example, if you are talking to your spouse and say to him or her: “Don't you know that you should have warmed the food before you serve it?”; “How come you are coming home this late?” Should you be told to remove your dress from the bed?”</w:t>
      </w:r>
    </w:p>
    <w:p w:rsidR="00000000" w:rsidDel="00000000" w:rsidP="00000000" w:rsidRDefault="00000000" w:rsidRPr="00000000" w14:paraId="000000A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clear that your communication to him or her was with a negative energy and very judgmental. Thus, his or her response will mostly likely be negative and unfriendly and may likely cause quarrel that may take root and plague your marriage negatively. So you clearly need to avoid all negative communication and embrace a positive one that only use words like, please, thank you, I appreciate.</w:t>
      </w:r>
    </w:p>
    <w:p w:rsidR="00000000" w:rsidDel="00000000" w:rsidP="00000000" w:rsidRDefault="00000000" w:rsidRPr="00000000" w14:paraId="000000A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TIMING IN COMMUNICATION</w:t>
      </w:r>
    </w:p>
    <w:p w:rsidR="00000000" w:rsidDel="00000000" w:rsidP="00000000" w:rsidRDefault="00000000" w:rsidRPr="00000000" w14:paraId="000000A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another area of communication that is been neglected by spouses, that is why they are always in disagreements and quarrels that can be avoided with perfect timing, if you have a serious or important issue to discuss with your spouse you should for instance not wake him or her up in the morning and say:“good morning, I want to tell you that what you did yesterday to me in the afternoon, did not go down well with me.”;“You have not been attending church recently.”; “I think you may need to change church.”;“I am beginning to feel uncomfortable in this house.”; “If I scold the children, you don't join me.” etc.</w:t>
      </w:r>
    </w:p>
    <w:p w:rsidR="00000000" w:rsidDel="00000000" w:rsidP="00000000" w:rsidRDefault="00000000" w:rsidRPr="00000000" w14:paraId="000000A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Honestly, you have given a bad taste to your discussion, I can almost assure you, and your spouse will be deliberately uncooperative with you on any issue or any other one almost all through the day or beyond. For he may think you are disrespectful and would want to treat you as such by giving you answers that are unfriendly. And if you are not careful, you will respond in the same way and conflict will be activated in your marriage if you don't take good care of it. You need to be timely and watch out when your spouse is relaxed and in a happy mood. The best way may just be when both of you are in your bedroom and even in bed. If you raise those important issues then, he or she may be in a good mood to respond and try to reason with you, so that both of you will discuss and come to a workable solution that can help you be on one page and act in unison as a couple. This brings peace and happiness to the marriage.</w:t>
      </w:r>
    </w:p>
    <w:p w:rsidR="00000000" w:rsidDel="00000000" w:rsidP="00000000" w:rsidRDefault="00000000" w:rsidRPr="00000000" w14:paraId="000000A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Spouses should not only communicate verbally but put in place a simple and understanding nonverbal communication that will most times be limited to you anywhere and anytime, so that you may not speak but you understand what your spouse has said even in the midst of a crowd or social gathering. This brings spouses together in a great way. You may even extend same to your children, because you should have nonverbal language that you use for yourselves when it is time to perform your marital obligation together as that is exclusively for only two of you. It is a good thing. I suggest you try it out together and see how you will be closer as a couple and unknowingly you are setting positive fire on your marriage that will light up the rest of your life.</w:t>
      </w:r>
    </w:p>
    <w:p w:rsidR="00000000" w:rsidDel="00000000" w:rsidP="00000000" w:rsidRDefault="00000000" w:rsidRPr="00000000" w14:paraId="000000A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B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MISCOMMUNICATION</w:t>
      </w:r>
    </w:p>
    <w:p w:rsidR="00000000" w:rsidDel="00000000" w:rsidP="00000000" w:rsidRDefault="00000000" w:rsidRPr="00000000" w14:paraId="000000B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challenge in most marriages and needs to be properly addressed, otherwise it will continue to cause problems in marriages, and may escalate and affect even the children and others that may be living with the couple. Spouse must deliberately learn to communicate effectively, so that their marriage can become a source of joy to them. If for instance a wife wants to collect money to use for the children at home, either to cut their hair or buy their daily needs, she should be able to communicate it clearly, not by just saying, “Give me money”. The husband may be defensive and unwilling to part with such money, especially if he does not know the purpose of the money. So as much as possible, communicate directly and timely without miscommunication.</w:t>
      </w:r>
    </w:p>
    <w:p w:rsidR="00000000" w:rsidDel="00000000" w:rsidP="00000000" w:rsidRDefault="00000000" w:rsidRPr="00000000" w14:paraId="000000B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KEEPING SECRETS IN MARRIAGE</w:t>
      </w:r>
    </w:p>
    <w:p w:rsidR="00000000" w:rsidDel="00000000" w:rsidP="00000000" w:rsidRDefault="00000000" w:rsidRPr="00000000" w14:paraId="000000B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challenges marriages face that really tests the foundation of the marriage, for some spouses do not know how to deal with secrets in marriage, but in honesty, a marriage that have secrets will face or risk failure, separation and all the negative futures that keeping secrets carry. It is not a good thing for a spouse to have a secret, especially if it is a negative secret that can destroy the marriage or make your spouse not to trust you again. A marriage that is short of trust is hanging by the tread, so wisdom, understanding, patience and goodwill should be applied to settle it for the good of the marriage.</w:t>
      </w:r>
    </w:p>
    <w:p w:rsidR="00000000" w:rsidDel="00000000" w:rsidP="00000000" w:rsidRDefault="00000000" w:rsidRPr="00000000" w14:paraId="000000B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instance, if a spouse that did not tell his partner that he or she has had a child before, either out of wedlock or in a previous marriage. This could be very devastating and definitely, if they are still together, there will be a loss of trust. For a very long time, this will show as the other partner will always recall it eve without saying it. Should I trust him or her was it not too long I discovered that he or she has a child before we got married and I was not aware? If I give him or her huge money for business will she not divert it for something else?  These and other thoughts will be going on in his or her mind. There needs to be situations that are positive that will cause a change in his or her mind towards you. You need to be deliberately honest in your dealings with him or her.</w:t>
      </w:r>
    </w:p>
    <w:p w:rsidR="00000000" w:rsidDel="00000000" w:rsidP="00000000" w:rsidRDefault="00000000" w:rsidRPr="00000000" w14:paraId="000000B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is no need for keeping secrets in marriage, it only destroys marriage,</w:t>
      </w:r>
    </w:p>
    <w:p w:rsidR="00000000" w:rsidDel="00000000" w:rsidP="00000000" w:rsidRDefault="00000000" w:rsidRPr="00000000" w14:paraId="000000B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keep secret so long but if it will not affect your marriage negatively, you can keep it, but please weigh the consequences before you make the decision to tell your spouse or consult an expert marriage counselor and then take the decision to leave it that way or spill it.</w:t>
      </w:r>
    </w:p>
    <w:p w:rsidR="00000000" w:rsidDel="00000000" w:rsidP="00000000" w:rsidRDefault="00000000" w:rsidRPr="00000000" w14:paraId="000000B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for those who are preparing to get married this is an aspect of your marriage you need to settle with your spouse before you get married as secrets in marriage is like the senior partner to telling lies. This can crumble marriages in a twinkle of an eye. You must at all times be truthful to your partner as you may tell him a lie that may mislead him to also telling a lie in public and as things turn out sometimes someone will challenge him in public to disclose his or her source. When it is verified, if it turns out that you told a lie, you would have put your spouse to shame and in the end you may live with the consequences which may not be very good, either for you or for your spouse. It may strain your marriage or even lead to quarrels and fighting that may be devastating. This has happened many times in similar situations and may eventually disintegrate your marriage. Something you may not have bargained for when you told the lie.</w:t>
      </w:r>
    </w:p>
    <w:p w:rsidR="00000000" w:rsidDel="00000000" w:rsidP="00000000" w:rsidRDefault="00000000" w:rsidRPr="00000000" w14:paraId="000000B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LATE CHILD BEARING</w:t>
      </w:r>
    </w:p>
    <w:p w:rsidR="00000000" w:rsidDel="00000000" w:rsidP="00000000" w:rsidRDefault="00000000" w:rsidRPr="00000000" w14:paraId="000000B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challenge that spouses should handle with great care. And understand that it affects both spouses, not one of them. It can be said that the women mostly want to bear children for their husbands, as that is the utmost wish of a woman, but some men rather than understanding and finding solution together with their spouse, they go out to have children with other women. Thus, bringing heart-break and disappointment to their spouse at home, which is indeed a heartless thing to engage in. Anyone who is in that mindset should presently desist from it and find a workable solution with their spouse so that both of them will be happy in the marriage, instead of only one party getting satisfaction.</w:t>
      </w:r>
    </w:p>
    <w:p w:rsidR="00000000" w:rsidDel="00000000" w:rsidP="00000000" w:rsidRDefault="00000000" w:rsidRPr="00000000" w14:paraId="000000B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Most times the challenge may just be a little thing that just requires a simple drug that will just correct the abnormality leading to child bearing, and your marriage is set on fire.</w:t>
      </w:r>
    </w:p>
    <w:p w:rsidR="00000000" w:rsidDel="00000000" w:rsidP="00000000" w:rsidRDefault="00000000" w:rsidRPr="00000000" w14:paraId="000000B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Spouses should positively look at it as a blessing in disguise as God may give you one of the best children that is in heaven. Because you know it will surely come for you at God’s best time, celebrate, be happy with yourself and thank God for everything. Support each other in those times of waiting. The time of waiting is an opportunity to prepare for the child.</w:t>
      </w:r>
    </w:p>
    <w:p w:rsidR="00000000" w:rsidDel="00000000" w:rsidP="00000000" w:rsidRDefault="00000000" w:rsidRPr="00000000" w14:paraId="000000B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CHOICES IN MARRIAGE</w:t>
      </w:r>
    </w:p>
    <w:p w:rsidR="00000000" w:rsidDel="00000000" w:rsidP="00000000" w:rsidRDefault="00000000" w:rsidRPr="00000000" w14:paraId="000000C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presents one of the greatest opportunities to express your humanity and prove that you are a person to be married.</w:t>
      </w:r>
    </w:p>
    <w:p w:rsidR="00000000" w:rsidDel="00000000" w:rsidP="00000000" w:rsidRDefault="00000000" w:rsidRPr="00000000" w14:paraId="000000C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All human beings are created by God to be your brothers, sisters, or neighbor. So if you have an opportunity to get married you should stick to your partner. Take care of him or her as we cannot do all things for ourselves. You can be the greatest cheerleader of your partner by encouraging him or her to become one of the best in his or her chosen career. Because of your praise, and he or she will become a better version of himself or herself. It is an opportunity to prove that you can love your partner, by steadfastly showing him or her that you love them, through the things you do or say. Shower him or her with gifts and speak so highly of him or her. Be a source of his or her joy; give him or her undivided attention. If you engage in this, they may copy from you and it may turn out to become a positive competition of out-doing each other in showing love. When you engage in this, you have only succeeded in setting your marriage on fire, which is the real and original purpose of getting married to each other. This will positively rob off on the children you will bring up and they in return will rub it off on their marriage and the society will greatly benefit from it. It can surely bring about good and great health for both of you, thereby saving needed finance for the family.</w:t>
      </w:r>
    </w:p>
    <w:p w:rsidR="00000000" w:rsidDel="00000000" w:rsidP="00000000" w:rsidRDefault="00000000" w:rsidRPr="00000000" w14:paraId="000000C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HOW TO ASK IN MARRIAGE</w:t>
      </w:r>
    </w:p>
    <w:p w:rsidR="00000000" w:rsidDel="00000000" w:rsidP="00000000" w:rsidRDefault="00000000" w:rsidRPr="00000000" w14:paraId="000000C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issue in marriages could be linked to asking for money for upkeep, asking for favors, asking for permission to go out etc.</w:t>
      </w:r>
    </w:p>
    <w:p w:rsidR="00000000" w:rsidDel="00000000" w:rsidP="00000000" w:rsidRDefault="00000000" w:rsidRPr="00000000" w14:paraId="000000C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a man and his wife have established a very peaceful and respectable ways of asking things from each other, it will not lead to disagreements or insults. But if there is no responsible and very suitable way to do it, it will lead to problems. It is good to put a simple rule in place. A wife asking for money to make a new hair in front of her husband’s visitors may just incur the wrath of her husband and if care is not taken it may graduate into insults and other unwanted situations that may lead out of control. And a husband rudely asking his wife to go and give him food in the presence of her family members, may attract a response that may not be welcomed. It will bring disagreements that would have been avoided.</w:t>
      </w:r>
    </w:p>
    <w:p w:rsidR="00000000" w:rsidDel="00000000" w:rsidP="00000000" w:rsidRDefault="00000000" w:rsidRPr="00000000" w14:paraId="000000C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Imagine also that a wife wants to attend a social function in another city and may stay overnight. After dressing up, she now informs her husband that she has a social function to attend in the next city and that she will be back tomorrow. That may spark violence that may be uncontrollable for a moment, which may not be the intention of the wife, but because she asked amiss, that journey may have to be aborted completely and the present situation which she has caused would be addressed.</w:t>
      </w:r>
    </w:p>
    <w:p w:rsidR="00000000" w:rsidDel="00000000" w:rsidP="00000000" w:rsidRDefault="00000000" w:rsidRPr="00000000" w14:paraId="000000C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it is important to be responsible and respectable while asking from your partner. Create a system that will be workable for both parties so that information is sent at the best time and in the right environment, to receive the adequate attention required. Especially to encourage peace and happiness in the marriage. Therefore, it is good to watch out when both of you are a bit free and alone. It is one of the best times to ask for either money or favors as it may get good reception. Even if you don't get it immediately, it is good to ask and inform your partner in advance, so that adjustments and plans can be synchronized to allow the other person to be ready, physically, emotionally or otherwise. If you ask for favor when both of you are in bed having a chit chat, It may just be a perfect time to get all what you want either from your wife or husband.</w:t>
      </w:r>
    </w:p>
    <w:p w:rsidR="00000000" w:rsidDel="00000000" w:rsidP="00000000" w:rsidRDefault="00000000" w:rsidRPr="00000000" w14:paraId="000000C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Just imagine when your wife or husband gets back from work, you first welcome him or her with complains, enquiries, requests etc., you may be rebuffed and may never get attention, for you may have upset him or her and they would consciously or unconsciously make up their mind not to attend to that your request, no matter how urgent you think it is.</w:t>
      </w:r>
    </w:p>
    <w:p w:rsidR="00000000" w:rsidDel="00000000" w:rsidP="00000000" w:rsidRDefault="00000000" w:rsidRPr="00000000" w14:paraId="000000C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DO YOU WANT TO ENJOY YOUR MARRIAGE?</w:t>
      </w:r>
    </w:p>
    <w:p w:rsidR="00000000" w:rsidDel="00000000" w:rsidP="00000000" w:rsidRDefault="00000000" w:rsidRPr="00000000" w14:paraId="000000D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Listen more and talk-less, for if you listen more you will hear both the things that is said and the things he or she intends to say. When anyone speaks to you, there are things he will tell you and some other things he may not tell you, but would not say it verbally. Either his words or body language will make you know that he is telling you something you should know but does not want to say it. so it is very important that you listen more than talking to your spouse, he may tell you that I want you to love me more than you are doing now as I love you too, which he or she may not verbalize, so please watch out for unspoken words.</w:t>
      </w:r>
    </w:p>
    <w:p w:rsidR="00000000" w:rsidDel="00000000" w:rsidP="00000000" w:rsidRDefault="00000000" w:rsidRPr="00000000" w14:paraId="000000D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Unspoken words are powerful, as they lead you to the innermost part of the person’s heart.</w:t>
      </w:r>
    </w:p>
    <w:p w:rsidR="00000000" w:rsidDel="00000000" w:rsidP="00000000" w:rsidRDefault="00000000" w:rsidRPr="00000000" w14:paraId="000000D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talk, you repeat the things you know, but if you listen you are learning the things that you don't know, which may give you information that may turn out to be very relevant to you. If you watch your partner closely, you may be able to predict his or her behavior in not too long a time. Human behaviours are not too far from the things they say. It is in listening you get wisdom, not in talking.</w:t>
      </w:r>
    </w:p>
    <w:p w:rsidR="00000000" w:rsidDel="00000000" w:rsidP="00000000" w:rsidRDefault="00000000" w:rsidRPr="00000000" w14:paraId="000000D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LISTEN WITH RAPT ATTENTION</w:t>
      </w:r>
    </w:p>
    <w:p w:rsidR="00000000" w:rsidDel="00000000" w:rsidP="00000000" w:rsidRDefault="00000000" w:rsidRPr="00000000" w14:paraId="000000D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good that you listen to your spouse while he or she speaks to you. That in itself shows him or her that you are interested in what he or she is telling you and you will listen again if he wants to tell you things that are important. They will have confidence in you, and most of all it shows that you are responsible and respectful to him or her. They will love you more would want to listen to you when it’s your turn to tell your story. You may begin to see that you will have less argument or misunderstanding as you know that both of you will hear each other out when it really matters. Most cases, your husband or wife may be able to vouch for you as trust will be established between you guys. You will be able to ask more intelligent questions, and get a clearer explanation of what he or she has to say. In the end, if you listen with rapt attention, you will remember more of what was said than when you didn’t. With this, you will in no time set an unquenchable fire to your marriage and watch yourself get younger even when your age moves forward.</w:t>
      </w:r>
    </w:p>
    <w:p w:rsidR="00000000" w:rsidDel="00000000" w:rsidP="00000000" w:rsidRDefault="00000000" w:rsidRPr="00000000" w14:paraId="000000D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TAKE CONTROL OF YOUR MARRIAGE</w:t>
      </w:r>
    </w:p>
    <w:p w:rsidR="00000000" w:rsidDel="00000000" w:rsidP="00000000" w:rsidRDefault="00000000" w:rsidRPr="00000000" w14:paraId="000000D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possible to take control of your marriage as it is a fact that you got married to the one you love and that loves you. You can make him or her love you better by first, starting to love him or her unconditionally no matter what the situation is, because that person is a human being. Though he or she may think that you are pretending, once it is long enough, he or she will know that you mean business and would begin to love you in return. Honestly, the reason many marriages have problem is that we all want someone to love us. But you do not know that if you want love, you must first give love. That is how it works. It is like a man who wants to plant a tree, the tree may be a seed, yet it is a tree, if you put it on the ground and care for it.</w:t>
      </w:r>
    </w:p>
    <w:p w:rsidR="00000000" w:rsidDel="00000000" w:rsidP="00000000" w:rsidRDefault="00000000" w:rsidRPr="00000000" w14:paraId="000000D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 gradual process, not overnight, so be patient with your partner. You should relate it with the disciple of Jesus. Thomas followed Jesus for about three years, but when he heard that Jesus has risen he doubted it, until Jesus came to him. And then he believed. Would you want to be a Thomas or you want to believe and start loving your wife or husband and see if he or she will not love you back, the earlier you do it the better for you. Like the tree, you will reap it on time. The more you delay, the longer it will take you to enjoy the benefits of marriage. If you start it, your partner will unconsciously start loving you and even you may become surprised and may want to pinch yourself to see if you are dreaming It is as simple as I have said it, but be sure that you do not listen or mind the negative comments or consequences that will follow if you begin to be so loving and nice.</w:t>
      </w:r>
    </w:p>
    <w:p w:rsidR="00000000" w:rsidDel="00000000" w:rsidP="00000000" w:rsidRDefault="00000000" w:rsidRPr="00000000" w14:paraId="000000D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want you to look at it from this perspective, the very first day you ever got sick and you were asked to take an injection, were you comfortable?  Absolutely no. but as time went on and you are sick again, you feel more comfortable and can without much fear, be injected. You will feel as if nothing happened, when compared it to the first time. That is what it will be when you first start to love and be nice to your husband or wife. Maybe his friends and associates or even family members will be relating positively to your new and loving attitude. They will join him or her in saying, don't mind him or her and some may even confront you physically or verbally, please be sure to include in loving your husband or wife an attitude that will disarm mockers. Smile and say thanks, it is ok etc. Remain calm and unrumpled and leave them with an open mouth that they can’t close as they see you glow and become nicer to your wife or husband.</w:t>
      </w:r>
    </w:p>
    <w:p w:rsidR="00000000" w:rsidDel="00000000" w:rsidP="00000000" w:rsidRDefault="00000000" w:rsidRPr="00000000" w14:paraId="000000D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Gradually you will take total and absolute control of your marriage and may even marvel at the result it will bring your way. You would now become a partner and promoter of this book that has inspired you to set your marriage on fire. Marriage is meant to be enjoyed not endured as is the situation present in many homes, even in Christian and religious homes. The tragedy is that what some do not practice in their homes, they advice and counsel people to do in their marriages. When you hear some of this things or stories you almost find it difficult to believe, but it is a reality that we live with today, because of ignorance and not realizing that it is possible to have a marriage that is full of joy, happiness and fire that lights up the heart. You will be able to see the heart of your partner which too has a fire if you set your own on fire.</w:t>
      </w:r>
    </w:p>
    <w:p w:rsidR="00000000" w:rsidDel="00000000" w:rsidP="00000000" w:rsidRDefault="00000000" w:rsidRPr="00000000" w14:paraId="000000D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Shower your partner with praises even in very little things he or she has done, for if you do it, he or she will do more. You will see that he or she too is a good person but circumstances that are not right has prevented him or her from loving you as you desire.</w:t>
      </w:r>
    </w:p>
    <w:p w:rsidR="00000000" w:rsidDel="00000000" w:rsidP="00000000" w:rsidRDefault="00000000" w:rsidRPr="00000000" w14:paraId="000000D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Shower him with fitting titles and aliases. Have a different one for different places and situations. If you are in the bedroom alone and want to perform your marital vows, give him or her powerful alias and see how things will turn out. If he or she is among his or her friends or associates call him or her another alias, you will see the glow and radiance that will flow from his or her face and the confidence. If he or she wants to go out, he or she may want you to always be going out together.</w:t>
      </w:r>
    </w:p>
    <w:p w:rsidR="00000000" w:rsidDel="00000000" w:rsidP="00000000" w:rsidRDefault="00000000" w:rsidRPr="00000000" w14:paraId="000000E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Taking over your marriage can be practiced better by people who are planning to get married. For instance, if your partner is a footballer or likes football begin to call him Ronaldo or Messi etc. as these are the two people in recent times that have set the world of football on fire, as they try to outplay one another, especially when their teams meet to play, be it in the local league or European or world cup encounters of their national team. Whatever your partner is, call him or her by the name of the best person in that field and see how he or she will be excited and may be in a hurry to get married to you, so you also need to practice related things that have been recommended in this book, but, if you really want to set it on fire right from the beginning consult us as we do marriage counseling, we will give you tips that will blow your mind.</w:t>
      </w:r>
    </w:p>
    <w:p w:rsidR="00000000" w:rsidDel="00000000" w:rsidP="00000000" w:rsidRDefault="00000000" w:rsidRPr="00000000" w14:paraId="000000E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BECOME A DEBORAH</w:t>
      </w:r>
    </w:p>
    <w:p w:rsidR="00000000" w:rsidDel="00000000" w:rsidP="00000000" w:rsidRDefault="00000000" w:rsidRPr="00000000" w14:paraId="000000E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see, it is possible to do the things that people like Deborah did in the bible and even surpass her achievements, for she was a human being just like you. Even as a lady that is married or wants to get married, you can work it out especially now that there are improvements in technology that can make you read and know things in real time. Especially if you marry someone who is your friend and would really want you to succeed in any of your Endeavour.</w:t>
      </w:r>
    </w:p>
    <w:p w:rsidR="00000000" w:rsidDel="00000000" w:rsidP="00000000" w:rsidRDefault="00000000" w:rsidRPr="00000000" w14:paraId="000000E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were other women like Deborah in the bible, but her record was outstanding, yet she was married and she ruled Israel for a long time without complain. She was even involved in many physical battles that were fought by Israel and they got resounding victories that are still on record till today. This is particularly for the ladies; they should brace up and see that in their field of</w:t>
      </w:r>
    </w:p>
    <w:p w:rsidR="00000000" w:rsidDel="00000000" w:rsidP="00000000" w:rsidRDefault="00000000" w:rsidRPr="00000000" w14:paraId="000000E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Endeavour, they can excel by imitating Deborah whose life and time can be seen to be of dedication and hard work. You should add prayers and positive confessions with a heart of joy that will never know sadness, no matter the challenge or present situation you are in or you find yourself.</w:t>
      </w:r>
    </w:p>
    <w:p w:rsidR="00000000" w:rsidDel="00000000" w:rsidP="00000000" w:rsidRDefault="00000000" w:rsidRPr="00000000" w14:paraId="000000E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WILL YOUR HUSBAND BE READY TO PAY YOUR BRIDE PRICE EACH TIME HE IS ASKED TO PAY AGAIN?</w:t>
      </w:r>
    </w:p>
    <w:p w:rsidR="00000000" w:rsidDel="00000000" w:rsidP="00000000" w:rsidRDefault="00000000" w:rsidRPr="00000000" w14:paraId="000000E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very controversial question some husband will never agree to, because after a few years of marriage some wives are very complacent and would always say, I am married and there is no need to be looking good or be in top shape, because the man too is really married to her and probably they have children together. He will be considering that and just be ok, but from time to time would go out to satisfy his wants that he found in his wife but are no more there. Sometimes it leads to an unwanted child that may end up in the man's house and will bring tension in the home. Different quarrels will come up, settlement upon settlement, bad blood.</w:t>
      </w:r>
    </w:p>
    <w:p w:rsidR="00000000" w:rsidDel="00000000" w:rsidP="00000000" w:rsidRDefault="00000000" w:rsidRPr="00000000" w14:paraId="000000E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All this can be avoided really if you do the things that made your husband got married to you in the first place and even improve on them as you get wiser in your marriage because it is expected that you should study him and know the things he likes and begin to do them so that he would have every reason to pay your bride price and get married to you anytime he is been asked as it is both of you that lose from not been at the top of your marriage. It may not really be hard to be at the top of your marriage, you only need to make a conscious decision that you are ready and it will be so and even add some great things or attitude that will make his head to spin a bit and he will be like the Oliver twist that asked for more. He will be asking for more from you and you will become a priceless gold to him.</w:t>
      </w:r>
    </w:p>
    <w:p w:rsidR="00000000" w:rsidDel="00000000" w:rsidP="00000000" w:rsidRDefault="00000000" w:rsidRPr="00000000" w14:paraId="000000E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Charm him daily, for you have no one to seduce except him as you are committed to him.</w:t>
      </w:r>
    </w:p>
    <w:p w:rsidR="00000000" w:rsidDel="00000000" w:rsidP="00000000" w:rsidRDefault="00000000" w:rsidRPr="00000000" w14:paraId="000000E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WILL YOUR WIFE AGREE TO GET MARRIED TO YOU IF SHE HAS ANOTHER OPPORTUNITY?</w:t>
      </w:r>
    </w:p>
    <w:p w:rsidR="00000000" w:rsidDel="00000000" w:rsidP="00000000" w:rsidRDefault="00000000" w:rsidRPr="00000000" w14:paraId="000000E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question that, some women will answer in the negative as they have passed through a lot of situations in the marriage that they ordinarily would not want to pass through. Some have been physically abused, verbally assorted etc. It is not an experience she would want to remain in if all things are equal. Some husband are so uncaring of the feelings of their wives to the extent that</w:t>
      </w:r>
    </w:p>
    <w:p w:rsidR="00000000" w:rsidDel="00000000" w:rsidP="00000000" w:rsidRDefault="00000000" w:rsidRPr="00000000" w14:paraId="000000E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would want to go out to get secure and comfort from other men who by all standards may not have been able to have her. In some pathetic cases, the women go out and hobnob between her husband and the other man or men as she gets little comfort from her husband who is supposed to not only be her husband but her father, If he is a father he will not neglect his daughter, he will take care of his daughter as a father always take care of his daughter, advises her and protects her.</w:t>
      </w:r>
    </w:p>
    <w:p w:rsidR="00000000" w:rsidDel="00000000" w:rsidP="00000000" w:rsidRDefault="00000000" w:rsidRPr="00000000" w14:paraId="000000F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the husband should in a marriage situation also act as a father, so that if there is an opportunity for her to choose a husband again, she will not think twice before she picks you again from the pack. Fathers, all of them provide for their daughters. I want to really urge all men that are reading this to, please take care of their wives as they will take care of their daughters.</w:t>
      </w:r>
    </w:p>
    <w:p w:rsidR="00000000" w:rsidDel="00000000" w:rsidP="00000000" w:rsidRDefault="00000000" w:rsidRPr="00000000" w14:paraId="000000F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can tell you, if a lot of women are given the opportunity to choose between their husbands and their fathers, they sure will choose their fathers over their husbands, as their fathers may have treated them better than their husbands and that in itself is an error that needs to be corrected. In other for all marriages to come alive again for if we indeed, really respect the vows that we take during marriage ceremonies, we would know or be conscious of the fact that we indeed need to, as a matter of great responsibility take care of our wives, just as we professed to love them. If we do this, then majority of marriages will revive and have a new beginning that is really required now in a lot of marriages, where women are abandoned and their husbands go for another more sophisticated woman, but most times their thinking always comes short and sometimes out of shame they endure a worse situation than they had with their wife. Our men please be careful and work it out with your wife and stick to her and love her a little more, you will see a new wife in her.</w:t>
      </w:r>
    </w:p>
    <w:p w:rsidR="00000000" w:rsidDel="00000000" w:rsidP="00000000" w:rsidRDefault="00000000" w:rsidRPr="00000000" w14:paraId="000000F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GRUDGES ARE A DISTRACTION TRASH THEM</w:t>
      </w:r>
    </w:p>
    <w:p w:rsidR="00000000" w:rsidDel="00000000" w:rsidP="00000000" w:rsidRDefault="00000000" w:rsidRPr="00000000" w14:paraId="000000F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hold a grudge in a marriage is one of the worst thing anyone can do to distract the marriage as it breeds bad energy, thoughts, emotional in balance even to the, well-being of both of you, It comes in various ways to drain both of you,</w:t>
      </w:r>
    </w:p>
    <w:p w:rsidR="00000000" w:rsidDel="00000000" w:rsidP="00000000" w:rsidRDefault="00000000" w:rsidRPr="00000000" w14:paraId="000000F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Couples that have grudges turn to the ends of their bed to sleep. Communication is badly affected in the home, transferred aggression is always the order of the day and smiles are sent to the dustbins. Tempers easily flare, even when it is not necessary. In all grudges is not a thing that we should engage in at all, if really you love your spouse, you should find a place in your heart to forgive</w:t>
      </w:r>
    </w:p>
    <w:p w:rsidR="00000000" w:rsidDel="00000000" w:rsidP="00000000" w:rsidRDefault="00000000" w:rsidRPr="00000000" w14:paraId="000000F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move on or call yourselves later to always talk about the issues that result to grudges. Agree on a formula that works for both of you, so that grudges will at least be very minimal and inconsequential.</w:t>
      </w:r>
    </w:p>
    <w:p w:rsidR="00000000" w:rsidDel="00000000" w:rsidP="00000000" w:rsidRDefault="00000000" w:rsidRPr="00000000" w14:paraId="000000F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Marriages need compromise from both of you, in other to get the best. Grudges have been known to lead to the death of some spouses, especially for those that have grudges and don't look out for each other when one person is sick in the home. Some have lacked care or have been neglected and were not taken for treatment. They died either at home or when help came to them it was rather late and they pass on. You must in all, trash grudges to the dustbin and get your marriage working again.</w:t>
      </w:r>
    </w:p>
    <w:p w:rsidR="00000000" w:rsidDel="00000000" w:rsidP="00000000" w:rsidRDefault="00000000" w:rsidRPr="00000000" w14:paraId="000000F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for those who are getting ready to enter into marriage they need to really know if their partners would neglect them if they hold a grudge against themselves, or he or she will still look out for them when they are married. This could just help you make a decision if you need to get married to him or her, as your life may just depend on this decision.</w:t>
      </w:r>
    </w:p>
    <w:p w:rsidR="00000000" w:rsidDel="00000000" w:rsidP="00000000" w:rsidRDefault="00000000" w:rsidRPr="00000000" w14:paraId="000000F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it will not be too much if you test how your partner will behave now because it could be the dress rehearsal for many things you will see when you get married. Act as if you have grudges against him and see his or her reaction. Measure appropriately and be guided though in this. For married people, it is a time to smile more and laugh together, and apologize, even when you are right to free yourselves from grudges so you can have a great marriage that is set on fire.</w:t>
      </w:r>
    </w:p>
    <w:p w:rsidR="00000000" w:rsidDel="00000000" w:rsidP="00000000" w:rsidRDefault="00000000" w:rsidRPr="00000000" w14:paraId="000000F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EXPRESS YOUR FRUSTRATIONS WITH SMILES</w:t>
      </w:r>
    </w:p>
    <w:p w:rsidR="00000000" w:rsidDel="00000000" w:rsidP="00000000" w:rsidRDefault="00000000" w:rsidRPr="00000000" w14:paraId="000000F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should be adhered to by people who really want to keep their marriages. Act positively to save both of you from embarrassment that is always the case when you express your frustrations in anger or rage. A negative energy from your partner meeting your own negative energy will only produce a spark that could cause an explosion. That will do no one good, especially to both of you in conflict. If you negatively continue, you guys will reap pains, unhappiness, and injuries if it escalates to combat. That is normally the result of tempers that rise during expression of frustrations in marriage. It will also spark a rage or negative energy from your partner.</w:t>
      </w:r>
    </w:p>
    <w:p w:rsidR="00000000" w:rsidDel="00000000" w:rsidP="00000000" w:rsidRDefault="00000000" w:rsidRPr="00000000" w14:paraId="000000F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By expressing your frustrations in marriage, which is a normal thing that arise, he or she may not take meal for that day or leaves you devastated as you will not come close. He may not want to know like the lion if you were coming as a treat to his or her cobs or herself, and that is how the lion have been surviving and if you look at it, it is a normal survival instinct by the lion, but as a human being, you would take the same steps that the lion took too, but, it is just that. Human beings have put in place rules, regulations, laws, etc.,  that you may wish to strictly follow to defend your marriage, in other to have peace. But in truth, you can defend your marriage without speaking negatively to your wife, husband or anybody who is acting negatively against your marriage. You may do to that person that is a threat to your marriage equally or even much more than what the lion would do. It may sound like a fairytale, but that is the honest truth, as you can ask some people. They prefer to die and leave your marriage alone rather than come to beg you or they will die. All you need to do if you are serious is to contact us. But, if you are in a hurry you can contact him directly – JESUS.</w:t>
      </w:r>
    </w:p>
    <w:p w:rsidR="00000000" w:rsidDel="00000000" w:rsidP="00000000" w:rsidRDefault="00000000" w:rsidRPr="00000000" w14:paraId="000000F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He will take every opposition from your marriage and give you peace and happiness that pass all understanding.</w:t>
      </w:r>
    </w:p>
    <w:p w:rsidR="00000000" w:rsidDel="00000000" w:rsidP="00000000" w:rsidRDefault="00000000" w:rsidRPr="00000000" w14:paraId="000000F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as a matter of urgency, present a 'face' of LOVE in your marriage if you must have a successful marriage. If you do not present yourself as love to your spouse, you have FAILED in your marriage, so if your marriage fails, please do not blame your spouse. The first person that should take the greatest blame is you – yes you. If you present yourself as LOVE in your marriage, there is no way that your marriage will even have any significant conflict apart from the normal conflict that must happen in a marriage and if those normal conflicts do not take place in your marriage then, please properly check if there is a fundamental problem in your marriage. The day it will explode, it will be like hell and you may need good fortune to intervene, otherwise, you may be looking for another marriage contract and you know what that means.</w:t>
      </w:r>
    </w:p>
    <w:p w:rsidR="00000000" w:rsidDel="00000000" w:rsidP="00000000" w:rsidRDefault="00000000" w:rsidRPr="00000000" w14:paraId="0000010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be a great 'LIGHT' in your marriage. There are bound to be times of darkness where your spouse will almost be comfortless, either because of family issues, economic considerations or other happenings in your family. You should shine in the midst of this darkness always. If you act that way, your spouse will not be able to do without you and you will be indispensable. If anyone or circumstance wants to stand between you and your spouse, your spouse will push that person or circumstance away and choose you above them at all times because no one is comfortable with darkness. Every human being want to be where there is light, even animals prefer light to darkness. That is why when your bulb is on, outside your house or fence, animals seem to congregate there in the night, either just to rest or the chance to feed themselves, and wait for the next day.</w:t>
      </w:r>
    </w:p>
    <w:p w:rsidR="00000000" w:rsidDel="00000000" w:rsidP="00000000" w:rsidRDefault="00000000" w:rsidRPr="00000000" w14:paraId="0000010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That is why sometimes when some spouses are sick, their spouse is so worried even much more than the one that is sick and you may see that when the spouse are old and one of them die, it will not take a long time for the other one to follow as they would not be able to live without their spouse.</w:t>
      </w:r>
    </w:p>
    <w:p w:rsidR="00000000" w:rsidDel="00000000" w:rsidP="00000000" w:rsidRDefault="00000000" w:rsidRPr="00000000" w14:paraId="0000010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IN YOUR MARRIAGE NEED TO PRESENT A 'FACE' OF SOFTNESS</w:t>
      </w:r>
    </w:p>
    <w:p w:rsidR="00000000" w:rsidDel="00000000" w:rsidP="00000000" w:rsidRDefault="00000000" w:rsidRPr="00000000" w14:paraId="0000010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is not all about battles that must be won with aggression and hardness. You win most battles by being soft. If for instance, you are married and your spouse shouts at you and you shout back, then, you can be sure that after some time you may find yourself not being married. No matter who shouts, be it male or female. You should never shout back, as you are unable to fully comprehend the frustration the person is undergoing at that particular time or the circumstances surrounding him or her.</w:t>
      </w:r>
    </w:p>
    <w:p w:rsidR="00000000" w:rsidDel="00000000" w:rsidP="00000000" w:rsidRDefault="00000000" w:rsidRPr="00000000" w14:paraId="0000010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could be that he has been frustrated with the procrastination you have been exhibiting with him, and he or she is now using an issue that is not enough to shout, to want to take a pound of flesh from you. And because you do not understand or you too, you are struggling with a situation in your head that he or she too do not know, you shout back at him or her. This needs to be understood by the couple, so that they can temper their responses when this kind of situation occurs in their home. If you present a soft face in this regard, you will find that you will in no way manifest conflict in your marriage. Instead, your partner will admire you for your sense of calmness that you do exhibit even when he or she show bitter frustration by shouting.</w:t>
      </w:r>
    </w:p>
    <w:p w:rsidR="00000000" w:rsidDel="00000000" w:rsidP="00000000" w:rsidRDefault="00000000" w:rsidRPr="00000000" w14:paraId="0000010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present a face of softness in your marriage because you have children who are growing up. You need to imbibe in them a spirit of softness that they may need as they go out and interact with others either in their schools, outside etc so that they can become a productive and responsible adults who are able to positively respond to ugly situations that may confront them as they grow up.</w:t>
      </w:r>
    </w:p>
    <w:p w:rsidR="00000000" w:rsidDel="00000000" w:rsidP="00000000" w:rsidRDefault="00000000" w:rsidRPr="00000000" w14:paraId="0000010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SHOW A FACE OF ANGER</w:t>
      </w:r>
    </w:p>
    <w:p w:rsidR="00000000" w:rsidDel="00000000" w:rsidP="00000000" w:rsidRDefault="00000000" w:rsidRPr="00000000" w14:paraId="0000010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that your spouse and all who deal with you would know that you are a human being after all, that you can become angry when obviously you have been made to become angry. But you must do this with wisdom, by letting it go almost immediately and never allow anger to rule you or your spouse or mostly allow it to be your stock in trade, after any small conflict or exchange of words in your marriage. You greatly need to select and control your words as they define you.</w:t>
      </w:r>
    </w:p>
    <w:p w:rsidR="00000000" w:rsidDel="00000000" w:rsidP="00000000" w:rsidRDefault="00000000" w:rsidRPr="00000000" w14:paraId="0000010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BE PRAYERFUL TO SURVIVE THIS 21ST CENTURY MARRIAGE</w:t>
      </w:r>
    </w:p>
    <w:p w:rsidR="00000000" w:rsidDel="00000000" w:rsidP="00000000" w:rsidRDefault="00000000" w:rsidRPr="00000000" w14:paraId="0000010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things that are seen in this world are very fearful and therefore we need to call on God to protect our spouse and family, otherwise we may not be able to survive. How can someone fully explain that someone got pregnant nine times and all of them did not lead to delivery, or a husband picks up a knife, kills his wife and children and submits himself to police and he is crying about his wife and children. Please daily seek the protection of God and give yourself to him as we are unable to protect ourselves. What about disease and viruses like the Covid – 19 that has spread all over the world that has no respect for boundary, gender, statutes or class, race or any consideration. If not for God how can a 102 years old human survive Covid – 19 and younger people with no health challenges die. Even new born babies contact it and it presents itself in different ways in different people, honestly the best thing to do is to just observe the normal rules and pray for God's protection.</w:t>
      </w:r>
    </w:p>
    <w:p w:rsidR="00000000" w:rsidDel="00000000" w:rsidP="00000000" w:rsidRDefault="00000000" w:rsidRPr="00000000" w14:paraId="0000010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important that, we diversify our streams of income) in other to survive the 21st century marriage as job or business guarantees are not there any longer as natural disasters can close the jobs or business of a lot of people as it has been seen in this 21st century. The latest one now is this Covid – 19 that, has made almost all governments of the world ask citizens to stay at home for upward of three months, with state, national and international borders shut and almost 90 percent of the world population just sit at home with only essential services workers like the medical and agricultural, allowed to work with great restrictions. The above is the importance of diversifying your income to essential sectors of the economy so that when situations like this happens; your family is able to sail through with comfortable ease, so that they know which area they will place their emphasis on.</w:t>
      </w:r>
    </w:p>
    <w:p w:rsidR="00000000" w:rsidDel="00000000" w:rsidP="00000000" w:rsidRDefault="00000000" w:rsidRPr="00000000" w14:paraId="0000010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Spouses need to deeply reflect and plan together, to see that their marriage is able to survive the harsh reality of the 21st century marriage.</w:t>
      </w:r>
    </w:p>
    <w:p w:rsidR="00000000" w:rsidDel="00000000" w:rsidP="00000000" w:rsidRDefault="00000000" w:rsidRPr="00000000" w14:paraId="0000011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Cooperation between the husband and wife is the answer.</w:t>
      </w:r>
    </w:p>
    <w:p w:rsidR="00000000" w:rsidDel="00000000" w:rsidP="00000000" w:rsidRDefault="00000000" w:rsidRPr="00000000" w14:paraId="0000011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DELIBERATE 'TRICK' IN OTHER TO SURVIVE THIS 21ST CENTURY MARRIAGE</w:t>
      </w:r>
    </w:p>
    <w:p w:rsidR="00000000" w:rsidDel="00000000" w:rsidP="00000000" w:rsidRDefault="00000000" w:rsidRPr="00000000" w14:paraId="0000011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we are up against the things you know and the one that you do not know. Some of which, knowingly and unknowingly wants to push you out of your marriage, you practically need a system to stay safe and be very competitive. Some men or woman are been wooed with a better offer, some of which are fake and is just meant to disgrace and humiliate you for reasons you can't really place.</w:t>
      </w:r>
    </w:p>
    <w:p w:rsidR="00000000" w:rsidDel="00000000" w:rsidP="00000000" w:rsidRDefault="00000000" w:rsidRPr="00000000" w14:paraId="0000011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if for instance you are very angry with your partner and yet, you call him or her, my loving wife or husband, I do not comprehend your attitude yesterday, I am so angry, but you know I love you so much. I was not expecting you to act that way you did, I felt disrespected, I hope you did not do it because you wanted to humiliate me etc.</w:t>
      </w:r>
    </w:p>
    <w:p w:rsidR="00000000" w:rsidDel="00000000" w:rsidP="00000000" w:rsidRDefault="00000000" w:rsidRPr="00000000" w14:paraId="0000011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husband or wife that hears this kind of complain will know that kind of husband or wife is hard to find and you will do everything not to offend him or her next time as even your conscience will prick you and you will want to apologize to him or her a thousand times, even if she complains once. This preposition seems to be hard – yes, but this is the requirement of a 21st century husband and wife that wants to survive and have a great marriage that can stand the rigors of the 21st century which is a great mountain to climb. Any one that engages in this has carved a niche for himself. You will be surprised at the great results it will produce for you, as no one is able to quarrel with anyone that says I am sorry. Even when you know he or she is wrong and still say sorry. That is what the 21st century wife or husband should hold onto every time. Like the sole in the foot of a goat, it is only when, the goat dies, that the sole leaves her leg, Hold on very strong, it could just be your getting out of jail card that you waive always and all barriers in your marital life will crumble one after the other in your very face. You will be very grateful you ever came across this book and as it worked for you, you may hand this tool over to all your children and you may have given them much more than what money can buy and their success in marriage will rub off on you and you will be proud of them, thank God, for them.</w:t>
      </w:r>
    </w:p>
    <w:p w:rsidR="00000000" w:rsidDel="00000000" w:rsidP="00000000" w:rsidRDefault="00000000" w:rsidRPr="00000000" w14:paraId="0000011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Anybody that can do that in his or her marriage is, showing great respect to his or her husband or wife, and regarding your spouse can be one of the greatest things you should do in your marriage. Any marriage without respect is always known to be very turbulent, unsafe and risky.</w:t>
      </w:r>
    </w:p>
    <w:p w:rsidR="00000000" w:rsidDel="00000000" w:rsidP="00000000" w:rsidRDefault="00000000" w:rsidRPr="00000000" w14:paraId="0000011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AGREE TO ALWAYS DISCUSS DISAGREEMENTS IN LOVE, CALMNESS, GOOD FAITH AND RESPECT</w:t>
      </w:r>
    </w:p>
    <w:p w:rsidR="00000000" w:rsidDel="00000000" w:rsidP="00000000" w:rsidRDefault="00000000" w:rsidRPr="00000000" w14:paraId="0000011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spouses agree with a standing rule that they must discuss all matters of conflict in love, especially when everyone is calm and a better sense of judgment can be possible. There will be peace and harmony in their marriage as almost every issue that will bring conflict would have been discussed and permanent or temporary agreements reached. Fruitful decisions would be reached each time those discussions take place and everyone is ready to own up when he or she may be at fault. Next time the person may not repeat that mistake again. That is what is good for the spouse so long as they have the notion that they want to live together forever.</w:t>
      </w:r>
    </w:p>
    <w:p w:rsidR="00000000" w:rsidDel="00000000" w:rsidP="00000000" w:rsidRDefault="00000000" w:rsidRPr="00000000" w14:paraId="0000011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Discussing in good faith is to want the issues to be laid to rest as you would have said your grievances, which at least may have been heard. That in itself is a good step, because most times when quarrels happen, no one listens to the other except to take his or her point, thinking the other one has heard and understood it. But, in reality it is less than what is said that is always heard during quarrels, only areas that are negative and directly speaks to the other person, which they may likely misunderstand or misinterpret to score cheap points or gain advantage. When both of you seat down, you may then realize that some of your responses were not relevant as the other person said something else that you did not comprehend. Impressions are corrected and noted when you call such meetings.</w:t>
      </w:r>
    </w:p>
    <w:p w:rsidR="00000000" w:rsidDel="00000000" w:rsidP="00000000" w:rsidRDefault="00000000" w:rsidRPr="00000000" w14:paraId="0000011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1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RAISE YOUR VOICE EVEN WHEN YOU ARE ANGRY AND EXCHANGING WORDS WITH YOUR SPOUSE;</w:t>
      </w:r>
    </w:p>
    <w:p w:rsidR="00000000" w:rsidDel="00000000" w:rsidP="00000000" w:rsidRDefault="00000000" w:rsidRPr="00000000" w14:paraId="0000011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should deliberately practice not to raise your voice for any right reason, not to talk of the fact that you could be raising your voice for a wrong reason, as you may not just get it right at that moment. There have been many situations like that. Take for instance a man asks his wife to go and bring a hose from the house to put fuel either in the car or generator while both of them were outside and the wife goes in and spends much time. You need not to shout because it is possible, that, in an attempt to go fast and come back she had hit her leg somewhere and attempting to give herself first aid while you are outside barking. When you eventually go inside to see that she is injured, you will then begin to say sorry and try to help. At that moment, she is disappointed in you but will also be struggling</w:t>
      </w:r>
    </w:p>
    <w:p w:rsidR="00000000" w:rsidDel="00000000" w:rsidP="00000000" w:rsidRDefault="00000000" w:rsidRPr="00000000" w14:paraId="0000011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with her injury. The next time you send her, that incidence could be in her mind and she will tell you she did not see what you sent her to get, and that you should go and fetch it yourself. You may be setting up a very wrong precedence that may enter top gear, and one day it will be out of control</w:t>
      </w:r>
    </w:p>
    <w:p w:rsidR="00000000" w:rsidDel="00000000" w:rsidP="00000000" w:rsidRDefault="00000000" w:rsidRPr="00000000" w14:paraId="0000011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 about, if you continue to shout at each other and you guys have children. They watch you shout at each other, and in no time they will be doing that to themselves. If they transfer it to their marriage in this 21st century, they risk losing their marriage in not too long a time, as the 21st century has no accommodation for such attitude. The reaction you may get could be, your spouse in bid to avoid your shout may go to work and not return until midnight. And before 8am he, in most cases may have left the house. Even on weekends, he will find a very flimsy excuse to leave the house and may have settled with someone and could just be waiting for a misstep for him to tell you that the game (marriage) is over. No, you don't need it. Just eliminate the shouting. Some women also find reasons to leave the house when their shouting husbands are around. Children are not known to ever be comfortable around a person that shouts and after a time, they will begin to deliberately ignore you or avoid you completely.</w:t>
      </w:r>
    </w:p>
    <w:p w:rsidR="00000000" w:rsidDel="00000000" w:rsidP="00000000" w:rsidRDefault="00000000" w:rsidRPr="00000000" w14:paraId="0000012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2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GIVE BENEFIT OF DOUBT AND NEVER ASSUME NEGATIVELY</w:t>
      </w:r>
    </w:p>
    <w:p w:rsidR="00000000" w:rsidDel="00000000" w:rsidP="00000000" w:rsidRDefault="00000000" w:rsidRPr="00000000" w14:paraId="0000012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this twenty first century, if you really want to be in your marriage, you should as a matter of fact give your spouse the benefit of doubt. It is not every time; you see or feel that he or she is wrong, deliberately or otherwise. Sometimes coincidence happens as if it was planned from inception whereas it is coincidence that, nature have brought together, for purposes only the creator can explain. For instance your wife tells you that she is going to a nearby store or market to get some goods on getting there, she did not find it there and she decided to go further. On her way back, she runs into her old class mate, who gives her a lift and you happen to see her coming down from a private car, immediately, she gets home you begin to question her with great bias and she wonders what have  she has done. And if it is not handled with tact, it can lead to quarrel of a big scale. All this you could have avoided if you had given her the benefit of doubt. She may have even told you if you have good public relations with her and you guys are having a happy hour and both of you would laugh about it.</w:t>
      </w:r>
    </w:p>
    <w:p w:rsidR="00000000" w:rsidDel="00000000" w:rsidP="00000000" w:rsidRDefault="00000000" w:rsidRPr="00000000" w14:paraId="0000012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Or, your husband tells you he was going to see a friend in the next neighborhood, he gets there and did not meet his friend at home and calls him. His friend asks him to come to a place further away and he goes to meet him after which he heads home and on his way he assists a neighbor who happens to be a girl and he drops her not too far from your house. Incidentally, you meet him as he was exchanging pleasantries with the young lady and you immediately interrupt and start asking unfriendly questions. That is not it, you need to give the benefit doubt to your husband, and when he gets to the house, you can ask him. Or at night, you can turn it to a laughing matter and rest the case. It is good to have a good knowledge of a subject matter before you talk about it. If you are not careful, it can cause real trouble in your family as assuming negatively can lift your family into trouble. There are strains and stress everywhere from different situation, and everyone deals with it in different ways. You may not know what is going on in his or her heart and you end up asking questions that may just spark disagreement.</w:t>
      </w:r>
    </w:p>
    <w:p w:rsidR="00000000" w:rsidDel="00000000" w:rsidP="00000000" w:rsidRDefault="00000000" w:rsidRPr="00000000" w14:paraId="0000012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t>
      </w:r>
    </w:p>
    <w:p w:rsidR="00000000" w:rsidDel="00000000" w:rsidP="00000000" w:rsidRDefault="00000000" w:rsidRPr="00000000" w14:paraId="0000012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COMPLETELY AVOID ARGUMENT</w:t>
      </w:r>
    </w:p>
    <w:p w:rsidR="00000000" w:rsidDel="00000000" w:rsidP="00000000" w:rsidRDefault="00000000" w:rsidRPr="00000000" w14:paraId="0000012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may seem difficult but it is practicable, if we just learn to avoid it. Both of you can learn to speak to yourselves in words that are responsible, tolerable and reasonable, in other to show respect for each other while interacting. Even when the issues are contentious and challenging, it is not responsible for married people to argue, but rather, to explain to each other. In argument, spouses hardly listen and comprehend the words of their spouse and there is a feeling of dissent, resentment and wanting the other person to listen and hear him or her talk. But if you deliberately wait to take turns in explaining to each other, it will make more sense and you will make more sense and you will understand and appreciate more what your spouse is saying. Comprehensions of the issues are better during explanations.</w:t>
      </w:r>
    </w:p>
    <w:p w:rsidR="00000000" w:rsidDel="00000000" w:rsidP="00000000" w:rsidRDefault="00000000" w:rsidRPr="00000000" w14:paraId="0000012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2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HAVE A “WE” MENTALITY AND DROP THE ‘I' MENTALITY</w:t>
      </w:r>
    </w:p>
    <w:p w:rsidR="00000000" w:rsidDel="00000000" w:rsidP="00000000" w:rsidRDefault="00000000" w:rsidRPr="00000000" w14:paraId="0000012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perhaps is what is needed in married homes to avoid quarrels etc., If you have a 'we' mentality, you will consider your spouse in everything you do except when perhaps you want to breath, this may seem strange, but, I tell you it is the most ideal thing you can do for your family to become a close and stable one. For if you engage in it, even your spouse will take note and be adjusting to follow you in that step,</w:t>
      </w:r>
    </w:p>
    <w:p w:rsidR="00000000" w:rsidDel="00000000" w:rsidP="00000000" w:rsidRDefault="00000000" w:rsidRPr="00000000" w14:paraId="0000012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good to deliberately buy something for your spouse as it will make him or her to know that you are thinking of him or her in the things you do, in every important decision you must consult him or her, so that there will be confidence among yourselves. Even in wanting to go out of the house, you should get him or her informed so that your whereabouts can be traced if the need arises. When you engage in these little things, you are only building a solid system in your marriage. You can even master it to the extent that if you want to take your bath, you invite him or her to come and join you. And as much as you cannot eat alone, even if you are filled, you can eat a spoon of rice or a piece of meat, just to be around him and make sure he or she eats satisfactorily. The satisfaction may not necessarily be in the food, but the fact that you are eating and your spouse is watching you, and you can throw in one kind of old gist that can spice up your day together later in bed or continue the gist from high school that you did not tell well, the last time you told it, you will see your partner getting so interested in you.</w:t>
      </w:r>
    </w:p>
    <w:p w:rsidR="00000000" w:rsidDel="00000000" w:rsidP="00000000" w:rsidRDefault="00000000" w:rsidRPr="00000000" w14:paraId="0000012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2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HAVE SPECIAL NAMES FOR YOUR SPOUSE AT DIFFERENT PLACES</w:t>
      </w:r>
    </w:p>
    <w:p w:rsidR="00000000" w:rsidDel="00000000" w:rsidP="00000000" w:rsidRDefault="00000000" w:rsidRPr="00000000" w14:paraId="0000012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Find a strong social way of connecting with your spouse, as that is one of the strongest weapon married people can use to have a personal relationship, apart from the fact that both of you are married. Some spouses only stop at getting married and do not take their marriage relationship to a higher level of relationship, which is being friends with each other, you can be married and yet not be a friend with your spouse. You need to be friendly with your spouse as friendship entails being there for each other. No matter what happens to your friend that is shameful, even if it was so bad that when people hear, they would want to crucify him or her. If you know about it, you will still forgive him or her, without mentioning it to anybody and you continue your friendship. To get to such level in relationship, you must show that you are worth it by your influencing support, sharing all your thoughts and fears, future ambitions etc. and most of all, a reasonable level of trust.</w:t>
      </w:r>
    </w:p>
    <w:p w:rsidR="00000000" w:rsidDel="00000000" w:rsidP="00000000" w:rsidRDefault="00000000" w:rsidRPr="00000000" w14:paraId="0000012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Only both of you have codes, languages, pet names that you call yourselves, even when you people are in private conversations or moods you can still converse in these languages, so much so that, you can speak without talking and yet only you guys understand. That is the level I expect you to take your marriage to, especially at this times that true friends are hard to find. By all means have a fitting pet name for your spouse.</w:t>
      </w:r>
    </w:p>
    <w:p w:rsidR="00000000" w:rsidDel="00000000" w:rsidP="00000000" w:rsidRDefault="00000000" w:rsidRPr="00000000" w14:paraId="0000012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DON'T EVER ALLOW YOUR SPOUSE BEHAVIOR OR ATTITUDE IMPACT NEGATIVELY ON YOU</w:t>
      </w:r>
    </w:p>
    <w:p w:rsidR="00000000" w:rsidDel="00000000" w:rsidP="00000000" w:rsidRDefault="00000000" w:rsidRPr="00000000" w14:paraId="0000013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no way should you allow the behavior of your spouse impact negatively on you, no matter how bad it is. If you do, you have fallen for a trap other people set in his life to cause pain to others. You must not allow that at all. His behavior and attitudes may have been from the poor social, cultural, marital, educational or weak background your spouse must have been suffering from. You need to understand it from these perspectives, so that you appropriately deal with him or her and show them that you are from a far better background than them. But you must not tell him this. Action speaks louder than words. Show him or her with your own attitude that you are indeed of a quality marriage material and that he or she needs to appreciate you better than he is presently doing.</w:t>
      </w:r>
    </w:p>
    <w:p w:rsidR="00000000" w:rsidDel="00000000" w:rsidP="00000000" w:rsidRDefault="00000000" w:rsidRPr="00000000" w14:paraId="0000013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social background that is poor or bad could be where respect, good conduct, treating people responsibly are absent. He or she may be finding it hard to understand that, as a matter of principle you must respect people at all times because anything short of that is tantamount to abuse, bad conduct, and moral insanity.</w:t>
      </w:r>
    </w:p>
    <w:p w:rsidR="00000000" w:rsidDel="00000000" w:rsidP="00000000" w:rsidRDefault="00000000" w:rsidRPr="00000000" w14:paraId="0000013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not fall for the cultural trap that was knowingly or unknowingly set by various cultures, which some spouses unknowingly walk into and find themselves struggling in marriage, but they do not realize their spouse is responsible for their struggle in.</w:t>
      </w:r>
    </w:p>
    <w:p w:rsidR="00000000" w:rsidDel="00000000" w:rsidP="00000000" w:rsidRDefault="00000000" w:rsidRPr="00000000" w14:paraId="0000013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cultures are so out of tune with the 21stcentury realities, that it negatively affects people who still hold on to it. How can any rational human being in this 21st century justify the fact that it is normal for a man to beat up his wife from time to time, in other for the wife to be afraid of him and respect him and also verbally abuse her even if there is no cause for that. The woman is expected never to raise her voice; rather, she should apologize to him and promise to be of better conduct, this sounds so unreasonable that you will think it no longer happens. But it still happens in very many places, especially in Africa and the Asia. Some cultures still see women as a chattel that is acquired by men and they use them as they want and also dump them at will. That was why in my postulation in the consideration chapter, 1 made it</w:t>
      </w:r>
    </w:p>
    <w:p w:rsidR="00000000" w:rsidDel="00000000" w:rsidP="00000000" w:rsidRDefault="00000000" w:rsidRPr="00000000" w14:paraId="0000013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clear that, if you are not sure of who you want to get married to, please remain single a little while. Marriage is not an experiment that, you get into and use another person as sample until you get the required result. It is not. Especially for women, as you may have allowed him to violate your dignity, that you cannot recover no matter how you try, even if he paid you millions. That is if you have the courage to take him to court after all the abuses.</w:t>
      </w:r>
    </w:p>
    <w:p w:rsidR="00000000" w:rsidDel="00000000" w:rsidP="00000000" w:rsidRDefault="00000000" w:rsidRPr="00000000" w14:paraId="0000013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other reasons why you should not allow your spouse behavior or attitude to affect you negatively. You will be shocked to know that sometimes your husband or wife that is having behavioral or attitudinal challenges, really need your support and understanding as he or she may be suffering from the effect of the marital problem he might have seen while growing up and therefore he or she thinks that behaving wrongly is a normal thing to engage in and there is nothing wrong with it, It is called, post traumatic disorder – PTSD, you therefore need to look closely and appropriately deal with it. It could be too that, he or she may have been suffering from a similar situation in his or her previous marriage or while growing up, if he or she has been married before.</w:t>
      </w:r>
    </w:p>
    <w:p w:rsidR="00000000" w:rsidDel="00000000" w:rsidP="00000000" w:rsidRDefault="00000000" w:rsidRPr="00000000" w14:paraId="0000013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Educational; this may either be because your spouse has educational challenge and you are better. He or she then sees you as a threat and may think you want to oppress them with your educational status. So they are always on guard and would want to defend themselves. Therefore, you will find inconsistencies in their attitude. You therefore need to look beyond this and really apply your educational ability to see that you have a stable home by acting in a manner that will at all not jeopardize your marriage. You continue until you see improvement and further work out a system that will work for you as you need to develop your own emotional defense mechanism, so that you can use good words to respond even to obvious provocations and keep your thoughts pure and know that you are doing your best in the prevailing bad circumstance, just to see that your marriage does not fail.</w:t>
      </w:r>
    </w:p>
    <w:p w:rsidR="00000000" w:rsidDel="00000000" w:rsidP="00000000" w:rsidRDefault="00000000" w:rsidRPr="00000000" w14:paraId="0000013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SEND OUT A NEGATIVE IMAGE ABOUT YOURSELF OR SPOUSE</w:t>
      </w:r>
    </w:p>
    <w:p w:rsidR="00000000" w:rsidDel="00000000" w:rsidP="00000000" w:rsidRDefault="00000000" w:rsidRPr="00000000" w14:paraId="0000013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be on the clear watch for this situation, as they may want to occur times and again. If you put a negative image of yourself out in a way, either verbally or by your attitude, because you got  a bashing from your spouse, you are digging a ditch that your marriage will fall into one day and if you are not strong and observant you may not be able to realize it.</w:t>
      </w:r>
    </w:p>
    <w:p w:rsidR="00000000" w:rsidDel="00000000" w:rsidP="00000000" w:rsidRDefault="00000000" w:rsidRPr="00000000" w14:paraId="0000013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Your image is very important. Let us agree that your wife or husband is not acting right, if you begin to talk about it to anyone, you may actually also be talking negatively about yourself and at the end of the day, you may be like the one who shot himself on the foot – how? – What if your wife or husband now has become a changed person, because of the encounter he has had, either with education, God, accident etc., would you have the chance to ask or tell them now that he or she is a changed person, definitely not. Honestly, some of them may see you as a hypocrite; some may now be seeing your husband as an enemy. If they don't have the opportunity to hear from you, they may say he or she has charmed you or you are under duress to hang around and being nice to him or her. All kinds of negative conjecture may be going on about you and your family because you set the ball rolling by telling negative things about your spouse to people, many of whom are undeserving and may not be wishing you well. Never say any negative thing(s) about your spouse to anyone, some may have a worse time in their marriages than you are having yet they will tell you to be rude and unkind to your spouse while they apologize and patch things with their spouse. Please be wise, tell it to God in prayers and work out things. Understand that marriage requires tolerance. You overlook and endure and keep working it out. It will come out pure if you persevere.</w:t>
      </w:r>
    </w:p>
    <w:p w:rsidR="00000000" w:rsidDel="00000000" w:rsidP="00000000" w:rsidRDefault="00000000" w:rsidRPr="00000000" w14:paraId="0000013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Do not by your conduct send a wrong image about yourself out. Do you know that your dressing can send a message that you do not know how people may interpret it? Because of that, they may decide to ignore you or attend to you. You need to send a clear message that speaks positively and you must make sure that your spouse follows in that positive dress self-image as it can earn you a good association, contracts and so on. Imagine if you go to a social gathering and your dressing is so unique and the master of ceremony is attracted and begins to comment about you, you may get important friends from there and it can after all transform to contracts, referrals, good associates, which dressing well can bring to you.</w:t>
      </w:r>
    </w:p>
    <w:p w:rsidR="00000000" w:rsidDel="00000000" w:rsidP="00000000" w:rsidRDefault="00000000" w:rsidRPr="00000000" w14:paraId="0000013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make every effort to communicate positively in your marriage, so that you attract internal and external commendation. Commend your spouse when they are looking good, for if an outsider can commend your spouse, it is only good that you should see and appreciate the good thing too, to motivate him or her to strife to look good for another time.</w:t>
      </w:r>
    </w:p>
    <w:p w:rsidR="00000000" w:rsidDel="00000000" w:rsidP="00000000" w:rsidRDefault="00000000" w:rsidRPr="00000000" w14:paraId="0000013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3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SMILING PART OF YOUR MAKEUP OR DRESS PATTERN</w:t>
      </w:r>
    </w:p>
    <w:p w:rsidR="00000000" w:rsidDel="00000000" w:rsidP="00000000" w:rsidRDefault="00000000" w:rsidRPr="00000000" w14:paraId="0000014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Smiling is like an enigma that gets you attention you may not get otherwise. It is usually a positive unsolicited assistance and commendation. Because you are given to smiles, people will be easily attracted to you. Do you want your husband or wife to be attracted to you? Then begin to smile and make it infectious, to the extent that when you even make obvious mistakes at home, he or she will gross over it. Even when you know you did not do well, he or she will joke about it. Such is the power of smile. Some people say it can bring a monkey down from the tree, if it is good enough. It gets easier if you start to practice it as you unknowingly raise other people's spirit even when they seem to be down cast.</w:t>
      </w:r>
    </w:p>
    <w:p w:rsidR="00000000" w:rsidDel="00000000" w:rsidP="00000000" w:rsidRDefault="00000000" w:rsidRPr="00000000" w14:paraId="0000014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People that frown in their marriage get less attention from their spouse. Sometimes it can be like darkness and can be discomforting. It has been proved that smiling makes you younger than your age. If you continue in it; your personality is positively affected, while your health is also better for it.</w:t>
      </w:r>
    </w:p>
    <w:p w:rsidR="00000000" w:rsidDel="00000000" w:rsidP="00000000" w:rsidRDefault="00000000" w:rsidRPr="00000000" w14:paraId="0000014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Spouses must not err on the part of smiling as it would definitely heal a few wounds here and there in your marriage. It costs nothing to smile, rather the benefits outweighs any drawback. As you begin to smile in your marriage and become the center of attraction, I can assure you that before long your spouse may join you and your children may follow and export it to their school and one day as the source of smile, you may be commended even by those outside your domain, and gradually you positively affect the larger society.</w:t>
      </w:r>
    </w:p>
    <w:p w:rsidR="00000000" w:rsidDel="00000000" w:rsidP="00000000" w:rsidRDefault="00000000" w:rsidRPr="00000000" w14:paraId="0000014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4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SHOULD KNOW WHEN TO SPEAK UP AND WHEN TO KEEP QUIET</w:t>
      </w:r>
    </w:p>
    <w:p w:rsidR="00000000" w:rsidDel="00000000" w:rsidP="00000000" w:rsidRDefault="00000000" w:rsidRPr="00000000" w14:paraId="0000014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of the systems that should be permanently put in place in marriage is knowing when to speak. If you speak the right thing at the wrong time, it will produce a negative result, which you will not expect and if you push it too hard or seem to want to grudge, that you will be ignored despite your good intention, that can further provoke a situation that may be injurious to the marriage in no small way. Spouse are to adapt and adopt local measures befitting to the kind of spouse you have as you need to learn his or her 'mentality'.</w:t>
      </w:r>
    </w:p>
    <w:p w:rsidR="00000000" w:rsidDel="00000000" w:rsidP="00000000" w:rsidRDefault="00000000" w:rsidRPr="00000000" w14:paraId="0000014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Everybody has a way that you can use to approach them even when they are angry and unreceptive. It could just be that you only need to call the name only you and a few people call him or give him the gist that may interest him or her. Or, for some women it is to announce that his best food is at the dining table.</w:t>
      </w:r>
    </w:p>
    <w:p w:rsidR="00000000" w:rsidDel="00000000" w:rsidP="00000000" w:rsidRDefault="00000000" w:rsidRPr="00000000" w14:paraId="0000014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also if you speak the wrong thing at the wrong time, you may get the same negative reception. That is why you must chose to do the right thing at the right time, so that it will get the right reception and there will be value in your words. For instance if, your husband is sick and in the hospital, it may not be the time to ask him to give you money to pay the children’s school fees, as his attention is not around that frequency, so you may get a negative response or a reprimand and may be viewed as being uncaring. He may then ignore you in other things and you may start wondering if you had done something wrong, especially when the health challenge is severe. Or he is just returning from the office and the first thing you tell him after greeting him is that he forgot to drop the money he promised to you to purchase your personal effects. He may pretend not to hear you and walk into the room to change and ask for food and now you add insult to it by saying there is no food and you go quickly to the market. That may not seat well with him.</w:t>
      </w:r>
    </w:p>
    <w:p w:rsidR="00000000" w:rsidDel="00000000" w:rsidP="00000000" w:rsidRDefault="00000000" w:rsidRPr="00000000" w14:paraId="0000014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if your spouse birthday is coming and you ask him or her he or she would prefer for her birthday, and you go ahead and buy it, you have communicated at the right time and there will be good reception and appreciation for your efforts. Or for your marriage anniversary, it falls well and in the spirit of celebrating your marriage anniversary, discussions will be in good faith and both of you will reason together.</w:t>
      </w:r>
    </w:p>
    <w:p w:rsidR="00000000" w:rsidDel="00000000" w:rsidP="00000000" w:rsidRDefault="00000000" w:rsidRPr="00000000" w14:paraId="0000014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SEEK PRIVATE AUDIENCE WITH YOUR SPOUSE</w:t>
      </w:r>
    </w:p>
    <w:p w:rsidR="00000000" w:rsidDel="00000000" w:rsidP="00000000" w:rsidRDefault="00000000" w:rsidRPr="00000000" w14:paraId="0000014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should deliberately do this as if you are counting on him or her. Make it look interesting and real, if you do this long enough your spouse may actually be looking forward to it. Make out time to play with your spouse so that you will have time for each other. Create happy mood time for your family as you may need to educate your husband when your heat period is, so that he should be ready and not offer any excuse for not getting ready for you when you really desire him. There is time for everything, so you may also have time to complain as it is not every time you need to use for complain. There are some things that may not be too clear, and you or your spouse may need clarification.</w:t>
      </w:r>
    </w:p>
    <w:p w:rsidR="00000000" w:rsidDel="00000000" w:rsidP="00000000" w:rsidRDefault="00000000" w:rsidRPr="00000000" w14:paraId="0000014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Time especially should be made also to praise him, especially for achievements, improvements, the things each of you do to move the family forward, but saying thank you, please etc., should be a very regular thing between both of you in the marriage as, that could just be what one of you may need to do more great things for the family next time.</w:t>
      </w:r>
    </w:p>
    <w:p w:rsidR="00000000" w:rsidDel="00000000" w:rsidP="00000000" w:rsidRDefault="00000000" w:rsidRPr="00000000" w14:paraId="0000014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SPEAK WITH KINDNESS</w:t>
      </w:r>
    </w:p>
    <w:p w:rsidR="00000000" w:rsidDel="00000000" w:rsidP="00000000" w:rsidRDefault="00000000" w:rsidRPr="00000000" w14:paraId="0000014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deserving in the marriage, to speak with kindness to yourselves. Some people in a marriage needs appreciation and kind words to really show the good character that will be beneficial to the marriage. It is also a way to make you really want to be together, for if there are kind words spoken in the marriage it will engender interest and cooperation in other areas of the marriage, this is beneficial and significant to sustaining the marriage, which in turn will rub off on the society in general. A reduced conflict in marriage may impact on the health of the family as a happy mind would almost never get sick.</w:t>
      </w:r>
    </w:p>
    <w:p w:rsidR="00000000" w:rsidDel="00000000" w:rsidP="00000000" w:rsidRDefault="00000000" w:rsidRPr="00000000" w14:paraId="0000014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yourself approachable. Sometimes the facial expression of some spouse are so unfriendly, that their spouse would not be able to approach them to have any discussion with them and even when you summon the courage to speak to them you will find them moving their face from side to side, without wanting to make any facial contact with their spouse. When it seems like that their spouse may not be able to have useful discussions, it leads to frustration of the other spouse, who may take his frustration out to another member of the family or on his or her spouse negatively. In such homes, there is bound to be misunderstanding, very low co-operation, conflict, unhappiness of both spouses. Sometimes the frustration is expressed in extra marital affairs, which always would impact negatively on the family and when he or she finds the extra-marital affairs to be more comforting than his marriage, he or she would most times not be attentive to their marriage and finds every excuse to be out of the house to have a good time, and it is from this point that, real crisis starts in the home and if it is not properly managed, it most likely leads to physical fighting, abuse and eventually divorce. This would not only end there as it greatly negatively affects the children that are in the home as they may be left unattended to as some may be with their father and others with their mother and when sometimes mostly the women comes to ask for money for upkeep of the children sometimes there are further fights and</w:t>
      </w:r>
    </w:p>
    <w:p w:rsidR="00000000" w:rsidDel="00000000" w:rsidP="00000000" w:rsidRDefault="00000000" w:rsidRPr="00000000" w14:paraId="0000015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quarrels as most fathers do not want to give out money for upkeep, and some mothers can be very dogged in trying to make sure that they collect money for upkeep and they will not mind to cause a scene, so long as they collect the money for the upkeep of their children.</w:t>
      </w:r>
    </w:p>
    <w:p w:rsidR="00000000" w:rsidDel="00000000" w:rsidP="00000000" w:rsidRDefault="00000000" w:rsidRPr="00000000" w14:paraId="0000015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you can imagine, the children would be watching these scenes which will surely impact negatively on them. It is therefore not good or reasonable at all in this age and time to be approachable in your marriage. Marriages are meant to be enjoyed, if you put up that kind of front, you may be ignored and your spouse may find other ways of getting along with life. They may wait for you to make an unpardonable mistake so he or she could say the marriage is over, which may not be the best for both of you, so find a way or learn to be approachable at all times so that you have a healthy marriage.</w:t>
      </w:r>
    </w:p>
    <w:p w:rsidR="00000000" w:rsidDel="00000000" w:rsidP="00000000" w:rsidRDefault="00000000" w:rsidRPr="00000000" w14:paraId="0000015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5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GO OUT OF YOUR WAY TO PRAISE YOUR SPOUSE</w:t>
      </w:r>
    </w:p>
    <w:p w:rsidR="00000000" w:rsidDel="00000000" w:rsidP="00000000" w:rsidRDefault="00000000" w:rsidRPr="00000000" w14:paraId="0000015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anyone is good to you even in little way(s) and you praise him or her you will find out that the person may look for other ways to want to be relevant or useful to you and this is what happens in marriages. So, spouses should endeavor to go out of their way to praise their spouses, so that they will get the best out of them. If you praise someone for a little act, he or she would always be happy with you, and when anything concerns you comes up, he or she, treats it with kindness, love and respect. You will hardly have conflict with the one that is happy with you. This will help make your marriage 21st century compliant and will sail through the years without much trouble, and all of you will be better for it.</w:t>
      </w:r>
    </w:p>
    <w:p w:rsidR="00000000" w:rsidDel="00000000" w:rsidP="00000000" w:rsidRDefault="00000000" w:rsidRPr="00000000" w14:paraId="0000015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Display good virtues and let your spouse follow – really in marriages, there is always the feeling that, if he or she is not nice to me, what is the essence of being nice to him or her, that is a retrogressive statement that has done marriages no good and most likely will bedeviled the marriages with troubles unending and probably end up in separation which spouses most time do not prepare for. So it is better to deliberately engage in the activities and actions that will promote and preserve your marriage for you.</w:t>
      </w:r>
    </w:p>
    <w:p w:rsidR="00000000" w:rsidDel="00000000" w:rsidP="00000000" w:rsidRDefault="00000000" w:rsidRPr="00000000" w14:paraId="0000015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Spouses are known to have talents that they do not utilize once there is no good atmosphere for them to display them, but, you must by yourself create these atmospheres for yourself as you do not need to wait for your spouse to give you express permission. For instance, some women can be so good in baking or making cake and other associated items, before they got married. Once they get married, it is not put to use again. And you can make your spouse to even be the</w:t>
      </w:r>
    </w:p>
    <w:p w:rsidR="00000000" w:rsidDel="00000000" w:rsidP="00000000" w:rsidRDefault="00000000" w:rsidRPr="00000000" w14:paraId="0000015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to encourage you. If for instance, you arrange and make your husband a birthday cake by yourself, he will surely like it, after which you tell him you want to take it a step higher with his friends, family etc he may give you the go ahead and you can become successful and your family will surely benefit from it. It may be in cooking, and you do it so well for him and if you tell him you want to go commercial he may be willing. Especially when he is sure of the quality, he may likely assist you to see that you succeed, and you become a source of another stream of income for the family. You may have brought joy and more happiness to your home and your family may be healthier as they will feed better.</w:t>
      </w:r>
    </w:p>
    <w:p w:rsidR="00000000" w:rsidDel="00000000" w:rsidP="00000000" w:rsidRDefault="00000000" w:rsidRPr="00000000" w14:paraId="0000015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5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5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ONLY ASSOCIATE WITH THE RIGHT PEOPLE</w:t>
      </w:r>
    </w:p>
    <w:p w:rsidR="00000000" w:rsidDel="00000000" w:rsidP="00000000" w:rsidRDefault="00000000" w:rsidRPr="00000000" w14:paraId="0000015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seems impossible as some people may ask, how would you know if someone is the right person? You can. After interacting with someone, you should be on the watch out for the fruits the person will bear. From there you will know if he or she is the right person to associate with. If for instance you discussed a private issue with the person and the next day the whole street knows about it, then you should be aware that you have made the wrong choice and you need to back out without any further question or wanting to go ask him or her, if she was the person that told the people in the street. A bad tree cannot produce good fruits and so also a good tree cannot produce a bad fruit.</w:t>
      </w:r>
    </w:p>
    <w:p w:rsidR="00000000" w:rsidDel="00000000" w:rsidP="00000000" w:rsidRDefault="00000000" w:rsidRPr="00000000" w14:paraId="0000015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deliberately choose who your friends should be, as you cannot be a lawyer for instance and you tell me your friends are drug addicts. The very essence of your profession is in question as you cannot tell rational people that those are your friends because it is not at all consistent with your profession. Just like the popular saying, that as a dove cannot be seen to be flying with an eagle, it cannot compete as the air that eagles cherish, doves may not be able to survive in it as they may find themselves on the ground. Eagles only fly with their kinds and are comfortable and they always do well together.</w:t>
      </w:r>
    </w:p>
    <w:p w:rsidR="00000000" w:rsidDel="00000000" w:rsidP="00000000" w:rsidRDefault="00000000" w:rsidRPr="00000000" w14:paraId="0000015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don't associate with the people in your level of influence and likes, you will most times have challenge with them and may end up being frustrated or you unknowingly frustrate them. You may even export that same frustration to your marriage and definitely it may bring issues that you should not ordinarily contend with, but you find yourself contending with. And God forbid you go about it wrongly, it may really be hard for you, except you use wisdom, which is profitable to direct especially in marriages, where it is a priceless commodity that every married</w:t>
      </w:r>
    </w:p>
    <w:p w:rsidR="00000000" w:rsidDel="00000000" w:rsidP="00000000" w:rsidRDefault="00000000" w:rsidRPr="00000000" w14:paraId="0000015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person should try to get in abundance. For, if you engage in the right association, it can greatly improve and reward your marriage in various ways that you will get great benefits from. For instance if you have a friend as a teacher or a lecturer, it may impact on your children positively. If your child happens to be in the class that your friend teaches, he or she will focus more on your child, to make sure that your child does well more than others in his or her class and the benefit is also extended to other areas of your family. Or if you have a friend as a bank manager, if you want to get a loan for your business it may be easier for you to get, than when you have insignificant, associates that will negatively associate with your family.</w:t>
      </w:r>
    </w:p>
    <w:p w:rsidR="00000000" w:rsidDel="00000000" w:rsidP="00000000" w:rsidRDefault="00000000" w:rsidRPr="00000000" w14:paraId="0000016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to associate with responsible people than associating with irresponsible people as some associates have been known to rape children of their associate and all manners of unqualified things that happen. This we must try to avoid so that we do not fall prey to cheap associates who are not worth it and in the end you would regret and be saying, if I had known.</w:t>
      </w:r>
    </w:p>
    <w:p w:rsidR="00000000" w:rsidDel="00000000" w:rsidP="00000000" w:rsidRDefault="00000000" w:rsidRPr="00000000" w14:paraId="0000016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We must deliberately engage with associates that will bring productive benefits to us. That does not mean that you should not have working relations with people that come your way. But it should end in just a friendly note of exchanging pleasantries, but not beyond. Even some bad associate have been known to pose great security danger to some people, there is a story of a man who signed a guarantee form for his associate and in less than 6 months, he was arrested and ask to produce the person, he signed guarantee for. It was turbulent, before fortune smiled on him and the culprit was apprehended in a remote village.</w:t>
      </w:r>
    </w:p>
    <w:p w:rsidR="00000000" w:rsidDel="00000000" w:rsidP="00000000" w:rsidRDefault="00000000" w:rsidRPr="00000000" w14:paraId="0000016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THERE WHEN HE OR SHE SHOWS UP</w:t>
      </w:r>
    </w:p>
    <w:p w:rsidR="00000000" w:rsidDel="00000000" w:rsidP="00000000" w:rsidRDefault="00000000" w:rsidRPr="00000000" w14:paraId="0000016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Anytime your spouse comes, be it from the office or outing, be the first one to show up. Try as much as you can not to give anyone the opportunity, as this can be an energizer for him and for you. If you are not there because of exigency he or she would immediately reflect and your thought will be the one that will fill his or her mind and if you succeed in filling your spouse mind with your thoughts, then, you should have confidence that, he has confidence in you and you seat high in all his or her plans.</w:t>
      </w:r>
    </w:p>
    <w:p w:rsidR="00000000" w:rsidDel="00000000" w:rsidP="00000000" w:rsidRDefault="00000000" w:rsidRPr="00000000" w14:paraId="0000016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observe closely some women cannot go to their husbands to ask for a favour for her friends, because she has a very poor relationship with her husband, while some women can even, wake up their husband and say honey, so sorry I did not tell you before you slept, I heard they are employing in your company, one of my friend brought the name of her son to me please include it in the list, and he may tell her, we have short listed people I will submit the list</w:t>
      </w:r>
    </w:p>
    <w:p w:rsidR="00000000" w:rsidDel="00000000" w:rsidP="00000000" w:rsidRDefault="00000000" w:rsidRPr="00000000" w14:paraId="0000016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tomorrow, she can still further appeal to him and say ok, please remove a name and accommodate my friends child as they need it badly, you can bet that it is as good as done and her friends child will get employed That is to show that she must have been very close to her husband and her husband thinks highly of her, if there is one thing especially a new couples should practice, It’s being the first person that shows up to receive your wife or husband, it is a very practical way to show that, you miss him or her, respects and wish him or her well, I can assure you if you do this well enough and you add great smiles and kisses to it, your spouse may not want to leave you for even a day as his thoughts may be distorted without you. Human beings value those that value them, especially when they are aware, it is not because of what they can give to you, but because you truly mean it from your heart, and it is not like a child that you buy candy for daily, that runs to you when he or she sees you coming, if you don't have candy in the next one week, the next week, the child may not run to you, in truth some adults engage in this attitude that is inhuman and can put an end to marriages.</w:t>
      </w:r>
    </w:p>
    <w:p w:rsidR="00000000" w:rsidDel="00000000" w:rsidP="00000000" w:rsidRDefault="00000000" w:rsidRPr="00000000" w14:paraId="0000016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Come to really think of it, you love your spouse, why not use this medium to tell him or her that you care and he too will be practically seeing and knowing that you care, what then would you ask of him or her that you would not get, of cause you will get it, except he or she is unable to get it, to give to you and you will see too, that he or she will still make some efforts to see how they can get it for you. You can just imagine the natural feelings that will be present in such homes and the level of trust and conviviality. It may be described as second to none, no matter the economic challenges or any other challenge; you should even raise the stake, by making him or her feel welcome and very comfortable in his or her own house, that, if you are not around, he or she would want to come meet you anywhere you are. Gently speak to him or her about what he or she has eaten and what he wants to eat, ask if his food digested well, and tell him the benefits of the food he should eat so that he or she will be more beautiful or handsome for you, raise the issues of his journeys or outings, for if you do so with him, you will have plenty things to talk about, that will make you become close and know everything about each other. You will be able to say what your spouse will say even when you are not together and if he or she comes back, it will be the same thing you said that he or she will say and you then can complement each other in significant ways not thought possible. You can even begin to brainstorm and do other business together apart from the marriage business and it will succeed because, you guys will be doing reviews to make sure that it works.</w:t>
      </w:r>
    </w:p>
    <w:p w:rsidR="00000000" w:rsidDel="00000000" w:rsidP="00000000" w:rsidRDefault="00000000" w:rsidRPr="00000000" w14:paraId="0000016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people come together and agree to do anything, it mostly ends in great success, so decide to come together and lift yourselves, to the best that you can, it is most times because we do not try that is why we do not succeed, you must try new things that can bring success as you can never tell what will lift your marriage to the next level that you had always wished it to be. But because you have not been able to summon the courage to take the very giant first step, you are stuck. Please get out of your shell.</w:t>
      </w:r>
    </w:p>
    <w:p w:rsidR="00000000" w:rsidDel="00000000" w:rsidP="00000000" w:rsidRDefault="00000000" w:rsidRPr="00000000" w14:paraId="0000016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fact, if you hear his or her voice while returning from an outing, raise your own and ask or say, is that my love, darling, honey, please come right here, so that I can hug you, kiss you and feel you, as you will be walking towards him or her. It feels good to know that someone loves you and he or she does not waiver in the love. You guys can become inseparable at a time and never for one moment take him or her for granted as it can become devastating for a spouse and many times some cannot take the seeming humiliation and they take the easy way out of life, so you need to be watchful and careful, so that you apologize and make up and move on as if there was no issue, but just a misunderstanding from one party which was never the intention. With this you are good to go.</w:t>
      </w:r>
    </w:p>
    <w:p w:rsidR="00000000" w:rsidDel="00000000" w:rsidP="00000000" w:rsidRDefault="00000000" w:rsidRPr="00000000" w14:paraId="0000016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6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TAKE HIM OR HER OUT AND SPOIL HIM OR HER</w:t>
      </w:r>
    </w:p>
    <w:p w:rsidR="00000000" w:rsidDel="00000000" w:rsidP="00000000" w:rsidRDefault="00000000" w:rsidRPr="00000000" w14:paraId="0000016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that from time to time spouses should go out and treat themselves to nice food and seat out alone and either renew or make new promises or covenant with each other. You need to take time away from the comfort of your homes and go to unusual places just to see how it feels, especially if you have a partner that loves outing before you guys got married, so that he or she does not feel isolated or done in, as human thoughts sometimes run wide. It can even become an issue that he or she may not relate to you, but is bordering your partner to the extent that it may directly or indirectly be affecting your marriage in different fronts, unknown to you. That is why it is important that, from time to time you ask your spouse what they would have you do for them. Even when he or she tells you that thing, and if you cannot afford it, you may wish to plan for that thing and accomplish it for him or her, for if you do, you have healed your</w:t>
      </w:r>
    </w:p>
    <w:p w:rsidR="00000000" w:rsidDel="00000000" w:rsidP="00000000" w:rsidRDefault="00000000" w:rsidRPr="00000000" w14:paraId="0000016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unknowingly, and sometimes if you really care to ask, it may just be that he or she may ask you to take him or her out on a date, either to the beach, ride on a boat, eating out. You should listen hard enough to your partner, as some things he or she wants you to do, she has said it over and over and over in veiled words but you will not respond, and in frustration, they may find a way of going about it without you. And when you find out, you may be angry and that may just spark a quarrel that could have been avoided. When you go out too, observe and note the comments of your partner to see if there is any further thing you can do for him or her that he or she will express while you are there.</w:t>
      </w:r>
    </w:p>
    <w:p w:rsidR="00000000" w:rsidDel="00000000" w:rsidP="00000000" w:rsidRDefault="00000000" w:rsidRPr="00000000" w14:paraId="0000016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will not be a bad idea if you guys decide to spend the weekend together outside your home and you may not even tell your partner about it as you can make alternative arrangements that he or she will be concerned about. You may fulfill your partner’s lifelong ambition of traveling to a particular city to have a holiday. It will make your partner too amazed that he or she may decide to be dedicated to you no matter what you will do.</w:t>
      </w:r>
    </w:p>
    <w:p w:rsidR="00000000" w:rsidDel="00000000" w:rsidP="00000000" w:rsidRDefault="00000000" w:rsidRPr="00000000" w14:paraId="0000016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7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YOUR PARTNER IS SICK, BE CONCERNED</w:t>
      </w:r>
    </w:p>
    <w:p w:rsidR="00000000" w:rsidDel="00000000" w:rsidP="00000000" w:rsidRDefault="00000000" w:rsidRPr="00000000" w14:paraId="0000017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your spouse is sick, it is a time to stand up and be counted, as this opportunity can make or mark your marriage for life. When someone is sick, he or she needs all the care and attention as that alone can make the sick person get well on time and be on his or her feet again If you misuse the opportunity and someone else stands in the gap it may be that you from that time will have a challenge that you cannot track. And trust me, he or she will not in any way relate to you that they have lost confidence in you. That can be so troubling and may take a very dramatic thing for him or her to change his or her mind. You may just observe them shifting from you, and that may be the end of your marriage. So you really need to pay attention to your spouse when he or she is sick, it may just be your presence that can make your spouse want to be alive. Some families are known to have lost properties and money, as they were not attended to in the last hours and so they were unable to reveal the exact position or places of their property before they died.</w:t>
      </w:r>
    </w:p>
    <w:p w:rsidR="00000000" w:rsidDel="00000000" w:rsidP="00000000" w:rsidRDefault="00000000" w:rsidRPr="00000000" w14:paraId="0000017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was a situation that was so interesting, the lady knowing full that</w:t>
      </w:r>
    </w:p>
    <w:p w:rsidR="00000000" w:rsidDel="00000000" w:rsidP="00000000" w:rsidRDefault="00000000" w:rsidRPr="00000000" w14:paraId="0000017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she will die, called one of her son and told him that the father he thought was his father was not his father, but is someone else. It was devastating news. It’s just to illustrate why you should be close and caring to your loved one, especially when they are sick. No one can exactly when he or she will be leaving this world as we are not the owner of our lives. That would make me want to cheap in, that, there is a great need to be humble in this world.</w:t>
      </w:r>
    </w:p>
    <w:p w:rsidR="00000000" w:rsidDel="00000000" w:rsidP="00000000" w:rsidRDefault="00000000" w:rsidRPr="00000000" w14:paraId="0000017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Back to taking care of your spouse, when he or she is sick, there are a thousand and one reasons why you should be there. Remember it is one of the marital vows that you took while getting married to him or her. It shows that you are responsible and can be trusted to be there for your spouse. One’s spouse being sick can lead to the marriage becoming lovely and happy again. So watch out for such opportunity and take it as it comes. Never at all let it pass you by. If you take care of your spouse when he or she is sick, you may come to know more about your partner as there may be some things he or she may not have told you that you should know. That may just be the opportunity to tell you about it, and it may be the thing to heal your marriage.</w:t>
      </w:r>
    </w:p>
    <w:p w:rsidR="00000000" w:rsidDel="00000000" w:rsidP="00000000" w:rsidRDefault="00000000" w:rsidRPr="00000000" w14:paraId="0000017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may be a perfect opportunity too, to talk of future plans. Remind him of the things you think can make your family grow or become better and it may marvel you how your spouse may positively respond to you, especially if you are comforting to him or her.</w:t>
      </w:r>
    </w:p>
    <w:p w:rsidR="00000000" w:rsidDel="00000000" w:rsidP="00000000" w:rsidRDefault="00000000" w:rsidRPr="00000000" w14:paraId="0000017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7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STOP WISHING, START ACTING</w:t>
      </w:r>
    </w:p>
    <w:p w:rsidR="00000000" w:rsidDel="00000000" w:rsidP="00000000" w:rsidRDefault="00000000" w:rsidRPr="00000000" w14:paraId="0000017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people have been married now for years and could have been  wishing to take their wives to even eat out and not been able, as they have promised their spouse that by December when there will be holidays, I will take you and the family out, but from year to year they have not been able to fulfill their promise, It becomes a cliché in the home and his wife’s heart would have been shattered many times she has been hoping and hoping to no avail, this is not a very good attitude and men especially should desist from it and start to act correctly by fulfilling their promises to their wives. If they cannot fulfill the big ones they should start with the small promises and make up for it with a little gift here and there. Try to become a honest man, that deserves respect, for some men do not know that because of broken promises, their spouse can become unruly, rude, lack interest in them and a whole lot of things that</w:t>
      </w:r>
    </w:p>
    <w:p w:rsidR="00000000" w:rsidDel="00000000" w:rsidP="00000000" w:rsidRDefault="00000000" w:rsidRPr="00000000" w14:paraId="0000017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women resort to when they are lied to repeatedly. In some cases, they (men) stay out very late countless times without accounting for the time they spend outside their houses after work. Some are so painful. When you hear that your husband spent money on a certain girl, meanwhile, for all the years you have been with him, he has not given you that money because you are his wife but will always tie it to something you have asked him last year that he could not meet up with and maybe it is even half of the money but yet, he gave triple of that amount to a girl not your level.</w:t>
      </w:r>
    </w:p>
    <w:p w:rsidR="00000000" w:rsidDel="00000000" w:rsidP="00000000" w:rsidRDefault="00000000" w:rsidRPr="00000000" w14:paraId="0000017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case was painful and tragic. The couple have been married for about ten years and they have two lovely children as they lost one of their child during child birth, it was God that saved the wife as she bleed so much that she almost died, the husband from time to time embarrasses the wife, takes calls of girls in her presence, and if she asks for money to do her hair it will take a few days or more. She is a full time house wife as her husband would not allow her to work. And most times, she asks for money from her siblings to make ends meet. Yet the husband leaves a flamboyant life, travels for weekends with different girls, and would not allow her to visit friends nor allow friends visit her. Her mother visited a few times and saw unusual signs and was given cold reception by her daughter’s husband.</w:t>
      </w:r>
    </w:p>
    <w:p w:rsidR="00000000" w:rsidDel="00000000" w:rsidP="00000000" w:rsidRDefault="00000000" w:rsidRPr="00000000" w14:paraId="0000017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Yet the lady has remained faithful, her frustration come to a serious end one day when she began noticing that her husband was dating her classmate. She picked the phone to say please call back my husband is taking his bath, but the caller, immediately said baby you did not show up yesterday to give me the one hundred thousand you promised me. The voice sounded familiar and later she confirmed it was her classmate as she checked their class register online. A few days later, her husband transferred one hundred thousand to her classmate, and for their ten years together, her husband, since they got married has never given her more than twenty thousand. A request that will take weeks, and he has never taken her for weekend once or even outing within the city……</w:t>
      </w:r>
    </w:p>
    <w:p w:rsidR="00000000" w:rsidDel="00000000" w:rsidP="00000000" w:rsidRDefault="00000000" w:rsidRPr="00000000" w14:paraId="0000017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above is a story of how some men could be so heartless and inhuman and make promises they know they will never fulfill. And they get away with it, which is not fair at all. If you are in this practice as a man, it is high time you repent, apologize and reach out to your wife for you are putting yourself at risk. You may provoke her to the extent that she may find you not useful to her and she finds a very clever way to eliminate you and no one may know.</w:t>
      </w:r>
    </w:p>
    <w:p w:rsidR="00000000" w:rsidDel="00000000" w:rsidP="00000000" w:rsidRDefault="00000000" w:rsidRPr="00000000" w14:paraId="0000017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Before it gets to that point, you should call yourself to order, retrace your steps, make amends and try to see what you can do for your wife. Possibly ask her what she wants you to do, if you can't, do the little you can and honestly promise her and see to the promise. You also risk losing her to someone else and most times, it is almost impossible to get such a humble and dedicated wife as nature will not even support you but give to you the one that will fit your life style.</w:t>
      </w:r>
    </w:p>
    <w:p w:rsidR="00000000" w:rsidDel="00000000" w:rsidP="00000000" w:rsidRDefault="00000000" w:rsidRPr="00000000" w14:paraId="0000017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frankly requires formal and informal training because it is an institution you get into and see that the formal things you have learnt about marriage may not  be enough for you to survive it. Therefore, you need your informal skills and even much more to survive it. Virtually all marriages have their peculiarities that you need a peculiar, knowledge and understanding to be successful in it. So every opportunity must not be wasted. When you hear people share their experiences, you see husbands and wives relating, or you find a book on marriage, please read it as you may gain a dimension to survive in marriage from it.</w:t>
      </w:r>
    </w:p>
    <w:p w:rsidR="00000000" w:rsidDel="00000000" w:rsidP="00000000" w:rsidRDefault="00000000" w:rsidRPr="00000000" w14:paraId="0000017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a lot of things marriage does to everyone that comes into it. It exposes the weakness in us, for the person we get married to have the opportunity to be close to us and observes our attitudes and behavior closely and therefore he or she is able to tell our shortcomings better than we may be ready to acknowledge to ourselves. That is why it is important to quickly own up and try to amend our ways to suit our partners, even if we think we are ok with it. As you relate with people, they have an expectation of you, just as you too have of them. If you come very close to a curtain you may observe the very little stains in it that you may never see from afar. That is what we are when we get married to someone. They see us closer than from the distance they may have been observing us. It is important at this juncture to tell you that every human being has one flaw or the other. No one has been known to be very correct or knowledgeable in all respects of life, no matter how well the person is schooled or trained.</w:t>
      </w:r>
    </w:p>
    <w:p w:rsidR="00000000" w:rsidDel="00000000" w:rsidP="00000000" w:rsidRDefault="00000000" w:rsidRPr="00000000" w14:paraId="0000018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Medical doctors train for at least eight years, just to become medical doctors. Yet they do not know everything about a human being, some go on to become a specialist, yet yearly or a little more, a new aspect(s) of their specialized area is discovered. That is how in marriage when you go into it, you will discover what no one has taught you or conjectured for you. It is only you that will experience it and fashion out how best to deal with it so that you will be successful in your marriage.</w:t>
      </w:r>
    </w:p>
    <w:p w:rsidR="00000000" w:rsidDel="00000000" w:rsidP="00000000" w:rsidRDefault="00000000" w:rsidRPr="00000000" w14:paraId="0000018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pilot trains for years to become a pilot and he does simulation trainings</w:t>
      </w:r>
    </w:p>
    <w:p w:rsidR="00000000" w:rsidDel="00000000" w:rsidP="00000000" w:rsidRDefault="00000000" w:rsidRPr="00000000" w14:paraId="0000018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when he graduates and has a job to do, the kind of turbulence he meets in the air, honestly is never what he passed through when he trained. But he only used the experience to deal with the situation to come out of the turbulence and he is termed a very good pilot. That is how we should treat marriage. When you go into it and you see turbulence, fashion a way to navigate out of it. That is when even your partner, friends, families, people who want you to fail and people who want you to succeed will be hailing you and calling you a champion. But if you fail, those who want you to fail will say you cannot stay in marriage that everybody is in, even when some of them are not as good as you. So you must do everything possible to stay in your marriage if you are in it. But if you are not in it yet, you must then gain every lesson and experience and ask necessary question so that you will be successful.</w:t>
      </w:r>
    </w:p>
    <w:p w:rsidR="00000000" w:rsidDel="00000000" w:rsidP="00000000" w:rsidRDefault="00000000" w:rsidRPr="00000000" w14:paraId="0000018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can ruin or make you forever – this is a fact in marriage that people need to take care of properly and be very conscious of. Your life can be ruined by marriage or it can make you forever. As you read now, some families are having serious conflict that may lead to the death of either one or both spouse. Some are getting married now and may be unhappy for the rest of their life, some are getting married now and their destiny will be buried forever because they got married to a particular kind of person. Some will be abused for the rest of their life while some will get out of the marriage and may not be interested in marriage again because of their experiences. Some may re-marry and be happy and fulfilled, some others will get married and be happy, fulfilled and become a better version of themselves. That is why we need to be careful and prayerful about the choices we make so that we don't get into marital prison but into marital fulfillment and bliss.</w:t>
      </w:r>
    </w:p>
    <w:p w:rsidR="00000000" w:rsidDel="00000000" w:rsidP="00000000" w:rsidRDefault="00000000" w:rsidRPr="00000000" w14:paraId="0000018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few illustrations may be helpful in this regard. A woman of tertiary education got married in very high spirit and love and the husband was educated too, as a couple they lived so happily, but it was only the husband that works. After about two children and with the house bills mounting, she applied for a job and got employed. Unfortunately that was the news she gave to her husband that ruined their marriage and the life of the woman, as the husband said he would not allow her to work, that he wants her to be a full time housewife that they will manage the funds that come from him and he will do his best for the family. The wife thought the husband was joking, days turned to weeks and weeks turned to months and months into years as she has been appealing to her husband to allow her work, even if not for the finance but that she is educated and she has always been dreaming of working or setting up her own business, but all fell on deaf ears.</w:t>
      </w:r>
    </w:p>
    <w:p w:rsidR="00000000" w:rsidDel="00000000" w:rsidP="00000000" w:rsidRDefault="00000000" w:rsidRPr="00000000" w14:paraId="0000018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Frustration set into her life as she was beginning to settle for a life of being only at home taking care of the husband and her children for life. Negative thoughts took over her mind and in no time, she fell into depression and has been uncoordinated and very unhappy and sometimes indifferent about life. It went on for a great number of years and their marriage became a shadow of itself and abuse now set in. She felt helpless and resigned to her state. Fortune turned and her husband lost his job because of downsizing in his company and financial strain set in. Their marriage took a direct hit as she could no longer take proper care of her children because of lack of funds, not to talk of taking care of herself; her family became a shadow of itself, and filled with despair. Yet she had to endure it. Her education was only for her household and she is now full of regrets and would take any chance to leave her marriage. it is not a palatable story to be told of an educated woman who could be a bundle of talent, that was wasted because she got married to the wrong man, who could not see that both people in the marriage should contribute as much as possible, especially when he or she is willing and able. There could be a down time in the life of a family so that all resources can be put together, to keep the family moving.</w:t>
      </w:r>
    </w:p>
    <w:p w:rsidR="00000000" w:rsidDel="00000000" w:rsidP="00000000" w:rsidRDefault="00000000" w:rsidRPr="00000000" w14:paraId="0000018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too can be a source of lifting and fulfilling your life ambition be</w:t>
      </w:r>
    </w:p>
    <w:p w:rsidR="00000000" w:rsidDel="00000000" w:rsidP="00000000" w:rsidRDefault="00000000" w:rsidRPr="00000000" w14:paraId="0000018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for the man or for the woman, when you get married, it should be a time to be able to fulfill your lifelong ambition or destiny as you have got a partner that can really be of help, through advice, sharing thoughts and really be your cheer leader when you are down so that you will not be discouraged. In other for you to reach the zenith of your career of chosen part in life.</w:t>
      </w:r>
    </w:p>
    <w:p w:rsidR="00000000" w:rsidDel="00000000" w:rsidP="00000000" w:rsidRDefault="00000000" w:rsidRPr="00000000" w14:paraId="0000018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was said of a lady who got married with only a secondary school certificate to her name as time went on, through the encouragement of her husband, she enrolled in a university and was doing part-time course, after a few years she was through with it. Meanwhile, her husband had got a bachelor's degree and was working and supporting the home alone, he further encouraged his wife to enroll again for a part time master program which she happily did as she wanted to be a doctorate holder in her field. Just like the first one she got through with this one too, with care of the children and other domestic work done by her husband, she was reluctant but her husband asked her to further enroll for her doctorate degree, which she finally did and she got through again and later secured a job as a lecturer in the key university when she started her first degree. The family is like a unit and there was peace and</w:t>
      </w:r>
    </w:p>
    <w:p w:rsidR="00000000" w:rsidDel="00000000" w:rsidP="00000000" w:rsidRDefault="00000000" w:rsidRPr="00000000" w14:paraId="0000018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happiness as the wife despite been married was able to achieve her lifelong dream of becoming a lecturer, these are some of the positive things that getting married to the right person can bring to you.</w:t>
      </w:r>
    </w:p>
    <w:p w:rsidR="00000000" w:rsidDel="00000000" w:rsidP="00000000" w:rsidRDefault="00000000" w:rsidRPr="00000000" w14:paraId="0000018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Single and searching people should get hold of themselves and take good control of their emotions so that, it will not lead them to getting married because of the, immediate financial considerations, which is not all that life is. They should be very deliberate and look into the future. What the partner they want to choose can bring to them in the end. Just like, if you sow cocoyam, you should not believe that with time it will change to yam, no way, it cannot and has not happened that way, for that is not how human affairs are arranged.</w:t>
      </w:r>
    </w:p>
    <w:p w:rsidR="00000000" w:rsidDel="00000000" w:rsidP="00000000" w:rsidRDefault="00000000" w:rsidRPr="00000000" w14:paraId="0000018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man or a woman that abuses you even in the public or private, when you get married to him or her, there is a chance that the abuse will grow stronger, for that is how things are arranged in human affairs, unless something alters it growth. If a yam is not planted in the ground, its growth is limited, so you must remove the abuse from the man or woman before you may be able to guarantee that you will not be abused if you go into that marriage it is important to be very circumspect, direct and intelligent about the choice you make, which can move or make you, and I trust you only want to be made better than you are now if you get married.</w:t>
      </w:r>
    </w:p>
    <w:p w:rsidR="00000000" w:rsidDel="00000000" w:rsidP="00000000" w:rsidRDefault="00000000" w:rsidRPr="00000000" w14:paraId="0000018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8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DEVOTED IN YOUR MARRIAGE</w:t>
      </w:r>
    </w:p>
    <w:p w:rsidR="00000000" w:rsidDel="00000000" w:rsidP="00000000" w:rsidRDefault="00000000" w:rsidRPr="00000000" w14:paraId="0000018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Setting your marriage on fire is not just a tea party or a merry goes round. Most times you have to act like the workman or woman that is always on duty and with his or her working gears on, for you can be called on emergency to any section of your work site. If it is an area you must enter with your safety gars, you are already ready, not that you will be looking for your safety boot, helmet etc. marriage is like building a house from the foundation. You do not just go to a site and ask your workers to dig the foundation and pour concrete and start to build the house. First you need to know if that site is good enough to be able to carry the expected load you want to put in it, as some land cannot support more than ten story building. Anything more on it, the building will collapse, and the occupants may lose their life. All your investments will be gone and your license and land may be seized and you may be persecuted and jail for a numbers of years before you will be able to get out and if you are out, it may take time for you to be able to recoup and you may never get contract for a befitting house again. If you now find out how many stories building it can support, that, may now tell you, you need to do a raft foundation for the house to be solid and you must get good workmen to work with</w:t>
      </w:r>
    </w:p>
    <w:p w:rsidR="00000000" w:rsidDel="00000000" w:rsidP="00000000" w:rsidRDefault="00000000" w:rsidRPr="00000000" w14:paraId="0000018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so that they too will not be injured while working for you. You take it one step to another, following the regulations of decking the house, which require that you allow the concrete to solidify or 'cure' for twenty one days, before you are able to build on top of that floor, so that the house will be solid and fit for human beings to live in it. After which you need to put in place a mechanism to give the house a face-lift. If you indeed want the house to last for a very long time and look fantastic every time you see it. So that anyone who wants to rent the house will know that is a top class house and therefore they need to pay a higher price than they would ordinarily pay for a normal house.</w:t>
      </w:r>
    </w:p>
    <w:p w:rsidR="00000000" w:rsidDel="00000000" w:rsidP="00000000" w:rsidRDefault="00000000" w:rsidRPr="00000000" w14:paraId="0000019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above analysis shows that even marriages should be treated same way from the beginning in other for it to last and be enjoyable.</w:t>
      </w:r>
    </w:p>
    <w:p w:rsidR="00000000" w:rsidDel="00000000" w:rsidP="00000000" w:rsidRDefault="00000000" w:rsidRPr="00000000" w14:paraId="0000019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the beginning before you chose him or her, you should be able to know, if he or she will be able to carry the marriage to the end or it will be for just a number of years. This you can test deliberately with a number of steps that have been lined up. In this book, if you carefully read it and as I advised all my readers should please have a biro and a sheet of paper or a little note pad handy, before reading the book. You may need to jot down some things you may find striking or you want to note and further discuss with someone close or a marriage counselor.</w:t>
      </w:r>
    </w:p>
    <w:p w:rsidR="00000000" w:rsidDel="00000000" w:rsidP="00000000" w:rsidRDefault="00000000" w:rsidRPr="00000000" w14:paraId="0000019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act of getting married could be a JAIL CARD OR A JOY CARD. You have the choice to choose one of them. But when you are devoted your partner, he or she would seat up too.</w:t>
      </w:r>
    </w:p>
    <w:p w:rsidR="00000000" w:rsidDel="00000000" w:rsidP="00000000" w:rsidRDefault="00000000" w:rsidRPr="00000000" w14:paraId="0000019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not all things you tell your partner, just to digress a little, if you have a partner that nags or insults, you may decide to take the high way by taking his or her nagging or insults as a compliment and in time, he or she will realize that you are way above that. And you can raise the stake in his or happy mood and tell a story of a man or woman who used to insult and nags, and the man or woman will be taking it as a compliment and one day the woman or man decided to defend himself or herself and the man was too shocked and he could not talk only to apologize to him or her. Then ask him or her, if you were the one what will you do, by this you are indirectly communicating with him that you are only taking his insults and nagging because you are not in the lesser class of people that nags and insults, as engaged in by people who, in the true sense of it are not educated enough and intellectually not smart. Smart people never do that, they are responsible and respectable of themselves and anyone they interact with.</w:t>
      </w:r>
    </w:p>
    <w:p w:rsidR="00000000" w:rsidDel="00000000" w:rsidP="00000000" w:rsidRDefault="00000000" w:rsidRPr="00000000" w14:paraId="0000019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Back to the, analysis of the house building and marriage, in your marriage</w:t>
      </w:r>
    </w:p>
    <w:p w:rsidR="00000000" w:rsidDel="00000000" w:rsidP="00000000" w:rsidRDefault="00000000" w:rsidRPr="00000000" w14:paraId="0000019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be deliberate about the choice, which is the location of the land and what it can carry, you can actually evaluate it, the person you are getting married to or married to, will be responsible if you, are able to get a history of what he has been engaging in. You need to, step by step like the house, put building blocks in your marriage. Know when to wait before you take an action in your marriage and measure the consequences. For example, only a responsible woman would get permission from the husband before she decides the school she enrolls their child or children, especially even if you are the one that pays the school fees or so. If you don't, I can assure you that your husband may not ask you or protest verbally to you. He will get at you, at little things you would have said that should not anger him; he will begin to be angry about it, as he sees you as now being in charge. Some will be frustrated and may just decide to be cheating on you, he may want to get rid of you as he sees you as his equal. Men naturally fight anyone who measures with them, especially in their matrimonial homes. You need to be careful when to take some steps, even if they are good for your marriage. It is good to inform your spouse in advance. If you don't, you are unknowingly building tension in your home, just like a man goes and rent a house without consulting his wife, you may think she is happy, but in truth she may not be, if it is a bigger apartment, especially, if it is far from her work place or so, even if you have built it, the color you use to paint the house may just not be good and it can discourage tenants from renting the house, spouses need to paint their marriages with bright colors, so that, it will be attractive to themselves and even outsiders, as people may be coming to you to ask how, do you do this your marriage, I want my own to be like yours. Just imagine if you have been pretending in your marriage, would you have the courage to be able to say that you do this or that is why your marriage is attractive like a bright color that attracted the person to come and ask if your marriage was great? How are you managing it to be this great? Like a house, if you have built and finally completed it, you still need to maintain the house to keep it in top shape from time to time, otherwise, it will be looking out of shape and dilapidated therefore you need to maintain it, some experts say you need to keep aside thirty percent of the rent of a house to repair that house to keep it in top shape every year, so should marriage be treated, marriages should from time to time be maintained to keep it in top shape at least every year a time should be set aside to, celebrate, evaluate reflect, rebrand, be futuristic. And this should and must be done with the consent of both spouse and it can take various shapes. Both of you can decide to spend the weekend out of the city, either with friends or</w:t>
      </w:r>
    </w:p>
    <w:p w:rsidR="00000000" w:rsidDel="00000000" w:rsidP="00000000" w:rsidRDefault="00000000" w:rsidRPr="00000000" w14:paraId="0000019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family members or rent a hotel and have a good time and renew your vows and plan for the future for your children, moving to another city where possible, or put a spice in your marriage in deliberate ways, by going for conferences, trainings, end of year party arrangement of friends and associates, planning a party for both of you. Invite friends, colleagues, family members, neighbors to come and celebrate with both of you. And during the celebration you can write a letter, poem or tribute to your wife or husband, reading it publicly to the hearing of all guests present Both of you can even act a deliberate drama for your guest, by saying, when it comes to that part, that you or your wife should be the one to read first or you want to be the one to read first as you would want to sit down and see your pretty wife or handsome husband read his own and you can be standing at his or her back depending which one you want to really do. You guys can even take advantage of the end of year party in your work place or your spouse's own to have a deliberate good time and look immaculate and buy a special gift for your partner at those times, even if it is not expensive it could even be a gift that would be used in the house by two of you. maybe something as simple as a glass, specially designed openers, wine opener, a sun shade, wrist watch or a personalized printed goldsmith work, just to make the occasion special. Surely those little things are what your spouse may just remember when he or she is having a temptation to cheat. He or she will reflect and say, after all, she or he is nice and caring what am I looking for, and would just let go and may not even relate that to you, but has saved both of you from possible embarrassment of cheating. No matter how you look at it, even if one partner cheats, it affects both of you, either in the short long run. Because immediately you cheat your feelings toward your partner drops and if your partner wants to have sex with you, you may not want to, so you will give excuses and it will affect your thoughts and your emotional balance which may transfer to him too, as he or she may feel rejected. If that cheating continues, it will send your marriage into conflicts, quarrels, staying apart. So you see how it is not beneficial and you should know that it is important to continuously be seducing your partner, so that he or she will not have time and attention for anybody else. Like a human being, if you don't do it he or she will be incomplete without you and will either call you or find a way to get to you as fast as he or she can. Your marriage is definitely catching the fire, I bet you if you put more fire wood into your marriage, it will then attain the level, I would want to call the marriage that is on fire, that no matter how, rain (trouble) comes it cannot quench it. Why am I telling you to put more firewood? If you see the forest fire, it goes on and on, rain can hardly stop it because there is enough firewood in the forest to fuel the fire.</w:t>
      </w:r>
    </w:p>
    <w:p w:rsidR="00000000" w:rsidDel="00000000" w:rsidP="00000000" w:rsidRDefault="00000000" w:rsidRPr="00000000" w14:paraId="0000019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you need to look for woods (acts) to keep you marriage kindled, the unique thing in marriage is that, you can work out a formula that works for you on your own and it may just be perfect. Just know what it takes to make your own spark, as every human being always have a happy time and the things that he or she would like to do, want someone to do for them that will make them so happy. And most times, they do not realize it; it is when you interact with him or her that you find him or her saying it in an informal way. So listen with great attention as I have observed in this book, while talking to him or her listen with rapt attention. If you get a person's formula when you are even wrong, he or she will not count it as an offense and people may be surprised but you have found a working formula either to talk or act with him or her. The system you can create in other to win your wife or husband may just be that you overlook and endure his or her excesses. If you do it over time, he or she would know you have immunity for that act and will abandon it. If you now talk to him or her about it, or he or she will sense your immunity and adjust. Tolerance must be one of the tools in your tool box in marriage that you need to handle issues and once you master it, you would have solved problems that should normally come up in marriages that are sometimes, seemingly hard to settle.</w:t>
      </w:r>
    </w:p>
    <w:p w:rsidR="00000000" w:rsidDel="00000000" w:rsidP="00000000" w:rsidRDefault="00000000" w:rsidRPr="00000000" w14:paraId="0000019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9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CAN BE APPROACHED FROM THE HOUSE MODEL</w:t>
      </w:r>
    </w:p>
    <w:p w:rsidR="00000000" w:rsidDel="00000000" w:rsidP="00000000" w:rsidRDefault="00000000" w:rsidRPr="00000000" w14:paraId="0000019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propose that you can after sometimes remodel your marriage. Like in the course of maintaining your house, you can decide to remodel the house, either by changing the looks of the roof or add a seating space at the front of the house where you receive private guests, and the house, surely will look different, As a human being too, you can  remodel yourself either physically or intellectually, by either speaking with your physician or dietician or you change your physical look especially if you have spoken with your partner and you agree and see how it comes out.</w:t>
      </w:r>
    </w:p>
    <w:p w:rsidR="00000000" w:rsidDel="00000000" w:rsidP="00000000" w:rsidRDefault="00000000" w:rsidRPr="00000000" w14:paraId="0000019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can develop yourself intellectually by taking a short course on marriage or a related field or even a new area not related to your course of study but that is related to your spouse course of study so that you can communicate better. If you understand the same things, most time your discussion flows and</w:t>
      </w:r>
    </w:p>
    <w:p w:rsidR="00000000" w:rsidDel="00000000" w:rsidP="00000000" w:rsidRDefault="00000000" w:rsidRPr="00000000" w14:paraId="0000019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examples are more understood while you are discussing at home. You can find other ways to improve yourself so that you become relevant to the marriage. And in many fronts, either you take a course on child upbringing, so that you will be able to bring your children up very well, that may be so impressive to your husband or wife and may value you more and your marriage takes a direct positive hit.</w:t>
      </w:r>
    </w:p>
    <w:p w:rsidR="00000000" w:rsidDel="00000000" w:rsidP="00000000" w:rsidRDefault="00000000" w:rsidRPr="00000000" w14:paraId="0000019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9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SACRIFICE IN MARRIAGE</w:t>
      </w:r>
    </w:p>
    <w:p w:rsidR="00000000" w:rsidDel="00000000" w:rsidP="00000000" w:rsidRDefault="00000000" w:rsidRPr="00000000" w14:paraId="0000019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thing that the couples should really do for each other, which will really show how much they love and appreciate their spouse and really want to keep their marriage. It shows your respect for him or her. Some persons have being known to give up their jobs in faraway cities to come be with their spouse in another city, which is a sacrifice worth noting and appreciating. If you do not appreciate sacrifice from your spouse, you may have set your spouse up against you, as he or she will find every opportunity not to cooperate or make any sacrifices for you again even if he or she does not tell you. It is because you did not appreciate and commend the last sacrifices and therefore you are not worthy of another sacrifice no matter how small or big it will be. Spouses please appropriately note and act accordingly to commend even unsolicited cooperation from their spouse, so that their marriage can get the entire required tonic to taste better and be productive for all to reap the great benefits there is in the marriage.</w:t>
      </w:r>
    </w:p>
    <w:p w:rsidR="00000000" w:rsidDel="00000000" w:rsidP="00000000" w:rsidRDefault="00000000" w:rsidRPr="00000000" w14:paraId="000001A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Sometimes, one of the couple may be doing two jobs in other to meet up with family demands while the other too is at home making sure that everything is ok and the kids are well taken care of until they can fend for themselves, in this case, from time to time both of you should appreciate the sacrifices you are making for the family, as both sacrifices are not easy to engage in. Often times some men have been known to talk carelessly saying it is not hard to take care of the children and cook for them, such men should be deliberately set up and left alone with the children for only one weekend, so that we see their reaction or response , or if they will be able to make such statements, which are not at all helpful in marriage, as taking care of children at home and cooking, if really evaluated, can be more valuable than going to the office to work and bring money for the family. I may really address this in a subsequent book.</w:t>
      </w:r>
    </w:p>
    <w:p w:rsidR="00000000" w:rsidDel="00000000" w:rsidP="00000000" w:rsidRDefault="00000000" w:rsidRPr="00000000" w14:paraId="000001A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Spouse, should see to it that they make sacrifices for their spouse as no one can be sure of anything that can happen. It was illustrated that a man had accident and all through, his wife was there for him and as God will have</w:t>
      </w:r>
    </w:p>
    <w:p w:rsidR="00000000" w:rsidDel="00000000" w:rsidP="00000000" w:rsidRDefault="00000000" w:rsidRPr="00000000" w14:paraId="000001A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he came out strong and well again the man was so grateful to his wife that their marriage become stronger and during thanksgiving in church, he rededicated himself to his wife who was full of tears and appreciation too as she did not know that her husband had arranged with the pastor to do a rededicated blessed marriage with her. You can then imagine how the sacrifice of the wife was the 'wood' that made the marriage to be on fire and the man in turn reciprocated with a kind gesture by being appreciative of his lovely wife. So with a little sacrifice here and there you cannot tell, what the response of your spouse will be. So keep making the sacrifice in your marriage for there is no better place to sacrifice than your marriage, which can bring returns. It is possible that your spouse does not recognize or know how to appreciate and commend you. When you sacrifice for him or her, you should indirectly tell him stories of an unappreciative husband or wife, if he still does not understand, then after telling him the story severally, you should ask him, if he or she is an appreciative person, still, then you tell him or her, he should try to be appreciative of sacrifices that you do for him or her and you should catalogue them for him and appreciate the ones he or she too has done for you, so that he or she would learn to be appreciative and commendable each time. Sacrifice from any of you can provoke another one, for if someone does well and he or she is appreciated, he or she is always tempted to do more. It is like a circle that continues and your marriage may then remain in the honey moon stage of marriage. This produces great health and unspeakable wealth of different dimensions, which you can transform to other areas of your life and others may come to benefit from it. I would only describe that as a situation where someone digs a well for the community and the whole community benefits from it and the person that dug the well is happy too.</w:t>
      </w:r>
    </w:p>
    <w:p w:rsidR="00000000" w:rsidDel="00000000" w:rsidP="00000000" w:rsidRDefault="00000000" w:rsidRPr="00000000" w14:paraId="000001A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Sacrifice, is an activity that should be engaged in by all in marriage as the benefits are so great. Unmarried people should note that they should be concerned if they have a partner that is uncaring as that is a pointer to the fact that he or she may not sacrifice when he or she may get married to him or her. Not been cared for, could bring a lot of frustration that is better imagine than experienced, the bitterness is harsh, so you must be very careful in your choices.</w:t>
      </w:r>
    </w:p>
    <w:p w:rsidR="00000000" w:rsidDel="00000000" w:rsidP="00000000" w:rsidRDefault="00000000" w:rsidRPr="00000000" w14:paraId="000001A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A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A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FAITH AND GRACE</w:t>
      </w:r>
    </w:p>
    <w:p w:rsidR="00000000" w:rsidDel="00000000" w:rsidP="00000000" w:rsidRDefault="00000000" w:rsidRPr="00000000" w14:paraId="000001A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Because we are all humans, we sometimes rely on not only what we can do but on our strong faith that we can make our marriage work, no matter how</w:t>
      </w:r>
    </w:p>
    <w:p w:rsidR="00000000" w:rsidDel="00000000" w:rsidP="00000000" w:rsidRDefault="00000000" w:rsidRPr="00000000" w14:paraId="000001A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odds stack against us, we believe that our marriages can survive against every odds, as we will put in everything we know how to do, to stay on top of the situations. Believing that God almighty will by his grace, favour us in our marriage and somehow change our partners for the best as we deliberately pray to him from time to time, by committing our marriage in his hand. As he is able to keep all that is dedicated to him. In honesty, this world is not a creation of human beings that inhabit it and it is our God who created the world we leave in. That is why we channel our complains to him especially when it is beyond us and it is now a serious challenge to us and most times if, we are serious about it, God comes to our rescue in many ways. Sometimes, if your marriage is a challenge to you and you genuinely call on him, he will answer you.</w:t>
      </w:r>
    </w:p>
    <w:p w:rsidR="00000000" w:rsidDel="00000000" w:rsidP="00000000" w:rsidRDefault="00000000" w:rsidRPr="00000000" w14:paraId="000001A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Honestly speaking some marriage has more baggage than others. It depends on the decisions you make either to carry the one that has light weight baggage or heavy weight baggage. Really, there are some people we should avoid marrying so that our burdens will be light in our marriage, otherwise no marriage has no baggage. It is a reality we must face, but we can face it with God together. There is a topic in this Book that deals with spirituality and it is connected to marriages.</w:t>
      </w:r>
    </w:p>
    <w:p w:rsidR="00000000" w:rsidDel="00000000" w:rsidP="00000000" w:rsidRDefault="00000000" w:rsidRPr="00000000" w14:paraId="000001A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A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A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IMPROVE YOUR ATTITUDE</w:t>
      </w:r>
    </w:p>
    <w:p w:rsidR="00000000" w:rsidDel="00000000" w:rsidP="00000000" w:rsidRDefault="00000000" w:rsidRPr="00000000" w14:paraId="000001A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 doubt everyone can improve from time to time in his or her attitude as it is a good thing to do, so that you will be happy with your spouse. And you should use every opportunity that presents themselves especially during discussion with your spouse, as he or she may be directly or indirectly complaining to you during discussions that may be sometimes not related, for you to improve your attitude. we need to watch out for those complains in your family as it may be frustrating to your spouse but he or she is unable to express it to you because he or she does not want to have differences with you. You may also learn from the things that happen around you either to other people or from the discussions you get with other people to improve your family so you can lead a happy and blessed life.</w:t>
      </w:r>
    </w:p>
    <w:p w:rsidR="00000000" w:rsidDel="00000000" w:rsidP="00000000" w:rsidRDefault="00000000" w:rsidRPr="00000000" w14:paraId="000001B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other way you can deliberately improve yourself is to buy related books and read and deliberately have practice sections with your spouse as you guys can review what you read and analyze it and see how it affects your attitude negatively and how you can improve it to the benefit of your family. It is not too much to do everything possible to improve your attitude in other to get your family to enjoy the great benefits that exist in marriage, I therefore suggest</w:t>
      </w:r>
    </w:p>
    <w:p w:rsidR="00000000" w:rsidDel="00000000" w:rsidP="00000000" w:rsidRDefault="00000000" w:rsidRPr="00000000" w14:paraId="000001B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take a course that is related to building your attitude. It is a good thing if both of you can take such course as you will learn better. It is advisable to do this very early in your marriage. For those of you that are married, it is not too late, but you need to plan it well to accommodate your children and other dependents, specifically, I suggest that you guys go for conflict management resolution courses, which is perfect for all spouses and we can assist you in that direction if you contact us. We are conflict management experts. Later you can go for marriage counseling especially if you need to hear some deep things in marriage that you need to really take care of if you are to set your marriage on fire.</w:t>
      </w:r>
    </w:p>
    <w:p w:rsidR="00000000" w:rsidDel="00000000" w:rsidP="00000000" w:rsidRDefault="00000000" w:rsidRPr="00000000" w14:paraId="000001B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B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PROCRASTINATION</w:t>
      </w:r>
    </w:p>
    <w:p w:rsidR="00000000" w:rsidDel="00000000" w:rsidP="00000000" w:rsidRDefault="00000000" w:rsidRPr="00000000" w14:paraId="000001B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very unfortunate thing that some spouse engage in that pours cold water on their marriages and yet they still think they have the moral right to complain when their partners engage in some things they find not comfortable in their marriage. When a person is disappointed in you from time to time, over the years, he or she may even develop resentment or hatred for you in the long run and may be acting negatively to you in other to suppress his or her frustration because of your failure to do simple things that is expected of you. Some spouse out of the frustration you may have given to them consistently may even resort to physical or verbal abuses, which in many instances have resulted to injuries, constant conflict that may be intractable, bad deliberate attitude towards you because of your procrastination. In some extreme cases, procrastination has led to the dissolution of marriages and the suffering of spouses, I think that the consequences of procrastination cannot be exhausted in this book, but I want you to imagine the few things I have said about it and on their own imagine other consequences it can cause for a family or disruption. There is a story of a man who forgot his contract papers at home and he called his wife to know if he left them in the sitting room or bedroom. She said it was in the bedroom, and he said he wants to come and pick them up as he has to submit them by 4pm. The wife said he should not, that she will be passing through his office and before 10am, she will drop it for him. Behold by 12 noon he called, she said before 1pm, he called she said before 2pm, he become exasperated and began going to the house. On getting there, the wife had left the house. Getting to the office by 3pm, she was not there, he called and she said she was close that she will soon be there, finally she got, to his office by after 4pm with the documents, I want you to imagine the rest of the story and see, how procrastination can be injurious, dangerous, frustrating etc.</w:t>
      </w:r>
    </w:p>
    <w:p w:rsidR="00000000" w:rsidDel="00000000" w:rsidP="00000000" w:rsidRDefault="00000000" w:rsidRPr="00000000" w14:paraId="000001B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strictly advised, that if you want to have a serious and happy functional and productive marriage life, one of the things, you must completely eliminate from your life is, procrastination, it can really help you to frustrate your marriage and your partner will be acting like a malfunctioning television, phone or laptop. Get your marriage on fire by overcoming procrastination and you will see how you will have a marriage even you may be envied of in the short run.</w:t>
      </w:r>
    </w:p>
    <w:p w:rsidR="00000000" w:rsidDel="00000000" w:rsidP="00000000" w:rsidRDefault="00000000" w:rsidRPr="00000000" w14:paraId="000001B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B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ESCALATE YOUR QUARRELS OR ACT AS IF YOU HAVE OPTION</w:t>
      </w:r>
    </w:p>
    <w:p w:rsidR="00000000" w:rsidDel="00000000" w:rsidP="00000000" w:rsidRDefault="00000000" w:rsidRPr="00000000" w14:paraId="000001B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normal for spouses to have quarrels. If you want to set your marriage on fire, restrict it to the boundaries of that quarrel or disagreement. Do not in any way bring in other associated disagreements or attitude that are inconsistent with a marriage you want to set on fire, i.e. because he did that, you will do this, revenge, or begin to call him or her names that are unfitting or using unkind words or becoming cold towards him or her. Let it not be that it is the day that you decide to be very cold, unfriendly, and unwelcoming that someone who has been admiring him or her, decides to be so nice and sends a very comforting message. He replies in kind and one thing leads to the other, they hang out and become nice to each other. You repeat that another time and the same coincidence takes place, the third time, may not just be only hanging out and kinder words, affection begins to set in, and if you are not careful your words become not pleasing again as he or she is hearing, pleasing and comforting words from someone else and he or she begins to shift allegiance to that person telling him these nice words, as we are animals that respond to words and deeds that are kind. If you buy a dog and start to feed it, it will be close to you. But, if you neglect the dog and someone else takes over that responsibility and you do it far and in between, at last, the dog will shift loyalty to the person that gives her more attention than the original owner of the dog.  So also is a normal human being. They tend towards the person or people, that seem to give them peace of heart and comfort, be it in words and deeds.</w:t>
      </w:r>
    </w:p>
    <w:p w:rsidR="00000000" w:rsidDel="00000000" w:rsidP="00000000" w:rsidRDefault="00000000" w:rsidRPr="00000000" w14:paraId="000001B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B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CONSIDERATIONS BEFORE OR IN MARRIAGE</w:t>
      </w:r>
    </w:p>
    <w:p w:rsidR="00000000" w:rsidDel="00000000" w:rsidP="00000000" w:rsidRDefault="00000000" w:rsidRPr="00000000" w14:paraId="000001B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anyone to get married, especially in this present times, different  consideration are made by the person or persons that are involved in the marriage, considerations are made depending on the person that is involved in the marriage and it may also depend on the level of information available to the one who wants to get married. Some can be influenced to get married by their friends, relatives, circumstances etc. Whatever it is, it is advice that you need to be circumspect, intelligent and bold about it, as getting out of being married is far worse than, getting out of courting. As most times, getting out of marriage, brings shame to the individual and family members and sometimes it is a tug of war, and going to court to obtain a divorce in the public glare, which is not the best</w:t>
      </w:r>
    </w:p>
    <w:p w:rsidR="00000000" w:rsidDel="00000000" w:rsidP="00000000" w:rsidRDefault="00000000" w:rsidRPr="00000000" w14:paraId="000001B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Societies too can influence your choice of marriage, even in this century and honestly, it is so unfortunate if it is for negative reasons as are seen in some places all across the world never will some people marry from some places/communities because most communities have fought wars in the past and therefore no one is allowed to marry from such community, but I think humanity should graduate above such considerations especially when it should have been seen as a means of bringing peace and reconciliation to such communities or societies, to strengthen bonds that are necessary to make people who love themselves to become one big happy blessed family that may have been a shining example to the rest of the society.</w:t>
      </w:r>
    </w:p>
    <w:p w:rsidR="00000000" w:rsidDel="00000000" w:rsidP="00000000" w:rsidRDefault="00000000" w:rsidRPr="00000000" w14:paraId="000001B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interesting to know some of the considerations that human beings make in choosing their partners for marriage. Yours truly will highlight some of them in the process too, and help to suggest some considerations that can bring you the best marriage. And I’m sure they are time tested ones that I will suggest, as it is from experience, learning as a sociologist, and advocate of responsible marriage. I suggest that you pay due attention to this section of the book as it can mark or make your journey to happiness in marriage and leaving a life that is worth emulating and a responsible one at that. Even if you have been married before you should still pay great attention as you will encounter how you can make the best out of your present situation in other to be happier in your marriage, which can make you live longer in life – yes longer in life, sociological research have found that, people in a happy marriage relationship live far longer than those who are not, as some sickness and death are related to bad marriage relationships, not to talk of some, that are physically beaten to death in their marriage.</w:t>
      </w:r>
    </w:p>
    <w:p w:rsidR="00000000" w:rsidDel="00000000" w:rsidP="00000000" w:rsidRDefault="00000000" w:rsidRPr="00000000" w14:paraId="000001B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B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SKIN COLOUR</w:t>
      </w:r>
    </w:p>
    <w:p w:rsidR="00000000" w:rsidDel="00000000" w:rsidP="00000000" w:rsidRDefault="00000000" w:rsidRPr="00000000" w14:paraId="000001C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Something as little as skin colour is the consideration some people give to accept a marriage proposal or as someone to get married to them. This may be attributed to the fact that, it may just be what would give them happiness and satisfaction and more so a spark in the soul, to carry on in the marriage, no matter the odds it is they will face. But one must also make the point that some do because, they are racist and do not have the full knowledge that humanity is one and the colour of the skin does not determine the attitude, behavior or even being in a successful marriage. It is observed too that some are just biased against a particular skin colour because their parents, friends and circumstances push them to.</w:t>
      </w:r>
    </w:p>
    <w:p w:rsidR="00000000" w:rsidDel="00000000" w:rsidP="00000000" w:rsidRDefault="00000000" w:rsidRPr="00000000" w14:paraId="000001C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in all, it should be at the back of everybody’s mind that no one that comes to this world determine the color of skin he or she would want to have and therefore, we all should accept everyone, for whom they are as we are of one GOD and one people, created by God, that rules over the affairs of 'men', skin color is just a way of making us whom we are. He knows, that we are beautiful in the state that we are. This should not entirely be the only determinant of whom we should marry.</w:t>
      </w:r>
    </w:p>
    <w:p w:rsidR="00000000" w:rsidDel="00000000" w:rsidP="00000000" w:rsidRDefault="00000000" w:rsidRPr="00000000" w14:paraId="000001C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C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C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C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HEIGHT</w:t>
      </w:r>
    </w:p>
    <w:p w:rsidR="00000000" w:rsidDel="00000000" w:rsidP="00000000" w:rsidRDefault="00000000" w:rsidRPr="00000000" w14:paraId="000001C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consideration that is made by some people in marriage as some people are short medium while some are tall. This may be a trend that may cut across tribe, race, country, and it may just be a consideration that should be considered especially when you are considering the kind of children you want to bring to this world. For instance, I am not sure if two very short people should get married as most likely their children will be short, which they may not really bargain for, but that in itself should not stop any one from getting married to his or her choice as the happiness, safety and a long lasting marriage is to be preferred over a short one, if you now say because you are short you must marry a tall man and the tall ones you see are not giving you the best behaviour that are expected in a marriage relationship, you should stick with your heart.</w:t>
      </w:r>
    </w:p>
    <w:p w:rsidR="00000000" w:rsidDel="00000000" w:rsidP="00000000" w:rsidRDefault="00000000" w:rsidRPr="00000000" w14:paraId="000001C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C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TRIBE</w:t>
      </w:r>
    </w:p>
    <w:p w:rsidR="00000000" w:rsidDel="00000000" w:rsidP="00000000" w:rsidRDefault="00000000" w:rsidRPr="00000000" w14:paraId="000001C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people give tribe a prime place in considering who they will get married to, which in itself is not a bad consideration. But, I will give a view that also needs to be viewed by those who consider marrying from a particular tribe.</w:t>
      </w:r>
    </w:p>
    <w:p w:rsidR="00000000" w:rsidDel="00000000" w:rsidP="00000000" w:rsidRDefault="00000000" w:rsidRPr="00000000" w14:paraId="000001C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Marrying from a particular tribe does not guarantee that your marriage will last or stand the test of time. If you are a human, it should not be your consideration.</w:t>
      </w:r>
    </w:p>
    <w:p w:rsidR="00000000" w:rsidDel="00000000" w:rsidP="00000000" w:rsidRDefault="00000000" w:rsidRPr="00000000" w14:paraId="000001C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a human, you view all human beings as one and therefore, saying one tribe is better than another is not a fact that is provable as, individuals in a tribe cannot be or act the same. Marrying from your tribe or a particular tribe may limit your social network and may not make you to make the best choice as there are equally good, reasonable and rational people in other tribes too. In the end, the choice that will give you the best premium in your marital experience is what you should go for, not limiting yourself in other spheres that time and space will not allow me bring to you. Some of our grand or great grandparents who married from another continent, are the reason why our children and grandchildren has the opportunity to travel abroad to get either better education or cultural experience that would have not been possible for them.</w:t>
      </w:r>
    </w:p>
    <w:p w:rsidR="00000000" w:rsidDel="00000000" w:rsidP="00000000" w:rsidRDefault="00000000" w:rsidRPr="00000000" w14:paraId="000001C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C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COMPATIBILITY</w:t>
      </w:r>
    </w:p>
    <w:p w:rsidR="00000000" w:rsidDel="00000000" w:rsidP="00000000" w:rsidRDefault="00000000" w:rsidRPr="00000000" w14:paraId="000001C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may just be one of the most rational reason why a person should go into marriage because there are two people in the union and both has to have some things in common and be able to understand and accommodate one another, as it is sure, that there will always be a point of disagreement. But all parties should not loss the sense of responsibility, commitment, faith in one another, especially when it comes to challenging issues, be it finances, number of children to have, because of the exigencies of the time, sharing responsibility for the care of the children or any other challenges that will always present themselves as challenges for married people. Because, it must surely come and you need to prepare for it before it comes, by selecting a partner that will always give you a shoulder to lean on at those times of challenges as some of them can be really tough and you may feel you are the only one left in the world and no one is seeing or hearing you when you are going through the challenges. But if you have a compatible partner, it would be like, easy does it and he/she will be there full time for you and it is a very rational thing to engage in and should never be traded for any other consideration.</w:t>
      </w:r>
    </w:p>
    <w:p w:rsidR="00000000" w:rsidDel="00000000" w:rsidP="00000000" w:rsidRDefault="00000000" w:rsidRPr="00000000" w14:paraId="000001C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can lead to having very healthy children and the children will grow up to positively affect the society, which is truly what the modern societies all over the world is lacking and are yearning for at such a time like this, when young people engage in vices that are not normally or usually compatible or associated with their age and it is giving the society a serious challenge that, we sociologist need to find a solution in other to make the society a better place for us all to live in.</w:t>
      </w:r>
    </w:p>
    <w:p w:rsidR="00000000" w:rsidDel="00000000" w:rsidP="00000000" w:rsidRDefault="00000000" w:rsidRPr="00000000" w14:paraId="000001D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D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EDUCATION</w:t>
      </w:r>
    </w:p>
    <w:p w:rsidR="00000000" w:rsidDel="00000000" w:rsidP="00000000" w:rsidRDefault="00000000" w:rsidRPr="00000000" w14:paraId="000001D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consideration that is put forward by some people, before they will get into marriage and it works for some people. But that is not really the ultimate in the consideration to get married as it may in the long run not guarantee a successful marriage, as you may get married to an illiterate and have a successful married life. You need to engage in the one that would work for you. As anybody can become literate with little effort, especially, with modern tools and equipment available in the education sector.</w:t>
      </w:r>
    </w:p>
    <w:p w:rsidR="00000000" w:rsidDel="00000000" w:rsidP="00000000" w:rsidRDefault="00000000" w:rsidRPr="00000000" w14:paraId="000001D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D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SOCIAL STATUS/BACKGROUND</w:t>
      </w:r>
    </w:p>
    <w:p w:rsidR="00000000" w:rsidDel="00000000" w:rsidP="00000000" w:rsidRDefault="00000000" w:rsidRPr="00000000" w14:paraId="000001D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consideration that is good in other to ascertain what and who the person is and if he/she had been associated with bad gang, bad upbringing, cultism, prostitution and other social activities that may not really be convenient for marriage. I strongly advocate that this be taken seriously in other to avoid seriously awkward situation that have been seen in marriages that are not healthy at all for marriage, it was an unfortunate situation, when in one case a lady got married to her husband after a few weeks she found out that the man was an armed robber and that was his major occupation. It was heartbreaking for her that for the few months she was in the marriage, before she was rescued miraculously by circumstances, she was always having nervous breakdown and was going in and out of the hospital and that for a very long time haunted her life, before she was able to get through it by the grace of God.</w:t>
      </w:r>
    </w:p>
    <w:p w:rsidR="00000000" w:rsidDel="00000000" w:rsidP="00000000" w:rsidRDefault="00000000" w:rsidRPr="00000000" w14:paraId="000001D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was because she just saw him, liked him and without a thorough background check, she entered into a trap that has put a permanent scare in her life forever. In fact, it is even good to secure the help of people to enable you get a background check, as some people are drug addicts and will keep it from you so that they get married to you and say, now, he or she would not be able to do anything about it because we are married. It could be a devastating moment in marriage that you do not want to confront, so please, do a diligent search.</w:t>
      </w:r>
    </w:p>
    <w:p w:rsidR="00000000" w:rsidDel="00000000" w:rsidP="00000000" w:rsidRDefault="00000000" w:rsidRPr="00000000" w14:paraId="000001D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Another perspective about background is what in some society is referred to as caste system or in some African system is called OSU. It is erroneously believed that some members of the society are higher than others by birth, royalty etc. In India for instance, there are five layers of stratification of all human beings that live there and from top to bottom, it is prioritized. The bad thing about it is that the people in the top caste are far less than ten percent of the society and are believed to be the people that should rule the society and cannot in any way marry from less than the third strata. If you marry less than that, you</w:t>
      </w:r>
    </w:p>
    <w:p w:rsidR="00000000" w:rsidDel="00000000" w:rsidP="00000000" w:rsidRDefault="00000000" w:rsidRPr="00000000" w14:paraId="000001D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are demoted from the first strata. So it is in Japan to some extent as any member of the royal family cannot just marry anybody from Japan or any country, it must be within the top cast. If you do you are automatically demoted from the royal family. This was the case in 2018, when a royal daughter, wanted to marry her heartthrob and there was confusion but yet she stood by her decision and the royal family had no choice but to give her out to her heartthrob.</w:t>
      </w:r>
    </w:p>
    <w:p w:rsidR="00000000" w:rsidDel="00000000" w:rsidP="00000000" w:rsidRDefault="00000000" w:rsidRPr="00000000" w14:paraId="000001D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 prevalent practice too in Europe where the royal families are not expected to marry, just any citizen, unless people that can be traced to their royalty and there could be grave consequences, including stripping you of your royalty, position etc. people should be left to marry who they choose.</w:t>
      </w:r>
    </w:p>
    <w:p w:rsidR="00000000" w:rsidDel="00000000" w:rsidP="00000000" w:rsidRDefault="00000000" w:rsidRPr="00000000" w14:paraId="000001D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fact, This was said to be the case when Princess Diana who divorced Prince Andrew and wanted to marry on Arab DoddiFayad, and the British establishment rose up and said no way, that, they don't want their blood to be mixed with any other blood, except related English blood. Rumour has it that her death was connected to this as she and her fiancé were pursued to their death in faraway France. Her second son, who got married to an African descent lady, has now been stripped of his royal duties, maybe too, because of related disagreement on who he got married to.</w:t>
      </w:r>
    </w:p>
    <w:p w:rsidR="00000000" w:rsidDel="00000000" w:rsidP="00000000" w:rsidRDefault="00000000" w:rsidRPr="00000000" w14:paraId="000001D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Africa It is a prevalent practice as in some places. They call them OSU and it is a taboo for the “free” citizens to get married to them or even eat with them. But, in many cases, the people called OSU are more successful and more intelligent even more than the so called “free citizens”.</w:t>
      </w:r>
    </w:p>
    <w:p w:rsidR="00000000" w:rsidDel="00000000" w:rsidP="00000000" w:rsidRDefault="00000000" w:rsidRPr="00000000" w14:paraId="000001D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fallacy that must be condemned, done away with and rejected as it does not breed any known good to the society, except to feed the ego of a few people who are in this practice and it has taken them nowhere and there is no imperial research to prove indeed that people in the first strata of the so called caste system are better human beings than the ordinary citizens, instead the records all over the world shows that the children of the ordinary citizens, have contributed more to making the society a better place than the people who claim to be at the top of the society as can be seen, in the business world, manufacturing, production, governance. Ninety nine point nine percent of all the gadgets, instruments and inventions in the world have been brought about by the ordinary people, even in the entertainment world. In fact studies show that, the said upper or top class people of the world as they want us to believe have been a burden to the society as they contribute less than they consume, that is why in some countries now, like Thailand, they are either gradually reducing the influence of royalty or wanting to out rightly do away with it, as it is sucking the society and generating bad blood. All humans are one, we should be free to marry anyone of our choice so that, we should not face any back clash, that is how to exhibit humanity and we all should further this cause in our little way we can.</w:t>
      </w:r>
    </w:p>
    <w:p w:rsidR="00000000" w:rsidDel="00000000" w:rsidP="00000000" w:rsidRDefault="00000000" w:rsidRPr="00000000" w14:paraId="000001D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Just like some people from rich homes say they will not marry from poor homes, this is indeed too bad. So long as the person have the qualification of marriage that you need, social status should never be a consideration at all.</w:t>
      </w:r>
    </w:p>
    <w:p w:rsidR="00000000" w:rsidDel="00000000" w:rsidP="00000000" w:rsidRDefault="00000000" w:rsidRPr="00000000" w14:paraId="000001D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M.K.O. Abiola, was from a very poor home where they share one egg in their family of eight and married to Simbiat Abiola from a rich home. But Abiola become very rich and far richer than the rich family he married from.</w:t>
      </w:r>
    </w:p>
    <w:p w:rsidR="00000000" w:rsidDel="00000000" w:rsidP="00000000" w:rsidRDefault="00000000" w:rsidRPr="00000000" w14:paraId="000001D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E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CAREER</w:t>
      </w:r>
    </w:p>
    <w:p w:rsidR="00000000" w:rsidDel="00000000" w:rsidP="00000000" w:rsidRDefault="00000000" w:rsidRPr="00000000" w14:paraId="000001E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consideration that is desired by some people before they get married, as they preferred people in a particular career, however it is good, if the intention is to go the whole way and not to at the middle of the game change course.</w:t>
      </w:r>
    </w:p>
    <w:p w:rsidR="00000000" w:rsidDel="00000000" w:rsidP="00000000" w:rsidRDefault="00000000" w:rsidRPr="00000000" w14:paraId="000001E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Career marriage can work be good for the people in the marriage as there is time known for both parties to meet or know when both parties will be at work, so that they can meet up with, either the domestics work or with the children activities by taking turns.</w:t>
      </w:r>
    </w:p>
    <w:p w:rsidR="00000000" w:rsidDel="00000000" w:rsidP="00000000" w:rsidRDefault="00000000" w:rsidRPr="00000000" w14:paraId="000001E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E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BLOOD GROUP/GENOTYPE</w:t>
      </w:r>
    </w:p>
    <w:p w:rsidR="00000000" w:rsidDel="00000000" w:rsidP="00000000" w:rsidRDefault="00000000" w:rsidRPr="00000000" w14:paraId="000001E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indeed a very genuine consideration that should not be ignored at all, as this can really became an unavoidable challenge for you, your partner, and the children you are going to bring to this world and in truth it can mar the happiness in your marriage if you do not use wisdom to go about it. Perhaps, one of the first thing any serious person who wants to marry does is to first check if the blood group and the genotype of the person you are interested in matches and if they do not match, immediately cut the relationship before it graduates to marriage. If you don’t, you have set up a chain reaction that may draw you and your family into trouble. There are some people suffering this situation as you read in this book. I will just relate maybe one or so of the experiences that could occur when you go that negative route.</w:t>
      </w:r>
    </w:p>
    <w:p w:rsidR="00000000" w:rsidDel="00000000" w:rsidP="00000000" w:rsidRDefault="00000000" w:rsidRPr="00000000" w14:paraId="000001E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family of six got married knowingly and they presently had four children. As we speak, all six of them have health challenges at least every three months and sometimes, virtually all of them fall sick the same time. You can imagine the financial implication that goes into that, and this will continue and there is no guarantee that there is happiness in that kind of home as the children now know that the parents are aware but they may not have asked for if they have</w:t>
      </w:r>
    </w:p>
    <w:p w:rsidR="00000000" w:rsidDel="00000000" w:rsidP="00000000" w:rsidRDefault="00000000" w:rsidRPr="00000000" w14:paraId="000001E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choice. This is one thing that I very much would not advice any one to go through, so please check if your blood and your genotype do match before you say I do.</w:t>
      </w:r>
    </w:p>
    <w:p w:rsidR="00000000" w:rsidDel="00000000" w:rsidP="00000000" w:rsidRDefault="00000000" w:rsidRPr="00000000" w14:paraId="000001E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in all honesty as a Christian, God can do all things. So if you know and also believe in him to change and make your blood group and your genotype to align so that you can marry whoever you want to get married to, but it is important that both of you should have the same believe, so that God can do his miracle in your lives.</w:t>
      </w:r>
    </w:p>
    <w:p w:rsidR="00000000" w:rsidDel="00000000" w:rsidP="00000000" w:rsidRDefault="00000000" w:rsidRPr="00000000" w14:paraId="000001E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E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KIND AND NUMBER OF CHILDREN DESIRED</w:t>
      </w:r>
    </w:p>
    <w:p w:rsidR="00000000" w:rsidDel="00000000" w:rsidP="00000000" w:rsidRDefault="00000000" w:rsidRPr="00000000" w14:paraId="000001E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Sometimes people are known to have gotten married or separated, simply because they disagree or agree on the number of children to have and for a thing as simple as that, it sure can be and should be worked out by those who are really involve and are desirous to marry as it is not too difficult to reach a good compromise, that will satisfy both of you or better still, bring it to a counselor like us so that we charge you a reasonable amount and educate you on how to really and truthfully go about it.</w:t>
      </w:r>
    </w:p>
    <w:p w:rsidR="00000000" w:rsidDel="00000000" w:rsidP="00000000" w:rsidRDefault="00000000" w:rsidRPr="00000000" w14:paraId="000001E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also true that some people want a particular kind of child or children, either to be male or female, tall, fat, fair, dark. That is why they would agree to go into marriage with certain persons, as some have said, they want their children to be tall, so that he or she can play basketball or I want my child to look like my dark mum or fair dad or even that, I want my child to talk like my husband, some too would just say, this man is handsome and I want all my children to be handsome so I will marry him. For a man too, it may just be that, he sees a very beautiful girl and he wants his children to be like the lady.</w:t>
      </w:r>
    </w:p>
    <w:p w:rsidR="00000000" w:rsidDel="00000000" w:rsidP="00000000" w:rsidRDefault="00000000" w:rsidRPr="00000000" w14:paraId="000001E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not a bad consideration, but providence and nature could make your children not to be tall as they may just respond to a recessive gene of your grandparents and you may just be even lucky to have an albino, which does happen to some couple. That should not cause a back clash in the marriage, as this has been known to cause even separation in some marriages. It is not the fault of the woman, rather she received what the man gave to her and brought it alive.</w:t>
      </w:r>
    </w:p>
    <w:p w:rsidR="00000000" w:rsidDel="00000000" w:rsidP="00000000" w:rsidRDefault="00000000" w:rsidRPr="00000000" w14:paraId="000001E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E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CONNECTION</w:t>
      </w:r>
    </w:p>
    <w:p w:rsidR="00000000" w:rsidDel="00000000" w:rsidP="00000000" w:rsidRDefault="00000000" w:rsidRPr="00000000" w14:paraId="000001F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highly related to status and background, the consideration that is put forward by some people may not just be a consideration needed to build a very solid marriage as it can quickly evaporate and should not be dependent on, at all, it should be understood that CHANGE is the only permanent thing that is constant</w:t>
      </w:r>
    </w:p>
    <w:p w:rsidR="00000000" w:rsidDel="00000000" w:rsidP="00000000" w:rsidRDefault="00000000" w:rsidRPr="00000000" w14:paraId="000001F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the world and every other thing is not permanent. With this at the consciousness of the reader, he/she should not consider this as criteria for getting married to someone.</w:t>
      </w:r>
    </w:p>
    <w:p w:rsidR="00000000" w:rsidDel="00000000" w:rsidP="00000000" w:rsidRDefault="00000000" w:rsidRPr="00000000" w14:paraId="000001F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not a solid block that promotes marriage stability. What about if the person or his family are no longer in place to command influence, would you now look for the current people that commands influence to get married to? Marriages built with such blocks are most likely built on quick sand that can wash away sooner than expected and there is always no mutual respect for each other. Marriage that lacks mutual respect is living on a bottle of oxygen and when the oxygen runs out most times, it is not refillable. The patient receiving the oxygen dies and the next thing is to bury the patient (marriage) in this case, and that may not actually be the real intention of the marriage.</w:t>
      </w:r>
    </w:p>
    <w:p w:rsidR="00000000" w:rsidDel="00000000" w:rsidP="00000000" w:rsidRDefault="00000000" w:rsidRPr="00000000" w14:paraId="000001F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it comes as a result of your wanting each other, then it becomes an added advantage to both of you and it is always good to explore the positive potentials in it to lubricate your marriage and advance the needs of society and reach to the less privilege, where it is practicable and expedient.</w:t>
      </w:r>
    </w:p>
    <w:p w:rsidR="00000000" w:rsidDel="00000000" w:rsidP="00000000" w:rsidRDefault="00000000" w:rsidRPr="00000000" w14:paraId="000001F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F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INTELLECTUAL ABILITY OR CAPACITY</w:t>
      </w:r>
    </w:p>
    <w:p w:rsidR="00000000" w:rsidDel="00000000" w:rsidP="00000000" w:rsidRDefault="00000000" w:rsidRPr="00000000" w14:paraId="000001F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consideration that is good to consider while choosing a partner for marriage, but, this in isolation may not be the pathway to a successful marriage, as the person seeking to get married to an intelligent man or woman must first bring your own intellectual ability to the table, before you will ask, if the one you want to get married to must be intellectually sound. If you are not intellectually sound and you want to get married to an intellectually sound person, there is going to be a mis-match, which will become a problem. If you view it from another perspective again, you will see that, you may want to abandon this consideration for other considerations or would want to combine other considerations before you get to where intelligence is e.g. if you get a man or a woman of great intelligent background to marry and he lacks compatibility, it may be a drawback that will make your marriage to be rocky and uninteresting. So you should please, not allow an intelligent person sweep your feet off the ground and if you do not possess the quality he or she may be interested in, he/she will become a burden to you as there may be manipulation of a great deal that you may not be able to comprehend, so you must please be on the watch out and seek balance and good counseling.</w:t>
      </w:r>
    </w:p>
    <w:p w:rsidR="00000000" w:rsidDel="00000000" w:rsidP="00000000" w:rsidRDefault="00000000" w:rsidRPr="00000000" w14:paraId="000001F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not entirely a wrong thing to go for an intelligent person, but look out</w:t>
      </w:r>
    </w:p>
    <w:p w:rsidR="00000000" w:rsidDel="00000000" w:rsidP="00000000" w:rsidRDefault="00000000" w:rsidRPr="00000000" w14:paraId="000001F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other complimentary considerations that will make your marriage a success.</w:t>
      </w:r>
    </w:p>
    <w:p w:rsidR="00000000" w:rsidDel="00000000" w:rsidP="00000000" w:rsidRDefault="00000000" w:rsidRPr="00000000" w14:paraId="000001F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F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SPIRITUAL BALANCE</w:t>
      </w:r>
    </w:p>
    <w:p w:rsidR="00000000" w:rsidDel="00000000" w:rsidP="00000000" w:rsidRDefault="00000000" w:rsidRPr="00000000" w14:paraId="000001F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factor that is mostly considered by religious people who would not marry if the person is not a Christian, Muslim, or Hindu. This in itself is not a bad consideration at all for a man or a woman that has spiritual balance is most likely to be a stable candidate to get married to and may make the marriage have a spiritual touch. There should be almost an equal balance of spiritual balance by the other party too, if only one of the partners in the marriage is spiritually balanced. Surely without doubt, there would be serious point of conflagration between the couple and they may always need a third party to settle their differences, which in itself is not a very good thing in a marriage as it is mostly advised that couples should always settle their differences and don't invite a third party who may not really understand the point of disagreements as couple.</w:t>
      </w:r>
    </w:p>
    <w:p w:rsidR="00000000" w:rsidDel="00000000" w:rsidP="00000000" w:rsidRDefault="00000000" w:rsidRPr="00000000" w14:paraId="000001F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Most times the couple do not really tell everything that brings disagreement in their home, either because they do not want to expose some deep seated issues to the third party,</w:t>
      </w:r>
    </w:p>
    <w:p w:rsidR="00000000" w:rsidDel="00000000" w:rsidP="00000000" w:rsidRDefault="00000000" w:rsidRPr="00000000" w14:paraId="000001F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when couple marry across religion it is sometimes challenging for both, especially when there is interference from parents of the couple. Caution is always advised in this regard and both party should be aware that they have entered into marriage and it is an institution that need to be respected and as much as possible parties should play by the rules and where possible be compassionate in other to accommodate your partner for you to have a peaceful home that is worth to be emulated by others and your children too and the society can benefit from your good example.</w:t>
      </w:r>
    </w:p>
    <w:p w:rsidR="00000000" w:rsidDel="00000000" w:rsidP="00000000" w:rsidRDefault="00000000" w:rsidRPr="00000000" w14:paraId="000001F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F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MENTAL STATE OF THE FAMILY</w:t>
      </w:r>
    </w:p>
    <w:p w:rsidR="00000000" w:rsidDel="00000000" w:rsidP="00000000" w:rsidRDefault="00000000" w:rsidRPr="00000000" w14:paraId="0000020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practice that used to be very sacrosanct especially in the African traditional system, where it was families that used to marry for their sons and daughters and a thorough investigation must be done about the family that one must marry into, be it male or female and if it is discovered that any member your family has a mental problem, that marriage is cancelled. But, today that is not so much a part of the consideration before marriages are agreed to. Because, no longer is marriage done diligently, but is only the male and female that like themselves and introduce themselves to both family and marriage is conducted. This may account for the very high rate of divorce that the society gets.</w:t>
      </w:r>
    </w:p>
    <w:p w:rsidR="00000000" w:rsidDel="00000000" w:rsidP="00000000" w:rsidRDefault="00000000" w:rsidRPr="00000000" w14:paraId="0000020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0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CHECKING OUT FOR RED, YELLOW AND GREEN FLAGS</w:t>
      </w:r>
    </w:p>
    <w:p w:rsidR="00000000" w:rsidDel="00000000" w:rsidP="00000000" w:rsidRDefault="00000000" w:rsidRPr="00000000" w14:paraId="0000020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may just be like intelligence gathering before, during and after the marriage as every information gathered about your partner is very important, depending on the use you may want to put it to for. This is a consideration that all marriages must put effectively to use, when you formally asks a person you want to marry questions surrounding his or her family, friends, associates, education, dreams or aspiration how, he or she will treat you, your mother, father, siblings in a formal atmosphere, you are likely to get answers that may be misleading, so you need to, intelligently go about it, by talking like a third person – like you are indirectly asking the questions either because of one of your friend or relative that is married. That is when you will get the real answer that is in the mind of the person or you experience it by deliberately dramatizing to know who the person is or will be when you are married.</w:t>
      </w:r>
    </w:p>
    <w:p w:rsidR="00000000" w:rsidDel="00000000" w:rsidP="00000000" w:rsidRDefault="00000000" w:rsidRPr="00000000" w14:paraId="0000020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instance, you go to a particular shop, price a product or know the price and you give him/her money to help you purchase the goods. You are sure he/she got it from there and you know it is sold for 20,000 but he or she buys it for you 25,000 and you repeat the same thing for another product the second time and you get the same outcome,  you are now aware, that, the person in question is far from being honest. You will not get honesty from the person, ifyou get married to him or her.</w:t>
      </w:r>
    </w:p>
    <w:p w:rsidR="00000000" w:rsidDel="00000000" w:rsidP="00000000" w:rsidRDefault="00000000" w:rsidRPr="00000000" w14:paraId="0000020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could ask where does your parents work and he/she tells you, her or his father works in the ministry of finance in the State or Federal capital and the mother works in Shell or an oil company meanwhile you have done your own findings before and you found out that, the mother of your intended partner is an honest trader in the market, you should know that these are the kind of things you will be facing when you get married.</w:t>
      </w:r>
    </w:p>
    <w:p w:rsidR="00000000" w:rsidDel="00000000" w:rsidP="00000000" w:rsidRDefault="00000000" w:rsidRPr="00000000" w14:paraId="0000020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would be appropriate to tell you of a story that will want to make you take very seriously, this red flag observation and why you should deliberately engage in it when in a relationship.</w:t>
      </w:r>
    </w:p>
    <w:p w:rsidR="00000000" w:rsidDel="00000000" w:rsidP="00000000" w:rsidRDefault="00000000" w:rsidRPr="00000000" w14:paraId="0000020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very beautiful successful lady, got a call from a man. She was in her late thirties hoping to get married and she took the call. The man told her, how he has been looking out for her, that she is a very responsible young lady, that he admires her from a distance, and can tell, she will be a good wife. And the lady honestly thought she had meet her heartthrob. As they interact further, she agreed to meet up with the man and the man too was honestly handsome. In her heart, she liked him, as they got to know each other. They talked</w:t>
      </w:r>
    </w:p>
    <w:p w:rsidR="00000000" w:rsidDel="00000000" w:rsidP="00000000" w:rsidRDefault="00000000" w:rsidRPr="00000000" w14:paraId="0000020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about their family, friends, education, likes and dislikes, they both liked each other and the guy said he just lost his job few months ago, still had his good cars and that he does business. He attended a university, studied mechanical engineering, but the lady was not too comfortable with the guy’s English language. And on bi-weekly bases he comes with different cars.</w:t>
      </w:r>
    </w:p>
    <w:p w:rsidR="00000000" w:rsidDel="00000000" w:rsidP="00000000" w:rsidRDefault="00000000" w:rsidRPr="00000000" w14:paraId="0000020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Out of nothing the lady said please when you are coming tomorrow please bring your curriculum vitae along, tomorrow came and he did not, the third day he did not and the lady insisted. The bubble began to burst as the lady genuinely wanted to help him secure a very lucrative job in an oil company where her uncle works, he now confessed, he was reading mechanical engineering in an institute and in the second year he had challenges which made him not to continue the lady was deflated but still wanted to go on. But she now applied brakes on their marriage plans as she had told some of her friends. On further investigation, the guy works in a car selling shop, that was why he had access to different cars and was saying that they were his cars.</w:t>
      </w:r>
    </w:p>
    <w:p w:rsidR="00000000" w:rsidDel="00000000" w:rsidP="00000000" w:rsidRDefault="00000000" w:rsidRPr="00000000" w14:paraId="0000020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story shows that sometimes you need to be ingenious to get some information otherwise you will not get it, you need to be unobtrusive to get your required information. The information the lady got were red flags that are not good enough, they were signs that the marriage would run into danger.</w:t>
      </w:r>
    </w:p>
    <w:p w:rsidR="00000000" w:rsidDel="00000000" w:rsidP="00000000" w:rsidRDefault="00000000" w:rsidRPr="00000000" w14:paraId="0000020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could also ask questions not relating to you, as I have observed before, for instance, you have a friend who gives his wife N50, 000 fifty thousand naira for upkeep in a month and yet the wife still complains and she say, how can the man give her N50, 000, if it is me I will not accept anything less than N200, 000 a month, then you know that you are in for a real show down. You may not need to be told by a soothsayer before you know that she is not a marriage candidate and you need to make alternative arrangement if really you want to get married.</w:t>
      </w:r>
    </w:p>
    <w:p w:rsidR="00000000" w:rsidDel="00000000" w:rsidP="00000000" w:rsidRDefault="00000000" w:rsidRPr="00000000" w14:paraId="0000020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the ladies, if a man, in an informal setting is, saying, how can a man be in the kitchen to assist the wife? It is not fitting for a man. Then be sure that he may not be your desired husband. What if you put to birth, who will help out in the kitchen? So you should just take a bow.</w:t>
      </w:r>
    </w:p>
    <w:p w:rsidR="00000000" w:rsidDel="00000000" w:rsidP="00000000" w:rsidRDefault="00000000" w:rsidRPr="00000000" w14:paraId="0000020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also red flags you need to look out for, as a married man or woman. For instance, your wife goes to the toilet to take calls when you are together regularly, it is a red flag that a man must be on the lookout for, as she may either be engaged in adultery or an activity or activities, that will, in no time ruin your family or marriage or she suddenly has a password</w:t>
      </w:r>
    </w:p>
    <w:p w:rsidR="00000000" w:rsidDel="00000000" w:rsidP="00000000" w:rsidRDefault="00000000" w:rsidRPr="00000000" w14:paraId="0000020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her phone that is an uncomfortable marriage that needs healing on time, for it speaks volume.</w:t>
      </w:r>
    </w:p>
    <w:p w:rsidR="00000000" w:rsidDel="00000000" w:rsidP="00000000" w:rsidRDefault="00000000" w:rsidRPr="00000000" w14:paraId="0000020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have a husband, that suddenly begins to come home late in the nights, consistently while he had closed from work, travels emergency for emergency trips all the time, wakes up in the night to go take and make calls regularly, without relating the details of his interactions, suddenly puts on his cloths in the nights and just tells you I am coming, please on a regular basis, comes back, sometimes smelling alcohol and when you ask, he is not forthcoming with good explanations. It is a red flag that most likely indicates that he is having an affair or committing adultery and you may soon hear of a son or a daughter that is related to your children.</w:t>
      </w:r>
    </w:p>
    <w:p w:rsidR="00000000" w:rsidDel="00000000" w:rsidP="00000000" w:rsidRDefault="00000000" w:rsidRPr="00000000" w14:paraId="0000021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there is remedy for all this as you read further. Yellow flags are flags that indicate you should be ready to go. If a person is really interested in you or not interested in you, the yellow flag can tell you. So, you only need to listen closely when you are conversing, either formerly or informally.</w:t>
      </w:r>
    </w:p>
    <w:p w:rsidR="00000000" w:rsidDel="00000000" w:rsidP="00000000" w:rsidRDefault="00000000" w:rsidRPr="00000000" w14:paraId="0000021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a guy tells you, I don't really like fair girls and meanwhile you are fair and he wants you. He has just mistakenly told you that he will not marry you, but that he wants you temporarily or he says, I like dark girls and you are not dark and he wants you then he is not the kind of person you should associate with, you should quietly do away with him.</w:t>
      </w:r>
    </w:p>
    <w:p w:rsidR="00000000" w:rsidDel="00000000" w:rsidP="00000000" w:rsidRDefault="00000000" w:rsidRPr="00000000" w14:paraId="0000021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a girl, you are friendly with a guy and he tells you, I would not marry a girl outside my region and meanwhile both of you are from different region of maybe the same country, then the party should be called off immediately, for if you continue then you did not see the yellow flag he showed you.</w:t>
      </w:r>
    </w:p>
    <w:p w:rsidR="00000000" w:rsidDel="00000000" w:rsidP="00000000" w:rsidRDefault="00000000" w:rsidRPr="00000000" w14:paraId="0000021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a guy is close to a girl and the girl says, I will not marry anyone that is not rich and she is in her late twenties or thirties and you are just someone who earns a salary that does not make you fall into that category, then take to your heels on time as the little you have she will collect and still go her way. A girl informs a guy while just chatting, my parents do not like people from a particular tribe and you come from the tribe and she says that it is what my parents want that I will do for them if I want to get married. It is an indication that you do not fall into the category of people she will marry that you should leave now - it is a very clear yellow flag.</w:t>
      </w:r>
    </w:p>
    <w:p w:rsidR="00000000" w:rsidDel="00000000" w:rsidP="00000000" w:rsidRDefault="00000000" w:rsidRPr="00000000" w14:paraId="0000021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1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GREEN FLAG</w:t>
      </w:r>
    </w:p>
    <w:p w:rsidR="00000000" w:rsidDel="00000000" w:rsidP="00000000" w:rsidRDefault="00000000" w:rsidRPr="00000000" w14:paraId="0000021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positively speaking well and you have to also watch out for it, as all human being veil their intention knowingly or unknowingly through what they say most times.</w:t>
      </w:r>
    </w:p>
    <w:p w:rsidR="00000000" w:rsidDel="00000000" w:rsidP="00000000" w:rsidRDefault="00000000" w:rsidRPr="00000000" w14:paraId="0000021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are in a marriage or relationship and your husband says, the soup</w:t>
      </w:r>
    </w:p>
    <w:p w:rsidR="00000000" w:rsidDel="00000000" w:rsidP="00000000" w:rsidRDefault="00000000" w:rsidRPr="00000000" w14:paraId="0000021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cooked two weeks ago was very sweet, he had just told you that he would want to eat that kind of soup also subtly that you food is not too sweet, please improve especially if it is the same thing with the one of two weeks ago. A husband says, I liked your dressing of last week, he is telling you that please try to dress the way you dressed last week.</w:t>
      </w:r>
    </w:p>
    <w:p w:rsidR="00000000" w:rsidDel="00000000" w:rsidP="00000000" w:rsidRDefault="00000000" w:rsidRPr="00000000" w14:paraId="0000021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wife telling the husband, you see the roasted fish you bought for me last month it was very sweet, she is saying please when you are coming again please buy that roasted fish, I will like to eat it again or you see my husband the trip we went two years ago, it was fantastic, there is nothing like it, she has just told you that please take me on a trip, I need one, can't you see my lovely husband.</w:t>
      </w:r>
    </w:p>
    <w:p w:rsidR="00000000" w:rsidDel="00000000" w:rsidP="00000000" w:rsidRDefault="00000000" w:rsidRPr="00000000" w14:paraId="0000021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a guy tells a girl, if I have my way even now I would like to get married to a fair skinned girl, not too tall and smiles like you it is a green flag that you should take note of and if you are also interested in him, mark him closely for further green light, or one day he says to you, I like my mum so well, and honestly you behave like her, that too, is a green light of acceptance and a viable candidate to be considered for marriage.</w:t>
      </w:r>
    </w:p>
    <w:p w:rsidR="00000000" w:rsidDel="00000000" w:rsidP="00000000" w:rsidRDefault="00000000" w:rsidRPr="00000000" w14:paraId="0000021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girl says to you, see how you walk, that is how I would want my husband to be walking, another day she says she likes your writing, how I wish my husband’s writing would be like this when I find a husband, it is a green light, that guys need to take seriously, for it is out of the abundance of the heart the mouth speaks.</w:t>
      </w:r>
    </w:p>
    <w:p w:rsidR="00000000" w:rsidDel="00000000" w:rsidP="00000000" w:rsidRDefault="00000000" w:rsidRPr="00000000" w14:paraId="0000021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1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CHURCH DENOMINATION OR RELIGIOUS CONSIDERATION</w:t>
      </w:r>
    </w:p>
    <w:p w:rsidR="00000000" w:rsidDel="00000000" w:rsidP="00000000" w:rsidRDefault="00000000" w:rsidRPr="00000000" w14:paraId="0000021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consider marrying because they are of the same church or religious denomination, it is not a bad thing to do, i.e. a Christian from say the Catholic denomination preferring to marry a person who is a Catholic rather than a Pentecostal church background or a Muslim considering marrying a person of their religious background rather than another. Well it is great. But if you also consider the benefit of learning or knowing the other denomination or religion and the practice and benefit that exist in other people’s religion or denomination is not too bad too, especially that, there need to be inter marriage between religious denominations to bring about peace, understanding and knowing that we are all from one God.</w:t>
      </w:r>
    </w:p>
    <w:p w:rsidR="00000000" w:rsidDel="00000000" w:rsidP="00000000" w:rsidRDefault="00000000" w:rsidRPr="00000000" w14:paraId="0000021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2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BAD CHARACTER</w:t>
      </w:r>
    </w:p>
    <w:p w:rsidR="00000000" w:rsidDel="00000000" w:rsidP="00000000" w:rsidRDefault="00000000" w:rsidRPr="00000000" w14:paraId="0000022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consideration people make when they want to get married and truly some people that has bad character are dangerous, there was a</w:t>
      </w:r>
    </w:p>
    <w:p w:rsidR="00000000" w:rsidDel="00000000" w:rsidP="00000000" w:rsidRDefault="00000000" w:rsidRPr="00000000" w14:paraId="0000022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story of a girl who is in her thirties she asked someone, is it true that I have bad character? And the person initially was afraid to answer her, as the last time the man witnessed where she insulted someone who is old enough to be her father just because, he said excuse me while in honestly the man was only asking for direction around her area. And she has done so to countless young men, some of whom are really interested in getting married to her after saying, am I your size, does shoe not have a size etc.</w:t>
      </w:r>
    </w:p>
    <w:p w:rsidR="00000000" w:rsidDel="00000000" w:rsidP="00000000" w:rsidRDefault="00000000" w:rsidRPr="00000000" w14:paraId="0000022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Bad character is not an exclusive attitude put forward by only one sex but cuts across both sex, some men are so rude and dominant, that they carry on as it if the women folk have no right to say; no, I don't want sex now, In some situation, it is so bad that they don't see any woman that will agree to get married to them. In some cases, they carry it to the extreme by being cowards, violent and beat up the opposite sex, that you wonder, if they are really human beings or animals and sometimes, I think aloud, if they see their mates out there, will they be able to exhibit such violence or they will chicken out and not even be able to raise their voice to protest an oppression or cheating. I strongly posit that, never should a man raise his hand to beat his wife, girlfriend. No one will not defend himself or herself and the women could sometimes out of helplessness carry dangerous weapons to defend herself, that now lead to the death of the man. You can actually work things out by seating down to settle it with your wife or partner as the case may be.</w:t>
      </w:r>
    </w:p>
    <w:p w:rsidR="00000000" w:rsidDel="00000000" w:rsidP="00000000" w:rsidRDefault="00000000" w:rsidRPr="00000000" w14:paraId="0000022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Sometimes, men who are violent and impatient are most likely to become rapists, so we all need to be on the lookout for such men and really avoid them, to avoid an unwanted situation.</w:t>
      </w:r>
    </w:p>
    <w:p w:rsidR="00000000" w:rsidDel="00000000" w:rsidP="00000000" w:rsidRDefault="00000000" w:rsidRPr="00000000" w14:paraId="0000022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Having a bad character is not a virtue that should be exhibited by any sex as it hinders them from getting a marriage partner.</w:t>
      </w:r>
    </w:p>
    <w:p w:rsidR="00000000" w:rsidDel="00000000" w:rsidP="00000000" w:rsidRDefault="00000000" w:rsidRPr="00000000" w14:paraId="0000022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2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PRIDE</w:t>
      </w:r>
    </w:p>
    <w:p w:rsidR="00000000" w:rsidDel="00000000" w:rsidP="00000000" w:rsidRDefault="00000000" w:rsidRPr="00000000" w14:paraId="0000022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negative considerations that people exhibit, yet they want to see that they get a good partner to get married to. As it is said pride goes before a fall, no one would want to settle with anyone that is proud because it robs the family of necessary comfort and can lead to a very negative outcome. It is related to ignorance, it is said that a man was talking so arrogantly to the wife and the wife being a good wife most times swallows the pride of the man and does not even mind him. The husband got so sick one time that he could not even feed him and the wife did for over three months and was still humble. When the man got well, he was now confessing to the wife that he is so sorry for all the things he</w:t>
      </w:r>
    </w:p>
    <w:p w:rsidR="00000000" w:rsidDel="00000000" w:rsidP="00000000" w:rsidRDefault="00000000" w:rsidRPr="00000000" w14:paraId="0000022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had been doing to her, that if it was the wife that was sick he would not have been able to feed her for three months, that he now know the value of a humble wife.</w:t>
      </w:r>
    </w:p>
    <w:p w:rsidR="00000000" w:rsidDel="00000000" w:rsidP="00000000" w:rsidRDefault="00000000" w:rsidRPr="00000000" w14:paraId="0000022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are in a relationship too it is not good to be proud, your need to be humble so that your worth will be seen by all and you should not consider a proud person for marriage.</w:t>
      </w:r>
    </w:p>
    <w:p w:rsidR="00000000" w:rsidDel="00000000" w:rsidP="00000000" w:rsidRDefault="00000000" w:rsidRPr="00000000" w14:paraId="0000022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2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LOVER FOR SHAPE</w:t>
      </w:r>
    </w:p>
    <w:p w:rsidR="00000000" w:rsidDel="00000000" w:rsidP="00000000" w:rsidRDefault="00000000" w:rsidRPr="00000000" w14:paraId="0000022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people chose a partner because of their body shape, facial or dentations. It could be that the person is fat and looks very bulky or slim in body and may have a good set of teeth. These are not in themselves good enough for a marriage candidate to possess, for marriage goes much more than the things the eyes see.</w:t>
      </w:r>
    </w:p>
    <w:p w:rsidR="00000000" w:rsidDel="00000000" w:rsidP="00000000" w:rsidRDefault="00000000" w:rsidRPr="00000000" w14:paraId="0000022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2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TRANSACTION CONSIDERATIONS</w:t>
      </w:r>
    </w:p>
    <w:p w:rsidR="00000000" w:rsidDel="00000000" w:rsidP="00000000" w:rsidRDefault="00000000" w:rsidRPr="00000000" w14:paraId="0000023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when considerations are made for marriage or relationship because the person has money, fame, or the position the person occupies in the society, those considerations are weak and cannot guarantee a solid marriage or relationship and we all should avoid people with this kind of considerations.</w:t>
      </w:r>
    </w:p>
    <w:p w:rsidR="00000000" w:rsidDel="00000000" w:rsidP="00000000" w:rsidRDefault="00000000" w:rsidRPr="00000000" w14:paraId="0000023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3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EMOTIONAL CONSIDERATION</w:t>
      </w:r>
    </w:p>
    <w:p w:rsidR="00000000" w:rsidDel="00000000" w:rsidP="00000000" w:rsidRDefault="00000000" w:rsidRPr="00000000" w14:paraId="0000023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situation the person or people that are going into the marriage or relationship do so, for emotional consideration, either because they are mostly insecure and dependent on the person they want to get married to.</w:t>
      </w:r>
    </w:p>
    <w:p w:rsidR="00000000" w:rsidDel="00000000" w:rsidP="00000000" w:rsidRDefault="00000000" w:rsidRPr="00000000" w14:paraId="0000023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3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HEART LOVER</w:t>
      </w:r>
    </w:p>
    <w:p w:rsidR="00000000" w:rsidDel="00000000" w:rsidP="00000000" w:rsidRDefault="00000000" w:rsidRPr="00000000" w14:paraId="0000023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are the people that love you and marry you for who you are, not minding your political, economic, social or other status and are always very consistent, if it is this kind of people you marry, then you are lucky.This is a very encouraging consideration to have in marriage.</w:t>
      </w:r>
    </w:p>
    <w:p w:rsidR="00000000" w:rsidDel="00000000" w:rsidP="00000000" w:rsidRDefault="00000000" w:rsidRPr="00000000" w14:paraId="0000023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3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GOD FEARING</w:t>
      </w:r>
    </w:p>
    <w:p w:rsidR="00000000" w:rsidDel="00000000" w:rsidP="00000000" w:rsidRDefault="00000000" w:rsidRPr="00000000" w14:paraId="0000023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may be a consideration that may be described or understood differently, because to the Christians, it means following Jesus and his teachings and believing in the Lord God Almighty and also believing in the salvation of God, that he is the author and finisher of our lives, that if we die we shall go to heaven to meet with God. Then some people will consider you suitable for marriage.</w:t>
      </w:r>
    </w:p>
    <w:p w:rsidR="00000000" w:rsidDel="00000000" w:rsidP="00000000" w:rsidRDefault="00000000" w:rsidRPr="00000000" w14:paraId="0000023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a Muslim, it means believing in Allah (God) and must pray according to the dictates of the Koran admonition. If you do this, then you become a person that can be considered as a candidate for marriage. The same goes for other religions of the world as they feel that they will be safer within the people of the same faith with them.</w:t>
      </w:r>
    </w:p>
    <w:p w:rsidR="00000000" w:rsidDel="00000000" w:rsidP="00000000" w:rsidRDefault="00000000" w:rsidRPr="00000000" w14:paraId="0000023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Truth be told, 70% of marriages occur between people of the same faith. But that in itself has not guaranteed stability, safety and a long term married life. There is an embarrassing statistics that shows conservatively that over 40% of marriages crash, less than five years into the marriage, which in truth accounts for the great number of the problems the society has. The faster all of us do something about it, the better it will be for all of us. So that our society will be safer, peaceful and secured for all of us to live in and to a very good extend guarantee the survival of marriage as envisioned by those that go into it.</w:t>
      </w:r>
    </w:p>
    <w:p w:rsidR="00000000" w:rsidDel="00000000" w:rsidP="00000000" w:rsidRDefault="00000000" w:rsidRPr="00000000" w14:paraId="0000023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3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VALUES</w:t>
      </w:r>
    </w:p>
    <w:p w:rsidR="00000000" w:rsidDel="00000000" w:rsidP="00000000" w:rsidRDefault="00000000" w:rsidRPr="00000000" w14:paraId="0000023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of the things people consider before getting into relationship especially marriage is the level of values they find their partner to have imbibed. And really, it is encouraging to want to really understand the kind of things your partner values and places premium on. For example, some men do believe that once a woman is married, everything about them must be put on hold and only consider that of their husband and children. That if the woman has a career for instance, that career will have to die, and she must only be a house wife that will not dare work or express the interest of furthering her education. Whereas, the woman could have richly contributed to the marriage either financially or in other ways that could really impact her children too. If some women are aware that a man has this kind of value, they will forth with suspend any marriage plan and maybe even end it. Some men believe too that a woman, if married becomes a second class citizen that should not be heard but seen only i.e. she must not have an opinion of her own, and everything must only flow from the man. This may not be convenient for some ladies.</w:t>
      </w:r>
    </w:p>
    <w:p w:rsidR="00000000" w:rsidDel="00000000" w:rsidP="00000000" w:rsidRDefault="00000000" w:rsidRPr="00000000" w14:paraId="0000023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Also, there are some women who are of the value that once they are married, it is only the man that should provide all the needs of the family and the woman must never contribute even when it is obvious that the man is struggling to make ends meet and the family suffers lack</w:t>
      </w:r>
    </w:p>
    <w:p w:rsidR="00000000" w:rsidDel="00000000" w:rsidP="00000000" w:rsidRDefault="00000000" w:rsidRPr="00000000" w14:paraId="0000024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some women who have the value that once they get married, they and their husband has become one, and therefore they assist the man, and are very dutiful as a wife, making sure that they have savings in other for them to develop their personal property and move in as soon as possible.</w:t>
      </w:r>
    </w:p>
    <w:p w:rsidR="00000000" w:rsidDel="00000000" w:rsidP="00000000" w:rsidRDefault="00000000" w:rsidRPr="00000000" w14:paraId="0000024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These and others are values that are held by the male and female folk in marriage agreements or considerations before or during marriage, depending on the situation, orientation, belief system, background, association, religion, and past experiences that the individuals have passed through.</w:t>
      </w:r>
    </w:p>
    <w:p w:rsidR="00000000" w:rsidDel="00000000" w:rsidP="00000000" w:rsidRDefault="00000000" w:rsidRPr="00000000" w14:paraId="0000024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4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ATTITUDES</w:t>
      </w:r>
    </w:p>
    <w:p w:rsidR="00000000" w:rsidDel="00000000" w:rsidP="00000000" w:rsidRDefault="00000000" w:rsidRPr="00000000" w14:paraId="0000024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consideration that can turn out to be very important in a marriage or relationship, as the attitude of a person can make you. If you want to be a marriage candidate you should be on the watch out for this.</w:t>
      </w:r>
    </w:p>
    <w:p w:rsidR="00000000" w:rsidDel="00000000" w:rsidP="00000000" w:rsidRDefault="00000000" w:rsidRPr="00000000" w14:paraId="0000024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get to visit your intended partner severally, and you meet him and his friends and he ignores you, does not entertain you or warmly welcome you until those his friends are gone, you then need to be on the watch out for such a relationship. A relationship that is full of physical or verbal abuse is most likely to continue in that stead and even increase if you get married to him or her. Therefore you must weight your options well if you will be able to endure and remain in such a relationship given the things you are seeing now, including;</w:t>
      </w:r>
    </w:p>
    <w:p w:rsidR="00000000" w:rsidDel="00000000" w:rsidP="00000000" w:rsidRDefault="00000000" w:rsidRPr="00000000" w14:paraId="0000024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Neatness</w:t>
      </w:r>
    </w:p>
    <w:p w:rsidR="00000000" w:rsidDel="00000000" w:rsidP="00000000" w:rsidRDefault="00000000" w:rsidRPr="00000000" w14:paraId="0000024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Kindness</w:t>
      </w:r>
    </w:p>
    <w:p w:rsidR="00000000" w:rsidDel="00000000" w:rsidP="00000000" w:rsidRDefault="00000000" w:rsidRPr="00000000" w14:paraId="0000024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Patience</w:t>
      </w:r>
    </w:p>
    <w:p w:rsidR="00000000" w:rsidDel="00000000" w:rsidP="00000000" w:rsidRDefault="00000000" w:rsidRPr="00000000" w14:paraId="0000024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Humility</w:t>
      </w:r>
    </w:p>
    <w:p w:rsidR="00000000" w:rsidDel="00000000" w:rsidP="00000000" w:rsidRDefault="00000000" w:rsidRPr="00000000" w14:paraId="0000024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Sacrifice</w:t>
      </w:r>
    </w:p>
    <w:p w:rsidR="00000000" w:rsidDel="00000000" w:rsidP="00000000" w:rsidRDefault="00000000" w:rsidRPr="00000000" w14:paraId="0000024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Self-control</w:t>
      </w:r>
    </w:p>
    <w:p w:rsidR="00000000" w:rsidDel="00000000" w:rsidP="00000000" w:rsidRDefault="00000000" w:rsidRPr="00000000" w14:paraId="0000024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Forgiveness</w:t>
      </w:r>
    </w:p>
    <w:p w:rsidR="00000000" w:rsidDel="00000000" w:rsidP="00000000" w:rsidRDefault="00000000" w:rsidRPr="00000000" w14:paraId="0000024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Above are a number of other criteria that a person may wish to consider before choosing a partner or if you are already married, try to gradually introduce these criteria to your spouse as they are really positive criteria that can bring about a home that will be happy, and children can learn from and become responsible citizens of the society. I will give a little highlight and illustration where possible.</w:t>
      </w:r>
    </w:p>
    <w:p w:rsidR="00000000" w:rsidDel="00000000" w:rsidP="00000000" w:rsidRDefault="00000000" w:rsidRPr="00000000" w14:paraId="0000024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4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NEATNESS</w:t>
      </w:r>
    </w:p>
    <w:p w:rsidR="00000000" w:rsidDel="00000000" w:rsidP="00000000" w:rsidRDefault="00000000" w:rsidRPr="00000000" w14:paraId="0000025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necessary for a person to practice neatness before or even after marriage and anyone who is neat would normally stand a better chance to be chosen above the other person who is not neat as it is a quality that makes you to stand out above the rest wherever you are. For instance, if you go to visit your friends and even to eat only fruit you insist on washing your hands before eating it, consistently, it does several things for you, you may not easily have stomach upset or infection or cough and your friends will take note of you and begin to emulate you.</w:t>
      </w:r>
    </w:p>
    <w:p w:rsidR="00000000" w:rsidDel="00000000" w:rsidP="00000000" w:rsidRDefault="00000000" w:rsidRPr="00000000" w14:paraId="0000025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even have a few dress and you always wash and iron them, it will seem as if you have them much and you will become a positive reference point either in your school, work place, among the people in your street. Even if you are married, your husband or wife will admire you more and will be proud of you especially when you are not around. So it is ideal to appear neat all the time, so you are like the stars in the sky.</w:t>
      </w:r>
    </w:p>
    <w:p w:rsidR="00000000" w:rsidDel="00000000" w:rsidP="00000000" w:rsidRDefault="00000000" w:rsidRPr="00000000" w14:paraId="0000025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5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PATIENCE</w:t>
      </w:r>
    </w:p>
    <w:p w:rsidR="00000000" w:rsidDel="00000000" w:rsidP="00000000" w:rsidRDefault="00000000" w:rsidRPr="00000000" w14:paraId="0000025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 consideration that both male and female of marriageable age should look out for. Failure to be patient most times have robbed some people of marriage opportunities and even life changing opportunities, at work places, political setting, contracts etc. so it is a virtue that must be craved for if you don't have it, even if you are married. It was said that a woman was given money by her husband for upkeep and the money was not enough. She not only rejected it but threw it at the husband. In anger the man left the money and said, that is all he can provide. At the end, she had to apologize to her husband.</w:t>
      </w:r>
    </w:p>
    <w:p w:rsidR="00000000" w:rsidDel="00000000" w:rsidP="00000000" w:rsidRDefault="00000000" w:rsidRPr="00000000" w14:paraId="0000025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Impatient brings ridicule that can be avoided to the person that exhibits it as you may need to go and apologize. But if you were patient, it is very possible that you could have much more than what you were angry for.</w:t>
      </w:r>
    </w:p>
    <w:p w:rsidR="00000000" w:rsidDel="00000000" w:rsidP="00000000" w:rsidRDefault="00000000" w:rsidRPr="00000000" w14:paraId="0000025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ACTING AS SECURITY FOR YOUR SPOUSE</w:t>
      </w:r>
    </w:p>
    <w:p w:rsidR="00000000" w:rsidDel="00000000" w:rsidP="00000000" w:rsidRDefault="00000000" w:rsidRPr="00000000" w14:paraId="0000025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can act as security for your spouse in various ways, including just being there for him/her, when he/she needs to share moments of being down cast, needing validation for life changing decisions, escaping from evil and maybe just wanting someone to talk to. These little things stated could be just what your marriage or relationship needs to be stable and sparkling as human beings. We all sometimes need someone to confide in and if you are married and you cannot find your partner to confide in, it can be frustrating and heart breaking, leading to sickness, depression, and heart aches that disrupts marriages so you should be on the lookout that the person you want to choose to marry must be able to give you social security.</w:t>
      </w:r>
    </w:p>
    <w:p w:rsidR="00000000" w:rsidDel="00000000" w:rsidP="00000000" w:rsidRDefault="00000000" w:rsidRPr="00000000" w14:paraId="0000025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as for married couples, the men should be able to act and secure their wives, to secure them from being molested by people who do not mean well.</w:t>
      </w:r>
    </w:p>
    <w:p w:rsidR="00000000" w:rsidDel="00000000" w:rsidP="00000000" w:rsidRDefault="00000000" w:rsidRPr="00000000" w14:paraId="0000025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HUMILITY</w:t>
      </w:r>
    </w:p>
    <w:p w:rsidR="00000000" w:rsidDel="00000000" w:rsidP="00000000" w:rsidRDefault="00000000" w:rsidRPr="00000000" w14:paraId="0000025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quality that should be present, especially when one is ready to be married because to be married you need to</w:t>
      </w:r>
    </w:p>
    <w:p w:rsidR="00000000" w:rsidDel="00000000" w:rsidP="00000000" w:rsidRDefault="00000000" w:rsidRPr="00000000" w14:paraId="0000025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responsible and humane to your partner as both of you are from different background, you need to assume for your partner before you act negatively, otherwise you will find yourself having differences with your partner consistently. But if you are humble, even your partner will be forced to give you your due respect as he knows that you are humble and he or she would not want to offend you so that there will be peace in your marriage.</w:t>
      </w:r>
    </w:p>
    <w:p w:rsidR="00000000" w:rsidDel="00000000" w:rsidP="00000000" w:rsidRDefault="00000000" w:rsidRPr="00000000" w14:paraId="0000025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people who are humble are known to be modest in anything they do, your partner would always have confidence in you for he or she knows that you will be moderate in your approach in tackling challenges at home even if he/she is not around, humble people are not in any way arrogant.</w:t>
      </w:r>
    </w:p>
    <w:p w:rsidR="00000000" w:rsidDel="00000000" w:rsidP="00000000" w:rsidRDefault="00000000" w:rsidRPr="00000000" w14:paraId="0000025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SACRIFICE</w:t>
      </w:r>
    </w:p>
    <w:p w:rsidR="00000000" w:rsidDel="00000000" w:rsidP="00000000" w:rsidRDefault="00000000" w:rsidRPr="00000000" w14:paraId="0000025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consideration that will put you ahead of the pack if there is need for a final selection on whom to select for marriage, so it is advised that of all the attributes you should also include this in your consideration of choosing who to get married to. You too that wants this attribute from others should also possess it, for it is, like items that attract each other so making sacrifice in marriages is the reason marriages last for a life time and it is a virtue that should be encouraged from time to time. Make sure that you appreciate your spouse to encourage them to do more.</w:t>
      </w:r>
    </w:p>
    <w:p w:rsidR="00000000" w:rsidDel="00000000" w:rsidP="00000000" w:rsidRDefault="00000000" w:rsidRPr="00000000" w14:paraId="0000025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was the situation when a man went to the bank to transact financial business and he could not finish it, as he needed to get a document from a government agency. Meanwhile he had an international flight to catch, he asked the lady to please help him complete the transaction and she dutifully did it on his behalf even though she had to take time out of her busy banking job to do it for him. When he came back, he was so appreciative that he asked the lady to marry him and in a few months both of them were married. That is what sacrifice can bring to you.</w:t>
      </w:r>
    </w:p>
    <w:p w:rsidR="00000000" w:rsidDel="00000000" w:rsidP="00000000" w:rsidRDefault="00000000" w:rsidRPr="00000000" w14:paraId="0000026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FAVOUR</w:t>
      </w:r>
    </w:p>
    <w:p w:rsidR="00000000" w:rsidDel="00000000" w:rsidP="00000000" w:rsidRDefault="00000000" w:rsidRPr="00000000" w14:paraId="0000026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Engage in it, are you intending to marry or you are already married. Prayer too is another way of sacrificing, for it means you will spend time praying for either your husband/wife or the person you intend to get married to. It is an exercise that will bring great positive intended and unintended benefits that are good for a family or intending family and favor may begin to follow your marriage.</w:t>
      </w:r>
    </w:p>
    <w:p w:rsidR="00000000" w:rsidDel="00000000" w:rsidP="00000000" w:rsidRDefault="00000000" w:rsidRPr="00000000" w14:paraId="0000026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SELF CONTROL</w:t>
      </w:r>
    </w:p>
    <w:p w:rsidR="00000000" w:rsidDel="00000000" w:rsidP="00000000" w:rsidRDefault="00000000" w:rsidRPr="00000000" w14:paraId="0000026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virtue that we must always look out for in our partners if we want</w:t>
      </w:r>
    </w:p>
    <w:p w:rsidR="00000000" w:rsidDel="00000000" w:rsidP="00000000" w:rsidRDefault="00000000" w:rsidRPr="00000000" w14:paraId="0000026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get married or are even married and need to imbibe and inculcate it into the family. It is a priceless virtue that brings peace, understanding, and stable married life to spouses.</w:t>
      </w:r>
    </w:p>
    <w:p w:rsidR="00000000" w:rsidDel="00000000" w:rsidP="00000000" w:rsidRDefault="00000000" w:rsidRPr="00000000" w14:paraId="0000026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able to have self-control at all times on issues in your relationship is to save yourself, your family even the society from stress and there will be less misunderstanding in the home.</w:t>
      </w:r>
    </w:p>
    <w:p w:rsidR="00000000" w:rsidDel="00000000" w:rsidP="00000000" w:rsidRDefault="00000000" w:rsidRPr="00000000" w14:paraId="0000026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man who for instance is able to have self-control when he comes from office and his food is not ready either because the woman did not come back from office on time, or had to attend to the children is a good husband or a potential husband who asks for a meeting with you by 6pm and you show up by 7pm, and still says welcome is a potential candidate that should be positively considered for marriage as he will be patient and have self-control if you get married to him. But, it should be several times, not just once. For it could be a flash in the pan attitude.</w:t>
      </w:r>
    </w:p>
    <w:p w:rsidR="00000000" w:rsidDel="00000000" w:rsidP="00000000" w:rsidRDefault="00000000" w:rsidRPr="00000000" w14:paraId="0000026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too, should the male watch out for the attitude of self-control from the female as it may be needed more from ladies as they interact more with the children you already have or are expecting.</w:t>
      </w:r>
    </w:p>
    <w:p w:rsidR="00000000" w:rsidDel="00000000" w:rsidP="00000000" w:rsidRDefault="00000000" w:rsidRPr="00000000" w14:paraId="0000026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FORGIVENESS</w:t>
      </w:r>
    </w:p>
    <w:p w:rsidR="00000000" w:rsidDel="00000000" w:rsidP="00000000" w:rsidRDefault="00000000" w:rsidRPr="00000000" w14:paraId="0000026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Married couples or even intending ones that do not have a forgiving attitude will not have a successful marriage life. Forgiving yourselves is something that all of you in the union must agree to be a continuous exercise in the home if that marriage will see many happy blessed years. Because you may not know when you will offend your partner, as some things you do to please your partner may be viewed as offense most times without your knowing. And as it continues, both of you should try to explain in love and understand each other for the purpose of setting your marriage on positive fire.</w:t>
      </w:r>
    </w:p>
    <w:p w:rsidR="00000000" w:rsidDel="00000000" w:rsidP="00000000" w:rsidRDefault="00000000" w:rsidRPr="00000000" w14:paraId="0000026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 offense in marriage comes in various ways. Seeing your friend off to the gate and deciding to catch a five or ten minutes more discussion with them can cause an argument if you don't give the appropriate response and maybe facial expression. Because your partner may be waiting for both of you to eat together or just waiting to ask you where you kept the torch light in the bedroom and you did not come back fast enough for him or her, or you were probably having a significant family discussion, which was interrupted by your friends visit, you need to forgive one another, just be patient and always explain your actions in love and smile. He or she has no option but to accept and love you more.</w:t>
      </w:r>
    </w:p>
    <w:p w:rsidR="00000000" w:rsidDel="00000000" w:rsidP="00000000" w:rsidRDefault="00000000" w:rsidRPr="00000000" w14:paraId="0000026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SETTING MONEY/WEALTH AT THE TOP OF YOUR MARRIAGE PRIORITY LIST</w:t>
      </w:r>
    </w:p>
    <w:p w:rsidR="00000000" w:rsidDel="00000000" w:rsidP="00000000" w:rsidRDefault="00000000" w:rsidRPr="00000000" w14:paraId="0000026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has landed many people into very great problems that sometimes they don't come out of, or at best, will be in eternal marriage prison. It is very important never to set money as a priority or as consideration as it has wings and can fly. It is a consideration that if you put forward can debase you and make you a slave to someone who can be your colleague. This is a situation or trend that is seen from the male and the female folks at present time, as females would only select a guy to get married to simply because he has money. All other considerations, they push to the background. So too are some intellectually lazy males who only go for ladies who are well to do, even if it is not their choice in character or learning, as the motivating factor is the finance.</w:t>
      </w:r>
    </w:p>
    <w:p w:rsidR="00000000" w:rsidDel="00000000" w:rsidP="00000000" w:rsidRDefault="00000000" w:rsidRPr="00000000" w14:paraId="0000026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few illustrations will drive home the point. A young lady was been courted by a young man about her age as they went to the same primary, secondary schools. Now in different institutions of higher learning and about to finish, the girl was encouraged by her mother to get married to a money bag from another city and she succumbed. The young man begged and begged until he saw that the girl has reached a point of no return with the money bag. In few months, the marriage was contracted and the girl moved in with her husband in the city, with the mother constantly getting supplies from the husband of her daughter. But after some time, the mother got worried as she no longer hears from her daughter except the son-in-law. After two years, the mother told the son-in-law not to send anything that she wants to speak to her daughter. The mother had to add the spiritual dimension to it, that was how after a few months, the daughter was rescued by good Samaritans from her husband who had used her for a certain ritual that produces money for him so long as the girl would not be seen by anyone and she would not have her bath etc. This is not a situation that one would have to even wish that it happens to your enemy.</w:t>
      </w:r>
    </w:p>
    <w:p w:rsidR="00000000" w:rsidDel="00000000" w:rsidP="00000000" w:rsidRDefault="00000000" w:rsidRPr="00000000" w14:paraId="0000026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also was the situation when a man got married to a wealthy lady, after the marriage they had two children and the man was made to be the one taking care of the children and would not be allowed to leave the house except on permission from his wife, not to talk of having visitors, while the wife would go out and come back at any time. The man too was expected to be nice even to his wife's male visitors who were numerous and regular. The man was in it for a long time, and one day he could not take it. When the wife went out with a male visitor and did not return till the next day, he flared up and packed his few belongings and left the marriage.</w:t>
      </w:r>
    </w:p>
    <w:p w:rsidR="00000000" w:rsidDel="00000000" w:rsidP="00000000" w:rsidRDefault="00000000" w:rsidRPr="00000000" w14:paraId="0000026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consequences of placing money above all other considerations in marriage. No doubt, money makes the world go round and can make you comfortable. But both of you can work as a team and make money for your family that can make you comfortable. People who are not contended with what they have, have lost faith in themselves, putting money in front of all other consideration in marriage. There surely is a way out. All you need to do is to think and think hard enough and tap the gifts in you that God gave to you to see you through here on earth. You can then set your marriage on positive fire for the world to see that you did not find yourself here on earth to just complete the numbers and go back to your maker without making a significant impact on your generation. while it is possible that, it is on your shoulders God has put the responsibility of the gospel entertainment in his or her hand – yes in your hand, to lift the gospel, medical and other areas of life to the next level, that God will be nodding his head right about now saying, yes, I did not make mistake for sending this my son or daughter to this earth to make a difference. Think deeply about this and choose to make a positive difference by setting your marriage on fire.</w:t>
      </w:r>
    </w:p>
    <w:p w:rsidR="00000000" w:rsidDel="00000000" w:rsidP="00000000" w:rsidRDefault="00000000" w:rsidRPr="00000000" w14:paraId="0000027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CONSIDER A PERPETUAL DEBTOR</w:t>
      </w:r>
    </w:p>
    <w:p w:rsidR="00000000" w:rsidDel="00000000" w:rsidP="00000000" w:rsidRDefault="00000000" w:rsidRPr="00000000" w14:paraId="0000027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are aware someone is a debtor and you consider him or her for marriage, you are then ready to take shame, disgrace, disappointment, and paying debts you were never privy to. It is a baggage that is always too heavy to bear, especially for a new and prospective marriage. It can bring great distraction and quarrels at home and may lead to you being physically abused, humiliated and even become the new topic every morning in your neighborhood, which you can easily avoid by never considering such a person. No matter how appealing they are in other aspects as this alone can lead to tarnishing your image which you may not be able to buy with lots of money or even good public relations.</w:t>
      </w:r>
    </w:p>
    <w:p w:rsidR="00000000" w:rsidDel="00000000" w:rsidP="00000000" w:rsidRDefault="00000000" w:rsidRPr="00000000" w14:paraId="0000027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was illustrated that a man got married to a lady who was a perpetual debtor and he was not aware. On the very day of their marriage, they got a rude knock on their door and behold it was a debt that the wife he married today had owed for about ten years. The husband was shocked, but he paid instantly as he was buoyant. In about a week, another knock came, he paid. Less than a week, another one came, he paid again. Trouble started gradually as other ones she owed started to come to collect their money, for she now had a permanent address according to some of the creditors, for when they got to her parents place, she was</w:t>
      </w:r>
    </w:p>
    <w:p w:rsidR="00000000" w:rsidDel="00000000" w:rsidP="00000000" w:rsidRDefault="00000000" w:rsidRPr="00000000" w14:paraId="0000027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either not at home or traveled. They now heard that the husband she got married to is a responsible man, who does not want to hear of such bad behavior and he will pay immediately so, the husband paid until the firth year that the marriage collapsed and you can guess, part of what made the marriage to collapse.</w:t>
      </w:r>
    </w:p>
    <w:p w:rsidR="00000000" w:rsidDel="00000000" w:rsidP="00000000" w:rsidRDefault="00000000" w:rsidRPr="00000000" w14:paraId="0000027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get clue that the person you intend to get married to is a perpetual debtor, take a bow and leave the stage for another one which will surely be better than this. for there is a lot of settlements, half-truths etc, that when you hear of the real story from the people he or she may have interacted with, you will be too ashamed to want to ever defend him or her or even want to be associated with the person again, especially when you are a person of high integrity and you need to meet your own expectations because of your friends and associates.</w:t>
      </w:r>
    </w:p>
    <w:p w:rsidR="00000000" w:rsidDel="00000000" w:rsidP="00000000" w:rsidRDefault="00000000" w:rsidRPr="00000000" w14:paraId="0000027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MARRY THE ONE THAT WILL MAXIMIZE YOUR POTENTIALS</w:t>
      </w:r>
    </w:p>
    <w:p w:rsidR="00000000" w:rsidDel="00000000" w:rsidP="00000000" w:rsidRDefault="00000000" w:rsidRPr="00000000" w14:paraId="0000027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of the greatest tragedies that can happen to a person could be marrying, someone who will not compliment and encourage you in your lifelong ambitions, and it could be demoralizing, depressing and kills the potentials you have. That is why you must securely include that as one of the considerations you will accept, before you say I do. But if you have this challenge of not being able to achieve your lifelong ambition, you must seriously engage in spiritual exercise and at intervals remind him or her that it will greatly benefit the family and it will in a very great way make you to be a fulfilled person in life.</w:t>
      </w:r>
    </w:p>
    <w:p w:rsidR="00000000" w:rsidDel="00000000" w:rsidP="00000000" w:rsidRDefault="00000000" w:rsidRPr="00000000" w14:paraId="0000027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can really affect the happiness, security, and sustainability of any marriage as it is a great treat that must be viewed with seriousness. So that the family can become a unit that it was intended to be.</w:t>
      </w:r>
    </w:p>
    <w:p w:rsidR="00000000" w:rsidDel="00000000" w:rsidP="00000000" w:rsidRDefault="00000000" w:rsidRPr="00000000" w14:paraId="0000027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some extreme cases it leads to insanity, which is not something that the couple should want to face, as it will now begin to take a heavy toll on finance, children if you people already have, deteriorating marriage, infidelity and a host of other things that are in themselves negative to the family or marriage.</w:t>
      </w:r>
    </w:p>
    <w:p w:rsidR="00000000" w:rsidDel="00000000" w:rsidP="00000000" w:rsidRDefault="00000000" w:rsidRPr="00000000" w14:paraId="0000027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Especially, those that just want to get into marriage; you should please make sure that you settle things surrounding your career, ambitions etc, where possible. You should bring in a third party, close family members or in the extreme cases, sign a document. It must be said loudly that men do not sometimes want their wives to continue in the profession they met their wife practicing, especially when it has to do with the wife interacting closely with the opposite sex, such as singing, acting, and if their jobs includes traveling with their bosses out of town from time to time. All said and done, it is better for the both of you to reach a solid and reasonable conclusion before you go into the marriage, to avoid conflicts.</w:t>
      </w:r>
    </w:p>
    <w:p w:rsidR="00000000" w:rsidDel="00000000" w:rsidP="00000000" w:rsidRDefault="00000000" w:rsidRPr="00000000" w14:paraId="0000027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MARRY A GARDENER HUSBAND – YES ………</w:t>
      </w:r>
    </w:p>
    <w:p w:rsidR="00000000" w:rsidDel="00000000" w:rsidP="00000000" w:rsidRDefault="00000000" w:rsidRPr="00000000" w14:paraId="0000027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Who maintains his wife – it is always better if you consciously marry a husband who maintains his wife like a gardener maintains the garden, for if anything springs up that will not make the garden be in shape, the gardener will cut it off to make sure that the garden is well shaped and beautiful for the eyes to behold. That is how some husbands are, as they always look out for the welfare of their wife. This surely should be one of the considerations that a woman should put in place to make a final choice of which husband to marry.</w:t>
      </w:r>
    </w:p>
    <w:p w:rsidR="00000000" w:rsidDel="00000000" w:rsidP="00000000" w:rsidRDefault="00000000" w:rsidRPr="00000000" w14:paraId="0000027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gardener husband too can come about if you are honest, hardworking and respectful, as well as honoring your husband no matter what his status is in life. If he sees that, he too may want to reciprocate your kind gesture. Honestly, it takes the two of you to make your marriage the story that you can boldly tell to your friends, family and more so, your children. So that they too can emulate you and have their own marriage set on positive fire and you may have positive unintended consequences that you may want to commend yourself for.</w:t>
      </w:r>
    </w:p>
    <w:p w:rsidR="00000000" w:rsidDel="00000000" w:rsidP="00000000" w:rsidRDefault="00000000" w:rsidRPr="00000000" w14:paraId="0000027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instance, on your husband’s birthday, you can text or call his friends, associates and family members asking them to thank him on your behalf for all the good things he has been doing for you. I tell you your husband will never forget that in a hurry and honestly if you ask him for any favor henceforth, he may not hesitate to get it done for you. You are on the way to setting your marital life on fire that can burn for the rest of your life and you begin to reap positive fruits of marriage.</w:t>
      </w:r>
    </w:p>
    <w:p w:rsidR="00000000" w:rsidDel="00000000" w:rsidP="00000000" w:rsidRDefault="00000000" w:rsidRPr="00000000" w14:paraId="0000027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DON'T MARRY A WOMAN WHO WILL NOT ACKNOWLEDGE THAT SHE IS UNDER AN AUTHORITY</w:t>
      </w:r>
    </w:p>
    <w:p w:rsidR="00000000" w:rsidDel="00000000" w:rsidP="00000000" w:rsidRDefault="00000000" w:rsidRPr="00000000" w14:paraId="0000027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something that a man must give priority to. If a woman acknowledges that she is not under an authority even when she is married, such woman have unwittingly decided to montage your marriage to the dogs or pigs as they do not know the value of pearls and therefore they play with it. A man should greatly consider this before he says I do, if especially he wants to have a stable and comfortable marriage.</w:t>
      </w:r>
    </w:p>
    <w:p w:rsidR="00000000" w:rsidDel="00000000" w:rsidP="00000000" w:rsidRDefault="00000000" w:rsidRPr="00000000" w14:paraId="0000028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PEOPLE WHO HOLD ON TO NEGATIVE PAST</w:t>
      </w:r>
    </w:p>
    <w:p w:rsidR="00000000" w:rsidDel="00000000" w:rsidP="00000000" w:rsidRDefault="00000000" w:rsidRPr="00000000" w14:paraId="0000028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an absolute disaster if you get involved with people who hold on to a negative past, because they will drag you and them into the past that you may not believe and this can cause pain and regret. Therefore, consider anyone with this attitude and try to avoid them as much as possible. Someone saying because, someone from your tribe married a distance cousin and it did not end well, so they are trying to be careful with you. Or that you are from a region that their people don't like or that you mistakenly do something to them and therefore they are holding it against you like a gold medal and if they don't get back at you, they will not rest. They are a set of dangerous people that must be avoided, so that you do not get a wrecked marriage in the future, or worse still, they may want to pass the baton on to your children who may affect the society negatively with it and may think that is the way marriages are supposed to be.</w:t>
      </w:r>
    </w:p>
    <w:p w:rsidR="00000000" w:rsidDel="00000000" w:rsidP="00000000" w:rsidRDefault="00000000" w:rsidRPr="00000000" w14:paraId="0000028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FINANCIALLY RECKLESS</w:t>
      </w:r>
    </w:p>
    <w:p w:rsidR="00000000" w:rsidDel="00000000" w:rsidP="00000000" w:rsidRDefault="00000000" w:rsidRPr="00000000" w14:paraId="0000028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suicidal if you ever get involved in a relationship not to talk of marriage with anyone that is financially reckless. Once you notice that a person is financially reckless, please never have any serious association with such a person. This should be among the top in the list of consideration that must make you boot him or her out of your life as you may not be able to stand the shame, heartlessness or disaster that such a person may drag you into later in life and the worse is if it comes at a critical time in your life when you may not be financially buoyant. Such people are never known to be tolerant of negative financial situations and therefore may abandon you at the slightest moment to get who may provide for them the finance they need to continue their reckless life again.</w:t>
      </w:r>
    </w:p>
    <w:p w:rsidR="00000000" w:rsidDel="00000000" w:rsidP="00000000" w:rsidRDefault="00000000" w:rsidRPr="00000000" w14:paraId="0000028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was stated that a lady got married to someone who was very comfortable financially and worse still the man happens to be very generous. She buys expensive bags, travels to other cities with the slightest excuse, and spends on hotel bills, food and clothes. Within a few years, the man's business stopped doing well, but she still placed demands that were unreasonable. This caused tension in their marriage, leading to quarrels about how the man could not provide for his house-hold. Meanwhile, she was given some ridiculous amounts to do business, but she could not account for any of this huge money. Yet, will make unkind demands from the husband. It got to a head, when she would leave home for weeks without excuses only saying she is going for business since the man cannot provide. And would also come back empty</w:t>
      </w:r>
    </w:p>
    <w:p w:rsidR="00000000" w:rsidDel="00000000" w:rsidP="00000000" w:rsidRDefault="00000000" w:rsidRPr="00000000" w14:paraId="0000028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handed all the time. Things got so bad between them, that one day she said, since the husband can no longer give her the kind of money she was used to getting from him, she can no longer continue with the marriage. The man was so happy that the next week she left, despite even leaving with the items in the house that she did not come with, he instead organized a party and called friends and neighbors to come and celebrate with him.</w:t>
      </w:r>
    </w:p>
    <w:p w:rsidR="00000000" w:rsidDel="00000000" w:rsidP="00000000" w:rsidRDefault="00000000" w:rsidRPr="00000000" w14:paraId="0000028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story should really teach any person who want to get married , so that they do not get into the hands of a wrong financially reckless man or woman as it can also happen to the female folks too as there are evil gold diggers everywhere who are very reckless.</w:t>
      </w:r>
    </w:p>
    <w:p w:rsidR="00000000" w:rsidDel="00000000" w:rsidP="00000000" w:rsidRDefault="00000000" w:rsidRPr="00000000" w14:paraId="0000028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INTOLERANT OF FAMILY MEMBERS</w:t>
      </w:r>
    </w:p>
    <w:p w:rsidR="00000000" w:rsidDel="00000000" w:rsidP="00000000" w:rsidRDefault="00000000" w:rsidRPr="00000000" w14:paraId="0000028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Family is part of everyone especially in the third world and particularly Africa, as it is believed that if a person marries, he or she is married to all members of the family. And if you are a woman you are expected to accord respect to your husband's relatives, especially the close ones like mother-in-law, father- in-law, brothers and sisters, as they even refer to the wife as our wife.</w:t>
      </w:r>
    </w:p>
    <w:p w:rsidR="00000000" w:rsidDel="00000000" w:rsidP="00000000" w:rsidRDefault="00000000" w:rsidRPr="00000000" w14:paraId="0000028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why in this kind of setting, you need to greatly consider marrying someone who will surely consider members of your family or at least tolerate them to some extent. Not that you get involved with a man or a woman who will lock out your relatives in the sun or rain when you are not at home. It surely will cause unwanted tension that may extend to the extended family, especially if it is reported and the family takes it up and that could bring about family rift, and cause tension in the marriage too. Depending on the way the husband or so in this case will handle it. Generally it is known that there is always a palpable tension between wives and their mother-in-laws as both would want to claim legitimate ownership and dominance of the man. It is mostly left for the man to be able to navigate between his wife and his mother. Sometimes, quarrels like this have led to mother-in-laws in Africa to go ahead and marry another wife for their son and even accommodate the wife in their homes until the husband may in some cases accept or reject the wife that the mother gets for them. It is also advised that the females in this case should be skillful in handling any disagreement with her mother-in-law when such cases arise, as wisdom is always profitable to direct and applied to get positive result.</w:t>
      </w:r>
    </w:p>
    <w:p w:rsidR="00000000" w:rsidDel="00000000" w:rsidP="00000000" w:rsidRDefault="00000000" w:rsidRPr="00000000" w14:paraId="0000028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NORMAL OR CRITICAL DISCRETION</w:t>
      </w:r>
    </w:p>
    <w:p w:rsidR="00000000" w:rsidDel="00000000" w:rsidP="00000000" w:rsidRDefault="00000000" w:rsidRPr="00000000" w14:paraId="0000028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so important that in considering a relationship or marriage proposal, you should quickly include that the person must have normal or critical discretion ability, without which there is bound to be challenges that are avoidable which may bring unhappiness or strife to the home. Be it the male or the female, it is important that you look out for it.</w:t>
      </w:r>
    </w:p>
    <w:p w:rsidR="00000000" w:rsidDel="00000000" w:rsidP="00000000" w:rsidRDefault="00000000" w:rsidRPr="00000000" w14:paraId="0000028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if you are already married and there is absence of normal or critical discretion in your marriage, you need to be patient and slowly inculcate it into your partner. There may be resistance, but if you gradually introduce to him or her the benefit it will bring, and how it will bring peace and harmony to the family, if he or she really understands it, he or she may be more interested in it than you. Surely, the benefit out ways any other consideration.</w:t>
      </w:r>
    </w:p>
    <w:p w:rsidR="00000000" w:rsidDel="00000000" w:rsidP="00000000" w:rsidRDefault="00000000" w:rsidRPr="00000000" w14:paraId="0000028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REMEMBER IT IS FOR LIFE</w:t>
      </w:r>
    </w:p>
    <w:p w:rsidR="00000000" w:rsidDel="00000000" w:rsidP="00000000" w:rsidRDefault="00000000" w:rsidRPr="00000000" w14:paraId="0000028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must remember that in getting married, what should be occurring regularly in the thought(s) of the person who want to make the decision is; if I get married, I will be getting married for life. If you have that kind of mentality, it will help you sail through it to the end. If you are interacting with anyone and you are getting a sense that the person is not in that line of thought, then by all means, never consider such a person to be a candidate of marriage. He or she should be disqualified without another thought because it is while interacting with someone in an unofficial way that you may get the person to speak his or her heart-felt thought either about you or getting married to you.</w:t>
      </w:r>
    </w:p>
    <w:p w:rsidR="00000000" w:rsidDel="00000000" w:rsidP="00000000" w:rsidRDefault="00000000" w:rsidRPr="00000000" w14:paraId="0000028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is not an activity that should or can be experimented with just like we cannot experiment with our life as we just have only one life to leave and we must leave it to the fullest and should not, under any guise experiment with it not even, when we are under any treat from any quarters, that we should experiment with it.</w:t>
      </w:r>
    </w:p>
    <w:p w:rsidR="00000000" w:rsidDel="00000000" w:rsidP="00000000" w:rsidRDefault="00000000" w:rsidRPr="00000000" w14:paraId="0000029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STINGY MAN OR WOMAN</w:t>
      </w:r>
    </w:p>
    <w:p w:rsidR="00000000" w:rsidDel="00000000" w:rsidP="00000000" w:rsidRDefault="00000000" w:rsidRPr="00000000" w14:paraId="0000029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Life is give and take, therefore if you are in a situation that you need to consider someone for marriage and he or she is not willing to be able to give modestly to you. Then you really have the choice to choose if that is the character you will want to put up with for life. If yes, you need to evaluate the consequences and the situation this will put you into, and whether you have the mental capacity to be able to endure it, as it can be so frustrating and present itself in an awkward manner sometimes and may even be embarrassing,</w:t>
      </w:r>
    </w:p>
    <w:p w:rsidR="00000000" w:rsidDel="00000000" w:rsidP="00000000" w:rsidRDefault="00000000" w:rsidRPr="00000000" w14:paraId="0000029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especially if it is done with regularity in the presence of others and you may need to answer questions that are not palatable because of your partner that is not forth coming when he or she needs to assist. This may not just have to only do with finance, but, also with other aspect of life, maybe in spoken words – commendation, validation etc. as all these things are what you can add to your marriage that can make it to be sparkling and set it on fire for the world to see.</w:t>
      </w:r>
    </w:p>
    <w:p w:rsidR="00000000" w:rsidDel="00000000" w:rsidP="00000000" w:rsidRDefault="00000000" w:rsidRPr="00000000" w14:paraId="0000029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if you are married before you discover that you have a wife or husband that is stingy, you need to become an emergency teacher, that means you will have to read this book from cover to cover and take notes on how you can make your wife or husband to be loving and not stingy with his resources or his verbal resources, which is equally as powerful as financial resources.</w:t>
      </w:r>
    </w:p>
    <w:p w:rsidR="00000000" w:rsidDel="00000000" w:rsidP="00000000" w:rsidRDefault="00000000" w:rsidRPr="00000000" w14:paraId="0000029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STILL REMAIN SINGLE IF YOU ARE NOT SURE</w:t>
      </w:r>
    </w:p>
    <w:p w:rsidR="00000000" w:rsidDel="00000000" w:rsidP="00000000" w:rsidRDefault="00000000" w:rsidRPr="00000000" w14:paraId="0000029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sum all the criteria you want and you have made additions and subtractions, because you really need to do, as holding unto all your needs before you get married may take you a while to get married. It is practically impossible to get everything you want in a girl or everything you want in a man as. Human beings are deficient in one way or the other, even the one you may so rely on. That is why you need to read, understand and appreciate this book, and on your own do evaluation and test it at times with what the person is telling you. For instance, if your proposed friend comes to see you, from January to December and do not buy or bring anything for you, then you should know that he or she is stingy. Know that if you even get married to him or her, then it will get worse. so you should find a formula of testing various attitudes or character of a person and like a test that is run when you take the blood of the patient to the laboratory, it will show if the person has malaria or typhoid, likewise, human beings show if they are good enough to have you or if they are only pretending when you put them to test. Please find a way to do your own test always, even when you are married.</w:t>
      </w:r>
    </w:p>
    <w:p w:rsidR="00000000" w:rsidDel="00000000" w:rsidP="00000000" w:rsidRDefault="00000000" w:rsidRPr="00000000" w14:paraId="0000029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are not really sure, still stay single to avoid starting all over again.</w:t>
      </w:r>
    </w:p>
    <w:p w:rsidR="00000000" w:rsidDel="00000000" w:rsidP="00000000" w:rsidRDefault="00000000" w:rsidRPr="00000000" w14:paraId="0000029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it could be very painful, considering that you left fitting persons, some of whom are genuinely interested and good enough for you.</w:t>
      </w:r>
    </w:p>
    <w:p w:rsidR="00000000" w:rsidDel="00000000" w:rsidP="00000000" w:rsidRDefault="00000000" w:rsidRPr="00000000" w14:paraId="0000029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AVOID A WOMANIZER OR A WOMAN THAT IS SO INTERESTED IN MEN</w:t>
      </w:r>
    </w:p>
    <w:p w:rsidR="00000000" w:rsidDel="00000000" w:rsidP="00000000" w:rsidRDefault="00000000" w:rsidRPr="00000000" w14:paraId="0000029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considering candidates for serious relationship or marriage, it is a disaster if you knowingly choose a womanizer as a husband and you tell yourself he will change when we get married or as some claim, it is in the nature of men to cheat. It is a statement that have no rational or scientific basis and, if you go ahead to marry him, in some cases he may raise his standard of cheating, and in fact, it will surely affect his ability to contribute to the upkeep of the family especially if he is handsome. Most times too, he is sometimes offered free sex by the opposite sex by some sex staved girls or even married women whose husband do not perform their marital duties enough or at all. Most times, past dates sometimes trace their way back and easily offer themselves too, especially, if they had been having great sex time with him, all because he has no control over his emotion or he is unable to say no to free sex which sometimes comes with a heavy baggage to the family, as unwanted pregnancy or a child is now added to the family. These can really present, financial challenges, emotional challenges, disruption to normal family schedules etc. which is not a healthy challenge a normal marriage should face.</w:t>
      </w:r>
    </w:p>
    <w:p w:rsidR="00000000" w:rsidDel="00000000" w:rsidP="00000000" w:rsidRDefault="00000000" w:rsidRPr="00000000" w14:paraId="0000029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Yes, some can come of it, but you need to observe critically during courtship, for in truth if a man really loves you and he is a womanizer, he can abandon it and stick to you. It must be said too that some women give their partners or husbands the room to become a womanizer, maybe by consistently refusing him sex at home which would expose and make him vulnerable to engaging in sex with other women he can find, especially easy ones in his vicinity. It then graduates to telling others that his wife does not allow him have sex with her at home. Some women will develop interest if they are sex starved or have been admiring him. They may start inviting him or bringing gifts for him. And one thing leads to the other, before you know, he will have his hands full and even when you give him sex then, he may not be interested as he has tasted the different ones and finding pleasure, he may not want to abandon them easily. Women should please work on this and for the sake</w:t>
      </w:r>
    </w:p>
    <w:p w:rsidR="00000000" w:rsidDel="00000000" w:rsidP="00000000" w:rsidRDefault="00000000" w:rsidRPr="00000000" w14:paraId="0000029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of their vows, allow their husband sex always.</w:t>
      </w:r>
    </w:p>
    <w:p w:rsidR="00000000" w:rsidDel="00000000" w:rsidP="00000000" w:rsidRDefault="00000000" w:rsidRPr="00000000" w14:paraId="0000029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WOMEN TOO WHO ARE INTERESTED IN MEN</w:t>
      </w:r>
    </w:p>
    <w:p w:rsidR="00000000" w:rsidDel="00000000" w:rsidP="00000000" w:rsidRDefault="00000000" w:rsidRPr="00000000" w14:paraId="0000029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some cases you find women so engrossed in hopping from one man to the other. This is not a candidate that should be considered for a serious relationship or marriage as the likelihood of continuing their exploit is very high even if they are married because it has become a habit for them and they get great pleasure. Sometimes, they get financial rewards which maybe the motives of some of them in the first place. This is a very cheap reason that is not sustainable as every human being can become self-sufficient, if they really want to. It must be understood that mostly, it is girls and women who are beautiful that engage more in this act, as they tell themselves falsely that they can get away with it as they are irresistible and will use their beauty to bulldoze their way out even when they are caught. It is a habit they find difficult to break like the ardent smoker or alcoholic.</w:t>
      </w:r>
    </w:p>
    <w:p w:rsidR="00000000" w:rsidDel="00000000" w:rsidP="00000000" w:rsidRDefault="00000000" w:rsidRPr="00000000" w14:paraId="0000029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like I observed earlier, some accidentally or unwisely go into it because of neglect by their husbands who sometimes refuse to have sex with them at home, either because of minor disagreement or the man is getting pleasure from other source(s).He therefore finds it not important to have sex with his wife at home. The worse of it are the men or women, who are busy and fail to perform their sexual obligations at home, therefore exposing their husbands or wives to their drivers, gatemen, personal assistants, who sometimes assist them to have sex with their wives.</w:t>
      </w:r>
    </w:p>
    <w:p w:rsidR="00000000" w:rsidDel="00000000" w:rsidP="00000000" w:rsidRDefault="00000000" w:rsidRPr="00000000" w14:paraId="0000029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However it is, I think you should find every excuse not to engage in sex that is unholy and will not bring dignity to you or your family. If you do it, I recommend you seek counseling, or discuss with trusted people and most of all meet the only one that can lead you out of that road – JESUS. You may contact us as we also do counseling or you can refer people to us.</w:t>
      </w:r>
    </w:p>
    <w:p w:rsidR="00000000" w:rsidDel="00000000" w:rsidP="00000000" w:rsidRDefault="00000000" w:rsidRPr="00000000" w14:paraId="000002A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DRUNKARD</w:t>
      </w:r>
    </w:p>
    <w:p w:rsidR="00000000" w:rsidDel="00000000" w:rsidP="00000000" w:rsidRDefault="00000000" w:rsidRPr="00000000" w14:paraId="000002A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Probably one of the considerations that must be taken very seriously, for if you don't reject a drunkard, implicitly you are accepting some things that you may not be prepared for no matter how, highly placed that person is. Reject that offer as it is laced with death. A lady got married to a doctor and the doctor who is a drunkard went to work drunk and he mistakenly mishandled a chemical and did not do anything about it and on that same day he died. The marriage of only two years came to an abrupt end and the lady became a widow with a fatherless child to care for. She had to begin the process of selecting whom to get married to again when she could have quietly avoided that ugly situation. If you are married to a drunkard, you are also in danger of death, especially if you ride with him in his car or and he or she is driving, he or she can put you into danger as accidents can occur and it can become so fatal and you lose your life, the story ends and there is nothing you can do. Or at best you end up with injuries or even lose your car and other valuables. What if he or she was going along with your children and such accident happens, how would you now begin to have children again</w:t>
      </w:r>
    </w:p>
    <w:p w:rsidR="00000000" w:rsidDel="00000000" w:rsidP="00000000" w:rsidRDefault="00000000" w:rsidRPr="00000000" w14:paraId="000002A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too many dangers involved in getting married to a drunkard, what about,</w:t>
      </w:r>
    </w:p>
    <w:p w:rsidR="00000000" w:rsidDel="00000000" w:rsidP="00000000" w:rsidRDefault="00000000" w:rsidRPr="00000000" w14:paraId="000002A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being abused constantly in the house and you develop a black eye, being verbally and physically abused, bringing shame always as definitely he or she will engage in unusual behavior not expected of a reasonable adult, including having either unwanted sex with others even when married to another person, and it will be explained off on alcohol as is always associated with drunkards. So you must really give it a thought, but if you are already in the marriage then you need to take precautions that will not include you in the dangers. You can avoid and counsel him or her to seek counsel and follow it up with him or her. Include close relatives and express your genuine fears of safety to them, your children and even him or her, ultimately seek spiritual solution as some really can only be solved spiritually.</w:t>
      </w:r>
    </w:p>
    <w:p w:rsidR="00000000" w:rsidDel="00000000" w:rsidP="00000000" w:rsidRDefault="00000000" w:rsidRPr="00000000" w14:paraId="000002A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CO-HABIT</w:t>
      </w:r>
    </w:p>
    <w:p w:rsidR="00000000" w:rsidDel="00000000" w:rsidP="00000000" w:rsidRDefault="00000000" w:rsidRPr="00000000" w14:paraId="000002A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co-habit as this should not be a consideration in getting married at all. In truth, it devalues you, and in some cases when you co-habit, the man may find it not convenient again to get married to you especially if you have gotten children for him. He then finds it uninteresting, if you are not neck deep in</w:t>
      </w:r>
    </w:p>
    <w:p w:rsidR="00000000" w:rsidDel="00000000" w:rsidP="00000000" w:rsidRDefault="00000000" w:rsidRPr="00000000" w14:paraId="000002A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please encourage him and even assist him to go and do the right thing and bringing dignity to yourself before it may get out of hand. That is how some people are not married formally until their own children wants to get married. This is not a good example to leave for your children and it is not dignifying. Price yourself highly.</w:t>
      </w:r>
    </w:p>
    <w:p w:rsidR="00000000" w:rsidDel="00000000" w:rsidP="00000000" w:rsidRDefault="00000000" w:rsidRPr="00000000" w14:paraId="000002A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CONSIDER A HOT TEMPERED MAN OR WOMAN</w:t>
      </w:r>
    </w:p>
    <w:p w:rsidR="00000000" w:rsidDel="00000000" w:rsidP="00000000" w:rsidRDefault="00000000" w:rsidRPr="00000000" w14:paraId="000002A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an invitation to danger if you accept to get married to a hot tempered man or woman, as you have signed into uncertainty. There cannot be an end to talking of people with hot temper as they are mostly very uncertain and unpredictable in anything you do with them as you may not know what will make them to exhibit their hot temper. What you may ordinarily joke about could annoy them and all hell can be let loose on you and your life can be in immediate danger.</w:t>
      </w:r>
    </w:p>
    <w:p w:rsidR="00000000" w:rsidDel="00000000" w:rsidP="00000000" w:rsidRDefault="00000000" w:rsidRPr="00000000" w14:paraId="000002A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man of hot temper got married to a calm beautiful lady who works in the bank and comes in contact with different people. Each day, the husband will ask her who she interacted with etc. and he will get angry and flare up, shows up at the woman's office for little or no reason, maybe to be sure she was at work etc. one day the lady came home with a brown new car, in anger the man got a cutlass and cut the wife in pieces, for according to him one of the men that interacts with her in the bank must have given her the car as her salary cannot buy the car, it was later he got to know that it was the bank that gave the car to her and he was full of regrets and repentance. But the wife has lost her life and you can imagine the rest of the story and also just imagine the kind of life their children will leave, so, if you are hot tempered, please ask for forgiveness for all you have done to your partner and genuinely repent before you engage in irreparable damage that can be avoided. Talk it over or you be patient to hear the details before you act wrongly but, if you are already in that kind of marriage, you are in great danger. Begin to, in good and strong faith ask for a divine intervention and find a way of discussing with your wife or husband so that things do not get out of hand and you put the entire family in avoidable trouble, that, just common sense and good sense of judgment may just solve for you.</w:t>
      </w:r>
    </w:p>
    <w:p w:rsidR="00000000" w:rsidDel="00000000" w:rsidP="00000000" w:rsidRDefault="00000000" w:rsidRPr="00000000" w14:paraId="000002A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GIVE CONSIDERATION, TO RUSHING INTO MARRIAGE</w:t>
      </w:r>
    </w:p>
    <w:p w:rsidR="00000000" w:rsidDel="00000000" w:rsidP="00000000" w:rsidRDefault="00000000" w:rsidRPr="00000000" w14:paraId="000002A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Because it is a lifelong affair, it is strongly advise that, by all means possible never agree to be pushed into marriage as many have rushed into</w:t>
      </w:r>
    </w:p>
    <w:p w:rsidR="00000000" w:rsidDel="00000000" w:rsidP="00000000" w:rsidRDefault="00000000" w:rsidRPr="00000000" w14:paraId="000002A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and have also in bad faith rushed out and are regretting and are saying, how I wish, so be very conscious about this.</w:t>
      </w:r>
    </w:p>
    <w:p w:rsidR="00000000" w:rsidDel="00000000" w:rsidP="00000000" w:rsidRDefault="00000000" w:rsidRPr="00000000" w14:paraId="000002A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Most times, the people that rush you into getting married to them are always having bad intentions or motives that are selfish and not to the benefit of the marriage, but only themselves, to secure and advantage over you for the things they will either immediately or later gain from you or to prevent you from marrying the right person, that will treat you well.</w:t>
      </w:r>
    </w:p>
    <w:p w:rsidR="00000000" w:rsidDel="00000000" w:rsidP="00000000" w:rsidRDefault="00000000" w:rsidRPr="00000000" w14:paraId="000002A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various illustrations to buttress this point. When a girl is successful and especially not married early, she should watch out for people who come around her to profess love and marriage, as some of them have no moral standing. But because they see too that you may be desperate to get married, they will come and propose and would want the whole thing to be wrapped up so that you do not know them completely.</w:t>
      </w:r>
    </w:p>
    <w:p w:rsidR="00000000" w:rsidDel="00000000" w:rsidP="00000000" w:rsidRDefault="00000000" w:rsidRPr="00000000" w14:paraId="000002A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could be also that a girl sees that you are rich and that's all she cares for and she comes to your life and wants the marriage to be immediate so that you do not have the consciousness to process her attitude and intention of getting married to you. The whole process is rushed and before you know it, you are in her web in the marriage and you now begin to experience attitudes that are inconsistent with marriage. A battle begins for freedom which leaves both of you with physical, emotional and other bruises that cannot be erased for life. Causing further complication for you even when you have successfully left the turbulent marriage as you may want to even begin to exhibit defensive attitudes in your new marriage, knowingly or unknowingly, because of the negative picture of the past playing in your head as a genuine method of either defending yourself of keeping yourself safe, even in the present marriage that is safe. Married couple must deliberately track their attitude and listen to their partner for genuine complains, so that they moderate the attitude to get a very happy and successful married life that is expected of the married institution i.e. setting deliberate fire in your marriage to get the best out of it. For, if you rush into marriage, most likely you could have buried your destiny, especially if you are unable to retrace yourself and come out of it, to re-discover yourself and recover your destiny. Never be desperate to get married. If your partner notice that you are desperate, he or she will take advantage of you and may treat you as being valueless.</w:t>
      </w:r>
    </w:p>
    <w:p w:rsidR="00000000" w:rsidDel="00000000" w:rsidP="00000000" w:rsidRDefault="00000000" w:rsidRPr="00000000" w14:paraId="000002B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CAREFULLY EVALUATE THE REASON YOU WANT TO GET MARRIED</w:t>
      </w:r>
    </w:p>
    <w:p w:rsidR="00000000" w:rsidDel="00000000" w:rsidP="00000000" w:rsidRDefault="00000000" w:rsidRPr="00000000" w14:paraId="000002B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if it is the right person – just before you make the final arrangements to say yes to him or her, it is very important that you seriously evaluate the reason you are getting into the marriage. If it is with this person you have agreed to get married to, begin to ask what is in the marriage for you, otherwise in a few months you may be faced with the realities you refused to consider. For instance, if you see that the person you want to marry has physically assaulted you several times before, the question is; will he or she do it again? Will I be able to stand it? What degree will he or she go in the process of the assault? or has he or she changed? What made him change? What extent has he changed? Do I annoy him or her to see if he or she will still be violent? You need to be careful about this as you have no duplicate; hence the need to be circumspect as you may be in danger. Does he or she really want to get into this marriage? This should be one of your considerations before you even say yes.</w:t>
      </w:r>
    </w:p>
    <w:p w:rsidR="00000000" w:rsidDel="00000000" w:rsidP="00000000" w:rsidRDefault="00000000" w:rsidRPr="00000000" w14:paraId="000002B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USE PHYSICAL CONSIDERATIONS ALONE</w:t>
      </w:r>
    </w:p>
    <w:p w:rsidR="00000000" w:rsidDel="00000000" w:rsidP="00000000" w:rsidRDefault="00000000" w:rsidRPr="00000000" w14:paraId="000002B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should be the last consideration to be given if you truly want to get into a truly stable and happy marriage, as physical looks will never remain the same forever. That is why you must not put physical considerations in front while choosing to get married. Embedded in the physical structures is the real reason one should get married, especially when you of necessity need to consider not only your satisfaction before getting married as you should take your unborn children into consideration. just for example, if you decide to get married to a very beautiful lady who engages in extra marital sex and he or she has children for you, rumor may be going round that those children are actually not fathered by you and your children carry that tag all the rest of their life, which in reality has been cases that is present in some families. When DNA is conducted, you will now find out that only two of your five children are your biological children, it will be a tragedy that may lead to divorce, or shame that you could quietly avoid.</w:t>
      </w:r>
    </w:p>
    <w:p w:rsidR="00000000" w:rsidDel="00000000" w:rsidP="00000000" w:rsidRDefault="00000000" w:rsidRPr="00000000" w14:paraId="000002B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from the onset, you should decisively make up your mind that physical considerations will not drown every other good consideration that will make you have a happy and blessed marriage life. This is very possible if you carefully note the simple instructions in this book. That is why you need to recommend it to people you love and genuinely want to have a great married life. In fact you should get it for your children and ask them to read and discourse it with you so that you are able to guide them further in making great choices that will bring greatness and happiness into your family and our society too will benefit from it. The truth is, anyone can be re-branded and they will look like a princess or a prince, so don't be deceived by beauty or handsomeness.</w:t>
      </w:r>
    </w:p>
    <w:p w:rsidR="00000000" w:rsidDel="00000000" w:rsidP="00000000" w:rsidRDefault="00000000" w:rsidRPr="00000000" w14:paraId="000002B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CONSIDER A PERSON BECAUSE OF SEX, MONEY ETC</w:t>
      </w:r>
    </w:p>
    <w:p w:rsidR="00000000" w:rsidDel="00000000" w:rsidP="00000000" w:rsidRDefault="00000000" w:rsidRPr="00000000" w14:paraId="000002B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Such marriages most likely hit the rock, especially when these considerations are no longer present either due to sickness, accident, and incapacitation, circumstances that are sometimes sudden or unexplainable. The parties become desperate and would want it to continue, not minding the present circumstance. Legally or illegally, it will lead to tension in the home which may breed results that are out of control. In some cases, partners have been known to poison their partners so that they can move on with their life if the partner is unable to provide them with their passion, which maybe money, sex or other things that may be their consideration for getting into the marriage. in some cases, it only leads to divorce, leaving the other partner without help, in case of incapacitation or illness, so there need to be, not only these observation before you consider marriage proposals. You cannot guarantee that what you crave for – material things will be always available, for, there could be unexpected turn of event, even if the person has an estate, an earthquake can occur and the whole estate could be buried, it could be gutted in fire etc., so because of material things, getting married to a person, may not be plausible.</w:t>
      </w:r>
    </w:p>
    <w:p w:rsidR="00000000" w:rsidDel="00000000" w:rsidP="00000000" w:rsidRDefault="00000000" w:rsidRPr="00000000" w14:paraId="000002B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BROKEN COURTSHIP IS BETTER THAN A BROKEN MARRIAGE</w:t>
      </w:r>
    </w:p>
    <w:p w:rsidR="00000000" w:rsidDel="00000000" w:rsidP="00000000" w:rsidRDefault="00000000" w:rsidRPr="00000000" w14:paraId="000002B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it would not be in official records that you courted anyone, but once you are married, it is on record that you have been married and in most cases, to go into another one is difficult and there are physical and emotional scare, that you</w:t>
      </w:r>
    </w:p>
    <w:p w:rsidR="00000000" w:rsidDel="00000000" w:rsidP="00000000" w:rsidRDefault="00000000" w:rsidRPr="00000000" w14:paraId="000002B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would ordinarily not want to talk about even with your present, husband or wife because, you would not know how he will process it and maybe deal with you negatively or would want to try it with you and see your reaction and, if you react negatively some unkind wife or husband would refer back to your first marriage and say what did you do about it etc. and that may be another round of challenge that you may have to deal with and if you are not careful, may deepen and you may find yourself out again or having to endure what ordinarily you should not. You need to employ tact and sometimes guile in other to reach the thought of your partner. For example, if you tell him or her that you are sick, he sends you messages and says that he is too busy to see you but you see his or her social media with pictures and videos of him or her in different parties with friends and associates and does not refer to it again, from time to time and in reality you were not sick in those cases, be sure that he or she does not care for you. You better find your way out of such relationship as it may cost you your life in the future. Now examine this, if you get married to him, you tell him you are sick and he says, please manage, I will get back and he closes from work, still goes to see his friends and meanwhile you are pregnant and due to deliver, if you do not make alternative arrangement for yourself, you may be in real trouble or even lose your life if you have complications. So, if you are in this kind of courtship, quickly exit and look for someone who will appreciate you and give you due attention even if you tell him or her that you have headache.</w:t>
      </w:r>
    </w:p>
    <w:p w:rsidR="00000000" w:rsidDel="00000000" w:rsidP="00000000" w:rsidRDefault="00000000" w:rsidRPr="00000000" w14:paraId="000002B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have a partner that will not assist you even when you go and get groceries, to help you bring them into the house, then you must know the coming challenge if you now decide to get married to him or her. If you see negative signs that are not compactable with a happy and peaceful marriage you must put your gear in the reverse to avoid further embarrassment, 'there is a chance that, drinkable water be it in small or large quantity have the same properties'.</w:t>
      </w:r>
    </w:p>
    <w:p w:rsidR="00000000" w:rsidDel="00000000" w:rsidP="00000000" w:rsidRDefault="00000000" w:rsidRPr="00000000" w14:paraId="000002B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 TO DO IF YOU ARE RUNNING LATE IN GETTING MARRIED</w:t>
      </w:r>
    </w:p>
    <w:p w:rsidR="00000000" w:rsidDel="00000000" w:rsidP="00000000" w:rsidRDefault="00000000" w:rsidRPr="00000000" w14:paraId="000002B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not too late if you are running late in getting married, it is a time not to be desperate at all but to even be more confident about getting married and it is not a time to begin to lower your standards up and down – no. But, be sure that what you did not get in early marriage you make up for them either in education, wisdom verbal wealth, various training, finance, confidence, appearance etc. so that, when you get married you will be of value to your family. And in fact you acquire these qualities you will so stand out anywhere you are and you will then attract the very best only as there are people looking for your kind, in truth, the</w:t>
      </w:r>
    </w:p>
    <w:p w:rsidR="00000000" w:rsidDel="00000000" w:rsidP="00000000" w:rsidRDefault="00000000" w:rsidRPr="00000000" w14:paraId="000002B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things you should also then avoid is having sex with anyone at all as that should be cancelled out of your life. It is what makes you valueless and may be responsible for your getting married late. Sometimes, people that have sex with you may have in public places mentioned your name that they have had sexual knowledge of you and maybe someone who maybe considering getting married to you may then be uninterested, not because you have sex with him or her but because it was said in public place, or maybe you have had sexual knowledge with his or her friend(s), sister(s), brother(s) and would be considering, so if I get married to him or her now, my brother or sister has had sex with him or her.</w:t>
      </w:r>
    </w:p>
    <w:p w:rsidR="00000000" w:rsidDel="00000000" w:rsidP="00000000" w:rsidRDefault="00000000" w:rsidRPr="00000000" w14:paraId="000002B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worse still, maybe someone who heard it also goes to another public place and the circle goes on like that. Some people who may not know the full story may now think you are in the practice of having sex with everyone and this dims your chances of getting married, so you see that you need to be far from that and give dignity to yourself and become valuable. Honestly having relationships with people in your school, office, street, compound could become very problematic in the future, as when inquiries would be made about you, you will not be there and it is people that know you that are asked and what they say may not be to your knowledge. You can have a relationship with a person without it graduating into sex not until both of you is married – yes it is possible. You can now also begin to look at a list of your past friends, admirers, and see if you can attract anyone to get married to, as there is no big deal in that, he or she was also wishing that you get married to him or her, be tactful and never present yourself to be desperate and never give yourself out for sex, even when you are in desperate need of sex.</w:t>
      </w:r>
    </w:p>
    <w:p w:rsidR="00000000" w:rsidDel="00000000" w:rsidP="00000000" w:rsidRDefault="00000000" w:rsidRPr="00000000" w14:paraId="000002B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may and should deliberately always look good, especially if you are going for marriage parties or places you are invited to, because someone could be there, you need to sweep his or her legs from the ground. They should come running to you like a hungry human being. Be sure to conduct yourself in the best possible way and if at all you are given an opportunity to speak, speak in a manner that when all of them get home, they will be talking of you to even their wives, husbands, friends, family members etc. and you can be sure that there will be recommendation of you to friends, family members, brothers, sisters etc., you may now be the one to select and evaluate the ones you may want to give attention.</w:t>
      </w:r>
    </w:p>
    <w:p w:rsidR="00000000" w:rsidDel="00000000" w:rsidP="00000000" w:rsidRDefault="00000000" w:rsidRPr="00000000" w14:paraId="000002C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greatest thing I think you should do if you are really running late in getting married, is to get the master Jesus. Where you got it wrong, how you need to correct it or even ask him if he is the one that is delaying you from getting married in other to give you the best or even save your life. Two friends from the same secondary school, went to the same university, graduated the same year, one got married had four children and the eldest daughter is 18 years old, but she lost her husband and she is now a widow, her other friend is just getting married and she acted as her friends chief brides maid and all this while her friend was in the faith and she never got troubled one day. It may be your portion.</w:t>
      </w:r>
    </w:p>
    <w:p w:rsidR="00000000" w:rsidDel="00000000" w:rsidP="00000000" w:rsidRDefault="00000000" w:rsidRPr="00000000" w14:paraId="000002C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FAMILY PRESSURE</w:t>
      </w:r>
    </w:p>
    <w:p w:rsidR="00000000" w:rsidDel="00000000" w:rsidP="00000000" w:rsidRDefault="00000000" w:rsidRPr="00000000" w14:paraId="000002C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consider family pressure to get married to any one or get married on time or because your family is very friendly with the other family. These considerations have led many people into bondage that they are unable to leave, in other not to put both families to shame. That is the only credible reason they will give you not to get out of that toxic and abusive marriage that has eaten up your spirit, soul and body. If you lose your life, in no time your spouse will get remarried and start the toxic relationship and if he or she meets his or her match, it maybe their turn to drop dead.</w:t>
      </w:r>
    </w:p>
    <w:p w:rsidR="00000000" w:rsidDel="00000000" w:rsidP="00000000" w:rsidRDefault="00000000" w:rsidRPr="00000000" w14:paraId="000002C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only make considerations that will guarantee your life and a stable marriage, some are married for family name sake to multi-millionaires and at the blast of any whistle they will want to leave their marital homes as they are not getting the best of married life, even though they have all the money as they may want to leave in peace even in one room apartment with their husbands or wives.</w:t>
      </w:r>
    </w:p>
    <w:p w:rsidR="00000000" w:rsidDel="00000000" w:rsidP="00000000" w:rsidRDefault="00000000" w:rsidRPr="00000000" w14:paraId="000002C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some are tragic. Because of their frustration, they have taken to alcohol and drugs and are not leaving a fulfilled marital life. Pitifully, some are messing themselves up with their cooks, drivers, gate men, and lay about, just to get temporary escape from their spouses, who most times neglect and abuse them verbally. That may just be their temporary escape and very many of them feel sorrowful for themselves and in worse cases scenarios they end their lives in tragic circumstances. Never engage in that – you are too precious. We can help – yes we can contact us, but the great one Jesus can help you more. Never take your precious and useful life ………</w:t>
      </w:r>
    </w:p>
    <w:p w:rsidR="00000000" w:rsidDel="00000000" w:rsidP="00000000" w:rsidRDefault="00000000" w:rsidRPr="00000000" w14:paraId="000002C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CHAPTER FOUR</w:t>
      </w:r>
    </w:p>
    <w:p w:rsidR="00000000" w:rsidDel="00000000" w:rsidP="00000000" w:rsidRDefault="00000000" w:rsidRPr="00000000" w14:paraId="000002C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TURN OFFS IN MARRIAGE</w:t>
      </w:r>
    </w:p>
    <w:p w:rsidR="00000000" w:rsidDel="00000000" w:rsidP="00000000" w:rsidRDefault="00000000" w:rsidRPr="00000000" w14:paraId="000002C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things in a marriage or in courtship that genuinely turns off a man or a woman who are living together or interacting, it is bound to happen and therefore, it is advised that the couple should watch out for them and deal with them positively in other not to allow it to escalate into hatred and rejection after they have been made or actions taken most times.</w:t>
      </w:r>
    </w:p>
    <w:p w:rsidR="00000000" w:rsidDel="00000000" w:rsidP="00000000" w:rsidRDefault="00000000" w:rsidRPr="00000000" w14:paraId="000002C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Please observe that the partner that may engage in the turn offs may not necessarily want to engage in it but out of ignorance and not knowing the extent the turn off can go to negatively impact on the family. Sometimes as human beings, we carry out what we see in other families to our home thinking it will work the way it worked in the other family, not knowing that it will cause trouble and be resisted by the other partner because she/he is not used to it. Just like when a virus enters the body, the body system fights it seriously to defeat it and survive, so also, human beings fight off new behaviour that they may see as a treat to their marriage, especially  because, the background he or she is coming from does not accommodate this kind of behaviour.</w:t>
      </w:r>
    </w:p>
    <w:p w:rsidR="00000000" w:rsidDel="00000000" w:rsidP="00000000" w:rsidRDefault="00000000" w:rsidRPr="00000000" w14:paraId="000002C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 average family that uses a certain amount for feeding in a month, the wife suddenly declares to the husband that he will be giving double the amount he contributes to the feeding of the family. Surely the husband will resist, when there is no obvious inflation or increase in the prices of food stuff. Or, a woman insisting that the man must be going to pick the children from school even when it is not too convenient for the man to do so. Obviously this to a large extent will be resisted greatly by some men and it may lead to other unintended consequences that could have been avoided by both. It will be appropriate to balance the example too to depict what may be possible from the male angle.</w:t>
      </w:r>
    </w:p>
    <w:p w:rsidR="00000000" w:rsidDel="00000000" w:rsidP="00000000" w:rsidRDefault="00000000" w:rsidRPr="00000000" w14:paraId="000002C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Honestly, some men could just be too anxious, especially when their wife goes to the market and does not return at the usual time and maybe they had to just baby sit for just few hours and in honesty the wife was genuinely delayed by either transportation, waiting to collect the children's dress from the tailor. That is why in marriage, it is strongly advised that you give the benefit of doubt to your partner as what he or she did or is doing may be in the best interest of the family. So you need to be patient and learn to love even when it looks to be a turn off. You can work it out positively together and with a more little understanding for each other.</w:t>
      </w:r>
    </w:p>
    <w:p w:rsidR="00000000" w:rsidDel="00000000" w:rsidP="00000000" w:rsidRDefault="00000000" w:rsidRPr="00000000" w14:paraId="000002C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LAZINESS</w:t>
      </w:r>
    </w:p>
    <w:p w:rsidR="00000000" w:rsidDel="00000000" w:rsidP="00000000" w:rsidRDefault="00000000" w:rsidRPr="00000000" w14:paraId="000002C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turn offs in marriage that always leads to tension in the marriage, especially when everyone seemed to agree that this is what you should do. Washing of dishes sometimes is something that men do not like to engage in and sometimes even when they see that the women is tired, do not really want to help out. In this situation, both parties may be turned off and it builds unspoken tension when one of the couple is not ready to contribute to the feeding of the home.</w:t>
      </w:r>
    </w:p>
    <w:p w:rsidR="00000000" w:rsidDel="00000000" w:rsidP="00000000" w:rsidRDefault="00000000" w:rsidRPr="00000000" w14:paraId="000002C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Most times, if only one person in the marriage is the one that helps the children in the home with their lesson or school assignments, it is seriously viewed as a turn off by the other, even intellectual laziness is a turn off most times, when one of the partners always makes mistake with obvious financial calculation. It is important that both partners should be aware that it is important to assist one another to come out of laziness of any kind so that your marriage can become what both of you desire for your marriage.</w:t>
      </w:r>
    </w:p>
    <w:p w:rsidR="00000000" w:rsidDel="00000000" w:rsidP="00000000" w:rsidRDefault="00000000" w:rsidRPr="00000000" w14:paraId="000002C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SUSPICION</w:t>
      </w:r>
    </w:p>
    <w:p w:rsidR="00000000" w:rsidDel="00000000" w:rsidP="00000000" w:rsidRDefault="00000000" w:rsidRPr="00000000" w14:paraId="000002C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there is suspicion in marriage, be it from one person or both, it is a problem for the marriage. When you say or do anything, be it from your heart to support the family or children in the marriage, it will be viewed as a means to get or gain advantage to yourself alone and the words you speak is wrongly interpreted and therefore a wrong response that will cause problem for the family, suspicion is like an ant inside a kola nut. It can eat up your marriage from inside before you realize it, and it may be late to salvage, why not avoid it and talk about it so that you can begin to trust one another.</w:t>
      </w:r>
    </w:p>
    <w:p w:rsidR="00000000" w:rsidDel="00000000" w:rsidP="00000000" w:rsidRDefault="00000000" w:rsidRPr="00000000" w14:paraId="000002D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Even when it is obvious that someone is not telling the truth, it is better to view it like a child you have, No matter the sickness the child has, you will not want to throw the child away because the child is sick, so you should continually speak to each other until you attain required level of understanding.</w:t>
      </w:r>
    </w:p>
    <w:p w:rsidR="00000000" w:rsidDel="00000000" w:rsidP="00000000" w:rsidRDefault="00000000" w:rsidRPr="00000000" w14:paraId="000002D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LACK OF TRUST</w:t>
      </w:r>
    </w:p>
    <w:p w:rsidR="00000000" w:rsidDel="00000000" w:rsidP="00000000" w:rsidRDefault="00000000" w:rsidRPr="00000000" w14:paraId="000002D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Highly related to suspicion is lack of trust for each other, either because of what you heard from someone about your partner, something he/she said that you found out that was not correct, something you thought your partner lied about etc,</w:t>
      </w:r>
    </w:p>
    <w:p w:rsidR="00000000" w:rsidDel="00000000" w:rsidP="00000000" w:rsidRDefault="00000000" w:rsidRPr="00000000" w14:paraId="000002D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whatever it is, it is just necessary to be circumspect about it. A wife called her husband eleven times and there was no response from the husband. The next morning, the wife sends text, saying what happened. The husband calls and said you did not call me yesterday. In honesty the husband did not see the call, because the call did not terminate in his phone because of network.</w:t>
      </w:r>
    </w:p>
    <w:p w:rsidR="00000000" w:rsidDel="00000000" w:rsidP="00000000" w:rsidRDefault="00000000" w:rsidRPr="00000000" w14:paraId="000002D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good therefore that if you call without response, immediately send a text, if he or she has another phone call the other phone and if it is absolutely necessary you speak to him or her, call a close friend or family to help you establish either a phone call or physical contact for you, as the person could be needing your assistance or is in an emergency situation, that needs response or intervention by another person could be a life-saving emergency.</w:t>
      </w:r>
    </w:p>
    <w:p w:rsidR="00000000" w:rsidDel="00000000" w:rsidP="00000000" w:rsidRDefault="00000000" w:rsidRPr="00000000" w14:paraId="000002D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Therefore, you need to deliberately, gradually build trust for each other, by even encouraging one another to be trustworthy as both of you, your family and the society at large will benefit from your action as your children would definitely copy, the way you treat yourselves, transport it to their friends and later in life introduce it in their own family, therefore it is a win win situation for us all or if it is your wife or husband does not come early he or she is doing something bad, it may not necessarily be so, there for give benefit of doubt always.</w:t>
      </w:r>
    </w:p>
    <w:p w:rsidR="00000000" w:rsidDel="00000000" w:rsidP="00000000" w:rsidRDefault="00000000" w:rsidRPr="00000000" w14:paraId="000002D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UNFORGIVING</w:t>
      </w:r>
    </w:p>
    <w:p w:rsidR="00000000" w:rsidDel="00000000" w:rsidP="00000000" w:rsidRDefault="00000000" w:rsidRPr="00000000" w14:paraId="000002D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 very big turn off in marriage, that has grave consequences for the marriage, and even to health of the unforgiving partner, and it is also a cause of psychological in balance that could lead to bad temper, unfriendly reaction to any normal behaviour of the other partner. Medically it can trigger off i.e., increase the blood pressure of the person that has a high blood pressure condition and may lead to death in some cases so, it is an act that need to be done away with as the consequence could be dangerous, it may further lead to hatred that the other person may react negatively to and cause a breakdown of communication, if not well handled.</w:t>
      </w:r>
    </w:p>
    <w:p w:rsidR="00000000" w:rsidDel="00000000" w:rsidP="00000000" w:rsidRDefault="00000000" w:rsidRPr="00000000" w14:paraId="000002D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strongly advice that the couple should be aware that once they are married, there is no separation in the things you do together, and therefore, you must do everything humanly possible to quickly forgive one another. Even from the religious point of view, all religion advocate the forgiveness of one another just as God forgives us our sins daily, for no human leaving or dead can say, he/she has not made a mistake to offend someone, so always have a forgiving heart.</w:t>
      </w:r>
    </w:p>
    <w:p w:rsidR="00000000" w:rsidDel="00000000" w:rsidP="00000000" w:rsidRDefault="00000000" w:rsidRPr="00000000" w14:paraId="000002D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VIOLENT ARGUMENT</w:t>
      </w:r>
    </w:p>
    <w:p w:rsidR="00000000" w:rsidDel="00000000" w:rsidP="00000000" w:rsidRDefault="00000000" w:rsidRPr="00000000" w14:paraId="000002D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trend that runs in most married homes, especially the newly married, it is a conduct that should be done away with as soon as possible because it is not explainable, considering the love vows both of you entered into during your marriage ceremony, I submit it should be viewed from that perspective because if you claim you love a thing you treat it so well so that the thing or object will be happy when you are around.</w:t>
      </w:r>
    </w:p>
    <w:p w:rsidR="00000000" w:rsidDel="00000000" w:rsidP="00000000" w:rsidRDefault="00000000" w:rsidRPr="00000000" w14:paraId="000002D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couple should by all means find a civil way of resolving whatever dispute they have or would have it is advisable that the couple even agree on ways to settle dispute before they marry and if they are already married it is not too late, it can still be done, in other to get sanity of speech in the union, so that it can stand the test of time, it is known that violent arguments always leads to physical combat, that lead to injury, loss of pregnancy, causing medical conditions for the unborn baby or children if it continues.</w:t>
      </w:r>
    </w:p>
    <w:p w:rsidR="00000000" w:rsidDel="00000000" w:rsidP="00000000" w:rsidRDefault="00000000" w:rsidRPr="00000000" w14:paraId="000002D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KEEPING SECRETS</w:t>
      </w:r>
    </w:p>
    <w:p w:rsidR="00000000" w:rsidDel="00000000" w:rsidP="00000000" w:rsidRDefault="00000000" w:rsidRPr="00000000" w14:paraId="000002D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behaviour in marriages that mostly leads to the collapse of marriages, adultery, violence and other vices that keeps most marriages on the edge. Be it of the male or female in the union, findings have shown that most men or women that keep secrets would tell you that it is because for instance the man has a child outside their home, therefore then need to keep some things away from the man, there was a situation that the man and the woman have been together for over twenty five years the man and the wife leave on rented house, meanwhile the woman has built two house, from her money and the ones she takes and steals from the husband when the husband later found out, he said he was afraid of his wife and wants to leave the marriage and family members were intervening to keep the marriage alive.</w:t>
      </w:r>
    </w:p>
    <w:p w:rsidR="00000000" w:rsidDel="00000000" w:rsidP="00000000" w:rsidRDefault="00000000" w:rsidRPr="00000000" w14:paraId="000002D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was also a situation where a woman and a man got married for twenty years they have no house, meanwhile the husband was so generous and loving to the wife that the wife was able to save enough money to buy a land and built a three bedroom flat, suddenly the man lost his job, could not pay house rent and the wife, said they should go and look for a house to rent as the landlord asked them to pack from his house without paying because the man does not fail to pay his rent, when they got there the man liked the house, the wife knelt down and told him, my husband, I built this house with your money that when she saw that you were too free with money she was now saving and this is the result, the husband was full of tears and praise. From the above it should be known that there are bad</w:t>
      </w:r>
    </w:p>
    <w:p w:rsidR="00000000" w:rsidDel="00000000" w:rsidP="00000000" w:rsidRDefault="00000000" w:rsidRPr="00000000" w14:paraId="000002D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secrets and there are good secrets, but in all your conscience tells you what a bad secret is, please avoid it and be positive and tell your wife/husband everything he needs to know unless it will endanger your life, wellbeing or your marriage then avoid it and keep safe.</w:t>
      </w:r>
    </w:p>
    <w:p w:rsidR="00000000" w:rsidDel="00000000" w:rsidP="00000000" w:rsidRDefault="00000000" w:rsidRPr="00000000" w14:paraId="000002E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was a lady too that has a child before she got married to her husband she did not disclose it, she brought the son to her matrimonial home, she brought him to be their house boy, fortune ran out of her, when she told her husband she was going to see the mother in the village for the weekend as she used to do from time to time, this particular weekend, her mum too came to visit her but she had left in the morning the husband asked the mother to wait that her daughter travelled and the mum said, the child in the house is your wife's son. As the wife came back and saw her mother she fainted and was rushed to the hospital….</w:t>
      </w:r>
    </w:p>
    <w:p w:rsidR="00000000" w:rsidDel="00000000" w:rsidP="00000000" w:rsidRDefault="00000000" w:rsidRPr="00000000" w14:paraId="000002E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man too had been having sexual knowledge of their house girl without the wife knowing as the wife is a nurse and goes on night duty on this day she mistakenly goes to work in the night while it was the next day that was her shift, fortunately, the husband did not lock the door and she met them on the bed and she was very mad. People keep other secrets too, a few of which is genotype, work experience, level of education, year of birth etc just to get married to the person and when it is discovered is it always a great source of conflict and should be disclosed on time so that it can be remedied where necessary.</w:t>
      </w:r>
    </w:p>
    <w:p w:rsidR="00000000" w:rsidDel="00000000" w:rsidP="00000000" w:rsidRDefault="00000000" w:rsidRPr="00000000" w14:paraId="000002E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SHED EVERY FORM OF INFIDELITY</w:t>
      </w:r>
    </w:p>
    <w:p w:rsidR="00000000" w:rsidDel="00000000" w:rsidP="00000000" w:rsidRDefault="00000000" w:rsidRPr="00000000" w14:paraId="000002E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should and can be avoided if it is really that a person is genuinely interested in the person you marry or want to get married to, a few examples and illustration will not be bad, it is better to avoid financial infidelity to your partner as this can lead to lack of trust and the partner would want to be trusting someone else with finance instead of you, which may lead to constant quarrel etc. Emotional infidelity, it is really not necessary to go into that though some religion advocates for a certain number of wives, we do not want to advocate for that as, it leads to financial tension and other consequences that there may not be enough space in this book to contain, but, it is enough to say that the trend in the world both economic, social, health etc now supports one partner in other to create balance and adequacy in all ramification for the family, Emotional infidelity too includes, telling lies that can destroy your family, as you may not know how your children will copy you and be telling lies and that could lead to moral decadence that the society and other families may suffer from as your children will go and indoctrinate other children and the circle may continue unabated.</w:t>
      </w:r>
    </w:p>
    <w:p w:rsidR="00000000" w:rsidDel="00000000" w:rsidP="00000000" w:rsidRDefault="00000000" w:rsidRPr="00000000" w14:paraId="000002E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must be noted that when a person is married, you begin automatically to shift attention to your partner if you are still attached to your parents, friends or ex boy or girlfriend etc it is a sign that you were not really ready to get married and you should please be conscious that your marriage is on the roller coaster and if he/she finds out and the reaction depending on the individuals is sometimes not very friendly and sometimes that is what plagues the marriage, until it will be admitted in the hospital(s) and several doctors will be treating it, eventually if God is not on the side of such marriage, it will be wheeled to the mortuary and finally buried and stock taking begins and consciousness returns and regrets sets in. That is why, it is advice that when the soup in the spoon is not going to satisfy you, you allow it be and wait for the soup in the pot that you have possession of, if you choose to relate more intimately with the opposite sex even when you are married, is a sign too that you may not have been adequately prepared for marriage, for when you were not married you were like a boss of your own, but when you are married you will need to be conscious that is gone with the wind, there is a new sheriff in town and he or she must be given due attention.</w:t>
      </w:r>
    </w:p>
    <w:p w:rsidR="00000000" w:rsidDel="00000000" w:rsidP="00000000" w:rsidRDefault="00000000" w:rsidRPr="00000000" w14:paraId="000002E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Material infidelity is a vice that is rampant in marriages and it needs to be addressed as it should need to be, i.e. whatever anyone in the marriage have is owned by both of them, no denying one from the use of that material, be it house, car, food, money, wears even your body etc is owned by both of you, this awareness should be adequately drummed into the ears of those that are in marriage or who want to go into marriage as it is very crucial as some men especially are found to say, it is my money, car etc it is very incorrect and such men and woman should be properly asked to be schooled in marriage. Spending long time watching TV being on the social network etc at the detriment of your marriage is an act that portray one that engage in it as a non-starter, who need to go back to the marriage counselor or marriage class to learn more about marriage or that the person is not ripe enough for marriage or better still not ready and qualified to get married.</w:t>
      </w:r>
    </w:p>
    <w:p w:rsidR="00000000" w:rsidDel="00000000" w:rsidP="00000000" w:rsidRDefault="00000000" w:rsidRPr="00000000" w14:paraId="000002E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SPENDING LESS TIME WITH YOU PARTNER</w:t>
      </w:r>
    </w:p>
    <w:p w:rsidR="00000000" w:rsidDel="00000000" w:rsidP="00000000" w:rsidRDefault="00000000" w:rsidRPr="00000000" w14:paraId="000002E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Couple must endeavor to spend quality time together, even when it is not convenient, so that you can become close and even take note of the languages that your partner speak when he/she is tired, so that next time when your partner says he/she is tired genuinely you should know and be understanding as it is reassuring that you indeed love and care for your partner, so that he/she too can sacrifice for you when the need be as it relaxes both partner and gives confidence and</w:t>
      </w:r>
    </w:p>
    <w:p w:rsidR="00000000" w:rsidDel="00000000" w:rsidP="00000000" w:rsidRDefault="00000000" w:rsidRPr="00000000" w14:paraId="000002E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reassurance, it can lead to tension, misgivings, unholy thoughts etc</w:t>
      </w:r>
    </w:p>
    <w:p w:rsidR="00000000" w:rsidDel="00000000" w:rsidP="00000000" w:rsidRDefault="00000000" w:rsidRPr="00000000" w14:paraId="000002E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TOO INDEPENDENT</w:t>
      </w:r>
    </w:p>
    <w:p w:rsidR="00000000" w:rsidDel="00000000" w:rsidP="00000000" w:rsidRDefault="00000000" w:rsidRPr="00000000" w14:paraId="000002E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Honestly being too independent of your spouse and depending on others is a great turn off, especially to the male in the union as they see that as a slight on their personality or a slight on the ego as a man. In most cases it is just important to bring down pressure in your marriage by just relying on your husband even if you don't need him, it could just be asking his permission before buying a new dress, seeing your friend and you later decided to go to the market from there or even, spending your own money to be generous to other family members as some husbands see that as a validation of the status as the head of the home and it gives them great sense of belonging and it can really stabilize the union.</w:t>
      </w:r>
    </w:p>
    <w:p w:rsidR="00000000" w:rsidDel="00000000" w:rsidP="00000000" w:rsidRDefault="00000000" w:rsidRPr="00000000" w14:paraId="000002E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TOO MUCH LOVE FOR MONEY, PARTY, EXCESSIVE SPENDING ETC</w:t>
      </w:r>
    </w:p>
    <w:p w:rsidR="00000000" w:rsidDel="00000000" w:rsidP="00000000" w:rsidRDefault="00000000" w:rsidRPr="00000000" w14:paraId="000002E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point must be made clear and loud, the love of money is the root of all evil, it is so true, yes money is available but must not be made to define your relationship with your partner, if you make it the priority in your marriage or relationship even with anyone, you are sacrificing that your marriage on the altar of money and in no long distance, surely that marriage must present a crack, that need to be patched on time otherwise the inevitable will come to the fore and surely, which may not be your preferred outcome, so you need to greatly use your head and know that 2+2 in marriage may not necessarily give you 4,but you need to count your teeth with your tongue, to get the best out of your marriage/relationship. It is important that people in a marriage setting must know that, they need to give priority to the things that will bring good and peace to their marriage and engage in it rather than engaging in things that will bring draw back to their marriage.</w:t>
      </w:r>
    </w:p>
    <w:p w:rsidR="00000000" w:rsidDel="00000000" w:rsidP="00000000" w:rsidRDefault="00000000" w:rsidRPr="00000000" w14:paraId="000002E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EXCESSIVE SPENDING OF MONEY</w:t>
      </w:r>
    </w:p>
    <w:p w:rsidR="00000000" w:rsidDel="00000000" w:rsidP="00000000" w:rsidRDefault="00000000" w:rsidRPr="00000000" w14:paraId="000002E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to be financially circumspect, so that the family will not be thrown into, awkward financial situation, that can be avoided, it is important that couple realize that, when you are not married, it is different from when you are married, as both of you need to pull resources together to make life comfortable for you and your children that will come along pretty soon or even the ones you have now, as for instance the school fees of children are getting expensive by the day, even to feed and maybe too you people need to plan and build a house of your own as it is possible if you start early together.</w:t>
      </w:r>
    </w:p>
    <w:p w:rsidR="00000000" w:rsidDel="00000000" w:rsidP="00000000" w:rsidRDefault="00000000" w:rsidRPr="00000000" w14:paraId="000002E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PARTYING</w:t>
      </w:r>
    </w:p>
    <w:p w:rsidR="00000000" w:rsidDel="00000000" w:rsidP="00000000" w:rsidRDefault="00000000" w:rsidRPr="00000000" w14:paraId="000002F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has led to the breakup of many marriages, women are mostly suspect in this regard, especially in some parts of the world that they love playing so well and in some cases it is, that their women join associations, groups or meetings as they call it, and they have meetings at least every month and when any of them have birthdays, marriages or wanting to celebrate their father or mothers birthdays too or in the case of deaths and some of them has father and mothers of their associations, to make matters worse some of the women are in multiple of these associations, therefore are almost always engaged all weekends and therefore have no time for their husbands and their children which leads to neglect infidelity, drunkenness, violence wrong association, late nights etc this bring strain on the marriage and most likely leads to unavoidable divorce.</w:t>
      </w:r>
    </w:p>
    <w:p w:rsidR="00000000" w:rsidDel="00000000" w:rsidP="00000000" w:rsidRDefault="00000000" w:rsidRPr="00000000" w14:paraId="000002F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EXPOSING YOUR PARTNERS WEAKNESS TO YOUR FRIENDS/FAMILY ETC</w:t>
      </w:r>
    </w:p>
    <w:p w:rsidR="00000000" w:rsidDel="00000000" w:rsidP="00000000" w:rsidRDefault="00000000" w:rsidRPr="00000000" w14:paraId="000002F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greatest turn offs in a marriage if a partner exposes the weakness of your partner to your family/friends etc, it may actually turn round to humiliate you, as they may in times of your challenges or difference with them use it to score a great point against you or use it to insult you and your wife or husband even too when both of you must have settled it, not to the knowledge of your friends and family they will still use it to be relating with either the wife or the husband as the case may be and may have also related it to their friends or other associates who will or may use it to still be measuring the attitude of the offending wife or husband not knowing that he/she has move out of such negative attitude or that you that reported the matter did not fully understand it before you reported it. It was said of a family that, the husband reported the wife to his family that his wife comes from the shop late at night and the family confronted the wife, the wife responded by saying that if she and the children come before dark or a bit earlier her husband would not be home, so she comes home when she feels that her husband would have come home, you discover that such home need to be counseled and the man that reported is not less guilty. Therefore, reporting weakness of your spouse may end up exposing your own weakness, which you have refused to deal with.</w:t>
      </w:r>
    </w:p>
    <w:p w:rsidR="00000000" w:rsidDel="00000000" w:rsidP="00000000" w:rsidRDefault="00000000" w:rsidRPr="00000000" w14:paraId="000002F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BEING SPIRITUALLY STEADY</w:t>
      </w:r>
    </w:p>
    <w:p w:rsidR="00000000" w:rsidDel="00000000" w:rsidP="00000000" w:rsidRDefault="00000000" w:rsidRPr="00000000" w14:paraId="000002F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Mostly in this regard, it may be said that the men are mostly guilt as women are more spiritual than men on the average, in the marriage when the man</w:t>
      </w:r>
    </w:p>
    <w:p w:rsidR="00000000" w:rsidDel="00000000" w:rsidP="00000000" w:rsidRDefault="00000000" w:rsidRPr="00000000" w14:paraId="000002F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do not follow the woman to engage in spiritual activities it is always a turn off for both, but especially for the women, especially for the Christian families, it is observed that most church are populated by women, the question is where are their husbands or brothers, this in some homes is always a talking point some husbands would even refuse to go and see the pastors of their wife, even when the request is made of them. It is therefore suggested that the men should please find a place in their heart to be more spiritual, as all human beings are made up of both physical and spiritual content, we need to satisfy both to be very healthy and leave a balanced life as we are not the ones that created ourselves, we need to reverence the God that created us.</w:t>
      </w:r>
    </w:p>
    <w:p w:rsidR="00000000" w:rsidDel="00000000" w:rsidP="00000000" w:rsidRDefault="00000000" w:rsidRPr="00000000" w14:paraId="000002F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REJECTING YOUR SPOUSE</w:t>
      </w:r>
    </w:p>
    <w:p w:rsidR="00000000" w:rsidDel="00000000" w:rsidP="00000000" w:rsidRDefault="00000000" w:rsidRPr="00000000" w14:paraId="000002F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has brought untold hardship and consequences to marriages, that it may never be able to be exhausted, if we need to discuss all, but suffice to mention a few examples, so that people reading this book would be able to learn from this and maybe pass the experiences on or if they would be kind enough, recommend the book for others to buy in other for them to save their marriages or the marriages of their daughters, friends or relatives, please pay due attention.</w:t>
      </w:r>
    </w:p>
    <w:p w:rsidR="00000000" w:rsidDel="00000000" w:rsidP="00000000" w:rsidRDefault="00000000" w:rsidRPr="00000000" w14:paraId="000002F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Rejecting your partner, be it for sexual or just a romance is a recipe for the marriage to fall apart and maybe eventually resort to divorce, most times when you consistently do it, the partner looks for where and how to satisfy himself or herself or make alternative permanent arrangement outside the home so that, at the slightest rejection he or she finds his or her way, to the arrangements that has been made outside. In fact some may actually rent a house for their girlfriends outside because of rejection by their wives as they may not want to be going from hotel to hotel and this has a devastating consequences on the finances of the family, emotional instability, violence etc some men resort to beating of their wives, leading to unavailable injuries etc in some cases lead to the death of the man, mostly they get a younger girl who wants sexual satisfaction and or too the man wants to show his sexual skills that he does not display at home would buy drugs and in the process dies.</w:t>
      </w:r>
    </w:p>
    <w:p w:rsidR="00000000" w:rsidDel="00000000" w:rsidP="00000000" w:rsidRDefault="00000000" w:rsidRPr="00000000" w14:paraId="000002F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for the women, it leads them to now agree to sexual advances they had been rejecting or would ordinarily flatly reject or they would now be having an affair with friends of the husband, office staff, drivers, gatemen etc in some cases it has lead to bearing of children who are fathered by another man, but not to the knowledge of the man, there was a very pathetic story of a family who wanted to travel abroad and they had to undergo blood test, genotype tests etc one of the children was found not to match the husbands biological makeup and the rest is</w:t>
      </w:r>
    </w:p>
    <w:p w:rsidR="00000000" w:rsidDel="00000000" w:rsidP="00000000" w:rsidRDefault="00000000" w:rsidRPr="00000000" w14:paraId="000002F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history.</w:t>
      </w:r>
    </w:p>
    <w:p w:rsidR="00000000" w:rsidDel="00000000" w:rsidP="00000000" w:rsidRDefault="00000000" w:rsidRPr="00000000" w14:paraId="000002F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Therefore, if you want to avoid all these things and other related vices that come with rejecting your spouse then make adequate arrangements to sexually satisfy your spouse, otherwise you face marital dangers that are unprintable and not palatable to hear or read of. Just to add this, there was a case that the younger brother of the husband was actually responsible for fathering one of the children in the marriage, you can just imagine how that story plays out or sounds.</w:t>
      </w:r>
    </w:p>
    <w:p w:rsidR="00000000" w:rsidDel="00000000" w:rsidP="00000000" w:rsidRDefault="00000000" w:rsidRPr="00000000" w14:paraId="000002F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NEGLECTING CORRECTION AND REPRIMAND AND WEARING SAD AND MOODY FACE</w:t>
      </w:r>
    </w:p>
    <w:p w:rsidR="00000000" w:rsidDel="00000000" w:rsidP="00000000" w:rsidRDefault="00000000" w:rsidRPr="00000000" w14:paraId="000002F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Neglecting corrections especially when they are very clear is a great turn off in marriage and one should fight it with every reasonability and conquer it on time in other to avoid, avoidable error, that will now bring opprobrium to you or disgrace, quarrel bad blood, hatred etc that can be settled without much efforts. Couple should listen very well to each other for correction, as no one is an highland or knows everything as we all process actions and inactions differently, what we think may be correct may actually be wrong as we may have a wrong perspective to a particular issue or the reason your partner did what he or she did as we grew up from different background and sometimes actions, maybe even for the respect of the other partner e.g. a couple was doing video call and was waiting for the wife to speak, while he was speaking in tongues, the wife quietly put off the call and had sent a text, the husband found it, funny, but when the wife called later to explained that I saw you speaking in tongues, I decide not to disturb you, that was why I sent you a text, the husband was satisfied with the explanation as the wife was even considering the husband before putting off the call. If the husband has no patience or understanding he may be angry and it could lead to disagreement.</w:t>
      </w:r>
    </w:p>
    <w:p w:rsidR="00000000" w:rsidDel="00000000" w:rsidP="00000000" w:rsidRDefault="00000000" w:rsidRPr="00000000" w14:paraId="000002F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Reprimands are normal in a marriage setting, so when it comes don't ever</w:t>
      </w:r>
    </w:p>
    <w:p w:rsidR="00000000" w:rsidDel="00000000" w:rsidP="00000000" w:rsidRDefault="00000000" w:rsidRPr="00000000" w14:paraId="000002F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turn it to disagreement or a situation for resentment and be kind to your partner, In fact a marriage that couple do not reprimand each other in love and understanding is a suspicious marriage that needs a boost to be on the right track because it is so necessary in a healthy marriage. The fact also is that the couple may wish to postpone, it when they are all alone in the room or in the bed they can peacefully talk about any disagreement.</w:t>
      </w:r>
    </w:p>
    <w:p w:rsidR="00000000" w:rsidDel="00000000" w:rsidP="00000000" w:rsidRDefault="00000000" w:rsidRPr="00000000" w14:paraId="0000030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SAD AND MOODY FACE</w:t>
      </w:r>
    </w:p>
    <w:p w:rsidR="00000000" w:rsidDel="00000000" w:rsidP="00000000" w:rsidRDefault="00000000" w:rsidRPr="00000000" w14:paraId="0000030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an act that greatly need to be avoided in the marriage, because it</w:t>
      </w:r>
    </w:p>
    <w:p w:rsidR="00000000" w:rsidDel="00000000" w:rsidP="00000000" w:rsidRDefault="00000000" w:rsidRPr="00000000" w14:paraId="0000030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turns off one party and when you wear sad face, your spouse is likely to respond negatively and may decide to ignore you and may not want to listen to whatever you have to say, whether it is good for the family or not and maybe too you in turn would want to ignore him/her or anything that concerns you too. In some cases the couple may sleep in the same bed and face different direction and may not speak to each other unless when it is necessary it may graduate into sleeping separately and other things will be creeping in and develop into a situation that may not be healthy for the family and maybe even calling for the intervention of a third party before it gets to this, the couple should resolve it as taking a disagreement in your family to the third party is an act that should be avoided, being moody can even affect you that is moody as it sometimes leads to injury as you are consumed in your moody and may run into a closed door or preparing food at the kitchen or in some cases mistakenly throwing away the cooked food or even accident while driving, which is an extra cost for the family if not managed well. Never at all get into a mood as the cost out ways the benefits you get from it, so why at all engage in it.</w:t>
      </w:r>
    </w:p>
    <w:p w:rsidR="00000000" w:rsidDel="00000000" w:rsidP="00000000" w:rsidRDefault="00000000" w:rsidRPr="00000000" w14:paraId="0000030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UNCONTROLLED AND HOT TEMPERED</w:t>
      </w:r>
    </w:p>
    <w:p w:rsidR="00000000" w:rsidDel="00000000" w:rsidP="00000000" w:rsidRDefault="00000000" w:rsidRPr="00000000" w14:paraId="0000030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state that you do not even pray for your enemy to get into as it has been responsible for breakdown of marriages, death, destruction, waste etc. And it is a great turn off in marriage; any married normal human being should try very hard to avoid it, as the repercussions are always regrettable and sometimes irredeemable.</w:t>
      </w:r>
    </w:p>
    <w:p w:rsidR="00000000" w:rsidDel="00000000" w:rsidP="00000000" w:rsidRDefault="00000000" w:rsidRPr="00000000" w14:paraId="0000030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was said of a couple that the husband goes out and does not come back on time, she suspect him of having affairs with other woman but on this day she heard that the husband was in a party and was with a girl and did not come back until after midnight, as he came she confronted him, argument started one thing lead to the other she began smashing the TV, fridge doors, windows or any valuable she could get to, the man tried stopping her she was still very violent, in anger the man beat her to pulp and she landed in the hospital without one eye. As that may not be the original intension of the man, but it has happened, in all, these situation could have been completely avoided.</w:t>
      </w:r>
    </w:p>
    <w:p w:rsidR="00000000" w:rsidDel="00000000" w:rsidP="00000000" w:rsidRDefault="00000000" w:rsidRPr="00000000" w14:paraId="0000030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 about a situation not too long ago, the man has been telling the wife not to receive calls from any male once it is 10pm, on this very fateful day the man came into the house fortunately by that to 10pm and where he meet the wife, suddenly a call came, according to the man he pretended to walk into the room and unknowing to the woman eavesdropped and knew that his wife was speaking to a male and on rushing from their passage, forcefully took the phone from his wife</w:t>
      </w:r>
    </w:p>
    <w:p w:rsidR="00000000" w:rsidDel="00000000" w:rsidP="00000000" w:rsidRDefault="00000000" w:rsidRPr="00000000" w14:paraId="0000030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really heard a male voice, immediately smashed the phone on the floor, argument started and one thing led to the other, the man gathered the woman cloths and burnt them all and took an axe and damaged the wife official car, fight started in earnest all in the presence of their three children at least one of which is in the university and the last one in JSS1 – year one in the secondary school and blood started flowing more from the man as the woman thoroughly calculated him and injured him and ran away and she with only a swollen eye and a few bruises as bottles and other dangerous weapons were freely used to combat each other, as I speak to you, the marriage has been buried at the cemetery with the children following their mum and the dad leaving alone etc.</w:t>
      </w:r>
    </w:p>
    <w:p w:rsidR="00000000" w:rsidDel="00000000" w:rsidP="00000000" w:rsidRDefault="00000000" w:rsidRPr="00000000" w14:paraId="0000030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ugly situation that was brought about by uncontrolled anger or temper, in some other cases the wife or the husband has lost their life because of anger, either the wife using a gun to end the husband or the wife's life or in some extreme cases both of them will die as he/she will shot the husband or wife and then ending his or her own life, worse of it some even include the children in the death, while some poison the whole family.</w:t>
      </w:r>
    </w:p>
    <w:p w:rsidR="00000000" w:rsidDel="00000000" w:rsidP="00000000" w:rsidRDefault="00000000" w:rsidRPr="00000000" w14:paraId="0000030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also known that some women, just to get at their husband, go and get involved in illicit relationship that leads them out of marriage and they will mistakenly tell their best friend, their best friend will tell their best friend and a best friend to the husband and the bubble will bust and avoidable tears begin to flow, children too are to suffer because of a thoughtless act of five or ten minutes pleasure, that adds no value to your life, instead it only diminishes your worth as a human being. There was a very sad story of a lady who engaged in illicit affairs, got pregnant, knowing that it was not her husband that impregnated her, she tried to terminate the pregnancy, the husband lost her and now the children would have a different mother, who may not be kind to them especially knowing the circumstances of death of their mother, this is clearly an avoidable situation and all of us should learn from the happenings that befall thoughtless people.</w:t>
      </w:r>
    </w:p>
    <w:p w:rsidR="00000000" w:rsidDel="00000000" w:rsidP="00000000" w:rsidRDefault="00000000" w:rsidRPr="00000000" w14:paraId="0000030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stories are real and troubling, a man was so angry with the wife he left the house in great anger in the middle of the night and was driving to his girlfriend's house without calling her on getting there the girl refused to open and he was the one that rented the house for her as he was driving home in rage he lost control of his car and ran into the bush hitting pavements etc and he died. If he was not so angry and he slept in his house, he would still be alive.</w:t>
      </w:r>
    </w:p>
    <w:p w:rsidR="00000000" w:rsidDel="00000000" w:rsidP="00000000" w:rsidRDefault="00000000" w:rsidRPr="00000000" w14:paraId="0000030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UNDERSTANDING YOUR ROLE IN THE MARRIAGE</w:t>
      </w:r>
    </w:p>
    <w:p w:rsidR="00000000" w:rsidDel="00000000" w:rsidP="00000000" w:rsidRDefault="00000000" w:rsidRPr="00000000" w14:paraId="0000030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always a great turn off when people in the marriage do not understand their role as it is a tension building condition, especially when the people in the marriage are either from different religion, country or state etc of the society. That is why it is advice that before you get married to anyone from a different religion, try to understand what their belief system is and know if you will be able to cope with the requirements or obligations that you may be required to carry out, for every marriage has roles and obligations and there are usually what is prevalent among the people of a region, for instance in the western world you can address anyone by his first name as Mr., Mrs., Miss etc, but in Africa, it is seen as an insult when you address your elder by name, in some regions of Africa, you are not even expected to call the last born of your husband by name, even if he or she is younger to you by age and the wife is expected to kneel down and greet the husband and by all means and if she does not do it, she is seen as arrogant etc and may be plotted against, in some cases, when you give food to your husband you are expected to kneel down and give it to him, try to see that you watch his cloths, etc while in some cultures the husband buys a boat for the woman and she is expected to go and do fishing and bring income to feed the family or engage in trading activities that will generate money for the family. While in some cultures both people in the marriage must contribute to the upkeep of the family. Some religion allow that the man marries more than one wife so you must understand your role in such arrangement, otherwise, never get into it so that there will not be role conflict that would result in tension in the marriage, not understanding it adequately sometimes leads to resentment, rebellion which predictably ends up in divorce and other negative vices that surface in marriages that are not really what should happen.</w:t>
      </w:r>
    </w:p>
    <w:p w:rsidR="00000000" w:rsidDel="00000000" w:rsidP="00000000" w:rsidRDefault="00000000" w:rsidRPr="00000000" w14:paraId="0000030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honesty if both of you seat down peacefully before or after the marriage</w:t>
      </w:r>
    </w:p>
    <w:p w:rsidR="00000000" w:rsidDel="00000000" w:rsidP="00000000" w:rsidRDefault="00000000" w:rsidRPr="00000000" w14:paraId="0000030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can work things out for all to understand his or her role and if one is not meeting up, you can still talk about it on how to assist that person meet up with his or her role in the marriage arrangement. good enough some religion specifically spells out the role of each person in a marriage, if the couple belong to such religion, both should adhere to it or review it to suit both of you and both of you should be fair to each other, for instance if the wife works very late, there is nothing wrong if the husband helps her to pick up a few cooking items from the market or she is pregnant and not fine the man can cook for the family, that is what humanity is, to lend a helping hand to one who is really in need.</w:t>
      </w:r>
    </w:p>
    <w:p w:rsidR="00000000" w:rsidDel="00000000" w:rsidP="00000000" w:rsidRDefault="00000000" w:rsidRPr="00000000" w14:paraId="0000030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BEING SENSITIVE TO YOUR PARTNER – PHYSICAL, SPIRITUAL EMOTIONAL ETC NEEDS</w:t>
      </w:r>
    </w:p>
    <w:p w:rsidR="00000000" w:rsidDel="00000000" w:rsidP="00000000" w:rsidRDefault="00000000" w:rsidRPr="00000000" w14:paraId="0000031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These are some of the most sensitive things husbands and wives should be on the lookout for in their spouse, failure of which will translate into turn off, that could be held and talked about and tempers will flair, especially when it is pointed to by someone outside the family. For instance a man dresses and goes out and the wife bids him good bye etc, not too long someone tells him, please your shirt is stained or has a tear at the back and this happens severally over the years, it can cause tension and words from the husband may not be friendly and the response from the wife if it has the same weight, can bring about quarrel that can be avoided, therefore, it is suggested that, the wife and the husband should please take a great physical look at your wife or husband and see that he/she is good to go before you say good bye or also always physically examine your wife or husband, if he or she is gaining weight or losing weight or any physical sign or mark, for instance redness or paleness of the eyes, it could be that your wife or husband is struggling with a thoughts, challenge that you can be of assistance but she/he may really not want to border you and may be struggling with it and in some cases, it leads to sickness and actions that could further plunge the family into trouble that could be avoided or even sickness that may land the person in the hospital and medical bills will be incurred, that may drain the finances of the family, that can be used to engage in well-meaning project the family badly needs.</w:t>
      </w:r>
    </w:p>
    <w:p w:rsidR="00000000" w:rsidDel="00000000" w:rsidP="00000000" w:rsidRDefault="00000000" w:rsidRPr="00000000" w14:paraId="0000031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was a situation where the wife before they got married was into</w:t>
      </w:r>
    </w:p>
    <w:p w:rsidR="00000000" w:rsidDel="00000000" w:rsidP="00000000" w:rsidRDefault="00000000" w:rsidRPr="00000000" w14:paraId="0000031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debt as they got married the time for repayment drew close and she had no money to pay, she was thinking about it a lot, the husband found out that his wife was getting lean and he really engaged her and she opened up and luckily the man had about 2/3 of the money to pay immediately after which the wife got herself back and in a few weeks later the man paid the debt, if not that the man was observant, she could land in hospital or preset a blood pressure situation which is very unpredictable.</w:t>
      </w:r>
    </w:p>
    <w:p w:rsidR="00000000" w:rsidDel="00000000" w:rsidP="00000000" w:rsidRDefault="00000000" w:rsidRPr="00000000" w14:paraId="0000031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emotional need of both partners should be well documented by both parties as neglect leads to emotional frustration, that lead to nagging and other troubles in the marriage that are not necessary, both of you willingly agreed to get married so you must in honesty and good will perform your marital duties to the best of your ability, as emotion is like a force, it can sometimes move one to the wrong direction if you are frustrated deliberately by your partner. Even when you are observing spiritual obligation it should be agreed to by both of you and without contradiction God knows that she or he is your wife so if you even engage in sex as</w:t>
      </w:r>
    </w:p>
    <w:p w:rsidR="00000000" w:rsidDel="00000000" w:rsidP="00000000" w:rsidRDefault="00000000" w:rsidRPr="00000000" w14:paraId="0000031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married couple, God will not hold you in bad light even when you are fasting. As this has led some wife of pastors to commit adultery with either members or close associates of some pastors, because for months they will say they want to be holy, all married people should please watch out for each other, emotionally and possibly talk about it if you will be having a routine every week or daily, depending on convenience. There is no best way to go about it but, the best is when honesty, need, ability etc is considered for each of you.</w:t>
      </w:r>
    </w:p>
    <w:p w:rsidR="00000000" w:rsidDel="00000000" w:rsidP="00000000" w:rsidRDefault="00000000" w:rsidRPr="00000000" w14:paraId="0000031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spiritual need of both partner in the marriage is almost tied together as the success of the spiritual is good but if both of them are spiritually successful is good for the family for if anyone of them in the marriage is spiritually stagnated it will surely affect the other person and may even extend to the children if they already have, it is just like when anything affects the nose the eye surely always receives the message, so it is better that nothing affects the eyes and the nose as the marriage could be affected, physically, emotionally and in other ways too. But not to worry there is a chapter that is dedicated to the spiritual well being in marriage, so get there and read and understand extensively about the spiritual, why it should be viewed critically.</w:t>
      </w:r>
    </w:p>
    <w:p w:rsidR="00000000" w:rsidDel="00000000" w:rsidP="00000000" w:rsidRDefault="00000000" w:rsidRPr="00000000" w14:paraId="0000031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ISSUING TREATS – PHYSICAL, EMOTIONAL ETC</w:t>
      </w:r>
    </w:p>
    <w:p w:rsidR="00000000" w:rsidDel="00000000" w:rsidP="00000000" w:rsidRDefault="00000000" w:rsidRPr="00000000" w14:paraId="0000031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Issuing treats in a relationship or marriage is one of the great turn off in marriages and it makes the other partner to be insecure, may now be thinking of alternative(s), can lead to aggression, hatred can result etc.</w:t>
      </w:r>
    </w:p>
    <w:p w:rsidR="00000000" w:rsidDel="00000000" w:rsidP="00000000" w:rsidRDefault="00000000" w:rsidRPr="00000000" w14:paraId="0000031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Insecurity in marriage breeds thoughts that are not always positive and as you know, as a man/woman thinks in his/her heart so his, he or she. This can make the other partner not to be cooperative. If it is a physical treat, the other partner could be making arrangements on how to defend him or herself and may now procure dangerous weapon that can lead to death, serious injury, of course divorce etc. It is highly discouraged and should not be practiced at all by any of the party in the marriage. Even treat to children has been known to cause serious disagreement in marriages as it may come from the past attitude of either the man or the woman against the children.</w:t>
      </w:r>
    </w:p>
    <w:p w:rsidR="00000000" w:rsidDel="00000000" w:rsidP="00000000" w:rsidRDefault="00000000" w:rsidRPr="00000000" w14:paraId="0000031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was said of a family, the husband would be telling her, I will deal with you in this house and the man, sometimes the man will carry out his treat and the woman would have black eyes etc one day the man issued his treat again and the woman made up her mind to try to do something to defend herself and as the usual drama began, the lady managed to get hold of the man's ear and she bit part of it off and it was very serious and eventful and that was the end of that marriage as the family of the man said one day the woman will kill their son and they had children</w:t>
      </w:r>
    </w:p>
    <w:p w:rsidR="00000000" w:rsidDel="00000000" w:rsidP="00000000" w:rsidRDefault="00000000" w:rsidRPr="00000000" w14:paraId="0000031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of university age, as at when this fight took place, so issuing treats could take different dimension that we cannot really control the outcome and most times it is a very negative outcome that does not bring any positive advantage to the family therefore, it should never be encouraged at all, instead the couple must seat down and speak about it, in this wise couple must realize that two people in the same boat must be pulling or paddling to one direction otherwise they will surely receive the consequences of pulling to different direction, some of which are delay, confusion, wasted energy, anger, regrets etc which are acts that should be far from any marriage setting by all means possible.</w:t>
      </w:r>
    </w:p>
    <w:p w:rsidR="00000000" w:rsidDel="00000000" w:rsidP="00000000" w:rsidRDefault="00000000" w:rsidRPr="00000000" w14:paraId="0000031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Issuing emotional treat, especially continuously this brings the other partner to become uninterested and mentally weak and may be making arrangement to opt out of the marriage as he or she may be thinking he or she is not good enough may want to go to who will accept her as she is, but in issuing that treat out of ignorance and may not really be serious therefore, you must look and think critically before you respond to any treat negatively, it is not all responses that should be negative, for instance it is possible to report your partner to one person you know he or she will respect and respond to and be very calm about it, especially when you have made several attempts at settling it personally with him/her and it still continues. Emotional treats always leads to withdrawal and being active with your partner and may be not interested in the marriage, serious, conscious and unconscious arrangements and calculations would really be going on in the mind of the partner under treat to want to opt out and in some cases, some women have had to abort pregnancy as they will not be now sure if they are ready to have a child for the one that will be issuing emotional treats frequently, the woman have just display her insecurity as a result of the treat she got from the partner. There are other forms of treat that abound in marriages, some of which are, family treats, this can come to any of the partner's family, it can come in various forms, veiled and unveiled physical or emotional treats. Because some mother or father-in-laws do not want their children to marry a particular person, they issue treats too that negatively impacts on the marriage some mother in laws encourage their daughter or son to commit adultery and sometimes practically aid them in it.</w:t>
      </w:r>
    </w:p>
    <w:p w:rsidR="00000000" w:rsidDel="00000000" w:rsidP="00000000" w:rsidRDefault="00000000" w:rsidRPr="00000000" w14:paraId="0000031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happened in a family that the couple for over 6 years could not bear</w:t>
      </w:r>
    </w:p>
    <w:p w:rsidR="00000000" w:rsidDel="00000000" w:rsidP="00000000" w:rsidRDefault="00000000" w:rsidRPr="00000000" w14:paraId="0000031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child the mother-in-law, calls his son's wife a male leaving with another male and encouraged his son to get married to another woman that she wants to carry her grandchild etc and actually the son impregnated another woman and the lady had a daughter for the family and on the sixth year, the lady that the mother-in-law</w:t>
      </w:r>
    </w:p>
    <w:p w:rsidR="00000000" w:rsidDel="00000000" w:rsidP="00000000" w:rsidRDefault="00000000" w:rsidRPr="00000000" w14:paraId="0000031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referred to as a male too got pregnant and gave birth to a bouncing baby boy and the man now had to be maintaining two homes, in your own marriage please be patient with your partner, in child bearing, both of you should find a solution to it not to engage in, brining unavoidable problem to your family, because you want to listen to your mother or family member(s) as child bearing can be worked out, especially with improve technology.</w:t>
      </w:r>
    </w:p>
    <w:p w:rsidR="00000000" w:rsidDel="00000000" w:rsidP="00000000" w:rsidRDefault="00000000" w:rsidRPr="00000000" w14:paraId="0000031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Opting out of marriage too early is not advisable, seek official counseling, spiritual guidance etc unless there is a direct threat to your life, always report such to your close family member(s) or a leader in your place of worship or even to law enforcement agencies, so that it can be deterred.</w:t>
      </w:r>
    </w:p>
    <w:p w:rsidR="00000000" w:rsidDel="00000000" w:rsidP="00000000" w:rsidRDefault="00000000" w:rsidRPr="00000000" w14:paraId="0000032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ENGAGING IN OTHER ACTIVITIES WHEN YOU ARE HAVING CONVERSATION WITH YOUR SPOUSE</w:t>
      </w:r>
    </w:p>
    <w:p w:rsidR="00000000" w:rsidDel="00000000" w:rsidP="00000000" w:rsidRDefault="00000000" w:rsidRPr="00000000" w14:paraId="0000032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truly has been a very contentious point in the marriage and all reasonable minds have agreed that it is a big turn off that you must try to avoid as much as possible to avoid tension in your marriage or relationship.</w:t>
      </w:r>
    </w:p>
    <w:p w:rsidR="00000000" w:rsidDel="00000000" w:rsidP="00000000" w:rsidRDefault="00000000" w:rsidRPr="00000000" w14:paraId="0000032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Honestly it is unexplainable that you are having meaningful discussion with your partner and you are actively too, engaging in e.g. pressing your phone and sending or replying to messages or even conversing with someone else, it shows great irresponsibility whether it is done by anyone in the marriage or relationship setting some experts believe, that anyone that engages in it may not have been educated enough to know that, if you are having conversation with anyone be it a child not to talk of your partner you should give undivided attention as the person you are acting in that manner to may interpret it that you are either rude or manner-less, especially if it frequently occurs.</w:t>
      </w:r>
    </w:p>
    <w:p w:rsidR="00000000" w:rsidDel="00000000" w:rsidP="00000000" w:rsidRDefault="00000000" w:rsidRPr="00000000" w14:paraId="0000032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should be understood that both of you stand to lose if such act continues unabated as you may not get the entire message that was communicated. You may not be able to interpret and respond fully to the message that is sent across to you and that may cause a miscommunication that can lead to conflict. For instance, if your partner tells you please as you are coming to the house buy oranges, pear and mangoes drop some for my mother while coming and keep it in the fridge to cool a little for me so I can eat when I come and in honesty you heard all except that you did not hear or understand that he asked you to put it in the fridge to cool a little for him, he comes and he asks you to get it for him to eat and you give to him without cooling it and he is surprised and argument begins and this continues at other times, definitely, it will lead to unwanted consequences, including violence, unguarded comments etc that could be</w:t>
      </w:r>
    </w:p>
    <w:p w:rsidR="00000000" w:rsidDel="00000000" w:rsidP="00000000" w:rsidRDefault="00000000" w:rsidRPr="00000000" w14:paraId="0000032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avoided.</w:t>
      </w:r>
    </w:p>
    <w:p w:rsidR="00000000" w:rsidDel="00000000" w:rsidP="00000000" w:rsidRDefault="00000000" w:rsidRPr="00000000" w14:paraId="0000032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it must be understood that there are exception to this rule or act as you can excuse your partner and quickly send or respond to a message that you need to so that you do not forget or the message is very important to you or even the family, it is understood in this wise but should never be made a habit as it could lead to accidents in the home, as reported in a home where a man was talking to his wife and got up and rushed to the kitchen without telling the wife. On his way rushing back, he fell violently and the next time he saw himself was in the hospital.</w:t>
      </w:r>
    </w:p>
    <w:p w:rsidR="00000000" w:rsidDel="00000000" w:rsidP="00000000" w:rsidRDefault="00000000" w:rsidRPr="00000000" w14:paraId="0000032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By and large, giving undivided attention should be intentionally practiced by people in marriage as it exhibits respect for your partner and exhibiting that you are really interested in your partner and what he is telling you, some people will not give the details of what they want to tell you because they see that you are into another activity, instead of listening. Be a responsible partner by not playing or listening to music or engaging in another activity, especially when in serious discussion with your partner, as you don't know how important your partner takes that discussion if you trivialize it, you are injuring his/her ego and saying knowingly or unknowingly the other activity is more important than what your partner wants to tell you, which may not really be your original intention. So funny, some will even tell you please put on the television let me listen to news; meanwhile you were having serious discussion with him/her.</w:t>
      </w:r>
    </w:p>
    <w:p w:rsidR="00000000" w:rsidDel="00000000" w:rsidP="00000000" w:rsidRDefault="00000000" w:rsidRPr="00000000" w14:paraId="0000032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YOUR OPENING AND CLOSING WORDS COULD BE A SERIOUS TURN OFF</w:t>
      </w:r>
    </w:p>
    <w:p w:rsidR="00000000" w:rsidDel="00000000" w:rsidP="00000000" w:rsidRDefault="00000000" w:rsidRPr="00000000" w14:paraId="0000032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to must deliberately and honestly learn to use loving, comforting, respectful etc opening words to your partner, as it is like a tonic that energies your partner to genuinely want to speak to you and really pour out his or her desires or feelings to you. But if your opening statement is bad or unfriendly, you will never have the best of the other partner as it will be that, please let us talk and let me get out of this discussion be it on phone, face to face, chatting etc it is important that couples or people in relationship should begin to track their opening statements, even outside their marriage or relationships. So that they will be able to relate better in the marriage setting, little things like this we neglect can go a long way to improving our marriages and relationships and it may definitely rob off on our children and the society at large.</w:t>
      </w:r>
    </w:p>
    <w:p w:rsidR="00000000" w:rsidDel="00000000" w:rsidP="00000000" w:rsidRDefault="00000000" w:rsidRPr="00000000" w14:paraId="0000032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a little illustration as observed of a family, the man most times barks out instructions when he calls the wife, without saying hello and does not even</w:t>
      </w:r>
    </w:p>
    <w:p w:rsidR="00000000" w:rsidDel="00000000" w:rsidP="00000000" w:rsidRDefault="00000000" w:rsidRPr="00000000" w14:paraId="0000032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wait to hear the wife greet him, be it in the morning, afternoon or evening or even in the night, this time on phone, the wife said, please reply my greeting now my husband, he responded what does your greeting give to me, is it not that, you are calling to collect money now or why are you calling, argument started and the man switched off the call, the wife called severally the husband did not pick, meanwhile one of their child became very sick and the wife was trying to tell him that she will be taking him to the hospital, just in case he comes back the key is at such and such place, of course, the husband came back and could not gain access to the house, he called and the lady said, good evening sir, he said again eat your greeting, where are you, I want to enter my house, the wife says we are in the hospital, he was now interested and it was from that day the husband learn to answer greeting and being patient with his wife and he is doing good on opening statement now.</w:t>
      </w:r>
    </w:p>
    <w:p w:rsidR="00000000" w:rsidDel="00000000" w:rsidP="00000000" w:rsidRDefault="00000000" w:rsidRPr="00000000" w14:paraId="0000032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closing statements in a marriage or relationship is also equally important, as it could be an avenue for the couple to bond and even set agenda for the next day, and if you end your discussion well with your husband or wife be it in a face to face or phone or chatting etc conversation it gives confidence and assurance, and he or she will be ready to tell you the things ordinarily that you will not know and it bring happiness to the family.</w:t>
      </w:r>
    </w:p>
    <w:p w:rsidR="00000000" w:rsidDel="00000000" w:rsidP="00000000" w:rsidRDefault="00000000" w:rsidRPr="00000000" w14:paraId="0000032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in truth if you are married or in a healthy relationship it is good that your closing remarks to your spouse should reinforce that by what you say to the person even if you are in the same house in one place and you want to sleep in the night, it is advised that you tell your partner good night, I love you, God bless you etc you must leave your partner thinking about you, even if he or she is going to work or coming from work, say positive words like, may your journey be blessed, may you succeed in all your plans today. Your words of parting and reconnecting daily should and must be positive.</w:t>
      </w:r>
    </w:p>
    <w:p w:rsidR="00000000" w:rsidDel="00000000" w:rsidP="00000000" w:rsidRDefault="00000000" w:rsidRPr="00000000" w14:paraId="0000032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YOUR CONDUCT DURING COMMUNICATION</w:t>
      </w:r>
    </w:p>
    <w:p w:rsidR="00000000" w:rsidDel="00000000" w:rsidP="00000000" w:rsidRDefault="00000000" w:rsidRPr="00000000" w14:paraId="0000032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possible to put your husband or wife off while communicating, it is good to avoid it as it is a really turn off that distorts communication between partners, and we miss the fine lines or details or even the intention of communication. As everyone and every communication has intention but along the line, there are unintended consequences of our communication, that is why it is</w:t>
      </w:r>
    </w:p>
    <w:p w:rsidR="00000000" w:rsidDel="00000000" w:rsidP="00000000" w:rsidRDefault="00000000" w:rsidRPr="00000000" w14:paraId="0000032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important that you make your communication very clear and simple so that the person you are communicating with will not get you wrong for if he/she gets you wrong it can bring about misconception, misunderstanding and very wrong interpretation of your actions. If he/she asks please explain in a simpler manner as much as you cannot respond by saying so all I have been saying you do not understand or where did your ear go to etc it can further do damage to the communication as the person may be thinking of the negative things you have said again and may not be able to match the first thing he/she heard and the negative one and may want to marry it with the explanation you are giving and then interpret it wrongly, therefore giving you a wrong answer with both of you on a different page.</w:t>
      </w:r>
    </w:p>
    <w:p w:rsidR="00000000" w:rsidDel="00000000" w:rsidP="00000000" w:rsidRDefault="00000000" w:rsidRPr="00000000" w14:paraId="0000033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Facial or body expressions too should be looked out for as it could mislead the person speaking to you. For example,, you are speaking to your partner and he/she is stamping his or his feet on the ground, it either shows resentment or unfriendliness. It affects communication negatively and one of the parties may not be forth coming with the required information and may now be measuring what to say just to make you feel good. In honesty it is a different message he/she wanted to pass or will now give incomplete information that will not be beneficial to the family or relationship.</w:t>
      </w:r>
    </w:p>
    <w:p w:rsidR="00000000" w:rsidDel="00000000" w:rsidP="00000000" w:rsidRDefault="00000000" w:rsidRPr="00000000" w14:paraId="0000033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thing may mean different thing(s) to different people, depending on the part of the world or region, you are from, sometimes even in the same country or region too, one thing maybe interpreted differently, for instance sighing, if you sigh in the deep southern part of Nigeria for instance while discussing with someone especially your elders, it is seen as a very big insult and resentment, so too it is in marriages from those areas, so if your spouse is from those areas you must be careful not to sigh, even when your sighing is innocent or harmless, while in some areas too within the southern area too does tolerate sighing as it is a way of either your support the speaker or just responding to the words you speak and not really towards you, that he or she is genuinely interested while speaking to you.</w:t>
      </w:r>
    </w:p>
    <w:p w:rsidR="00000000" w:rsidDel="00000000" w:rsidP="00000000" w:rsidRDefault="00000000" w:rsidRPr="00000000" w14:paraId="0000033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tone with which you communicate too can positively or negatively affect your marital success.</w:t>
      </w:r>
    </w:p>
    <w:p w:rsidR="00000000" w:rsidDel="00000000" w:rsidP="00000000" w:rsidRDefault="00000000" w:rsidRPr="00000000" w14:paraId="0000033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PRESSING THE PEDAL TOO HARD</w:t>
      </w:r>
    </w:p>
    <w:p w:rsidR="00000000" w:rsidDel="00000000" w:rsidP="00000000" w:rsidRDefault="00000000" w:rsidRPr="00000000" w14:paraId="0000033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are having discussion with your spouse, you should look out for too</w:t>
      </w:r>
    </w:p>
    <w:p w:rsidR="00000000" w:rsidDel="00000000" w:rsidP="00000000" w:rsidRDefault="00000000" w:rsidRPr="00000000" w14:paraId="0000033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much pressure on your partner, if a matter has been extensively discussed and either a temporary understanding is gotten, you can slow it down or change the topic to give room for both of you to think over the issue so that you can continue another day with the same discussion, so that you come to it with a new energy and you may just have gotten a solution because you have allowed a little time to pass and you now have new information and can now give a credible answer that will move your marriage forward.</w:t>
      </w:r>
    </w:p>
    <w:p w:rsidR="00000000" w:rsidDel="00000000" w:rsidP="00000000" w:rsidRDefault="00000000" w:rsidRPr="00000000" w14:paraId="0000033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should be noted that couple should not insist that things must be talked about and concluded today as it leads to anger, frustration, wrong answers etc. When one person in the marriage asks for time and change of topic to avoid an argument, it should be settled for now, as it is not everyone that had the mental capacity to endure long discussions etc like I observed, it leads to frustration that can lead to other things that are unwanted in the marriage.</w:t>
      </w:r>
    </w:p>
    <w:p w:rsidR="00000000" w:rsidDel="00000000" w:rsidP="00000000" w:rsidRDefault="00000000" w:rsidRPr="00000000" w14:paraId="0000033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situation occurred when the husband in the house insisted that his wife tell him about the disagreement in her paternal house when the burial ceremony of the wife's father was conducted and because it was fresh and she was involved, she did not want to speak about it, the husband insisted and she began talking incoherently and the husband took note and was angry and the wife said that was the true story, while it was incorrect, the husband saw one of the sister-in-laws and asked, the same question and she gave the real account, the husband was angry with his wife and she later opened up and the husband apologize to her as she was really offended by some of her family members. If the husband was not understanding, it could have led to another round of disagreement.</w:t>
      </w:r>
    </w:p>
    <w:p w:rsidR="00000000" w:rsidDel="00000000" w:rsidP="00000000" w:rsidRDefault="00000000" w:rsidRPr="00000000" w14:paraId="0000033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CHEATING</w:t>
      </w:r>
    </w:p>
    <w:p w:rsidR="00000000" w:rsidDel="00000000" w:rsidP="00000000" w:rsidRDefault="00000000" w:rsidRPr="00000000" w14:paraId="0000033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probably is one of the greatest turnoff in marriage. Probably most of the cases of cheating in marriage are as a result of speculation or impatience. Though cheating may not necessarily mean, you have a sexual knowledge of the opposite sex, but a seeming neglect or spending time with the opposite sex could be termed to be cheating or suspicious to have cheated or spending long time out with friends instead of your spouse and a closely related attitude etc are what really leads to real cheating – having illicit sexual knowledge of the opposite sex. This accounts for over 60 percent of marriage failure and the couple need to be on the watch out not to fall into such temptation as they must critically weight the consequences that will follow their actions, it is not a thing that just occurs, it takes priming, talking, cajoling, visits etc if you are aware of this then, when you see it coming, you carefully and quietly avoid them. Physically flee if it has happened</w:t>
      </w:r>
    </w:p>
    <w:p w:rsidR="00000000" w:rsidDel="00000000" w:rsidP="00000000" w:rsidRDefault="00000000" w:rsidRPr="00000000" w14:paraId="0000033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negatively in your family before then you should know that it could be a pattern that you must reject immediately. If you are in the period of heat or you want to satisfy your sexual urge and your husband or your wife is not around, you may try to bath with hot water or taking a little lime and water until your husband or wife is around. Also, as there are communication gadgets, speak to your spouse more regularly when you feel the urge to make love.</w:t>
      </w:r>
    </w:p>
    <w:p w:rsidR="00000000" w:rsidDel="00000000" w:rsidP="00000000" w:rsidRDefault="00000000" w:rsidRPr="00000000" w14:paraId="0000033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many signs of cheating some of which are:</w:t>
      </w:r>
    </w:p>
    <w:p w:rsidR="00000000" w:rsidDel="00000000" w:rsidP="00000000" w:rsidRDefault="00000000" w:rsidRPr="00000000" w14:paraId="0000033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dressing of the person changes, perfuming more,</w:t>
        <w:tab/>
        <w:t xml:space="preserve">carrying change cloths abnormally.</w:t>
      </w:r>
    </w:p>
    <w:p w:rsidR="00000000" w:rsidDel="00000000" w:rsidP="00000000" w:rsidRDefault="00000000" w:rsidRPr="00000000" w14:paraId="0000033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Waking up and going to make calls, getting unusual calls</w:t>
      </w:r>
    </w:p>
    <w:p w:rsidR="00000000" w:rsidDel="00000000" w:rsidP="00000000" w:rsidRDefault="00000000" w:rsidRPr="00000000" w14:paraId="0000033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Suddenly locking phones and having password</w:t>
      </w:r>
    </w:p>
    <w:p w:rsidR="00000000" w:rsidDel="00000000" w:rsidP="00000000" w:rsidRDefault="00000000" w:rsidRPr="00000000" w14:paraId="0000033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Change in speaking and answer to the spouse</w:t>
      </w:r>
    </w:p>
    <w:p w:rsidR="00000000" w:rsidDel="00000000" w:rsidP="00000000" w:rsidRDefault="00000000" w:rsidRPr="00000000" w14:paraId="0000034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Unusual outing and returning late to the house</w:t>
      </w:r>
    </w:p>
    <w:p w:rsidR="00000000" w:rsidDel="00000000" w:rsidP="00000000" w:rsidRDefault="00000000" w:rsidRPr="00000000" w14:paraId="0000034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nervous</w:t>
      </w:r>
    </w:p>
    <w:p w:rsidR="00000000" w:rsidDel="00000000" w:rsidP="00000000" w:rsidRDefault="00000000" w:rsidRPr="00000000" w14:paraId="0000034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giving or having time for the family</w:t>
      </w:r>
    </w:p>
    <w:p w:rsidR="00000000" w:rsidDel="00000000" w:rsidP="00000000" w:rsidRDefault="00000000" w:rsidRPr="00000000" w14:paraId="0000034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responding to sexual advances from your partner and suddenly wanting to establish time table for sex</w:t>
      </w:r>
    </w:p>
    <w:p w:rsidR="00000000" w:rsidDel="00000000" w:rsidP="00000000" w:rsidRDefault="00000000" w:rsidRPr="00000000" w14:paraId="0000034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Unexplained tiredness</w:t>
      </w:r>
    </w:p>
    <w:p w:rsidR="00000000" w:rsidDel="00000000" w:rsidP="00000000" w:rsidRDefault="00000000" w:rsidRPr="00000000" w14:paraId="0000034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Having emergency friends not or never known to partner.</w:t>
      </w:r>
    </w:p>
    <w:p w:rsidR="00000000" w:rsidDel="00000000" w:rsidP="00000000" w:rsidRDefault="00000000" w:rsidRPr="00000000" w14:paraId="0000034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many more ways that human being react when they are engaged in cheating, but the spouse should watch out for unusual behaviour because there is no way your behaviour or attitude will not change suddenly if you are engaged in cheating because human beings are animals that responds to change in their environment and interaction, just like, when two chemicals are mixed they cannot remain the same, especially when their quantity is almost the same.</w:t>
      </w:r>
    </w:p>
    <w:p w:rsidR="00000000" w:rsidDel="00000000" w:rsidP="00000000" w:rsidRDefault="00000000" w:rsidRPr="00000000" w14:paraId="0000034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UNRECEPTIVE</w:t>
      </w:r>
    </w:p>
    <w:p w:rsidR="00000000" w:rsidDel="00000000" w:rsidP="00000000" w:rsidRDefault="00000000" w:rsidRPr="00000000" w14:paraId="0000034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turning issue in marriage as being unreceptive to your partner, husband or wife's relatives can cause strain in your family, resulting to unhappiness etc</w:t>
      </w:r>
    </w:p>
    <w:p w:rsidR="00000000" w:rsidDel="00000000" w:rsidP="00000000" w:rsidRDefault="00000000" w:rsidRPr="00000000" w14:paraId="0000034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 turn off that couples must be careful to watch out for, as it is not a very safe attitude to engage in. So that there can be peace and harmony in marriages and it brings about long faces of both parties, especially when it has to do with rejecting the husband/wife in sexual obligation, some men could turn out to be violent in wanting to have their way, but actually no one in the marriage union has the right in the marriage union has the right to reject each other, except for</w:t>
      </w:r>
    </w:p>
    <w:p w:rsidR="00000000" w:rsidDel="00000000" w:rsidP="00000000" w:rsidRDefault="00000000" w:rsidRPr="00000000" w14:paraId="0000034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obvious, physical or psychological reasons, that the other party should of necessity understand and cooperate with your spouse as we are human beings who may not be comfortable to engage in sex all the time or when the other party is interested in this case caution is strongly advice so that simple agreements are reached so that the couple could be happy with themselves. Furthermore, couple are advice to console one another in other to be willing to be happy to engage in sex or even look forward to it with your spouse.</w:t>
      </w:r>
    </w:p>
    <w:p w:rsidR="00000000" w:rsidDel="00000000" w:rsidP="00000000" w:rsidRDefault="00000000" w:rsidRPr="00000000" w14:paraId="0000034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Rejection of family members by any of the spouse is not an act that supports good conscience especially in Africa and the third world nations where it is almost marriage to the family and where family members in most cases do not give notices before they visit, which is a little bit different from the practice in America and the Europe where you have to call and give notice before you visit in Africa, most likely one family member is even packaged to follow the bride so that it will be that, that is her own contribution in raising the family standard by training a family member either for a trade or education. Couple should try to accommodate family members from both sides and always talk about it in peace so that when it comes they can deal with it together and as a front especially mother and father-in-laws, some of which could be turbulent to handle.</w:t>
      </w:r>
    </w:p>
    <w:p w:rsidR="00000000" w:rsidDel="00000000" w:rsidP="00000000" w:rsidRDefault="00000000" w:rsidRPr="00000000" w14:paraId="0000034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FITING UNREALISTIC STANDARDS</w:t>
      </w:r>
    </w:p>
    <w:p w:rsidR="00000000" w:rsidDel="00000000" w:rsidP="00000000" w:rsidRDefault="00000000" w:rsidRPr="00000000" w14:paraId="0000034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Couple should avoid setting unrealistic standards to the detriment of the family, be it in development projects expected standard of spending for your children education etc.</w:t>
      </w:r>
    </w:p>
    <w:p w:rsidR="00000000" w:rsidDel="00000000" w:rsidP="00000000" w:rsidRDefault="00000000" w:rsidRPr="00000000" w14:paraId="0000034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could be a serious turn off and point of disagreement for the couple especially when the standard is set by only one party and other party is not going along with it, for instance if the man wants to buy and build a house because of that he does not support the feeding of the family or medical bills of the family, definitely that is an unreasonable and not sustainable standard, that will not promote the family and well being of it, it may lead to consequences not envisaged.</w:t>
      </w:r>
    </w:p>
    <w:p w:rsidR="00000000" w:rsidDel="00000000" w:rsidP="00000000" w:rsidRDefault="00000000" w:rsidRPr="00000000" w14:paraId="0000034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Also for instance if a woman says she will not get pregnant until she has her doctorate degree definitely it will cause tension in the home as the husband may want to resort to self-help by going to get someone else pregnant and an irreversible action has been set in the marriage as the other lady may end up to became a burden to the family or at best there maybe divorce and the family is dislocated, therefore the couple should always discuss and agree on setting any standard that will either affect the family or the other party as the case may be, so</w:t>
      </w:r>
    </w:p>
    <w:p w:rsidR="00000000" w:rsidDel="00000000" w:rsidP="00000000" w:rsidRDefault="00000000" w:rsidRPr="00000000" w14:paraId="0000035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that, it will be a win, win situation for the family as it is a very possible and positive thing to do.</w:t>
      </w:r>
    </w:p>
    <w:p w:rsidR="00000000" w:rsidDel="00000000" w:rsidP="00000000" w:rsidRDefault="00000000" w:rsidRPr="00000000" w14:paraId="0000035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HOLDING ON - NOT SHIFTING GROUND</w:t>
      </w:r>
    </w:p>
    <w:p w:rsidR="00000000" w:rsidDel="00000000" w:rsidP="00000000" w:rsidRDefault="00000000" w:rsidRPr="00000000" w14:paraId="0000035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Anyone in a marriage setting or union should be aware that, it is a real turn off for the family and puts the family in danger that can be avoided by just being a bit reasonable. Holding on to your ground on issues that can be discussed and agreed, should be avoided as it is old fashioned, be you a man or woman in the union, only things that will be beneficial should be insisted on and when you have the right information and knowledge, you should be able to present it in a way that your partner will accept it and where possible meet each other with a little to the right and a little to the left so that you avoid tension and make the marriage work, compromise is what married couple should learn and hold very fast to, so that your marriage can survive.</w:t>
      </w:r>
    </w:p>
    <w:p w:rsidR="00000000" w:rsidDel="00000000" w:rsidP="00000000" w:rsidRDefault="00000000" w:rsidRPr="00000000" w14:paraId="0000035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LEAVING TO THE STANDARD YOU SET</w:t>
      </w:r>
    </w:p>
    <w:p w:rsidR="00000000" w:rsidDel="00000000" w:rsidP="00000000" w:rsidRDefault="00000000" w:rsidRPr="00000000" w14:paraId="0000035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 turn off in marriage and should be done away with very fast, in other to make your family stable and solid, for example if you have said you will be contributing a certain amount for feeding and upkeep, without information or change in your income you slatch it, no apology or excuse and when you are confronted, you are not forthcoming instead you want to cause trouble for the family, you are in no way setting a good standard or leaving up to the standard that you set by yourself.</w:t>
      </w:r>
    </w:p>
    <w:p w:rsidR="00000000" w:rsidDel="00000000" w:rsidP="00000000" w:rsidRDefault="00000000" w:rsidRPr="00000000" w14:paraId="0000035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Even when it is a social standard in the house on outing for instance the family agrees that apart from when it is necessary no one stays out up to 11pm or midnight and yet one of the parties constantly engages in it without excuse, it is not a very good way of becoming a responsible member of the responsible marriage.</w:t>
      </w:r>
    </w:p>
    <w:p w:rsidR="00000000" w:rsidDel="00000000" w:rsidP="00000000" w:rsidRDefault="00000000" w:rsidRPr="00000000" w14:paraId="0000035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FOLLOWING THE CROWD</w:t>
      </w:r>
    </w:p>
    <w:p w:rsidR="00000000" w:rsidDel="00000000" w:rsidP="00000000" w:rsidRDefault="00000000" w:rsidRPr="00000000" w14:paraId="0000035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 way of loosing yourself or marriage and it is a real turn off, this could be one of the worse thing a couple or partner could do, to gradually put brakes on their marriage because you are going to be bringing external influence that has no positive bearing on your family and it will do damage it gradually as you keep bad company either in your office, neighborhood, among your peer group etc, what people do and it work for them does not mean it will work for your family. A story that is related to following the crowd was told how a married man started following his colleagues in the office all of them has extra marital affairs as he joined them he found himself most times not going home after office hours and</w:t>
      </w:r>
    </w:p>
    <w:p w:rsidR="00000000" w:rsidDel="00000000" w:rsidP="00000000" w:rsidRDefault="00000000" w:rsidRPr="00000000" w14:paraId="0000035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was gradually putting strain not only on his marriage but also on his finance, his marital obligations in the house etc was affected and worse still he became a drunkard and it graduated to his physically abusing his wife, from time to time, he was so deep in it that the family was falling apart, his wife could not take it and she left, he was unconcerned, after a few months, it was as if scales fell out of his eyes as he was no longer measuring up in life, physically etc and his health too was beginning to nose dive a few of his relatives called him to order and he began the process of reconciliation with his wife....</w:t>
      </w:r>
    </w:p>
    <w:p w:rsidR="00000000" w:rsidDel="00000000" w:rsidP="00000000" w:rsidRDefault="00000000" w:rsidRPr="00000000" w14:paraId="0000035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woman in the marriage too can fall victim to following the crowd, you only need to be observant and see the signs when they are coming, you deliberately avoid either physically contacting the people that will make you to engage in it, stop taking or making calls to them and always give excuse for not seeing them no matter how spurious the excuse may be, better still make excuse with your husband, even when they are your relatives or very close friends because that is the place it starts from.</w:t>
      </w:r>
    </w:p>
    <w:p w:rsidR="00000000" w:rsidDel="00000000" w:rsidP="00000000" w:rsidRDefault="00000000" w:rsidRPr="00000000" w14:paraId="0000035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QUARRELSOME</w:t>
      </w:r>
    </w:p>
    <w:p w:rsidR="00000000" w:rsidDel="00000000" w:rsidP="00000000" w:rsidRDefault="00000000" w:rsidRPr="00000000" w14:paraId="0000035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easiest things that puts especially the male folks off and is known in marriages to cause real tension and flaring of tempers and raising of voices by couple. But, in all honesty it is not necessary to be quarrelsome, for the thing you are quarrelling about can also be achieved by being calm and making your point very clear and calm, so that your partner will understand and appreciate, the thing is, if you start to be calm in your approach your partner, respects you more and would want to be more attentive to you than before, as silence has a greater positive effect on a human being that raising your voice.</w:t>
      </w:r>
    </w:p>
    <w:p w:rsidR="00000000" w:rsidDel="00000000" w:rsidP="00000000" w:rsidRDefault="00000000" w:rsidRPr="00000000" w14:paraId="0000035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Try this experiment and thank me later, as your partner may even be forced to ask you, for surely he will notice you more when you are calm, as a normal human being normally resists and prepares for a violent situation, as his senses tells him or her that, if you don't defend yourself you will be seen as a weakling so, do something that your partner will know that, you too are tough and has the capacity to shout and be rancorous etc. please avoid been quarrelsome, it portrays a bad image of you, does not tell well of you brought up your background and in honesty sociological research shows that people who are quarrelsome and shouts at slight provocation are external cowards who wants to cover up their inadequacies, so they make up with raising their voices and displaying conducts that seem violent in other to be able to intimidate the opponent and get their way, but a person who understands this should, help them out by being calm and still get</w:t>
      </w:r>
    </w:p>
    <w:p w:rsidR="00000000" w:rsidDel="00000000" w:rsidP="00000000" w:rsidRDefault="00000000" w:rsidRPr="00000000" w14:paraId="0000035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them to be responsible and help them learn their inadequacies so that it could be corrected.</w:t>
      </w:r>
    </w:p>
    <w:p w:rsidR="00000000" w:rsidDel="00000000" w:rsidP="00000000" w:rsidRDefault="00000000" w:rsidRPr="00000000" w14:paraId="0000035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RECOGNIZING MARITAL OPPORTUNITIES</w:t>
      </w:r>
    </w:p>
    <w:p w:rsidR="00000000" w:rsidDel="00000000" w:rsidP="00000000" w:rsidRDefault="00000000" w:rsidRPr="00000000" w14:paraId="0000035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of the attributes a human being who is grown enough to be married should have is recognizing marital opportunities as this is a great turn off, especially during courtship. You must recognize marital opportunity when you see it, even if you are not ready you should keep it up until you are ready and it is possible, if you see a person that comes around you and in decent and forward looking and has a bright prospect, but at the moment has no ability either financially or educationally, even his background is not an elitist background or from a popular family etc but intelligent and he or she is not telling you anything relating to relationship or marriage but keeps up the contact and makes suggestions that are beneficial to your life and family please, begin to be on the watch out, for that in practical reality is a candidate amongst which you should consider when the time comes as many people have turned off, marital opportunities like that, more so even if you too have to assist the person even with a little affordable cash or food stuff, as this even is the essence of humanity, when you assist anybody in need, even when you know the person will not be able to pay you back as you must surely get your reward, how be it, even if not from the person, but God will surely reward you. The thing is to shine your eyes.</w:t>
      </w:r>
    </w:p>
    <w:p w:rsidR="00000000" w:rsidDel="00000000" w:rsidP="00000000" w:rsidRDefault="00000000" w:rsidRPr="00000000" w14:paraId="0000036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Also, When you are married, there are opportunities that you need to</w:t>
      </w:r>
    </w:p>
    <w:p w:rsidR="00000000" w:rsidDel="00000000" w:rsidP="00000000" w:rsidRDefault="00000000" w:rsidRPr="00000000" w14:paraId="0000036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recognize in your marital journey in other to make your marriage heaven on earth</w:t>
      </w:r>
    </w:p>
    <w:p w:rsidR="00000000" w:rsidDel="00000000" w:rsidP="00000000" w:rsidRDefault="00000000" w:rsidRPr="00000000" w14:paraId="0000036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yes, setting your marriage on fire, you must never forget your wife or husbands birthday, marriage anniversary, children's birthdays, father or mother in law birthdays or important friends of your husband or wife. You should be the one to even send gifts on behalf of your husband or wife to their parents or friends and when they call your husband or wife, at once they will know you are the one that can perform such magic and it makes your husband or wife to always want to think about you, so when you ask for favor it will then be easy to give to you and in some cases, you will be asked, is that all please. Some other things you need to consider too is to get the needs of your wife or husband without he or she asking you, if he or she sees it, it will gladden his or her heart and you are unknowingly setting your marriage on fire and your marriage could become a reference point for your friend, family and associates, find related things to do in your marriage, as your children will also transport it to their homes, when they marry too.</w:t>
      </w:r>
    </w:p>
    <w:p w:rsidR="00000000" w:rsidDel="00000000" w:rsidP="00000000" w:rsidRDefault="00000000" w:rsidRPr="00000000" w14:paraId="0000036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Perhaps, very many people have missed opportunities to get married to</w:t>
      </w:r>
    </w:p>
    <w:p w:rsidR="00000000" w:rsidDel="00000000" w:rsidP="00000000" w:rsidRDefault="00000000" w:rsidRPr="00000000" w14:paraId="0000036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one who would have really taken care of them and they are taking a good partner for granted. Just open your eyes when you need to and close your eyes when you need to but know when to engage in the processes as there is a fine line between them, just recognize it and recognize it on time and review and see if you can still trace him or her and thank God, if she or he is still free and have not moved on in life and settled with someone else.</w:t>
      </w:r>
    </w:p>
    <w:p w:rsidR="00000000" w:rsidDel="00000000" w:rsidP="00000000" w:rsidRDefault="00000000" w:rsidRPr="00000000" w14:paraId="0000036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POMPOUS</w:t>
      </w:r>
    </w:p>
    <w:p w:rsidR="00000000" w:rsidDel="00000000" w:rsidP="00000000" w:rsidRDefault="00000000" w:rsidRPr="00000000" w14:paraId="0000036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major turnoff in relationships, in marriages too, when a person sees himself or herself as more superior, educated, of a higher status and the other as a lesser being, is a major point of turnoff and great resentment and must be avoided and discarded as it is old fashioned and have no place in the present world even if you are of a royal family it makes no difference, you do not have a blue blood but a red one just like the other person has, it is even very possible that the person you are being pompous to will do better than you if he or she has the opportunity you have you have and he or she may even be more intelligent than you are and is the person that will bail you out in circumstances that, your so called finance or position cannot bail you out from and truly if a one on one evaluation is done he or she will be more valuable them you who is showing or acting pompous, so be humble and know that all of us are human beings and we have to respect one another, even if you are a male or female in a marriage setting or from a rich home, or still if the person is your gardener, cook, tailor, maison janitor, etc.</w:t>
      </w:r>
    </w:p>
    <w:p w:rsidR="00000000" w:rsidDel="00000000" w:rsidP="00000000" w:rsidRDefault="00000000" w:rsidRPr="00000000" w14:paraId="0000036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fact, those who are pompous are known not to parade their own credentials but they parade someone else credentials i.e., they are not able to hold their own ordinarily, if not what they flaunt, that is not of their efforts, but that of their parents, relatives, have acquired maybe through fraudulent means etc. no normal human being should be pompous as it destroys relationships and brings resentment, that is always sometimes rewarded negatively in the future when you may have forgotten your act that was putting the other person in an a awkward position and he or she is able to confront you now and may be negative to you.</w:t>
      </w:r>
    </w:p>
    <w:p w:rsidR="00000000" w:rsidDel="00000000" w:rsidP="00000000" w:rsidRDefault="00000000" w:rsidRPr="00000000" w14:paraId="0000036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DOGMATIC AND UNBENDING</w:t>
      </w:r>
    </w:p>
    <w:p w:rsidR="00000000" w:rsidDel="00000000" w:rsidP="00000000" w:rsidRDefault="00000000" w:rsidRPr="00000000" w14:paraId="0000036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Truly it is a turnoff in marriage that the couple or people in relationships must truly avoid, if they honestly want their marriage or relationship to stand the test of time and they really want it to become and envy of others, because this is what makes very many marriages and relationships to be uninteresting and full of troubles, that are sometimes intractable and leads to unwanted separation and</w:t>
      </w:r>
    </w:p>
    <w:p w:rsidR="00000000" w:rsidDel="00000000" w:rsidP="00000000" w:rsidRDefault="00000000" w:rsidRPr="00000000" w14:paraId="0000036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maybe divorce. What your sense of being right and reasonable tells you may be slightly different and maybe in your culture, upbringing, educational background or exposure may be acceptable or tolerated, is at all not tolerable or accepted in your spouse own sense of judgment. Therefore it is always better or preferred to strike a balance, so that both of you can have a sense of being fulfilled, otherwise, there will be challenges in your marriage or relationship.</w:t>
      </w:r>
    </w:p>
    <w:p w:rsidR="00000000" w:rsidDel="00000000" w:rsidP="00000000" w:rsidRDefault="00000000" w:rsidRPr="00000000" w14:paraId="0000036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These things can be worked out, as you should know, that time and seasons are not the same, but they seem to present a similar thing. For example in the western world a married woman can hug an even kiss the jaw of another man, but, I tell you in Africa, if you engage in it, it may cost your marriage, especially if, it is your husband's relatives that saw you do so, a family meeting will be called and your issue will be the main topic and, I bet you many of them will even without your husband consent come and throw you out of the house, so you need to balance it and recognize that you are in a setting marriage and you need to act according to the expected behavior of the marriage you are in. in some typical African setting a married woman cannot be held on the wrist by another man, if you are seen, it is believed that you have committed adultery and therefore necessary sanctions will come upon you and the man that held your wrist, and believe you, it is the members of the female family that will even be loud about it, as they will interpret it as a disgrace on their family and they need to clear their family name. The husband in this regard should be able to intervene on behalf of their spouse so that it will not deteriorate into an uncontrollable situation as some of them really do.</w:t>
      </w:r>
    </w:p>
    <w:p w:rsidR="00000000" w:rsidDel="00000000" w:rsidP="00000000" w:rsidRDefault="00000000" w:rsidRPr="00000000" w14:paraId="0000036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a marriage setting, nothing is cast in stone, therefore people in the</w:t>
      </w:r>
    </w:p>
    <w:p w:rsidR="00000000" w:rsidDel="00000000" w:rsidP="00000000" w:rsidRDefault="00000000" w:rsidRPr="00000000" w14:paraId="0000036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relationship should work it out, it should not be that, this is what my father and mother used to do, therefore, it should happen too in our own, no, no, no. you are different, times have changed, situations have changed etc, so there needs to be a system in your marriage that only both of you should operate, especially when it works for you people, or better still from time to time do adjustments that will favor your marriage or relationship so that your marriage can be set on fire, make compromises even if it inconveniences you and also report same when you both are in a very good mood, you must bend, like a tree to assure your stability in your marriage, if you see the tree bending to and fro during rain or stormy times, it is doing so, so that its roots should understand that it needs to hold fast to the ground to assure her survival.</w:t>
      </w:r>
    </w:p>
    <w:p w:rsidR="00000000" w:rsidDel="00000000" w:rsidP="00000000" w:rsidRDefault="00000000" w:rsidRPr="00000000" w14:paraId="0000036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MEETING SOMEONE TODAY AND ASKING FOR MONEY</w:t>
      </w:r>
    </w:p>
    <w:p w:rsidR="00000000" w:rsidDel="00000000" w:rsidP="00000000" w:rsidRDefault="00000000" w:rsidRPr="00000000" w14:paraId="0000036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 turnoff that, should not be in your dictionary at all, as it allows people not to take you seriously at all, but honestly, there are special circumstances that would allow you to indeed ask for money and you will be even be respected and appreciated e.g. if you have just been robbed, you genuinely lost your transport fare etc otherwise it is an act that has made some people to lose valuable relationships that could have changed their fortunes positively, some people will almost never take you serious especially if that, is what you do and may not trust you with anything or want to recommend you to anyone. If you want to have a lasting relationship with anyone avoid asking them for money, if you are married never ask for money unnecessarily as you may be caught and if he or she lost trust in you, you may not get the best out of the marriage again, you need to be careful.</w:t>
      </w:r>
    </w:p>
    <w:p w:rsidR="00000000" w:rsidDel="00000000" w:rsidP="00000000" w:rsidRDefault="00000000" w:rsidRPr="00000000" w14:paraId="0000037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PUTTING TENSION ON YOUR WIFE OR HUSBAND</w:t>
      </w:r>
    </w:p>
    <w:p w:rsidR="00000000" w:rsidDel="00000000" w:rsidP="00000000" w:rsidRDefault="00000000" w:rsidRPr="00000000" w14:paraId="0000037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turnoff that, should be far from a marriage that is expected to last, tension is not a thing that needs to be present in a marriage, especially when it is done deliberately, but the couples should be observant as some people may engage in it, unknowingly and you are expected to calmly draw the attention of your spouse to it, for if you do so in anger and not in love you may even escalate the situation or make the other person to be withdrawn from you and you may not have your relationship smooth again and tension in your marriage is the last thing you may want to see and there are ways to go about it too, like you must, find a good time to analyze it together and point out the drawbacks to him or her.</w:t>
      </w:r>
    </w:p>
    <w:p w:rsidR="00000000" w:rsidDel="00000000" w:rsidP="00000000" w:rsidRDefault="00000000" w:rsidRPr="00000000" w14:paraId="0000037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example there is a couple as it was said, the man was handsome the woman too was beautiful, in admiration and in a bid to have fun with his wife, especially when the wife is well dressed and would come from out, the husband will ask, how many toasters did you get today i.e. how many men asked you out today etc, the wife will say sometimes one or two etc, it went on and on, one day the woman exploded, how can you be asking me how many men talked to me etc is it that you don't trust me, how can, must men toast me, I do not like the tension you put on me each time, I am well dressed and I come back, you ask me this offensive question. As you see from this story, the lady has been so angry and the man obviously has been having fun, while the wife considered it to be tension, so, when it comes to your own, do ask and try to really understand, what is it that your wife or husband is doing, is he joking or serious, announce to him or her your feeling, so that both of you will be on the same understanding.</w:t>
      </w:r>
    </w:p>
    <w:p w:rsidR="00000000" w:rsidDel="00000000" w:rsidP="00000000" w:rsidRDefault="00000000" w:rsidRPr="00000000" w14:paraId="0000037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GIVING WRONG INFORMATION</w:t>
      </w:r>
    </w:p>
    <w:p w:rsidR="00000000" w:rsidDel="00000000" w:rsidP="00000000" w:rsidRDefault="00000000" w:rsidRPr="00000000" w14:paraId="0000037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not too great in a relationship or marriage as it turns people off and can breed something else that is not intended. As he or she too, will now give such wrong information, to other people who may see him or her as an unserious person and may be avoided or not considered in some other important event that can bring benefit to the family, at all times the right information should be passed so he or she can make an informed decision, that will benefit his status. For instance, you witnessed an accident scene and you got home and told your wife, you witnessed an accident scene and you said two people died and in honesty no one died and your wife or husband goes to see his friends and he too, recounts, the accident scene to his friends, not also knowing that one of the friend was also an eye witness and indeed people only got slight injuries, they will surely look at each other and may ask, do you mean the accident that happened at such and such a place and you say yes, they will discount you without your knowing it and when something else occurs and they were not there and you alone saw it, they will surely be skeptical and would not want to take you serious even if it has to do with business that you either engage in, as they would want to prefer someone else.</w:t>
      </w:r>
    </w:p>
    <w:p w:rsidR="00000000" w:rsidDel="00000000" w:rsidP="00000000" w:rsidRDefault="00000000" w:rsidRPr="00000000" w14:paraId="0000037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SHOUTING AT YOUR PARTNER</w:t>
      </w:r>
    </w:p>
    <w:p w:rsidR="00000000" w:rsidDel="00000000" w:rsidP="00000000" w:rsidRDefault="00000000" w:rsidRPr="00000000" w14:paraId="0000037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weakest things that should not happen in a relationship or marriage; in fact even shouting unnecessarily even at children in the house is not a good practice as it can negatively affect the children as they are growing up. It can make the children to become very adamant, and may not want to now take instructions from another adult who is normal, that does not shout as they may just believe that in other to obey instructions you must be shouted at. This can bring a disruption or dislocation in the life of the child as he or she grows up and interacts with the larger society and may want to infect his or her peers with that attitude and other related negative things that may be detrimental to the family and society at large. So, parents need to do a serious evaluation and weigh the cost of shouting at the children and the negative effect that happens to the children. To now see if they continue to shout at their children or they now discontinue in other to make their children to fully integrate and become a responsible member(s) of the society that will bring greater or good benefit to the society at large.</w:t>
      </w:r>
    </w:p>
    <w:p w:rsidR="00000000" w:rsidDel="00000000" w:rsidP="00000000" w:rsidRDefault="00000000" w:rsidRPr="00000000" w14:paraId="0000037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By shouting at themselves in their marriage or relationship, this is an act that responsible adults must never engage in, because, family is the most important unit of a society and therefore when the family breaks down the entire</w:t>
      </w:r>
    </w:p>
    <w:p w:rsidR="00000000" w:rsidDel="00000000" w:rsidP="00000000" w:rsidRDefault="00000000" w:rsidRPr="00000000" w14:paraId="0000037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society has broken down and it becomes a problem for us all, or even if it is one of the partner, that is involved in the shouting, it still has a negative effect on the family especially on the person that is been shouted at repeatedly, as it can have a negative psychological effect that can present itself in other areas of life at home or when the victim goes out to interact with the society, in some cases it is known to bring about disoriented mental condition, accident, either at home or outside etc some people out of thinking of the disconnect in their homes, have been known to walk into moving cars or crossing the road without thinking of the damage, but rather it is the condition at home that is repeating itself in the head of the person and before you know it, he or she will find himself or herself in the hospital after regaining consciousness and it may cost money or the person's life, so it is an expensive negative ventures to embark on.</w:t>
      </w:r>
    </w:p>
    <w:p w:rsidR="00000000" w:rsidDel="00000000" w:rsidP="00000000" w:rsidRDefault="00000000" w:rsidRPr="00000000" w14:paraId="0000037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children at home too are known to bear the brunt of shouting as, when they grow as adult they embark on it, thinking it is the normal thing to do. It must be stated clearly at this point that mostly men engage in the shouting, to want to establish their authority, but in truth are only exhibiting their incompetence or inadequacies as I have observe somewhere in the book before, therefore, wives please assist your husband to come out of their inadequacies, by educating them and pointing this fact to them, that if they have inadequacies they should fill it and you should please be very gentle with it and approach it with caution as it could be escalated if you wrongly handle it.</w:t>
      </w:r>
    </w:p>
    <w:p w:rsidR="00000000" w:rsidDel="00000000" w:rsidP="00000000" w:rsidRDefault="00000000" w:rsidRPr="00000000" w14:paraId="0000037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IGNORING YOUR SPOUSE</w:t>
      </w:r>
    </w:p>
    <w:p w:rsidR="00000000" w:rsidDel="00000000" w:rsidP="00000000" w:rsidRDefault="00000000" w:rsidRPr="00000000" w14:paraId="0000037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an act of flagrant disrespect, no matter who is engaged in it, and even for any reason and it only shows that you have no courtesy or etiquette, because of a truth if you have one, you should be able to explain it out or simply say, please can I speak to you about this subject later and please it must not, in any way be said rudely or in bad tune, for if you do, you will get the direct opposite of your expectation as, when a person, is been disrespected, he or she reacts very negatively and some people throw caution to the wind, but it may be permanent if the situation leads to regrettable action that leads to break down of law and order as, ignoring someone can do to a human being and sometime a grave consequence is the outcome of ignoring your partner. But, to bring about peace you engage in it, and you lose nothing instead you gain.</w:t>
      </w:r>
    </w:p>
    <w:p w:rsidR="00000000" w:rsidDel="00000000" w:rsidP="00000000" w:rsidRDefault="00000000" w:rsidRPr="00000000" w14:paraId="0000037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marriage settings, it is observed mostly that women engage in ignoring their husbands, be it in the performance of their sexual obligation or when their attention is been called, they either don't respond or respond late. it should be known that the men feel that woman bruise their ego in that regard and therefore, may find a way to balance it in other areas, like not helping out with domestic duties, or even with the children, when it is obvious that they should help to relief the woman of burden from the children, especially when the children are more than one and all want the attention of the woman.</w:t>
      </w:r>
    </w:p>
    <w:p w:rsidR="00000000" w:rsidDel="00000000" w:rsidP="00000000" w:rsidRDefault="00000000" w:rsidRPr="00000000" w14:paraId="0000037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Whatever or however it maybe, ignoring yourselves in a relationship or marriage, would only bring pain to both of you and that may not be the reason you people got married.  So, you need to put ignoring your partner in the trash can and be at peace with him or her. Be proactive and educate yourself on the benefit of not ignoring one another and move on with your marriage, setting it on fire as that is what love is. Marriage is the ultimate of loving someone and love can be put on positive fire if both of you really genuinely love yourselves, to the extent of agreeing to get married. You should indeed forget the hurt and just be happily married. With time, he or she will realize that you are on fire and he too would want to enter the fire and see if he or she will get burnt.</w:t>
      </w:r>
    </w:p>
    <w:p w:rsidR="00000000" w:rsidDel="00000000" w:rsidP="00000000" w:rsidRDefault="00000000" w:rsidRPr="00000000" w14:paraId="0000037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APOLOGIZING FOR WRONG ACTION OR IN-ACTION</w:t>
      </w:r>
    </w:p>
    <w:p w:rsidR="00000000" w:rsidDel="00000000" w:rsidP="00000000" w:rsidRDefault="00000000" w:rsidRPr="00000000" w14:paraId="0000037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Perhaps, this is the cause of bad blood or revenge in marriages and relationships. And it is a great turn off that has not been adequately addressed.</w:t>
      </w:r>
    </w:p>
    <w:p w:rsidR="00000000" w:rsidDel="00000000" w:rsidP="00000000" w:rsidRDefault="00000000" w:rsidRPr="00000000" w14:paraId="0000038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Because, if this is in place, most misunderstanding that marriages and relationships have, would have been avoided and there would have be relative peace and harmony in marriages that, marriage would have been an enviable thing for many people who are in it, and the negative stories would have been avoided and altogether done away with and there would have been great stories of love, passion and interest in marriages and some people would have been wanting to get married on time seeing that there is peace and harmony in the stories or even the marriages the witness, in fact there are some marriages that last for less than a month, far shorter than the time that was used to plan the marriage. The truth be told, some arrangements are made for more than a year, yet it only lasted a few</w:t>
      </w:r>
    </w:p>
    <w:p w:rsidR="00000000" w:rsidDel="00000000" w:rsidP="00000000" w:rsidRDefault="00000000" w:rsidRPr="00000000" w14:paraId="0000038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weeks – too bad.</w:t>
      </w:r>
    </w:p>
    <w:p w:rsidR="00000000" w:rsidDel="00000000" w:rsidP="00000000" w:rsidRDefault="00000000" w:rsidRPr="00000000" w14:paraId="0000038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four letter word that can heal your marriage from inside out is to always say, please I am sorry, even when you are not wrong and he or she is right or wrong, if you engage in this you have consciously set your marriage on fire and honestly you will only receive positive rewards and results in your marriage and I truly tell you, the benefit far out ways the drawbacks.</w:t>
      </w:r>
    </w:p>
    <w:p w:rsidR="00000000" w:rsidDel="00000000" w:rsidP="00000000" w:rsidRDefault="00000000" w:rsidRPr="00000000" w14:paraId="0000038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you can correct the error gradually, by making him or her know that, if someone is wrong, he or she should apologize and it even makes no difference if you say, I am sorry please, even when you are right, this should be in a marriage and relationship setting, but if, you are not married and just in courtship and one party finds it hard to say, please I am sorry, you should please, quietly disengage as, it is a vice possessed by a bad to be wife or husband.</w:t>
      </w:r>
    </w:p>
    <w:p w:rsidR="00000000" w:rsidDel="00000000" w:rsidP="00000000" w:rsidRDefault="00000000" w:rsidRPr="00000000" w14:paraId="0000038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good natured person and the one from a good background, should never have a problem saying, please I am sorry, because, it is like the oil that lubricates an engine, for if a car has no oil that car surely will have a challenge in moving smoothly. Words in itself can act as a healer or a balm, especially when the words are soft and positive, the hardest of hearts are melted like a butter that a hot knife pass through with no difficulty. So, using positive words is an act that is engage in by wise people who want their marriages to succeed and stay strong till death do them apart, but please, note, the words should be laced with deliberate words that are positive enough, even words move God, not to talk of men or women. Please never joke with this portion of this book, if this is the only thing you remember in this entire book, please, be aware that you have a book that can secure your future, even for your unborn children, as soft words, move mountains and only brings favour. Leave this legacy for even your children will not regret it at all, instead you will want to look for me to favour me or buy more of this book and freely distribute to people and you deliberately mark this portion of the book and ask them to take critical note of this portion.</w:t>
      </w:r>
    </w:p>
    <w:p w:rsidR="00000000" w:rsidDel="00000000" w:rsidP="00000000" w:rsidRDefault="00000000" w:rsidRPr="00000000" w14:paraId="0000038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Please I am sorry, has saved so many people from embarrassing situations and circumstances that ordinarily can bring disfavor or disadvantage.</w:t>
      </w:r>
    </w:p>
    <w:p w:rsidR="00000000" w:rsidDel="00000000" w:rsidP="00000000" w:rsidRDefault="00000000" w:rsidRPr="00000000" w14:paraId="0000038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Examine this story, a married man has a wife that is educated and both of them are successful in their career, but, the wife has no patience with the husband and would want to ask for upkeep for the family, she would say make available the money for upkeep this month on the table in the room, later I will pick it up, the husband would do exactly that, fortunately one day, someone picked up the money before the woman came back and the next day she gave the same instruction to the man and the man said, I kept it there yesterday,</w:t>
      </w:r>
    </w:p>
    <w:p w:rsidR="00000000" w:rsidDel="00000000" w:rsidP="00000000" w:rsidRDefault="00000000" w:rsidRPr="00000000" w14:paraId="0000038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argument ensued and the man said, well I have kept it there and that is all, and readers, the man did not put any money there again for the month and yet, the woman had to provide the necessary things that used to be in the house i.e. she had to spend her money and tension began as the lady started ignoring the man even in her sexual responsibilities. The man did not take time to find a sexual partner and began keeping late nights, before the woman could say Jack Robinson, the man started sleeping out. Tension increased and there were series of family meetings and pleadings for the man to want to even listen to entireties as, he was not getting the best from his home and he confessed that the lady outside was treating him so well, that he cannot leave where he is been treated well to where he will not be treated well. It took spirited efforts and pleadings by well-meaning family members and the seeming genuine regrets and change of attitude by the wife that could bring the man to have a change of mind as the marriage was really heading for the rocks.</w:t>
      </w:r>
    </w:p>
    <w:p w:rsidR="00000000" w:rsidDel="00000000" w:rsidP="00000000" w:rsidRDefault="00000000" w:rsidRPr="00000000" w14:paraId="0000038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really if the woman as the wife was really that humble to her husband, the man has no reason to go out and, if her words were words that are soft, the man would be glued to her.</w:t>
      </w:r>
    </w:p>
    <w:p w:rsidR="00000000" w:rsidDel="00000000" w:rsidP="00000000" w:rsidRDefault="00000000" w:rsidRPr="00000000" w14:paraId="0000038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CHAPTER FIVE</w:t>
      </w:r>
    </w:p>
    <w:p w:rsidR="00000000" w:rsidDel="00000000" w:rsidP="00000000" w:rsidRDefault="00000000" w:rsidRPr="00000000" w14:paraId="0000038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WHY MARRIAGES FAILS</w:t>
      </w:r>
    </w:p>
    <w:p w:rsidR="00000000" w:rsidDel="00000000" w:rsidP="00000000" w:rsidRDefault="00000000" w:rsidRPr="00000000" w14:paraId="0000038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say that there is one or a few reason(s) that makes marriages fail is to miss the point and give an incomplete reason that may not be correct and may mislead readers and even marriage practitioners.</w:t>
      </w:r>
    </w:p>
    <w:p w:rsidR="00000000" w:rsidDel="00000000" w:rsidP="00000000" w:rsidRDefault="00000000" w:rsidRPr="00000000" w14:paraId="0000038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may not in one book be able to know the whole reason why marriages fail, but, it is to inform you that there are general reasons and peculiar reasons why marriages fail, for a marriage that failed because of suspected infidelity in Africa may not fail in America and Europe, so various cultures, settings, circumstances, understanding etc play a key role in the failure of marriages, in some African setting the gods that the family serve may also play a role in the failure of marriages as you may see as you read along, it sounds interesting yes it is, family members for instance too can greatly contribute to the failure in marriages in African and the third world.</w:t>
      </w:r>
    </w:p>
    <w:p w:rsidR="00000000" w:rsidDel="00000000" w:rsidP="00000000" w:rsidRDefault="00000000" w:rsidRPr="00000000" w14:paraId="0000038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ADULTERY</w:t>
      </w:r>
    </w:p>
    <w:p w:rsidR="00000000" w:rsidDel="00000000" w:rsidP="00000000" w:rsidRDefault="00000000" w:rsidRPr="00000000" w14:paraId="0000038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illicit sexual relationship between one man and another woman, especially when one or two of them is married to their husband or wife or any extra marital activity, may make a marriage fail.</w:t>
      </w:r>
    </w:p>
    <w:p w:rsidR="00000000" w:rsidDel="00000000" w:rsidP="00000000" w:rsidRDefault="00000000" w:rsidRPr="00000000" w14:paraId="0000038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Perhaps one of the most revered institution we have today is the marriage institution and therefore we need to give it priority above any selfish consideration, as we need to keep it safe and take away lies and hatred  out of it, what husbands and wives do or do not do leads to adultery, which clearly can be avoided as marriage is sacrosanct and it is only to be consummated by people in the marriage alone for that was the purpose and it should be understood by all who are in it or those that want to go into it. Some troubles that befall some families are because of adultery even when you are not caught, see what happened to King David, the child he had out of adultery died and God punished King David much more than the adultery he committed, see how his children began committing incest and killings entered into his family.</w:t>
      </w:r>
    </w:p>
    <w:p w:rsidR="00000000" w:rsidDel="00000000" w:rsidP="00000000" w:rsidRDefault="00000000" w:rsidRPr="00000000" w14:paraId="0000039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Adultery is one of the greatest problems in marriages and it has many consequences as may be seen as we go on, in some cases it just only leads to the death of one partner or both of them, especially as seen in the Western World. An African went to school in the Western part of the world and he met a lady and somehow got married to her. Unknown to the lady, the man was married back in Africa, with three</w:t>
      </w:r>
    </w:p>
    <w:p w:rsidR="00000000" w:rsidDel="00000000" w:rsidP="00000000" w:rsidRDefault="00000000" w:rsidRPr="00000000" w14:paraId="0000039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children and was always on phone with several people, but the lady took note that, he was always on phone with a particular lady and was always speaking one of the African languages. The woman memorized a sentence from the man especially when he wants to end the call and she began asking other Africans and one day she was told the meaning, from then she began watching out. The man got a parcel and the woman opened it and saw a picture of a lady and three children and the letter ended by saying your children greet you. When she asked the man, he denied and made an uninteresting explanation to the lady. After some days the lady shot the man and also shot herself dead. This and other consequences are the byproducts of adultery, it is strongly advice that you do not get involved in it.</w:t>
      </w:r>
    </w:p>
    <w:p w:rsidR="00000000" w:rsidDel="00000000" w:rsidP="00000000" w:rsidRDefault="00000000" w:rsidRPr="00000000" w14:paraId="0000039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CHEATING</w:t>
      </w:r>
    </w:p>
    <w:p w:rsidR="00000000" w:rsidDel="00000000" w:rsidP="00000000" w:rsidRDefault="00000000" w:rsidRPr="00000000" w14:paraId="0000039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the breakdown of trust that partly leads to cheating or aggression. Words are also involved. Spouses must deliberately learn how to speak kind words to each other and stop being aggressive. This may bring down cheating which leads to the breakdown of great marriages that could have been a very good example for the people who wants to get married. For those of you that want to get married, you should not even contemplate it at all as, it almost always leads to the failure of marriage, so everything you know that will make you to cheat while married should be done away with. For most times, it is done consciously out of inadequate considerations of the consequences it can bring to you, your family, dignity etc especially in societies, where the blame and brunt of cheating is always very heavy on the female folks and the society gives a slap in the wrist to men, when they engage in it. Some men even see it as a normal thing for them to engage in, which is very repugnant, shameful and should be condemned by well-meaning and rational human beings, because the female folks are human beings that have equal feelings as men do and therefore everyone in marriage, man or woman should be responsible, so that it will not lead to divorce. In some marriages because the husband cheats and the woman can't take it, she voluntarily leaves the marriage, while some go out to cheat and when they are caught hell is let loose on them, but their male counterpart who cheated are sometimes not even scolded.</w:t>
      </w:r>
    </w:p>
    <w:p w:rsidR="00000000" w:rsidDel="00000000" w:rsidP="00000000" w:rsidRDefault="00000000" w:rsidRPr="00000000" w14:paraId="0000039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UNHAPPY MARRIAGES</w:t>
      </w:r>
    </w:p>
    <w:p w:rsidR="00000000" w:rsidDel="00000000" w:rsidP="00000000" w:rsidRDefault="00000000" w:rsidRPr="00000000" w14:paraId="0000039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 doubt, this is one of the reasons why marriages fail, either one or two of them in the marriage is unhappy; the unhappiness can be as a result of different</w:t>
      </w:r>
    </w:p>
    <w:p w:rsidR="00000000" w:rsidDel="00000000" w:rsidP="00000000" w:rsidRDefault="00000000" w:rsidRPr="00000000" w14:paraId="0000039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things, for some, it could be that the way the husband communicate may be poor and very disrespectful, which many times leads to arguments and one not listening to the other and it escalates and continues and one of them is able to apply the break, malice will come into their marriage like a stranger that refuses to go and the stranger eats more than normal and it gradually affects the finances of the family. They resort to borrowing to eat and before you know it, there will be no creditor that is willing to bail them out. Hunger sets in and malnutrition, sickness and then death shows its ugly face, these are the phases disagreement go through before marriages fail and divorce sets in, then in most cases regret sets in big time. And in truth it is what and should be avoided with a little exercise of patient and understanding which could be applied at the very early stage of any disagreement.</w:t>
      </w:r>
    </w:p>
    <w:p w:rsidR="00000000" w:rsidDel="00000000" w:rsidP="00000000" w:rsidRDefault="00000000" w:rsidRPr="00000000" w14:paraId="0000039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could also be that the woman may be insulting and the husband is impatient with her as it could be that, that was the treatment she grew up with and she just needs someone to tell her that, to be insulting is bad, not to talk of insulting your husband that you had to change your name for and that you will or are having children for. If you continue it may make the marriage to fail. And said to her in a loving tone, may just be the game changer that will make her to become the wife that you want her to be. Spouse should try to explore every opportunity to see that they make their spouse happy to reduce the rate of the failure of marriages as the effect are very grave for both of them and if they have children, it could just spell doom for them. If you leave them for your ex-husband and if you take them with you too, the situation may not be different as your new husband will be too concerned with the children you would have for him, rather than border with someone else children that you brought to his home. So, if you look at it, head or tail, it may not be the best as children brought up by both parents are most likely to succeed than children from broken homes.</w:t>
      </w:r>
    </w:p>
    <w:p w:rsidR="00000000" w:rsidDel="00000000" w:rsidP="00000000" w:rsidRDefault="00000000" w:rsidRPr="00000000" w14:paraId="0000039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INLAWS IN THE EQUATION</w:t>
      </w:r>
    </w:p>
    <w:p w:rsidR="00000000" w:rsidDel="00000000" w:rsidP="00000000" w:rsidRDefault="00000000" w:rsidRPr="00000000" w14:paraId="0000039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marriages have been problematic from the very day they got married to their husband, until the marriage eventually fails, because there seem to be a power struggle between mother-in-laws and sister-in-laws, for the mother, would be saying I carried my son for nine months and prepared him for you before you came as a stranger to get married to him, and the wife may be saying, yes, but he is my husband and I am now in charge.</w:t>
      </w:r>
    </w:p>
    <w:p w:rsidR="00000000" w:rsidDel="00000000" w:rsidP="00000000" w:rsidRDefault="00000000" w:rsidRPr="00000000" w14:paraId="0000039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Honestly, if that woman got married to a man that still listens and rely on his mother, that marriage may be doomed as that power struggle almost always ends up with the husband siding with his mother and the wife will be left alone and frustrated. And if that situation continues, most times, the wife would think that she has lost the battle and therefore the best thing to do is to end the marriage and move on, thereby making such marriage to fail. This kind of situation can be completely avoided, if only the wife stops the power tussle and understudy the mother and follow her steps and beat her to the game for a student that studies well under his or her teacher, is usually better than the teacher, all she needs to do is to gradually begin to do the things the mother-in-law does that made her husband to be attached to his mother and the battle is won, without struggle.</w:t>
      </w:r>
    </w:p>
    <w:p w:rsidR="00000000" w:rsidDel="00000000" w:rsidP="00000000" w:rsidRDefault="00000000" w:rsidRPr="00000000" w14:paraId="0000039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Sister-in-laws too, most times has attachment to her brother and her brother too may be attached to her as both of them grew in the same house and have done things together that may have made them to be bonded and some wives come into the marriage and just think that they can take over their husband, no please, your husband may not be able to tell you things he and his sister did that made them to be close, so you only need patience and tact to gain the full confidence of your husband. You may also apply the trick, suggested for the mother-in-law and further step up the game by starting to love unconditionally all your husband love and see how he will begin to have confidence in you and you will have a stable marriage.</w:t>
      </w:r>
    </w:p>
    <w:p w:rsidR="00000000" w:rsidDel="00000000" w:rsidP="00000000" w:rsidRDefault="00000000" w:rsidRPr="00000000" w14:paraId="0000039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husbands in the marriage too, should adapt and adopt the simple solutions suggested to the wife in a supposed marital situation so that his marriage will be stable and solid.</w:t>
      </w:r>
    </w:p>
    <w:p w:rsidR="00000000" w:rsidDel="00000000" w:rsidP="00000000" w:rsidRDefault="00000000" w:rsidRPr="00000000" w14:paraId="0000039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also extended family members that may be important to the wife or husbands, that need to be tactfully taken care of, so that it will not lead to the failure of your marriage as a little thing as simple as, I came to the house and your wife, showed me the way out, has led to the failure of marriages or not giving due courtesy to the father-in-law may just spell doom for your marriage.</w:t>
      </w:r>
    </w:p>
    <w:p w:rsidR="00000000" w:rsidDel="00000000" w:rsidP="00000000" w:rsidRDefault="00000000" w:rsidRPr="00000000" w14:paraId="0000039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RUDENESS &amp; LOUDNESS</w:t>
      </w:r>
    </w:p>
    <w:p w:rsidR="00000000" w:rsidDel="00000000" w:rsidP="00000000" w:rsidRDefault="00000000" w:rsidRPr="00000000" w14:paraId="0000039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rude and too loud in your marriage could just be what you engage in and your marriage will fail and this has ended most marriages. To be rude is not a virtue that is to be associated with either a man or a woman, for it is an act that is inconsistent with any healthy marriage and the consequences are felt beyond the shore they are delivered to, and like waves in the sea, it has many consequences, waves cause boats, ships etc to get wrecked, so, it watches off the shorelines etc</w:t>
      </w:r>
    </w:p>
    <w:p w:rsidR="00000000" w:rsidDel="00000000" w:rsidP="00000000" w:rsidRDefault="00000000" w:rsidRPr="00000000" w14:paraId="000003A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anyone is rude, there are consequences, one of which is that, you diminish your dignity and the person you are being rude to and if you are so unfortunate to have children that watch you being rude, when they come of age, they always exhibit the rudeness to you, it brings about anger in the home, that disturbs and cause the marriage to be turbulent and finally leads to the failure of the marriage, which is most times not the bargain of the couple.</w:t>
      </w:r>
    </w:p>
    <w:p w:rsidR="00000000" w:rsidDel="00000000" w:rsidP="00000000" w:rsidRDefault="00000000" w:rsidRPr="00000000" w14:paraId="000003A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loud in a marriage is not an act that should be engaged in by any one in marriage, as it brings rejection, reprimand etc which may anger the one that is been loud, especially if he or she does it repeatedly as patience may have run out for those that have been tolerating the loudness. Such people are even know to interfere in issues that do not concern them and would also be louder than the people that have the issues, which sometimes can be really annoying and reacting may be un-tempered and leads to fights and eventually, the failure of the marriage. Rudeness and being loud should completely be done away with as they have never being known to bring favourable results that are beneficial to marriage. Don't be too forward in all you do, it brings rejection.</w:t>
      </w:r>
    </w:p>
    <w:p w:rsidR="00000000" w:rsidDel="00000000" w:rsidP="00000000" w:rsidRDefault="00000000" w:rsidRPr="00000000" w14:paraId="000003A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UNBROKEN COMMITMENTS OF THE PAST</w:t>
      </w:r>
    </w:p>
    <w:p w:rsidR="00000000" w:rsidDel="00000000" w:rsidP="00000000" w:rsidRDefault="00000000" w:rsidRPr="00000000" w14:paraId="000003A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Perhaps this affects many marriages even as we speak, for it is really an unholy thing to engage in especially if you want to continue to be in your marriage for it has sent people out of their homes and caused very many marriages to collapse. If you really consider it, it is near insanity to be committed wither to your ex or any other person that you are committed to and engage in the disrespect of your wife/husband and at the end of the day bring disgrace, untold hardship, and shame to yourself, children and the entire family when your illicit activity is in the open or it begins to bring out its odour i.e. when a man/woman, is still in a relationship with his/her ex and yet in marriage with someone else and most times, some, knowingly or unknowingly bear children to the husband they marry as if they are the biological father and yet will live with their husbands as if all is well and when the bubble burst, everybody in the family is drown into the unwise act of one person who has decided to go rogue, when there are options that you can take, not to embarrass yourself and the whole family for life and such can bring stigma to your children who may be thought to have your character of making children for another person while in an active marriage life with another person. Some girls have been known to lose their marriage and been rejected even by their supposed friends for the sins of their mother.</w:t>
      </w:r>
    </w:p>
    <w:p w:rsidR="00000000" w:rsidDel="00000000" w:rsidP="00000000" w:rsidRDefault="00000000" w:rsidRPr="00000000" w14:paraId="000003A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breaking your past relationships is not encouraging at all, if you are</w:t>
      </w:r>
    </w:p>
    <w:p w:rsidR="00000000" w:rsidDel="00000000" w:rsidP="00000000" w:rsidRDefault="00000000" w:rsidRPr="00000000" w14:paraId="000003A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married or you want to get married, one of the first things you should do is to shut and severe any commitment to your ex's especially sexual relationships as a human being, if you are separated from someone out of distance or any other reason that is no fault of any of you and you still have feelings for each other, the most rational thing to do is to close that door forever if you are married no matter  the circumstance for if you find yourself in a cool and quiet environment with him or her, you may fall for him or her, so why not, completely avoid those situations and never have any appointment with him or her even if it is on phone to speak as it will gradually affect your marriage unknowing to you, that is why you need to hear this, let him/her who thinks he stand be strong least he/she will fall. A n d when the fall comes, the person you have been talking to thinking, if you fall, will catch you or be for you, will not actually be with you, because he/she too had commitment to someone else, but, would only want to have a fling with you but you call it a serious thing, while to him or her, it is just to have fun with you and have his or her base still standing and solid. Surely the house you have built – your marriage will surely fall apart, so be on the watch out and don't ever be a scape goat for anyone as you are more valuable than to be the second hand to anyone.</w:t>
      </w:r>
    </w:p>
    <w:p w:rsidR="00000000" w:rsidDel="00000000" w:rsidP="00000000" w:rsidRDefault="00000000" w:rsidRPr="00000000" w14:paraId="000003A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may want to try this as I know some of you are in such situation, tell</w:t>
      </w:r>
    </w:p>
    <w:p w:rsidR="00000000" w:rsidDel="00000000" w:rsidP="00000000" w:rsidRDefault="00000000" w:rsidRPr="00000000" w14:paraId="000003A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that person that have been talking to you or wanting to confuse you, from your relationship or marriage that you now have left your present relationship, so what is the position now, can he/she also leave his/her own and come to be with you legally, you will hear good excuses, that does not include you in the plan, and you have only been in discussion with someone who has been selfish and uncommitted to you and cannot take a risk for you, but wants to put you in trouble and when push comes to shove, he allows you alone to be in the ring and this kind of situation has led many people to kill themselves as they find out that, they were been deceived, while some leave with the scares in their mind, which never make them to be able to achieve their best potentials in life, until they go to their grave, thereby, not giving their best to their friends and family. Avoid that ugly situation immediately for your good.</w:t>
      </w:r>
    </w:p>
    <w:p w:rsidR="00000000" w:rsidDel="00000000" w:rsidP="00000000" w:rsidRDefault="00000000" w:rsidRPr="00000000" w14:paraId="000003A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UNFORGIVING</w:t>
      </w:r>
    </w:p>
    <w:p w:rsidR="00000000" w:rsidDel="00000000" w:rsidP="00000000" w:rsidRDefault="00000000" w:rsidRPr="00000000" w14:paraId="000003A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Marriages have comes to an abrupt halt, because of unforgiving of one of the partner in the marriage or both of them, and it starts like a joke sometimes and it takes root and eats off the hearts and minds of the couple, and it may sometimes just beat the imagination of one or both of them, for instance a husband comes from out and has a lipstick stain on his shirt and greets his wife and she may not answer, thinking that, he just went out, with a girl, not knowing that it was a little</w:t>
      </w:r>
    </w:p>
    <w:p w:rsidR="00000000" w:rsidDel="00000000" w:rsidP="00000000" w:rsidRDefault="00000000" w:rsidRPr="00000000" w14:paraId="000003A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cousin who was too excited to see you, unknowingly stained your shirt and you do not know and you just taught it is nothing because you do not know your shirt is stained with a lipstick and she serves your food and wants you to eat alone and she eats alone, it continues in the bedroom and you left it and slept after persuasion that did not make her speak and from there disagreements of other dimensions creep into the marriage including malice this can lead to fights in the house which maybe physical etc. So you see that, no matter what it is first of all understand the whole situation and circumstances before you speak or take any action for any decision taken out of incomplete information, is most likely to bring shame and an unwanted situation that can breakdown your marriage. Married couple that love themselves must, forgive each other like two little children, who have disagreement, but in the next five minutes, you will see them playing together as if there was not any disagreement within them, that is what marriage that would not fail have. Just forgive him/her no matter what it is and talk about it and laugh and move on.</w:t>
      </w:r>
    </w:p>
    <w:p w:rsidR="00000000" w:rsidDel="00000000" w:rsidP="00000000" w:rsidRDefault="00000000" w:rsidRPr="00000000" w14:paraId="000003A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SEXUAL INCOMPATIBILITY</w:t>
      </w:r>
    </w:p>
    <w:p w:rsidR="00000000" w:rsidDel="00000000" w:rsidP="00000000" w:rsidRDefault="00000000" w:rsidRPr="00000000" w14:paraId="000003A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very difficult thing for marriage to endure, because sexual fulfillment is one of the most important requirement in marriages, for, if there is sexual incompatibility, it is always a challenge for the couple and in such marriage, there is always constant unwillingness to resolve issues and conflict it is a trademark in such marriage and in most cases, the marriage ends up in failure and bitterness that is so deep, and even when you want to intervene you are not told the truth except to their close friends, associates or religious leaders, when it has got to the head.</w:t>
      </w:r>
    </w:p>
    <w:p w:rsidR="00000000" w:rsidDel="00000000" w:rsidP="00000000" w:rsidRDefault="00000000" w:rsidRPr="00000000" w14:paraId="000003A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few illustration would be helpful, to enable my readers do good and informed evaluation before they get into marriage or if you are married already, there are a few things you can do, to become compatible hopefully.</w:t>
      </w:r>
    </w:p>
    <w:p w:rsidR="00000000" w:rsidDel="00000000" w:rsidP="00000000" w:rsidRDefault="00000000" w:rsidRPr="00000000" w14:paraId="000003A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men have male organs that are weak and are unable to regularly and effectively perform their sexual obligations and this causes great tension in the marriage, this may have been caused by the man, who is always drinking, thinking that after drinking he will be able to perform his sexual obligations and he fails each time he tries and the wife is in emotional pain, some are so bad that, it will seem to want to work but when it gets to the point, it cannot penetrate and the lady is frustrated. Age too may have taken a toll on the man's male organ that he cannot effectively perform, so some women go out to satisfy their sexual urge and when they are found out the marriage mostly fail. But, it may not be all that it is, spouse should together consult competent medical personnel who are so good especially</w:t>
      </w:r>
    </w:p>
    <w:p w:rsidR="00000000" w:rsidDel="00000000" w:rsidP="00000000" w:rsidRDefault="00000000" w:rsidRPr="00000000" w14:paraId="000003A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now that technology has improved and there are some herbal drugs, these days that are so effective, you guys only need to be diligent and find those that can help and they indeed abound. In some cases the woman is not able to stand the husband sexual energy and it causes frustration and most times the men go out to satisfy themselves and other consequences follow and the marriage is sacrificed.</w:t>
      </w:r>
    </w:p>
    <w:p w:rsidR="00000000" w:rsidDel="00000000" w:rsidP="00000000" w:rsidRDefault="00000000" w:rsidRPr="00000000" w14:paraId="000003B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Someone have also been known to have an oversize organ that causes various problems and complications for the lady and she is at all not comfortable in performing her sexual obligation to her husband and some men cannot take no for an answer, it would only just be good too, if they seek medical help which is also available these days. But, this challenge can be solved from the very beginning, as everything about marriage including size, ability etc of the male and female should be settled so that, there will not be disagreement and even failure of marriage.</w:t>
      </w:r>
    </w:p>
    <w:p w:rsidR="00000000" w:rsidDel="00000000" w:rsidP="00000000" w:rsidRDefault="00000000" w:rsidRPr="00000000" w14:paraId="000003B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marriages fail because they are expecting great sexual satisfaction by their spouse, why? because, they had been having great sexual experience with their ex-boyfriends and girlfriends and so they expect the same from their marriage and if they so not get it, some do everything humanly possible to make sure that the marriage is failed or they go back to the ex-boyfriends or girlfriend and get satisfaction and when they are discovered, it affects their marriage and sometimes regret sets in.</w:t>
      </w:r>
    </w:p>
    <w:p w:rsidR="00000000" w:rsidDel="00000000" w:rsidP="00000000" w:rsidRDefault="00000000" w:rsidRPr="00000000" w14:paraId="000003B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great challenge that should be looked at with intelligence so that spouses can settle it as you can actually teach your spouse how to have sexual knowledge of you that will satisfy you and there are books, videos etc that you can use to improve your sexual life, instead of, going for the dissolution of your marriage.</w:t>
      </w:r>
    </w:p>
    <w:p w:rsidR="00000000" w:rsidDel="00000000" w:rsidP="00000000" w:rsidRDefault="00000000" w:rsidRPr="00000000" w14:paraId="000003B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PHYSICAL APPEARANCE</w:t>
      </w:r>
    </w:p>
    <w:p w:rsidR="00000000" w:rsidDel="00000000" w:rsidP="00000000" w:rsidRDefault="00000000" w:rsidRPr="00000000" w14:paraId="000003B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important in marriage and spouse do not seem to take not of this at all and it has lead severally to marriage falling everywhere in the world and it is not tied to any region and most times it is the male folks who always want their spouses to look good both at home and outside. And some female folks have not known how that affects the thinking of the man and if they know I am sure they will be looking good all day. Most men even want their wife to look good even in the bedroom i.e. a married woman should not be dressed to sleep in double wrappers and a jeans trouser, only that may anger him and he will be unwelcoming, especially if you do not smell well in bed.</w:t>
      </w:r>
    </w:p>
    <w:p w:rsidR="00000000" w:rsidDel="00000000" w:rsidP="00000000" w:rsidRDefault="00000000" w:rsidRPr="00000000" w14:paraId="000003B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man would always want to be proud of his wife and even introduce her to his friends and family members with pride and if you do not look good, some</w:t>
      </w:r>
    </w:p>
    <w:p w:rsidR="00000000" w:rsidDel="00000000" w:rsidP="00000000" w:rsidRDefault="00000000" w:rsidRPr="00000000" w14:paraId="000003B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husbands would not go out with you and even when they do they would not want to be long and they are always unhappy and in their mind would want to replace you as soon as possible and you may not be aware and you are there thinking everything is normal and it is not, some men in honesty, initiates fights and quarrels in the house so that they can find excuse to go out of the house or get you out of the house, so that they can bring another person who will be looking good, so please be on the watch out so, that your husband will not find a simple excuse like physical appearance to get rid of you, from your marriage to him.</w:t>
      </w:r>
    </w:p>
    <w:p w:rsidR="00000000" w:rsidDel="00000000" w:rsidP="00000000" w:rsidRDefault="00000000" w:rsidRPr="00000000" w14:paraId="000003B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BAD ATTITUDE</w:t>
      </w:r>
    </w:p>
    <w:p w:rsidR="00000000" w:rsidDel="00000000" w:rsidP="00000000" w:rsidRDefault="00000000" w:rsidRPr="00000000" w14:paraId="000003B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a person to have bad attitude is in itself bad and not knowing you have a bad attitude, may just be the destroyer that you need to get away from, that actually destroy marriages, most people in marriages may really not be conscious that they have bad attitude because of the environment they grew up from and they have not really had good friends, who in honesty has talked to them about it, their husbands/wives too may not have helped matters as their reaction can indeed fuel the bad attitude, especially, if they always respond negatively to their insults. Bad attitudes may just be someone who insults her husband/wife, always giving the husband cold food to eat, not taking his/her bath, before going to bed with his wife or her husband, being unkempt, staying out late etc some of these attitudes, has greatly lead to the collapse of marriage, therefore, married couple should do something fast about their bad attitude, before it will get to their turn, where their marriage will hit the rock.</w:t>
      </w:r>
    </w:p>
    <w:p w:rsidR="00000000" w:rsidDel="00000000" w:rsidP="00000000" w:rsidRDefault="00000000" w:rsidRPr="00000000" w14:paraId="000003B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for those planning to get married, it will be of great benefit to examine the attitudes above if they struggle with it, it is now time to finally do away with them and if they also know any other bad attitude that may lead their marriage to fail they should by now work on it, as procrastination, has never been a good friend. If they are really serious in working on their attitude, it is better to, in honesty ask your friends and associates, what they think constitute bad attitude in you, so that you can begin to work on it or better still consult a counselor to find out, what attitude you need to eliminate in other to have a great marriage or add so your marriage will be as solid as the rock.</w:t>
      </w:r>
    </w:p>
    <w:p w:rsidR="00000000" w:rsidDel="00000000" w:rsidP="00000000" w:rsidRDefault="00000000" w:rsidRPr="00000000" w14:paraId="000003B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SPENDING TOO MUCH TIME TALKING ON PHONE, TEXTING, SOCIAL MEDIA AND WATCHING TELEVISION</w:t>
      </w:r>
    </w:p>
    <w:p w:rsidR="00000000" w:rsidDel="00000000" w:rsidP="00000000" w:rsidRDefault="00000000" w:rsidRPr="00000000" w14:paraId="000003B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unbelievable that, things as small as spending time on the phone repeatedly with friends, when your husband/wife wants your attention especially</w:t>
      </w:r>
    </w:p>
    <w:p w:rsidR="00000000" w:rsidDel="00000000" w:rsidP="00000000" w:rsidRDefault="00000000" w:rsidRPr="00000000" w14:paraId="000003B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your wife or husband needs you, can really cause a marriage to crash. An illustration may just make sense at this gesture, A husband called his wife to come to bed and the lady spent a very long time with new friends and families after a few hours she came to bed, her husband has slept, as he was so tired from work and he had to resume early again as he woke up it was morning and needed to go to work, he complained to the wife and the wife said before I came to bed you had slept and I did not want to wake you up etc this same thing happened consistently for three days on the third day, serious argument ensured and the husband accused his wife of satisfying her emotions elsewhere and before you knew it tempers raised and the inevitable took place and that caused strain and they were irreconcilable as malice, visited the marriage and refused to go, the accusation increase and there was complete breakdown of marital vows after a few months and indeed both of them went their separate ways. From the forgoing it is appropriate that you give attention to your partner especially when it is time to perform your marital duties, you should suspend all other duties to attend to it, if you are so engrossed in it, you can go back to it.</w:t>
      </w:r>
    </w:p>
    <w:p w:rsidR="00000000" w:rsidDel="00000000" w:rsidP="00000000" w:rsidRDefault="00000000" w:rsidRPr="00000000" w14:paraId="000003B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people also have been known to text their way out of their marriages as they spend great and unholy time in the social media, while their wives and husbands are waiting for them to come and perform the sacred marital duties, they will not be present and some may say, please allow me to sleep, you see I just came to the bed and meanwhile he or she may not be actually sleeping but waiting and hoping you come soon to the bed.</w:t>
      </w:r>
    </w:p>
    <w:p w:rsidR="00000000" w:rsidDel="00000000" w:rsidP="00000000" w:rsidRDefault="00000000" w:rsidRPr="00000000" w14:paraId="000003B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that those who want to get into the institution of marriage should take critical note of these things and avoid them, if they really want to have a good marriage.</w:t>
      </w:r>
    </w:p>
    <w:p w:rsidR="00000000" w:rsidDel="00000000" w:rsidP="00000000" w:rsidRDefault="00000000" w:rsidRPr="00000000" w14:paraId="000003B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I may just add this, that some people have because of social media, watching films etc burnt their food, kitchens and even houses as they will be carried away and forget that they were cooking and some in that process sleep off only to see their house on fire and you can bet if it is a married man or woman you can imagine what would happen to the marriage ….</w:t>
      </w:r>
    </w:p>
    <w:p w:rsidR="00000000" w:rsidDel="00000000" w:rsidP="00000000" w:rsidRDefault="00000000" w:rsidRPr="00000000" w14:paraId="000003C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TAKING PROPER CARE OF CHILDREN</w:t>
      </w:r>
    </w:p>
    <w:p w:rsidR="00000000" w:rsidDel="00000000" w:rsidP="00000000" w:rsidRDefault="00000000" w:rsidRPr="00000000" w14:paraId="000003C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Yes, this has led to the collapse of many marriages, some husbands and wives have expectation to a certain level from their spouse when those expectation comes short from time to time, it causes conflict, acrimony, malice etc and it is when it is not managed very well, that leads to the failure of their marriage. For instance a husband that goes to work in the morning and comes back</w:t>
      </w:r>
    </w:p>
    <w:p w:rsidR="00000000" w:rsidDel="00000000" w:rsidP="00000000" w:rsidRDefault="00000000" w:rsidRPr="00000000" w14:paraId="000003C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the evening expects that, if the wife is at home the children should have eaten, before he would come back, especially when there is provision for them, but if he comes back and that is when the wife goes to the market to buy food items to be cooked for the children repeatedly, it would definitely raise the man's curiosity and his thoughts may be going wild, like, I am alive and able to provide for my children yet they are not been taken care of by their own mother, if I am not around, what will then happen, as you will imagine, there would have been several quarrels, that would have been happening between them and in really, it will lead to countless interventions etc and if the man cannot take it he will surely terminate such marriage, these are realities in some societies, which may come from the fact that the lady must have been brought up like that too.</w:t>
      </w:r>
    </w:p>
    <w:p w:rsidR="00000000" w:rsidDel="00000000" w:rsidP="00000000" w:rsidRDefault="00000000" w:rsidRPr="00000000" w14:paraId="000003C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case in point, was a woman who was married to a man who had no much value for education, had to end her marriage. The husband has never been useful to the children's academic upbringing and there has been argument back and forth that, if the wife is indisposed to assist the children with their homework, the man should please assist, the man, never for one day did, instead, he will tell the children to go and sleep and if the lady does not check the children will not do their homework and will get low marks, if they hurriedly do it in class, as this thing went on, the lady was afraid that her children may not get the required educational encouragement from their father and the husband would from time to time tell the children, it is not everybody that goes to school that has money that they should go and learn work instead of going to school, the wives fear for her children not getting required education drove her out of her marriage.</w:t>
      </w:r>
    </w:p>
    <w:p w:rsidR="00000000" w:rsidDel="00000000" w:rsidP="00000000" w:rsidRDefault="00000000" w:rsidRPr="00000000" w14:paraId="000003C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want to get married, please the above is enough for you to know that you will ask real questions from whom you are getting married to before you say, I do, as some husbands or wife's can be an hindrance in your life or in the life of your children.</w:t>
      </w:r>
    </w:p>
    <w:p w:rsidR="00000000" w:rsidDel="00000000" w:rsidP="00000000" w:rsidRDefault="00000000" w:rsidRPr="00000000" w14:paraId="000003C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NEGLECT</w:t>
      </w:r>
    </w:p>
    <w:p w:rsidR="00000000" w:rsidDel="00000000" w:rsidP="00000000" w:rsidRDefault="00000000" w:rsidRPr="00000000" w14:paraId="000003C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clear thing in marriages that people do, that cause marriage to fail. This must be avoided and taken care of, it comes in various ways and it may be that a partner is selfish and uninformed that is why they engage in criminal neglect of their partners, imagine some husbands have several cars, but would not allow their wife even have one to drive, but they would give one to their children to be going to school, this is a criminal neglect as there can never be any rational explanation for this, even if a husband has one car, he should be glad to share it with his wife, in other to ease her movement, that will in the end help the family no doubt, this is the line of neglect, I wish to speak a bit on what honestly have led to</w:t>
      </w:r>
    </w:p>
    <w:p w:rsidR="00000000" w:rsidDel="00000000" w:rsidP="00000000" w:rsidRDefault="00000000" w:rsidRPr="00000000" w14:paraId="000003C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failure of many marriages or are now making marriages unbearable and may soon collapse as there is an extent all human beings are able to endure certain behaviour that are inconsistent with marriage vows.</w:t>
      </w:r>
    </w:p>
    <w:p w:rsidR="00000000" w:rsidDel="00000000" w:rsidP="00000000" w:rsidRDefault="00000000" w:rsidRPr="00000000" w14:paraId="000003C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Physical neglect for instance is a practice that goes on in marriages that make them to fall, for instance, how would it be that, because the husband of the house is the bread winner of the family, he will be looking all nice up every time and would not make money available to his wife to look all nice up too, it is not explainable, if you want to sustain your marriage as you take care of yourself, your children also always include your wife as that could be the third stand in the tripod, that if it is not there, your family can and will fall apart as a tripod cannot stand with two legs if the tripod tries, it will fall at the slightest push, but, if the third leg is in place, if it is pushed it will stand the test of time even your soul would have been telling you, you are not doing well, but, you are not listening. A wife or husband that physically neglect the husband or wife in the house is only setting up a time bomb that will explode definitely at a later date, if you are married always find time at home to physically be with your wife/husband, especially, husbands that always want to have a separate room from their wife, it is not encouraging at all, it is physical neglect.</w:t>
      </w:r>
    </w:p>
    <w:p w:rsidR="00000000" w:rsidDel="00000000" w:rsidP="00000000" w:rsidRDefault="00000000" w:rsidRPr="00000000" w14:paraId="000003C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Do not spiritually neglect your spouse, as both of you are to become a unit, try to carry him/her along in your spiritual activities – always pray for your partner and physically ask him/her to attend spiritual activities with you so that both of you can be spiritually fulfilled.</w:t>
      </w:r>
    </w:p>
    <w:p w:rsidR="00000000" w:rsidDel="00000000" w:rsidP="00000000" w:rsidRDefault="00000000" w:rsidRPr="00000000" w14:paraId="000003C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Social neglect, this is sometimes the real cause of marital failure as husbands or wives go out alone and from there, they have other social engagements, that are detrimental to their marriage and when any of the partner finds out, it leads to further trouble that cannot be contained and eventually the marriage fails. In some cases the women complain of not be taken along for social functions which requires the spouse and the lady would assume that, the husband has been attending those social function with another woman, that is contending with her marriage and tension builds up and finally manifests in the failure of their marriages, sometimes those accusations by the wife may not be correct, but some too may be correct especially when there is no reasonable excuse from the husband and it continues unabated. Husbands and wives should find a workable solution to this challenge of neglect, especially for the benefit of those hoping to get married and you are reading this book, settle this and related issues, before you agree to go into the marriage, to have a seamless marriage neglects in other ways that they are not able to adequately address, that is why their marriage fail, how for</w:t>
      </w:r>
    </w:p>
    <w:p w:rsidR="00000000" w:rsidDel="00000000" w:rsidP="00000000" w:rsidRDefault="00000000" w:rsidRPr="00000000" w14:paraId="000003C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instance can one explain, that, a husband/wife will not regard his wife or her husband in the public and would not give due regard to your spouse, it is hard to believe, but that is the reality in some homes, where they treat themselves with discontent disregard etc as they speak to themselves in unprintable languages in public in front of their children etc surely it is a recipe for a failed marriage.</w:t>
      </w:r>
    </w:p>
    <w:p w:rsidR="00000000" w:rsidDel="00000000" w:rsidP="00000000" w:rsidRDefault="00000000" w:rsidRPr="00000000" w14:paraId="000003C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this has great negative consequences for the children, as it will affect then when they are grown up and may begin to repeat the circle when they get married, that is why you see, some families, their mother is, divorced, they too went into marriage and are divorced too, as the character that drove their mother out of her husband's house, has caught up with her and she/he may have thought that, it is a normal thing to do but alas it has ended him/her as a divorce married couple should be aware and please act rightly, to enable their children have a stable married life as children copy what they see mostly and not what they hear.</w:t>
      </w:r>
    </w:p>
    <w:p w:rsidR="00000000" w:rsidDel="00000000" w:rsidP="00000000" w:rsidRDefault="00000000" w:rsidRPr="00000000" w14:paraId="000003C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our society bears the consequence too, for there will surely be court cases, children to became drug addicts etc and the society will pay a debt, that your indiscretion has left it with.</w:t>
      </w:r>
    </w:p>
    <w:p w:rsidR="00000000" w:rsidDel="00000000" w:rsidP="00000000" w:rsidRDefault="00000000" w:rsidRPr="00000000" w14:paraId="000003C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spouse too are greatly affected as some who are divorced may not get married for a long time, either out of fear or he/she would not see whom to marry on time or especially the women, if they have children who leave with them, they do not find husbands on time or they don't even find at all etc.</w:t>
      </w:r>
    </w:p>
    <w:p w:rsidR="00000000" w:rsidDel="00000000" w:rsidP="00000000" w:rsidRDefault="00000000" w:rsidRPr="00000000" w14:paraId="000003C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INSECURITY</w:t>
      </w:r>
    </w:p>
    <w:p w:rsidR="00000000" w:rsidDel="00000000" w:rsidP="00000000" w:rsidRDefault="00000000" w:rsidRPr="00000000" w14:paraId="000003D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has led to the failure of many marriages and the insecurity could be founded or unfounded, it may just be because of neglect by one partner and different thoughts creep into his or her head and before you know it the marriage has failed. If a man for instance goes out every day for work and closes by 6pm and does not get to the house most times by 1.am or there about, the wife at home, will definitely be so insecure either physically or she will just assume that her husband is having another wife outside that if she is leaving in this marriage, she may just be wasting her time and probably this was not her vision of marriage as she would want a more stable home, where she can see her husband at the right time of the day and may not be going out at midnights to always open the door for her night crawling husband in some cases, when the women complain, they are abused physically or emotionally and in some bad cases they are told to always leave the door opened, so that they may enter and not wake her up, so that she would not ask questions or complain, some like that have led to some women been raped and robbed as they leave their doors opened and their husband will still go ahead to</w:t>
      </w:r>
    </w:p>
    <w:p w:rsidR="00000000" w:rsidDel="00000000" w:rsidP="00000000" w:rsidRDefault="00000000" w:rsidRPr="00000000" w14:paraId="000003D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blaming the wife, and have mostly lead to divorce which mostly do not benefit any of the party as much as they wish or expect because of such neglect the women too may find a way of helping herself to get away of the loneliness, in an illicit way that surely puts the marriage in arms way.</w:t>
      </w:r>
    </w:p>
    <w:p w:rsidR="00000000" w:rsidDel="00000000" w:rsidP="00000000" w:rsidRDefault="00000000" w:rsidRPr="00000000" w14:paraId="000003D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PHYSICAL COMBAT</w:t>
      </w:r>
    </w:p>
    <w:p w:rsidR="00000000" w:rsidDel="00000000" w:rsidP="00000000" w:rsidRDefault="00000000" w:rsidRPr="00000000" w14:paraId="000003D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real treat to marriage and in some homes it is a regular occurrence, surprisingly even in the homes of religious people, which is condemnable and should be done away with forth with as they have no moral justification, to stand before any congregation to speak indeed if they engage in physical combat, which in some cases have led to the failure of marriages.</w:t>
      </w:r>
    </w:p>
    <w:p w:rsidR="00000000" w:rsidDel="00000000" w:rsidP="00000000" w:rsidRDefault="00000000" w:rsidRPr="00000000" w14:paraId="000003D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not a thing that suddenly takes place, some of which may have been brewing for over a year or more as a result of disrespect on both part, unnecessary arguments, malice, un-forgiveness etc that couple habour among themselves and it is so shocking that adults act in a way that is detrimental not only to their marriage but also to their health wellbeing and yet they carry on as if it is a normal thing to do, otherwise how can a people, that call themselves husbands and wives be in the same house and they don't speak to each other, eat together cook for each other, sleep in the same bed sometimes and face different ways for days, months and even years and when frustration sets in they now turn it to physical combat and injure themselves, dehumanize themselves and some even kill their spouse and later will be crying, I did not mean to kill him/her, it was a mistake etc sometimes what we human beings do, cannot take place in the animal kingdom as, all of them know that the consequence is very severe, so they don't engage in it, but human beings can sometimes degenerate to deliberately plan to kill your spouse, because of disagreement that you can settle within yourselves but we will be saying, how can I stoop so low, to be the first to greet him/her yet we do not know what can befall us the next hour, that all our pride will or may be buried with us in a six feet grave that we cannot take ourselves to but, people who may even be our enemies and all what we have worked for now comes at the mercy of the wife or the husband you are combating with. I very much think that we (spouse) should begin to rededicate themselves to each other and enjoy the great benefit in marriage after reading this page as, there is really no big deal in this life but to express love to ourselves, so that we become the human being God had envisaged for us, rather than, having evil or bad thoughts for the one you claims to love and spent your time to get married to and you have had, knowledge of each other, so why the bitterness, that should be left to Satan so that he alone continue his</w:t>
      </w:r>
    </w:p>
    <w:p w:rsidR="00000000" w:rsidDel="00000000" w:rsidP="00000000" w:rsidRDefault="00000000" w:rsidRPr="00000000" w14:paraId="000003D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suffering while spouse enjoy the things on earth God has created for them.</w:t>
      </w:r>
    </w:p>
    <w:p w:rsidR="00000000" w:rsidDel="00000000" w:rsidP="00000000" w:rsidRDefault="00000000" w:rsidRPr="00000000" w14:paraId="000003D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ALLOWING MONEY DRIVE YOUR MARRIAGE</w:t>
      </w:r>
    </w:p>
    <w:p w:rsidR="00000000" w:rsidDel="00000000" w:rsidP="00000000" w:rsidRDefault="00000000" w:rsidRPr="00000000" w14:paraId="000003D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have been known to make marriages fail, mostly because what is making the person to remain in the marriage is money that is available for the man/woman in the marriage to spend and when it is not available, there is bound to be excuses for not wanting to be with your husband/wife, just like the human body that needs oxygen to keep functioning, if there is no availability of oxygen the body will definitely stop functioning, this is how a marriage that depends on money functions too, if the money is not available then, there is bound to be different problems that will come up as there will be unwillingness to become a member of the home and function effectively as fault finding will now replace the drive for move and no doubt, such person never becomes a normal human being as there will be a personality disorder, that only money can solve or when the personality disorder is strong, it present itself in, infidelity, cheating even with little things, insult, stealing etc and eventually such marriage end in divorce.</w:t>
      </w:r>
    </w:p>
    <w:p w:rsidR="00000000" w:rsidDel="00000000" w:rsidP="00000000" w:rsidRDefault="00000000" w:rsidRPr="00000000" w14:paraId="000003D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money drives you in your marriage then you are not the candidate of marriage as decent marriages do not accept candidates like you, it is only that you just batched into marriage and now that marriage is aware you are a gate crasher it will offload you no doubt and you either begin to acquire the requirements of marriage otherwise if you enter with the same credentials it will throw you out again and this time you may not be able to enter into marriage again as it will label you a misfit and therefore if you go and meet anyone to admit you to marriage, he/she will want to refer to the various exam scripts that marriage has marked before and when the person sees your score that it is well below average, he/she will say you should please improve before I can lead you to marriage and you maybe at the gate of marriage for a long time and may not be admitted for life. That is why you must not allow money drive your marriage for money cannot guarantee marriage, as both of them have a parallel agenda and but money depend on marriage while marriage does not depend on money, after all you may not necessary need much money to get married but money constantly depend on marriage as was the case of King David who did not require money to get married to his heart throb Mical.</w:t>
      </w:r>
    </w:p>
    <w:p w:rsidR="00000000" w:rsidDel="00000000" w:rsidP="00000000" w:rsidRDefault="00000000" w:rsidRPr="00000000" w14:paraId="000003D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HAVING NO ONE YOU LISTEN TO</w:t>
      </w:r>
    </w:p>
    <w:p w:rsidR="00000000" w:rsidDel="00000000" w:rsidP="00000000" w:rsidRDefault="00000000" w:rsidRPr="00000000" w14:paraId="000003D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people in life do not listen to anyone, no matter who that person is, such people are dangerous and should not be gotten married to, as mostly it is such</w:t>
      </w:r>
    </w:p>
    <w:p w:rsidR="00000000" w:rsidDel="00000000" w:rsidP="00000000" w:rsidRDefault="00000000" w:rsidRPr="00000000" w14:paraId="000003D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marriages that fail easily, for all human beings should have someone they must listen to at the end of the day, because it is not possible to know all things and be informed of everything, therefore when there is any issue with your spouse or anyone you should have someone that can call you to order and you will just obey maybe not necessarily because you are wrong especially in marriages but just to allow things be or allow sleeping dogs lie, in marriage especially there are bound to be issues both simple and hard ones. Even when it is hard like, the woman wants to have only two children and the husband want four or more, both of them should have someone that can call them to order and settle it amicable, even when, it is not to your favour supposedly, you should take it with good heart and abide to the agreement that was reached, for it is a most responsible thing to do as there may be other issues that may favour you in time to come your partner too should be able to take it that way.</w:t>
      </w:r>
    </w:p>
    <w:p w:rsidR="00000000" w:rsidDel="00000000" w:rsidP="00000000" w:rsidRDefault="00000000" w:rsidRPr="00000000" w14:paraId="000003D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NEGATIVE VULGAR WORDS</w:t>
      </w:r>
    </w:p>
    <w:p w:rsidR="00000000" w:rsidDel="00000000" w:rsidP="00000000" w:rsidRDefault="00000000" w:rsidRPr="00000000" w14:paraId="000003D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serious and very contentious struggle in marriages that very many marriages could not come out of it and are today failed. vulgar negative words are always said without thinking of the feelings of the other person, for instance a husband calling his wife fat pig, and whereas, when he married her, she was slim, but because of child birth etc, she has added weight, then the man can dare abuse her, when it was time to be appreciative of your wife, such can be painful especially when it is done repeatedly and in public and really meant to disgrace or bring one's moral down, for the woman may be having the feeling that her husband, no longer likes her and may now be saying is it that no one would like her and so, if there is another man, constantly validating and praising her out there and the husband, rejects and constantly remind her and no longer, have time for her, as these kind of abuse always leads to anger, frustration, constant quarrel etc she may now begin to give the man praising her attention and may have solace and if things go well, for her in discussion with the other man, some women almost always would suddenly abandon their husband, later regret their actions but may be too late as his wife would have transferred her love to the other man such abuses and vulgar negative words should be completely avoided in marriages, as they could be a torture to one party and you may likely lose your partner forever.</w:t>
      </w:r>
    </w:p>
    <w:p w:rsidR="00000000" w:rsidDel="00000000" w:rsidP="00000000" w:rsidRDefault="00000000" w:rsidRPr="00000000" w14:paraId="000003D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those prospective marriage candidates please take note and avoid</w:t>
      </w:r>
    </w:p>
    <w:p w:rsidR="00000000" w:rsidDel="00000000" w:rsidP="00000000" w:rsidRDefault="00000000" w:rsidRPr="00000000" w14:paraId="000003D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negative vulgar words as they can destroy your marriage in a way that you may not realize or bargain for and it is most irresponsible to engage in it as, it has never brought any positive result to marriages.</w:t>
      </w:r>
    </w:p>
    <w:p w:rsidR="00000000" w:rsidDel="00000000" w:rsidP="00000000" w:rsidRDefault="00000000" w:rsidRPr="00000000" w14:paraId="000003E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HAVING BAD COMMUNICATION AND LACK OF COMMUNICATION</w:t>
      </w:r>
    </w:p>
    <w:p w:rsidR="00000000" w:rsidDel="00000000" w:rsidP="00000000" w:rsidRDefault="00000000" w:rsidRPr="00000000" w14:paraId="000003E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Communication is one of the greatest key that can sustain a marriage, when it is not solidly in place and when it is defective, it can lead to a failed  marriage and before the marriage fails there are usually signs, that are present, pointing to the fact that, this marriage is heading to the rocks and usually spouse act brinkmanship therefore, the result in brinkmanship is delivered to them, some time in a devastating manner that both parties are unable to recover themselves, therefore spouse should in honesty put in place an effective communication system within them that should be reviewed from time to time and for the sake of your marriage spouse should learn the short comings of one another and try to help come out of it or just leave it if you are able to manage it up to an extent, for if you push it too far it may actually bring down your marriage. Imagine spouses who leave together in a house yet only greet themselves in the morning when they wake up, that is a very poor communication network, even if that is the practice you were brought up with please change it immediately as it is a sign that your marriage can develop problems later e.g. if your wife or husband out of ignorance or so meets a man/woman that greets him regularly, he may start an informal discussion with the person for he/she finds him/her friendly and if that is sustained for a long time it develops into friendship and may be much more than that as your wife/husband may begin to tell him/her that, my wife or husband greet me only in the morning etc then you know, he/she would now be creating and wanting to spend time with the person, that now reduces your time with him or her and he/she begins to find your company not interesting etc that is showing a red flag in marriage and from then on, your communication with him/her drops and becomes uninteresting to him/her because he/she has someone who communicates better then you then frictions, small, small quarrels etc sets in and if you don't look properly hatred and animosity sets in and gradually disintegration of the marriage begins and the end of the marriage comes.</w:t>
      </w:r>
    </w:p>
    <w:p w:rsidR="00000000" w:rsidDel="00000000" w:rsidP="00000000" w:rsidRDefault="00000000" w:rsidRPr="00000000" w14:paraId="000003E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much as possible say hello, I appreciate you, God bless you etc to your</w:t>
      </w:r>
    </w:p>
    <w:p w:rsidR="00000000" w:rsidDel="00000000" w:rsidP="00000000" w:rsidRDefault="00000000" w:rsidRPr="00000000" w14:paraId="000003E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wife or husband, if you do only this, the goodness in your wife or husband will begin to come out like a fatty meat, when it is put under heat, it brings out all the fatty content and you will see them and know the usefulness or otherwise of the meat. It is like a healing in the home, especially if you are not together by all means try to communicate it to her/him many times daily, so that it will stand as a constant reminder that, I still love you, I am here for you, my promise still stands etc</w:t>
      </w:r>
    </w:p>
    <w:p w:rsidR="00000000" w:rsidDel="00000000" w:rsidP="00000000" w:rsidRDefault="00000000" w:rsidRPr="00000000" w14:paraId="000003E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bad communication in marriage is a killer of marriage, especially example if one of the party is bossy and always uses commanding words, that are unfriendly and offensive, it allows the other spouse to be resentful, disrespectful etc and if there is a counter insult from the other spouse, it starts as simple argument and refusal to obey even the simplest of command that is unworthily said or communicated e.g. if a husband says to the wife, hey you go to the room and bring me my glasses very fast, the wife may refuse especially if it is in front of others and it has been a repeated decimal in the marriage and in some part of the world especially Africa, it will be seen as a challenge to your husband and even if the members of the wife's family is called to be judges in the matter their sister will be found guilty and even fined and told to apologize to the husband even, when the husband was so disrespectful, but, be that as it may, if the woman can no longer tolerate such demining character from the husband then the marriage always comes to an end, but before then the women usually suffer physical, emotional, verbal and all kind of abuse that sometimes are not fit to be meted to any human being or even animals, this is what a bad communication does to marriages and these are still present surprisingly in our present day marriages.</w:t>
      </w:r>
    </w:p>
    <w:p w:rsidR="00000000" w:rsidDel="00000000" w:rsidP="00000000" w:rsidRDefault="00000000" w:rsidRPr="00000000" w14:paraId="000003E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should be discourage in every sense of the word and men/women too</w:t>
      </w:r>
    </w:p>
    <w:p w:rsidR="00000000" w:rsidDel="00000000" w:rsidP="00000000" w:rsidRDefault="00000000" w:rsidRPr="00000000" w14:paraId="000003E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should deliberately learn how to be companionate in their communication, in other to sustain their marriage, so that the society will be spared of broken marriages all over the place.</w:t>
      </w:r>
    </w:p>
    <w:p w:rsidR="00000000" w:rsidDel="00000000" w:rsidP="00000000" w:rsidRDefault="00000000" w:rsidRPr="00000000" w14:paraId="000003E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CHEATING – WHY SPOUSES CHEAT AND BREAK THEIR MARRIAGES</w:t>
      </w:r>
    </w:p>
    <w:p w:rsidR="00000000" w:rsidDel="00000000" w:rsidP="00000000" w:rsidRDefault="00000000" w:rsidRPr="00000000" w14:paraId="000003E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Many marriages that fails is as a result of cheating, which some spouses do in other to get back at their husbands especially, but a few and men too are engaged in it, to get back at their spouse, when for instance they are of the opinion that she is rude and resentful and does not respect them enough after several protests etc. As for the women they do it, if their husbands keep late and she is suspecting that he would have been with a woman or she is suspecting him and his office staff etc.</w:t>
      </w:r>
    </w:p>
    <w:p w:rsidR="00000000" w:rsidDel="00000000" w:rsidP="00000000" w:rsidRDefault="00000000" w:rsidRPr="00000000" w14:paraId="000003E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spouse may really not want to cheat out rightly but, according to some they do it out of fun and it now becomes a habit and they go on with it until it brings their marriage to a close and they begin to regret and say they were doing it out of fun etc and the man or the woman may not want to see it that way and may not listen to appeals etc</w:t>
      </w:r>
    </w:p>
    <w:p w:rsidR="00000000" w:rsidDel="00000000" w:rsidP="00000000" w:rsidRDefault="00000000" w:rsidRPr="00000000" w14:paraId="000003E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cheat out of self-low esteem i.e. their husband/wife may just have</w:t>
      </w:r>
    </w:p>
    <w:p w:rsidR="00000000" w:rsidDel="00000000" w:rsidP="00000000" w:rsidRDefault="00000000" w:rsidRPr="00000000" w14:paraId="000003E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been telling them, is that all you can do, you are not good in bed, you are not exactly beautiful etc and it, may now begin to occur to them to cheat and see if the other person will say same thing, as they are commended, they will go a step in and in and they may become permanent in cheating and definitely in most cases, they are always caught and the marriage, eighty to ninety percent of the times fail immediately and spouses suffer the consequences that follows cheating, shame, disgrace, verbal abuse etc Some men cheat especially in Africa because, they, follow the old and outdated maxim, which says that eating only one type of soup can kill your manhood – they do it just to have a taste of what any other one can be, but many times it now leads to failure in their marriages.</w:t>
      </w:r>
    </w:p>
    <w:p w:rsidR="00000000" w:rsidDel="00000000" w:rsidP="00000000" w:rsidRDefault="00000000" w:rsidRPr="00000000" w14:paraId="000003E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Unholy alliance most times leads to cheating which is going out with friends that all of them has boyfriends and girlfriends, when they are all married, it lures some into it and in not too long a time it begins to tell in their marriages and it leads to the failure of their marriages most times as they now begin to serve two masters and especially when the lesser master requires more attention and the original owner, protests and one thing leads to the other and the marriage is gone with the wind.</w:t>
      </w:r>
    </w:p>
    <w:p w:rsidR="00000000" w:rsidDel="00000000" w:rsidP="00000000" w:rsidRDefault="00000000" w:rsidRPr="00000000" w14:paraId="000003E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LACK OF SEXUAL SATISFACTION OR DISSATISFACTION</w:t>
      </w:r>
    </w:p>
    <w:p w:rsidR="00000000" w:rsidDel="00000000" w:rsidP="00000000" w:rsidRDefault="00000000" w:rsidRPr="00000000" w14:paraId="000003E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very turbulent issue in marriages, which has led to some marriage being broken as it may either be the male or the female that complains of sexual satisfaction. It comes in various forms, for women most times, could be that the male organ is not large enough and therefore they do not get sexual satisfaction and are unable to stand it and would want to leave the marriage as soon as they can especially again if they don't get it with the regularity, they desire and sometimes too they go out of their marriage to get satisfaction and are caught and their marriage comes to an end. Some women too complain of sexually not satisfied when they see that, the male organ of their husbands are to large and they don't enjoy sex, they opt out of such marriage and finds a better size that, they can enjoy. Men too have been known to end their marriages because they do not get sexual satisfaction from their spouse, either because their wife is unable to allow them have their way each time they want to have sex as some women are known not to really have the energy to go a long hug and fights and quarrels break out especially in the nights and in the mornings and it can be frustrating for some men who are unable to bear it and they go out to seek satisfaction and sometimes in the process, if they find ready and able female partner, they ask their wife to pack out of the house or go ahead to marry and ask for divorce.</w:t>
      </w:r>
    </w:p>
    <w:p w:rsidR="00000000" w:rsidDel="00000000" w:rsidP="00000000" w:rsidRDefault="00000000" w:rsidRPr="00000000" w14:paraId="000003E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Sex in marriage is an issue that has not been adequately, discussed and explained to the couple, before they get married and a lot of them do not at all, discuss, sexual capability and therefore when they get married. It becomes a serious problem that they cannot contend with and it leads to the failure of their marriage, readers who are married and are having problems with it, should, call a peaceful meeting with their spouse or seek the counsel of a marriage counselor in other to have peace and happiness, while people who are yet to marry should discuss about it in great details before they get into marriage, otherwise great distress, discomfort and frustration awaits them or they should consult us for counseling. Part of the problem too that leads to failure of marriage because of sex in marriage, is that, some spouse who have been sexually active and are having it so good, but did not end up with their sexual partner(s), when they get married they expect such good and very active love making life from their husbands and wives, when they don't get it, it then becomes a great challenge, that present itself in different ways and later leads to the dissolution of their marriage if they can no longer stand it.</w:t>
      </w:r>
    </w:p>
    <w:p w:rsidR="00000000" w:rsidDel="00000000" w:rsidP="00000000" w:rsidRDefault="00000000" w:rsidRPr="00000000" w14:paraId="000003F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LACK OF SEX LANGUAGE</w:t>
      </w:r>
    </w:p>
    <w:p w:rsidR="00000000" w:rsidDel="00000000" w:rsidP="00000000" w:rsidRDefault="00000000" w:rsidRPr="00000000" w14:paraId="000003F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hard to know and believe that, a thing as small as sex language, can result to the failure of marriages even in this millennium and it will still cause it even beyond this time, for, it tells you how sex is important in marriage and how people take it very serious, therefore even married couple should use this medium to trace and check if this is causing troubles of different kind that seem to be intractable as people react differently to problems, you may just be too surprise that, because you did not sexually satisfy your wife or husband at night and in the morning you ask him/her for the money he/she promised yesterday he/she would say, I don't have it or you will notice unhappiness and unwillingness to speak to you or say hello in the morning.</w:t>
      </w:r>
    </w:p>
    <w:p w:rsidR="00000000" w:rsidDel="00000000" w:rsidP="00000000" w:rsidRDefault="00000000" w:rsidRPr="00000000" w14:paraId="000003F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Therefore spouse should as a matter of urgency learn to use, conforming, and exciting, great words to describe their sexual experience before, during and after sex with your partner, so that you keep him or her happy and give him/her assurance that you feel good about it. What really happens is that, if your spouse is not satisfied with sex at home he/she goes out to get it and once, he or she begins to hear words like, it was great, you are good in bed, I want it again etc, they are almost always attached to the person and once that happens, the sexual life at home becomes dead and uninteresting and before long you find out your partner is cheating and the marriage hits the rock, so seriously guide against it, so that you do not lose your partner.</w:t>
      </w:r>
    </w:p>
    <w:p w:rsidR="00000000" w:rsidDel="00000000" w:rsidP="00000000" w:rsidRDefault="00000000" w:rsidRPr="00000000" w14:paraId="000003F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FALSE SELF IMPRESSION</w:t>
      </w:r>
    </w:p>
    <w:p w:rsidR="00000000" w:rsidDel="00000000" w:rsidP="00000000" w:rsidRDefault="00000000" w:rsidRPr="00000000" w14:paraId="000003F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How sad it is to know that false self-impression can make marriages to fail, this is an unfortunate incidence that occurs in some marriages, where some men or women get married to someone who may not be of the same circle of influence and in no time into the marriage they begin to exhibit or behave in a manner to communicate to their spouse that they are not of the same status either financially, educationally, societally or socially and therefore, they expect their spouse to always bow and just be tolerant of their behaviour even if it is a treat to their marriage or offending their spouse and in the normal human reaction, the oppressed or despised spouse may want to bear it for some time and surely there will be resistant, the behaviour may now become verbalized etc and in that instant, there will now be, open resistance, resentment, quarrels etc and in no time physical abuse sets in and in some cases it leads to accidental injuries etc and eventually the marriage fails.</w:t>
      </w:r>
    </w:p>
    <w:p w:rsidR="00000000" w:rsidDel="00000000" w:rsidP="00000000" w:rsidRDefault="00000000" w:rsidRPr="00000000" w14:paraId="000003F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some spouse bears the humiliation, public shame etc they endure it, saying that they are already married etc and especially if they have children they will not want to leave the marriage, despite been abused and dehumanized, because of the social, education or financial status in their marriage, some of them lose their life in the end as they end up with blood pressure, which quietly kill them as they are always full of negative thoughts that they cannot relate to anyone out of shame or all in the name of having a good marriage, but please do a very good assessment of your marriage, if it is coming to the fact that you are abused, dehumanized and you are having trauma, quickly contact a confidant, marriage counselor or the security agency, if it is a treat to your life, as that man/woman you want to put your life on the line for may be married before six months of your death and you in the grave, away from your loved ones, friends, family etc to be forgotten sooner than you realize. So speak up, just like anyone that is been raped and you are not speaking up, it is too bad for you as it will cause damage in your life later than you honestly know it is hard, when you listen to some of the reason(s) why spouses cheat, same do it out of share desperation to keep alive and to give their children food and education, because of economic reality in the family and sometimes the health of the bread winner. Some just do it because they are stressed at home and that is the only way they can calm down. Dislocation of family, when both of them are in different cities and cannot easily get their partner. Some assume that they married too early and therefore they need to enjoy life according to them, a wrong counseling from very unkind and untrained counselors could also be one of the reason why spouse cheat.</w:t>
      </w:r>
    </w:p>
    <w:p w:rsidR="00000000" w:rsidDel="00000000" w:rsidP="00000000" w:rsidRDefault="00000000" w:rsidRPr="00000000" w14:paraId="000003F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However you look at it, it is not justifiable and most times it ends up in divorce disgrace etc, spouses should do everything possible to stop it forthwith if they are engaged in it and those who are not married now should guide against it for it is possible, if you get your considerations in wanting to get married right, then you are good to go.</w:t>
      </w:r>
    </w:p>
    <w:p w:rsidR="00000000" w:rsidDel="00000000" w:rsidP="00000000" w:rsidRDefault="00000000" w:rsidRPr="00000000" w14:paraId="000003F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BAD EXPERIENCES</w:t>
      </w:r>
    </w:p>
    <w:p w:rsidR="00000000" w:rsidDel="00000000" w:rsidP="00000000" w:rsidRDefault="00000000" w:rsidRPr="00000000" w14:paraId="000003F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things that makes marriages to fail, this has different dimension, for instance, if a child grows up in a home where the father beats up the mother out of any slight disagreement and the child too goes to marry, the girl child, if she is been beaten up she may see it as a normal thing and goes on with the marriage until she can take it no more or the boy that grows up in such situation, would normally beat up his wife and still feel very cool having the wrong knowledge that, he is doing the best for his family and the wife in turn will be seeing it as an abnormal thing and her reaction, maybe violent in attempt to defend herself from being abused by her husband and the husband to may resist it strongly, because in his home the mother did not give his father, such resistance and in the end, such marriage will end up with both of them going their different ways.</w:t>
      </w:r>
    </w:p>
    <w:p w:rsidR="00000000" w:rsidDel="00000000" w:rsidP="00000000" w:rsidRDefault="00000000" w:rsidRPr="00000000" w14:paraId="000003F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person who sees members of his or her family, divorcing at the</w:t>
      </w:r>
    </w:p>
    <w:p w:rsidR="00000000" w:rsidDel="00000000" w:rsidP="00000000" w:rsidRDefault="00000000" w:rsidRPr="00000000" w14:paraId="000003F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slightest provocation may also get into that mix and leave his or her marriage when it is her or his turn to get married or his or her father and mother divorced, they too will not find it difficult to get divorced too.</w:t>
      </w:r>
    </w:p>
    <w:p w:rsidR="00000000" w:rsidDel="00000000" w:rsidP="00000000" w:rsidRDefault="00000000" w:rsidRPr="00000000" w14:paraId="000003F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Readers are expected to stay above their bad experiences so that they can have a good married life, this especially goes to those that are getting ready to get into married life, as the options is left for them to take, you need to also know the experience of the person you want to get married to, as experiences have a very large role to play in our lives, just as, it does to small children, if you grow up in a house where they manage food etc, you will be good in that too.</w:t>
      </w:r>
    </w:p>
    <w:p w:rsidR="00000000" w:rsidDel="00000000" w:rsidP="00000000" w:rsidRDefault="00000000" w:rsidRPr="00000000" w14:paraId="000003F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MARITAL MISCONCEPTION AND EXPECTATION</w:t>
      </w:r>
    </w:p>
    <w:p w:rsidR="00000000" w:rsidDel="00000000" w:rsidP="00000000" w:rsidRDefault="00000000" w:rsidRPr="00000000" w14:paraId="000003F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people go into marriage with very wrong misconception and expectation so when they get there, they are easily frustrated and most times can't take it and they call it a quit and they now face reality of not getting married and if they get in again they will get the same thing, if they do not learn before repeating it again and their frustration this time could be more than the first one, so you see marriage with all kinds of problems that is traceable to this, misconception for instance, some male folks, believe especially in Africa that once you are married</w:t>
      </w:r>
    </w:p>
    <w:p w:rsidR="00000000" w:rsidDel="00000000" w:rsidP="00000000" w:rsidRDefault="00000000" w:rsidRPr="00000000" w14:paraId="000003F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a woman, she should not be heard, you have to tell her what to do, as her opinion no longer matters, and she must remain in the house and cannot go to work except you the husband approves of it, honestly these failed misconception etc has led to the failure of many marriages, especially when such men get married to an educated woman from a social background, that would not in any way accept that a woman's place is only in the kitchen and she cannot work except, her husband approves of it, not minding if she has even spent about a decade educating herself, no doubt this has caused great tension that results to active conflict, that obviously cannot be managed by spouse as, the conception and understanding of both of them is running parallel to one another, the obvious and inevitable then always happens, that is divorce. Because, spouse do not really seat down to talk in details before they get married, each of them have their expectation from each other, based on their own understanding of what marriage is, in other to get a good marriage that is free of unrealistic expectations from your spouse, engage in serious and heartfelt discussion and get each other's perspective of what marriage is and what each of you are expected to do and how you will do it, if you see that your proposed wife or husband's is an expression of what marriage is not compactable with your idea of marriage, then without sentiment opt off it, for you getting, you will surely get hurt and disappointed, and can lead to frustration and eventual failure of your marriage, which is not a good account of a person of your standing and quality, who should be able to take care of little things like this or be able to strike a compromise that will work for both of you.</w:t>
      </w:r>
    </w:p>
    <w:p w:rsidR="00000000" w:rsidDel="00000000" w:rsidP="00000000" w:rsidRDefault="00000000" w:rsidRPr="00000000" w14:paraId="000003F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it is, sometimes in some marriages, the wives expect only the man to</w:t>
      </w:r>
    </w:p>
    <w:p w:rsidR="00000000" w:rsidDel="00000000" w:rsidP="00000000" w:rsidRDefault="00000000" w:rsidRPr="00000000" w14:paraId="0000040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foot every bill in the family, even when, the wife is working and earning well as much as the man or even more as, some have the mentality that, because he is the man of the house, he should do it for everyone in the immediate family, this has frustrated some men to the extent that they now begin to engage in verbal abuse etc and before you know it, it leads to other serious disagreement and in a bid to get back at his wife would call the marriage quit, so that, he will only fend for his children if any and look for a woman who will be ready to assist him in the bills of the house, especially when he finds that the bills want to way him down.   T h i s is why prospective marital candidates should ask enough questions about footing of bills in the family before they get into marriage to avoid, broken homes which is not the best thing.</w:t>
      </w:r>
    </w:p>
    <w:p w:rsidR="00000000" w:rsidDel="00000000" w:rsidP="00000000" w:rsidRDefault="00000000" w:rsidRPr="00000000" w14:paraId="0000040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Visions and missions of spouse must be related and complimenting otherwise it is not possible for your spouse to have a respectful, responsible visions and missions would be in conflict even when two of you would want to</w:t>
      </w:r>
    </w:p>
    <w:p w:rsidR="00000000" w:rsidDel="00000000" w:rsidP="00000000" w:rsidRDefault="00000000" w:rsidRPr="00000000" w14:paraId="0000040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stay with each other, the negative impact it has or would have in families can only be imagined as, it is like oil and water they can hardly come together, at every slight opportunity, they separate themselves and establish their identity no matter how you try to put them together.</w:t>
      </w:r>
    </w:p>
    <w:p w:rsidR="00000000" w:rsidDel="00000000" w:rsidP="00000000" w:rsidRDefault="00000000" w:rsidRPr="00000000" w14:paraId="0000040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COMPARING AND EXPOSING THE WEAKNESS OF YOUR PARTNER</w:t>
      </w:r>
    </w:p>
    <w:p w:rsidR="00000000" w:rsidDel="00000000" w:rsidP="00000000" w:rsidRDefault="00000000" w:rsidRPr="00000000" w14:paraId="0000040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clearly has ended marriages a great number of times, for it is like bruising the ego of your spouse when you compare him either with his mates or friends etc and it has to do with what he has no immediate control, sometimes if they are able to overcome it one way or the other they usually get back to their spouse with divorce immediately and move on for instance a man is married and for a few years he is unable to impregnate his wife and the wife keeps mocking and comparing him with his mates that got married the same time with him are all having children etc, if such man in frustration goes out and impregnates another woman he mostly likely will send the spouse packing and bring into the house the woman that is pregnant for him and calmly ask for divorce. Related too is when you tell your wife she is not good in bed and she goes out to try and see if what her husband said is true or not and she finds the later better than yours, the husband, she most likely too will not want to come back to such marriage and divorce is always the end of it.</w:t>
      </w:r>
    </w:p>
    <w:p w:rsidR="00000000" w:rsidDel="00000000" w:rsidP="00000000" w:rsidRDefault="00000000" w:rsidRPr="00000000" w14:paraId="0000040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Exposing the weakness of your spouse, to your family and friends etc is not the best thing to do, as it can lead to the failure of your marriage, as some spouse feel so insecure of their wife and therefore get a divorce.</w:t>
      </w:r>
    </w:p>
    <w:p w:rsidR="00000000" w:rsidDel="00000000" w:rsidP="00000000" w:rsidRDefault="00000000" w:rsidRPr="00000000" w14:paraId="0000040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 illustration may bring more understanding of how it is not the best to begin to expose your spouse. A business man got married to his wife after two years of marriage he became so successful in business and sometimes he brings money home to pay his workers and clients etc and the wife has a friend who owns a restaurant and she told her friend that her husband used to bring cash to the house and she has told him not to bring huge cash to the house, he will not desist from it, that even today he has brought huge cash to the house and she is even afraid to sleep in the house, her friend related this to another of her friend in her restaurant, not knowing that some young men who were drinking over-heard them and in the night they arranged and brake into the house and forcefully asked the man to give them the money he has brought to pay his workers that they were drinking in a restaurant when they heard it, later one thing lead to another and it was discovered it was the wife who told her friend and her friend told another friend and armed</w:t>
      </w:r>
    </w:p>
    <w:p w:rsidR="00000000" w:rsidDel="00000000" w:rsidP="00000000" w:rsidRDefault="00000000" w:rsidRPr="00000000" w14:paraId="0000040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robber over-heard and then robbed their house, the husband would not have any entreaty but asked the wife to leave for he concluded that, he would have been dead if he had struggled or denied he had no such money, so you need to be so circumspect about giving, your husband or wife weakness to anyone as you may not know how careless, that person may handle that information and it may lead to unwanted consequences and loss.</w:t>
      </w:r>
    </w:p>
    <w:p w:rsidR="00000000" w:rsidDel="00000000" w:rsidP="00000000" w:rsidRDefault="00000000" w:rsidRPr="00000000" w14:paraId="0000040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man told his wife how she was good for nothing, unable to support the family etc, the woman was very angry and took it as a challenge and went to borrow money on interest and started business after about five years the woman was successful, that she was more buoyant than the husband and after sometimes she expanded her business again and the husband was now becoming jealous and asked her to close the business as she was becoming too independent, and you can be sure she refused and the husband called it quit; so you see from these illustrations that, we need to be able to use tact to solve any challenge that comes to us in our marriage otherwise we are heading to divorce. You can imagine the husband who mocks his wife even in public that she was good for nothing, now turns round to ask this wife to close her business that had become profitable out of jealousy of his partner, which must be avoided as, you and your partner has become one and should share everything any of you have as much as possible, to engender love and peace in your marriage.</w:t>
      </w:r>
    </w:p>
    <w:p w:rsidR="00000000" w:rsidDel="00000000" w:rsidP="00000000" w:rsidRDefault="00000000" w:rsidRPr="00000000" w14:paraId="0000040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GIVING ROOM FOR SOMEONE ELSE TO BE YOUR SPOUSE CONFIDANT</w:t>
      </w:r>
    </w:p>
    <w:p w:rsidR="00000000" w:rsidDel="00000000" w:rsidP="00000000" w:rsidRDefault="00000000" w:rsidRPr="00000000" w14:paraId="0000040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can become one of the worst thing you would have done to your marriage if you allow anyone to become your spouse confidant, you should deliberately plan a coup and overthrow the person no matter who or what the person is to him or her, but you should go about it discretely and deliberately and be honest about it too, for if you do not become the confidant of your spouse, then you should be sure that you have not done a good job on your marriage as that could be the source of trouble and divorce in your family.</w:t>
      </w:r>
    </w:p>
    <w:p w:rsidR="00000000" w:rsidDel="00000000" w:rsidP="00000000" w:rsidRDefault="00000000" w:rsidRPr="00000000" w14:paraId="0000040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Just imagine if your wife or husband has a confidant, the things that should remain in the family will surely finds its way out because your wife or your husband has a confidant and it could also be a source of your security problem as the confidant of your wife or husband also have a confidant and so on, and it could be a source of great embarrassment for you and your entire family as can be understood in illustration below; a family has been leaving in rented apartment for a number of years now, and the wife was the one who was able to contribute the</w:t>
      </w:r>
    </w:p>
    <w:p w:rsidR="00000000" w:rsidDel="00000000" w:rsidP="00000000" w:rsidRDefault="00000000" w:rsidRPr="00000000" w14:paraId="0000040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largest amount and they bought a land and started to build and a friend saw him on the piece of land supervising the workers and as they meet in a joint, the friend in company of other asked what he was doing, he said, well he got the land he is trying to put up a structure there, hardly had he finished, someone among them said, but, it was your wife that contributed the largest share of the money and here you are saying, you bought a land and trying to develop the land, why not tell us the truth, the husband was too dumfounded to speak as he knew the wife had told the man, on getting home he was so angry that he could not eat that evening and almost all through the night he did not sleep, the next day he did not go to supervise the workers the wife asked and his response was unfriendly and the wife could not understand and later, when he was able to get the man speak the man narrated how he was humiliated, she appealed to the husband and said, no he does not even know the man, that it was her confidant that she told – a friend, apparently the friend told her confidant, who told another confidant's husband who told the story in the joint, you see how a confidant outside the family is not a good thing to do, if not that the said husband was understanding this could lead to a divorce, so spouses should try to win their wives and husbands as confidants, so that it will not lead to avoidable mistakes that can close the marriage.</w:t>
      </w:r>
    </w:p>
    <w:p w:rsidR="00000000" w:rsidDel="00000000" w:rsidP="00000000" w:rsidRDefault="00000000" w:rsidRPr="00000000" w14:paraId="0000040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confidants are some ex'es who would not wish you well or sugar</w:t>
      </w:r>
    </w:p>
    <w:p w:rsidR="00000000" w:rsidDel="00000000" w:rsidP="00000000" w:rsidRDefault="00000000" w:rsidRPr="00000000" w14:paraId="0000040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mummy and daddies that would want you in bed at every opportunity.</w:t>
      </w:r>
    </w:p>
    <w:p w:rsidR="00000000" w:rsidDel="00000000" w:rsidP="00000000" w:rsidRDefault="00000000" w:rsidRPr="00000000" w14:paraId="0000040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CULTURES</w:t>
      </w:r>
    </w:p>
    <w:p w:rsidR="00000000" w:rsidDel="00000000" w:rsidP="00000000" w:rsidRDefault="00000000" w:rsidRPr="00000000" w14:paraId="0000041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Honestly, marrying across culture is good in itself, but, if the people who are married are not patient, it can lead to failure of marriages as their background accommodates a behavior that is seem as repugnant to another culture so if you engage in your culture, without making your spouse to understand or be able to comprehend your attitude or character, there surely will be tension that could lead to divorce. For instance sighing in some culture is seem as an offence even when in some you even sigh to drive home your point, sociologist call it culture shock and some people are not able to take it and they bow out.</w:t>
      </w:r>
    </w:p>
    <w:p w:rsidR="00000000" w:rsidDel="00000000" w:rsidP="00000000" w:rsidRDefault="00000000" w:rsidRPr="00000000" w14:paraId="0000041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instance, the African traditional culture allows any member of the family to call his brother's wife his wife and his wife is expected to treat the brother as she will treat the husband, but in the western world it is not so, she will find it difficult to at least for the first time understand such behavior or she gets visitors who would not give prior notice, but just knock and he or she is expected to gain entrance, sometimes at odd hours, she would have to stomach it, but for some if this practice continues she will definitely abandon the marriage for, such behavior</w:t>
      </w:r>
    </w:p>
    <w:p w:rsidR="00000000" w:rsidDel="00000000" w:rsidP="00000000" w:rsidRDefault="00000000" w:rsidRPr="00000000" w14:paraId="0000041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cannot be accepted over there.</w:t>
      </w:r>
    </w:p>
    <w:p w:rsidR="00000000" w:rsidDel="00000000" w:rsidP="00000000" w:rsidRDefault="00000000" w:rsidRPr="00000000" w14:paraId="0000041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That is why spouse need to be understanding and accommodating in other to leave in peace and happiness, as they should talk about challenging issues to be able to reach an amicable solution otherwise divorce would stir them in the face.</w:t>
      </w:r>
    </w:p>
    <w:p w:rsidR="00000000" w:rsidDel="00000000" w:rsidP="00000000" w:rsidRDefault="00000000" w:rsidRPr="00000000" w14:paraId="0000041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VISITING SPIRITISTS, PROPHETS ETC</w:t>
      </w:r>
    </w:p>
    <w:p w:rsidR="00000000" w:rsidDel="00000000" w:rsidP="00000000" w:rsidRDefault="00000000" w:rsidRPr="00000000" w14:paraId="0000041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husband or wife that pays visit to spiritists or prophets who are mostly fake, run the risk of losing their marriage, as those spiritists and prophets are mostly out to make money and deceive people to continue in the business, as they would not tell you the truth, but would always want you to come back to patronize them and once your wife or husband is aware, which is always the case, most marriage fail.</w:t>
      </w:r>
    </w:p>
    <w:p w:rsidR="00000000" w:rsidDel="00000000" w:rsidP="00000000" w:rsidRDefault="00000000" w:rsidRPr="00000000" w14:paraId="0000041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abound stories of men and women who have been caught while trying to either add what the spiritists or prophets gave to them to their wife or husband's food or water to drink or bath with, some lead to tragedy, after the wife or husband would have consumed the items they die, some become incapacitated etc and of course the marriage would on its own come, to an end knowingly by the spiritists or prophets who would want to get married to their victims by either killing their husbands or wives.</w:t>
      </w:r>
    </w:p>
    <w:p w:rsidR="00000000" w:rsidDel="00000000" w:rsidP="00000000" w:rsidRDefault="00000000" w:rsidRPr="00000000" w14:paraId="0000041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more tragic of them are young girls who patronize spiritists and prophets and the prophets or spiritists end up marrying them as either fourth of fifth wife, because they are beautiful, it is strongly advise that young people  should have no reason to visit a spiritist or a prophet, they can on their own pray and God will answer them. Some of them end up been abused sexually by the spiritist and fake prophets and some get raped and are unable to speak out, and it becomes a problem for them.</w:t>
      </w:r>
    </w:p>
    <w:p w:rsidR="00000000" w:rsidDel="00000000" w:rsidP="00000000" w:rsidRDefault="00000000" w:rsidRPr="00000000" w14:paraId="0000041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PRIDE OR PROCRASTINATION</w:t>
      </w:r>
    </w:p>
    <w:p w:rsidR="00000000" w:rsidDel="00000000" w:rsidP="00000000" w:rsidRDefault="00000000" w:rsidRPr="00000000" w14:paraId="0000041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one of the thing that makes marriages to easily fail, when either of the spouse is proud the other will resist in various ways and circumstance that are not related and there is sure to be disagreement always as actions will be wrongly interpreted and simple words taken out of context and the feeling would be that he or she is proud and he or she wants to exhibit that with me, I will not take it, either because one is more educated than the other, difference in family background, financial status, racial status etc which in the end does not really define who we are or who we should be, but we should be defined from the stand point of humility, kindness, love, etc, which are indeed the quality that a normal human being should</w:t>
      </w:r>
    </w:p>
    <w:p w:rsidR="00000000" w:rsidDel="00000000" w:rsidP="00000000" w:rsidRDefault="00000000" w:rsidRPr="00000000" w14:paraId="0000041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possess, anything short of it, is not good enough and it is better now that we either re-examine or re-evaluate our life and seek to be a normal and average human being that should be able to tolerate, appreciate and leave in peace with other human beings, especially our spouse.</w:t>
      </w:r>
    </w:p>
    <w:p w:rsidR="00000000" w:rsidDel="00000000" w:rsidP="00000000" w:rsidRDefault="00000000" w:rsidRPr="00000000" w14:paraId="0000041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Pride comes before a fall, it has never brought any good to those that harbor pride, it can only bring pain, bitterness and resentment to you and the people that you interact with or in this case your loved ones.</w:t>
      </w:r>
    </w:p>
    <w:p w:rsidR="00000000" w:rsidDel="00000000" w:rsidP="00000000" w:rsidRDefault="00000000" w:rsidRPr="00000000" w14:paraId="0000041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PROCRASTINATION</w:t>
      </w:r>
    </w:p>
    <w:p w:rsidR="00000000" w:rsidDel="00000000" w:rsidP="00000000" w:rsidRDefault="00000000" w:rsidRPr="00000000" w14:paraId="0000041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thing too that is not good especially in a marital circumstance for it can cause death, injury, bad blood and great negative attitude from your spouse.</w:t>
      </w:r>
    </w:p>
    <w:p w:rsidR="00000000" w:rsidDel="00000000" w:rsidP="00000000" w:rsidRDefault="00000000" w:rsidRPr="00000000" w14:paraId="0000041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Procrastination, is not good in a home as it can for instance lead to the death of one of the partner or their children, e.g. if your husband or wife or child is sick and you keep saying I will take him or her to the hospital tomorrow and you say tomorrow again and keep saying so, that person can die at home and this has been the loss of some family, who now leave in regret and pain for the rest of their life, we should avoid procrastination by all means possible.</w:t>
      </w:r>
    </w:p>
    <w:p w:rsidR="00000000" w:rsidDel="00000000" w:rsidP="00000000" w:rsidRDefault="00000000" w:rsidRPr="00000000" w14:paraId="0000041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Or you want to cook for your husband or children because you procrastinate and did not go to market the children are already sleeping by the time you prepare food and you keep doing this you may have taught your children how to help themselves by stealing and surviving unknown to you and when they become adults, stealing becomes a normal thing for them to do.</w:t>
      </w:r>
    </w:p>
    <w:p w:rsidR="00000000" w:rsidDel="00000000" w:rsidP="00000000" w:rsidRDefault="00000000" w:rsidRPr="00000000" w14:paraId="0000042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engage in procrastination your spouse may be ignoring you and will not have confidence in you and may be forced to be dealing with other people, unknown to you, even in things that he should confer with you and who knows what or how his or her interaction will influence or affect him or her or even your home as one interaction sometimes leads to the other and the thing your spouse should be doing with you he or she will now be doing with someone else whom you may not be sure of their interaction with your spouse.</w:t>
      </w:r>
    </w:p>
    <w:p w:rsidR="00000000" w:rsidDel="00000000" w:rsidP="00000000" w:rsidRDefault="00000000" w:rsidRPr="00000000" w14:paraId="0000042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CHAPTER SIX</w:t>
      </w:r>
    </w:p>
    <w:p w:rsidR="00000000" w:rsidDel="00000000" w:rsidP="00000000" w:rsidRDefault="00000000" w:rsidRPr="00000000" w14:paraId="0000042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MAKING YOUR MARRIAGE WORK</w:t>
      </w:r>
    </w:p>
    <w:p w:rsidR="00000000" w:rsidDel="00000000" w:rsidP="00000000" w:rsidRDefault="00000000" w:rsidRPr="00000000" w14:paraId="0000042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Making your marriage work has no particular formula, that works for it, but depending on how, where, when the marriage was contracted, for instance if a marriage is contracted fraudulently and both of you know that was the case, one person maybe using it to blackmail the other and you get what you bargained for – for instance a marriage, that was done in a hurry, when one of the party is not entirely convinced that the marriage should even take place, then you will see that the marriage will have challenges that is hard to track and happiness and peace will surely be very far from such marriage, therefore making it work may be very difficult and can only come when the two people involved in it are able to settle their differences in good faith.</w:t>
      </w:r>
    </w:p>
    <w:p w:rsidR="00000000" w:rsidDel="00000000" w:rsidP="00000000" w:rsidRDefault="00000000" w:rsidRPr="00000000" w14:paraId="0000042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it is very possible to make marriages work, if the two people involved in it are of different background but, they can find places of common ground and make it work together especially if they are not forced into getting married, all they need to do is to, in honesty be willing to get married, tolerate and try to understand one another, they could have a marriage that can turn out to be the envy of all and may serve as a good reference point to those who want to get into marriage or who are in marriage and they are finding it very difficult to cope.</w:t>
      </w:r>
    </w:p>
    <w:p w:rsidR="00000000" w:rsidDel="00000000" w:rsidP="00000000" w:rsidRDefault="00000000" w:rsidRPr="00000000" w14:paraId="0000042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no mistake marriage can be challenging as there are various things that bring challenges to marriage, for marriage have various phases e.g. getting married and it will be the time you are both alone and trying to study each other, before you know it, children will come and they will bring their challenge of growing up, their education comes up just following their growing up, they now get matured and are themselves getting ready to get married and it may now return to the fact that only two of you will now be alone again and all these stages has their own challenges, both of you only need to lend a hand to each other during challenging periods and you will see how easy both of you will pass through it, there are some specific thing you may need to do individually and collectively to be able to set your marriage on fire and make it work and it is especially good that you have different orientation and in truth there are significant things in your orientation that you can bring to the table to make your marriage work and all you need to do is to identify them and begin to do it, before you know it, both of you will become so happy that you will not want to notice the things your partner did not do right, as it is practically impossible to see that both of you will not annoy each other be it knowingly or unknowingly as you can even do it to have fun of each other and once you get used to each other and always forgive each other, you</w:t>
      </w:r>
    </w:p>
    <w:p w:rsidR="00000000" w:rsidDel="00000000" w:rsidP="00000000" w:rsidRDefault="00000000" w:rsidRPr="00000000" w14:paraId="0000042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will see a great spark in your marriage that you can't do without each other and will be inseparable. I have deliberately brought out some things I think can make your marriage work, if you carefully examine them, no doubt you will find them suitable and useful.</w:t>
      </w:r>
    </w:p>
    <w:p w:rsidR="00000000" w:rsidDel="00000000" w:rsidP="00000000" w:rsidRDefault="00000000" w:rsidRPr="00000000" w14:paraId="0000042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DELIBERATELY SET FIRE ON YOUR MARRIAGE</w:t>
      </w:r>
    </w:p>
    <w:p w:rsidR="00000000" w:rsidDel="00000000" w:rsidP="00000000" w:rsidRDefault="00000000" w:rsidRPr="00000000" w14:paraId="0000042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set fire to anything especially in the dark, it will be bright and everyone will see it from afar and fire does not leave anything the way it met it, therefore you must make up your mind to let people see your marriage on fire and you will decide not to let your partner be what he/she is when you get married to him/her, for that is what marriage is, so that when his/her friends, family etc see him/her, he/she should not be dressing the same way, but better than you met him/her, that is how to set fire on your marriage, for if your partner still acts the same way and not better than you meet him/her, then it is clear that you are not doing a great work to improve your marriage, you should every day, week, month etc be thinking of how to improve your partner and you will find out that there is something to improve about him or her, is it the way he talk, that is not of the best quality, or his/her reaction to issues, make it a task and you will surely find a way to do it.</w:t>
      </w:r>
    </w:p>
    <w:p w:rsidR="00000000" w:rsidDel="00000000" w:rsidP="00000000" w:rsidRDefault="00000000" w:rsidRPr="00000000" w14:paraId="0000042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 if your husband returns from work, each time you are at home you make it a point of duty to help him pull off his shoe, the shirt etc, if you do it regularly enough, and you are not around, he will feel and know that something is missing from him and would wish that you are around or that, you watch him eat while you have eaten and be deliberately seducing him, if he eats anywhere without you, he will feel uncomfortable and would want to be with you, it is a normal human reaction to events like this, just find a way for your husband or wife to depend on you, he or she will not want to do some other things without you. So also a man can deliberately seduce his wife in the house, for example, if your wife is in the kitchen and you are always there as much as you can to give a helping hand, she will feel empty when you are not around and will surely wish that you are there, for it is like a healing balm, when it is put over a wound after sometime the injury will surely heal, find ways to be like the balm in your marriage and it will surely be like a fire that is lit at the hill top everyone will surely see it.</w:t>
      </w:r>
    </w:p>
    <w:p w:rsidR="00000000" w:rsidDel="00000000" w:rsidP="00000000" w:rsidRDefault="00000000" w:rsidRPr="00000000" w14:paraId="0000042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EMOTIONS DIE, LOVE DOES NOT DIE</w:t>
      </w:r>
    </w:p>
    <w:p w:rsidR="00000000" w:rsidDel="00000000" w:rsidP="00000000" w:rsidRDefault="00000000" w:rsidRPr="00000000" w14:paraId="0000042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have emotion for someone after sometimes the emotions will fall.</w:t>
      </w:r>
    </w:p>
    <w:p w:rsidR="00000000" w:rsidDel="00000000" w:rsidP="00000000" w:rsidRDefault="00000000" w:rsidRPr="00000000" w14:paraId="0000042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it is a thing that you saw that stirred you up to want to be with a person, but, if</w:t>
      </w:r>
    </w:p>
    <w:p w:rsidR="00000000" w:rsidDel="00000000" w:rsidP="00000000" w:rsidRDefault="00000000" w:rsidRPr="00000000" w14:paraId="0000042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love someone, age, distance, colouretc can and does not change love, it is a feeling you get that surpasses, material or physical considerations, therefore even time can't make it fade or corrode, therefore make sure you love someone before you get married to him or her, for if indeed you love someone, there is no way you would want to leave the person especially when you are married and have been showing love to each other, it is only death that ideally should be able to do you people path. For if you love someone it is like your own self, how can you reject yourself, it is not possible, for even if you do, there is nothing you can do about it.</w:t>
      </w:r>
    </w:p>
    <w:p w:rsidR="00000000" w:rsidDel="00000000" w:rsidP="00000000" w:rsidRDefault="00000000" w:rsidRPr="00000000" w14:paraId="0000042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keep the love you have for your partner burning and you will surely see the good in it, when you keep the faith, rebuke anger and be of good cheer always.</w:t>
      </w:r>
    </w:p>
    <w:p w:rsidR="00000000" w:rsidDel="00000000" w:rsidP="00000000" w:rsidRDefault="00000000" w:rsidRPr="00000000" w14:paraId="0000042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LOVE HIM/HER LIKE THERE IS NO TOMORROW</w:t>
      </w:r>
    </w:p>
    <w:p w:rsidR="00000000" w:rsidDel="00000000" w:rsidP="00000000" w:rsidRDefault="00000000" w:rsidRPr="00000000" w14:paraId="0000043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Yes, it is very possible to love your partner like there is no tomorrow, once you are able to do that, like petrol, if you strike a match stick, it will light up, if you are able to do that he/she may want to see the reason to reciprocate, your kind gesture even when it is obvious that he/she may not have been able to love you the same way you love the person, for in some cases it will take some time for the partner to be able to respond adequately and it may take some time, for some people to actually respond or reciprocate, that kind of unusual gesture, so it is strongly advice that, you need to be patient as it myth come true later and you must have a fantastic marriage in life if you persist. Do everything you know how to do to tell him/her you love her be it verbally, caring, being nice etc surely the gasoline must be on fire as those are match sticks that set your love on fire.</w:t>
      </w:r>
    </w:p>
    <w:p w:rsidR="00000000" w:rsidDel="00000000" w:rsidP="00000000" w:rsidRDefault="00000000" w:rsidRPr="00000000" w14:paraId="0000043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DON'T TRANSFER AGGRESSIVE</w:t>
      </w:r>
    </w:p>
    <w:p w:rsidR="00000000" w:rsidDel="00000000" w:rsidP="00000000" w:rsidRDefault="00000000" w:rsidRPr="00000000" w14:paraId="0000043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By all means, when you get home do not in any way transfer aggression from either your work place or from outside into your home, as it really brings serious misunderstanding to the marriage, for it is always the best to leave all worries and maybe even turn them to a laughing matter at home to relief stress. And partners should look out for each other in this regard, when you take note of stress and words that are not coherent or consistent coming from your partner, you should immediately provide a shoulder for him or her to lean on, as your reply should be something even when the other partner is being aggressive with his or her words or at best keep quiet and see if you can say what will make him or her want to laugh and when he or she had returned to wanting to become normal you then ask and try to comfort him or her and see that you talk about it and subtly tell him or her that he should not be aggressive with words that you are always here</w:t>
      </w:r>
    </w:p>
    <w:p w:rsidR="00000000" w:rsidDel="00000000" w:rsidP="00000000" w:rsidRDefault="00000000" w:rsidRPr="00000000" w14:paraId="0000043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talk to him or her and he should be confident about that, if you consistently do it, you will see that over the time he/she will come home and you will be the first person he/she will want to see, immediately he/she comes back from out and your marital life can take a turn for the better. If both of you decide to be gentle to each other. Even in the moment of aggressive words from your partner, you can go hug him/her and speak in his or her ears I still love you, he or she may be surprised – get at it.</w:t>
      </w:r>
    </w:p>
    <w:p w:rsidR="00000000" w:rsidDel="00000000" w:rsidP="00000000" w:rsidRDefault="00000000" w:rsidRPr="00000000" w14:paraId="0000043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WATCH FOR SIGNS FROM YOUR SPOUSE</w:t>
      </w:r>
    </w:p>
    <w:p w:rsidR="00000000" w:rsidDel="00000000" w:rsidP="00000000" w:rsidRDefault="00000000" w:rsidRPr="00000000" w14:paraId="0000043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important that partners watch out for themselves, for signs of mood swing or other signs that would normally not be expressed, maybe depression wants to set in, so that you can know how to handle it and be nice to him or her, it should be noted especially the men that so long as your wife experiences her monthly circle, it is possible for her to have mood swing from time to time, do be on the watch out and be able to be intelligent about it, that if she seems to be struggling with it, you should be of help not be of more trouble to her. All human beings at one time or the other, may have issues they may be contending with that, may make their mood to be unstable so if you just take note, as a good partner, you try to help or just be understanding for those times or few days and you will see that as time goes on you will be able to predict your partner and be able to go along with him or her, smoothly without much challenge.</w:t>
      </w:r>
    </w:p>
    <w:p w:rsidR="00000000" w:rsidDel="00000000" w:rsidP="00000000" w:rsidRDefault="00000000" w:rsidRPr="00000000" w14:paraId="0000043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GENTLY OPEN HIS OR HER HEART</w:t>
      </w:r>
    </w:p>
    <w:p w:rsidR="00000000" w:rsidDel="00000000" w:rsidP="00000000" w:rsidRDefault="00000000" w:rsidRPr="00000000" w14:paraId="0000043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Every human being has a way you may be able to approach him or her and there may be times that he or she will surely be very receptive, as partners, it is better to know these times and the words that will be able to gently open his or her heart to you. But, all human being like to be approached gently either in words or deeds, so if you want to open up the heart of your partner, you have to be able to deliberately learn, how to speak soft words to him/her so that, you will almost always have your way with your partner, aggression only seals the heart and mostly, a normal human being will resist you if you show aggression as soon as he or she can and in some cases you may loss your partner without really knowing you have, but you may still be leaving together.</w:t>
      </w:r>
    </w:p>
    <w:p w:rsidR="00000000" w:rsidDel="00000000" w:rsidP="00000000" w:rsidRDefault="00000000" w:rsidRPr="00000000" w14:paraId="0000043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FULFILLMENT IN MARRIAGE IS PREDICTABLE</w:t>
      </w:r>
    </w:p>
    <w:p w:rsidR="00000000" w:rsidDel="00000000" w:rsidP="00000000" w:rsidRDefault="00000000" w:rsidRPr="00000000" w14:paraId="0000043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marriage that will stand the test of time and be happy and peaceful is indeed predictable, because you will hear words that are encouraging from both partners. Aggression will be absent as there will be mutual respect for one another</w:t>
      </w:r>
    </w:p>
    <w:p w:rsidR="00000000" w:rsidDel="00000000" w:rsidP="00000000" w:rsidRDefault="00000000" w:rsidRPr="00000000" w14:paraId="0000043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no one would either be aggressive verbally or physically – you will not hear raised voices often, they will be walking and talking together in peace, they would know the position of each other, at all times. A fulfilled marriage can be measured from the children you bring up, most children that are wayward and are problematic to the society can be said comfortably to have been brought up by homes where there is least fulfillment, as they learn some of their traits, from their homes, so it is too when you see or know of a man or a woman that is violent, he/she must have seen violence while growing up at home and the child myth think that violence is a normal thing to engage in, if you interview some of them, they will confidently tell you that, it is what a man should do, so that his wife will be afraid of her husband and will not misbehave.</w:t>
      </w:r>
    </w:p>
    <w:p w:rsidR="00000000" w:rsidDel="00000000" w:rsidP="00000000" w:rsidRDefault="00000000" w:rsidRPr="00000000" w14:paraId="0000043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is an illustration, a family has about five children the eldest about fifteen years, they go from church to church within their city to steal phone, while the mother goes to sell it and gives them little, little money, when the one of thirteen years was caught, he said, why are they holding only him that, all of them are involved that it is the mother that goes to sell the phone for them, you see that, the children, were thinking, it was a normal thing that is to tell you too that, such home is not a fulfilled home.</w:t>
      </w:r>
    </w:p>
    <w:p w:rsidR="00000000" w:rsidDel="00000000" w:rsidP="00000000" w:rsidRDefault="00000000" w:rsidRPr="00000000" w14:paraId="0000043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TRY TO BELIEVE IN YOUR PARTNER</w:t>
      </w:r>
    </w:p>
    <w:p w:rsidR="00000000" w:rsidDel="00000000" w:rsidP="00000000" w:rsidRDefault="00000000" w:rsidRPr="00000000" w14:paraId="0000043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 difficult thing to do but not impossible, you just need to believe in your partner, even when you find him or her to be inconsistent, because if he/she knows you believe in him/her, she/he will become more open and tell you the truth always, especially if you do not, negatively criticize him/her immediately, but, offer a solution that can make him/her, become a better human being that should act normally, for instance if you find out that your husband or wife cheats in the office or brings things from the office, you should be very subtle in admonishing him/her, so that next time he will not pick or bring things from the office that are not given to him, for if the children at home, knew that any of you brings thing from the office, they too, may start to collect, things from their schools that do not belong to them, this way, your children are on the road to becoming, thiefs or armed robbers, because it starts gradually or when they grow up they may also want to now begin to steal from their offices or begin to defraud their companies.</w:t>
      </w:r>
    </w:p>
    <w:p w:rsidR="00000000" w:rsidDel="00000000" w:rsidP="00000000" w:rsidRDefault="00000000" w:rsidRPr="00000000" w14:paraId="0000043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Try to be close to your partner and believe in him/her so that you can become one unit that works together in everything that will, promote your family.</w:t>
      </w:r>
    </w:p>
    <w:p w:rsidR="00000000" w:rsidDel="00000000" w:rsidP="00000000" w:rsidRDefault="00000000" w:rsidRPr="00000000" w14:paraId="0000043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EXPECT IMPERFECTION</w:t>
      </w:r>
    </w:p>
    <w:p w:rsidR="00000000" w:rsidDel="00000000" w:rsidP="00000000" w:rsidRDefault="00000000" w:rsidRPr="00000000" w14:paraId="0000044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should be a normal thing for you to get some attitude or character of imperfections from your partner in marriage as some of the things he/she will do is done in innocence as he/she may think, that, that is the best thing to do, for that is what they do in the environment where he/she grew up, so, it is important that you, observe and consult with him or her and try to work it out, in some families, husbands and wives do not leave in one room so, if you now marry such person, you only need to educate him or her that it brings advantage to the family and once, she sees your point of view he will comply, how be it with caution. It is just enough that, if you experience any imperfection(s) from your husband/wife, please find a workable way to sort it out with him or her.</w:t>
      </w:r>
    </w:p>
    <w:p w:rsidR="00000000" w:rsidDel="00000000" w:rsidP="00000000" w:rsidRDefault="00000000" w:rsidRPr="00000000" w14:paraId="0000044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WALK TOGETHER &amp; HOLD HANDS</w:t>
      </w:r>
    </w:p>
    <w:p w:rsidR="00000000" w:rsidDel="00000000" w:rsidP="00000000" w:rsidRDefault="00000000" w:rsidRPr="00000000" w14:paraId="0000044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other to bond and have close relationship with your wife/husband, it is advisable to walk together as much as possible and hold hands, you will see the spark and interest of your partner in you, after this exercise and some things he or she will not ordinarily tell you, you will hear from him or her, which will bring other areas of collaboration not thought of or known, this you should deliberately do, even when you are mobile you should go to gardens or take a short and safe walk in your area.</w:t>
      </w:r>
    </w:p>
    <w:p w:rsidR="00000000" w:rsidDel="00000000" w:rsidP="00000000" w:rsidRDefault="00000000" w:rsidRPr="00000000" w14:paraId="0000044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LAUGH OVER SERIOUS ISSUES</w:t>
      </w:r>
    </w:p>
    <w:p w:rsidR="00000000" w:rsidDel="00000000" w:rsidP="00000000" w:rsidRDefault="00000000" w:rsidRPr="00000000" w14:paraId="0000044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That husbands/wives can laugh over even serious issue, is a sign that the marriage will be strong, safe and have peace and happiness, as it is a very difficult thing for families to do, if you really look at it, in the end you must still seat down and talk about it, why not then begin to, learn to take it easy and be friendly about it, so that where possible you just apologize to each other and next time of course, it may not happen, especially if it is so offensive to any of the partner e.g. if your husband has to drop the house key somewhere before he leaves the house, but because he was in a hurry or he out rightly forgot and took it to the office, you returned a few hours earlier than him and you cannot find the key there, I think it is either you call him and ask, and if he says he is with the key, you two can and should laugh over it and find a solution to it, either you go and collect the key from him or he brings it, or you wait for a few more minutes or so, and you are happy together.</w:t>
      </w:r>
    </w:p>
    <w:p w:rsidR="00000000" w:rsidDel="00000000" w:rsidP="00000000" w:rsidRDefault="00000000" w:rsidRPr="00000000" w14:paraId="0000044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illustration I just gave has in some cases lead to serious disagreements in some families and even sometimes escalates, while it is not necessary. Learn to laugh it off and just be more understanding.</w:t>
      </w:r>
    </w:p>
    <w:p w:rsidR="00000000" w:rsidDel="00000000" w:rsidP="00000000" w:rsidRDefault="00000000" w:rsidRPr="00000000" w14:paraId="0000044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DISCLOSE YOUR WHERE ABOUT TO YOUR PARTNER</w:t>
      </w:r>
    </w:p>
    <w:p w:rsidR="00000000" w:rsidDel="00000000" w:rsidP="00000000" w:rsidRDefault="00000000" w:rsidRPr="00000000" w14:paraId="0000044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good to disclose your where about to your partner, most times for security purposes and this should be extended to the children at home so that a proper account and follow up can be done, when there is emergency, as this has saved very many lives and embarrassments. This illustration may help, a husband told his wife he was going to get a few things from the supermarket on the third street from their house, unfortunately armed robbers went there to rob, most  unfortunately, police rounded all of them up and it was that moment the husband got there he was arrested alongside the armed robbers, he protested his innocence and ask the policemen to call his wife and immediately they called and asked, please where is your husband, she said he went to the third street to get a few items. That was how he was immediately released in the supermarket premises, without been taken to the police station, you see how, important and timely, it was, to say where you are or going to be to your partner, you now begin to think of other positive things it can bring to you.</w:t>
      </w:r>
    </w:p>
    <w:p w:rsidR="00000000" w:rsidDel="00000000" w:rsidP="00000000" w:rsidRDefault="00000000" w:rsidRPr="00000000" w14:paraId="0000044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LOVE WITH YOUR WIFE/HUSBAND LIKE IT WAS TODAY YOU GOT MARRIED</w:t>
      </w:r>
    </w:p>
    <w:p w:rsidR="00000000" w:rsidDel="00000000" w:rsidP="00000000" w:rsidRDefault="00000000" w:rsidRPr="00000000" w14:paraId="0000044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passionate in love making to your wife or husband can bring a very close bond to both of you and it is good to be passionate because there is nowhere else you will go to do it anyway so why not do it very well so that, he/she will be looking forward to the next one and his/her thoughts cannot be complete without you and I tell you even start it, even when he/she is out of the house by teasing him</w:t>
      </w:r>
    </w:p>
    <w:p w:rsidR="00000000" w:rsidDel="00000000" w:rsidP="00000000" w:rsidRDefault="00000000" w:rsidRPr="00000000" w14:paraId="0000044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tonight will be a great night and I will do it with you so gently this time you will like it, you will be in cloud nine tonight etc, am ready to get down with you be so happy and excited, you can be sure that this excitement will also rob off in all aspects of your interaction with him and you can be sure after that moment, when you ask him how much is in his bank account he will gladly tell you – just exaggerating of cause, but definitely, if you have been asking him/her to do anything that has been hanging, that he or she should do, it will be done with joy, for you and your marriage will be a very happy and peaceful one and it can even improve your health and intellectually too. So, find your own special ways of saying or communicating it to him/her.</w:t>
      </w:r>
    </w:p>
    <w:p w:rsidR="00000000" w:rsidDel="00000000" w:rsidP="00000000" w:rsidRDefault="00000000" w:rsidRPr="00000000" w14:paraId="0000044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TRY TO USE THE SAME ROOM WITH YOUR SPOUSE, SO YOU SPEND QUALITY TIME</w:t>
      </w:r>
    </w:p>
    <w:p w:rsidR="00000000" w:rsidDel="00000000" w:rsidP="00000000" w:rsidRDefault="00000000" w:rsidRPr="00000000" w14:paraId="0000044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that spouse use one room and not a different room as this is known to improve communication and a healthy marriage life and also spouse will be able to spend quality time together and plan together, be it the welfare of the children, provisions for the house etc for instance if the couple use one room together they may be able to take their bath together, which is highly recommended to keep each other warm in heart and help to groom one another. I am sure your mind is also now thinking about the other benefits that may be good for the family that, I may not state here, so begin to practice it, if you are not and if you do congratulations, but explore ways you can be useful together in the room.</w:t>
      </w:r>
    </w:p>
    <w:p w:rsidR="00000000" w:rsidDel="00000000" w:rsidP="00000000" w:rsidRDefault="00000000" w:rsidRPr="00000000" w14:paraId="0000044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RESIST TEMPTATION THAT WILL BRING YOU DIFFERENCES</w:t>
      </w:r>
    </w:p>
    <w:p w:rsidR="00000000" w:rsidDel="00000000" w:rsidP="00000000" w:rsidRDefault="00000000" w:rsidRPr="00000000" w14:paraId="0000044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Resist temptation that will bring difference to couple, it is an avenue that must be explored to the maximum, for if this is elimited to a great extent, then marriages will last and see the benefit, that is in marriage, that cannot be over exaggerated and the truth be told, our society would be a better and safer place to leave in and some of the tragedies, conflicts, fraud, greed etc that are the bane of our society will be reduced minimally. And really most times the differences in marriages could just be a very little thing that in good faith could have been over looked, it is known that just because the husband did not answer the greetings of the wife, do cause serious trouble that has led to separation, divorce etc in marriages and meanwhile, it was possible, that the man did not actually hear when she did greet him or could be he just wanted to throw away the spittle in his mouth and return to answer, but, when maybe she will say, are you a deaf, did you not hear when I greeted you, the man could be angry and now say, I am your husband, keep quiet and the negative things may now follow, it is not at all good enough.</w:t>
      </w:r>
    </w:p>
    <w:p w:rsidR="00000000" w:rsidDel="00000000" w:rsidP="00000000" w:rsidRDefault="00000000" w:rsidRPr="00000000" w14:paraId="0000044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STAY POSITIVE</w:t>
      </w:r>
    </w:p>
    <w:p w:rsidR="00000000" w:rsidDel="00000000" w:rsidP="00000000" w:rsidRDefault="00000000" w:rsidRPr="00000000" w14:paraId="0000045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Stay positive is an attitude that must be put up by couples in the marriage as it serves to bring encouragement, no matter the situation or circumstance, you find yourself, always stay positive, for if you worry about your situation or circumstance, that cannot change it, perhaps if you stay positive, you may find a solution to your present circumstance and you may attract help as staying positive can be healthy for you and it may positively rob off on your partner and he may just get the right click for normally people don't like to be around moody people, so</w:t>
      </w:r>
    </w:p>
    <w:p w:rsidR="00000000" w:rsidDel="00000000" w:rsidP="00000000" w:rsidRDefault="00000000" w:rsidRPr="00000000" w14:paraId="0000045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watch out, so that you act right at the right time, who knows if, that is your own way of setting your marriage on positive fire.</w:t>
      </w:r>
    </w:p>
    <w:p w:rsidR="00000000" w:rsidDel="00000000" w:rsidP="00000000" w:rsidRDefault="00000000" w:rsidRPr="00000000" w14:paraId="0000045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TRY NOT TO TAKE PAST NEGATIVE RECORDS</w:t>
      </w:r>
    </w:p>
    <w:p w:rsidR="00000000" w:rsidDel="00000000" w:rsidP="00000000" w:rsidRDefault="00000000" w:rsidRPr="00000000" w14:paraId="0000045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not an added advantage at all, when any of the couple begin to take negative records that had happened and talked about, it can open the world and thoughts, going wide, tempers rising and it may lead to negative exchange of words, which in turn may now lead to physical combat, which is not a preferred thing in the marriage, instead it is advice that you engage in positive record taking which can bring happiness, peace and a reciprocal gesture, that may bond you guys which your children will emulate and there will be general harmony in the family, for instance you remind you husband of how he was kind to you when you wanted to travel and he gave you much more than you needed and he has been sending cash and items to your parents etc, this could motivate him to do more for you and even the family or the husband reminding his wife that she cooks so well and you are looking forward to when she will cook a particular soup or food she prepared a few months ago etc, this is what the family needs to leave happily together not taking negative records.</w:t>
      </w:r>
    </w:p>
    <w:p w:rsidR="00000000" w:rsidDel="00000000" w:rsidP="00000000" w:rsidRDefault="00000000" w:rsidRPr="00000000" w14:paraId="0000045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UTILISE EVERY OPPORTUNITY TO BOND</w:t>
      </w:r>
    </w:p>
    <w:p w:rsidR="00000000" w:rsidDel="00000000" w:rsidP="00000000" w:rsidRDefault="00000000" w:rsidRPr="00000000" w14:paraId="0000045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Because of the present social, economic, educational etc realities that families face, it is therefore important that spouse should use every opportunity to bond and be close to each other, as some families has very little or no real time for each other, even at weekends either because one or both of them still works at weekend just to make ends meet at the home front and they have to, include the children in their very busy schedule, which is not even enough for two of them. A lot of understanding is required in this regard as this brings tension and stress, therefore you are to accommodate one another, even when unfriendly words are said, and you may just ignore and be comforting.</w:t>
      </w:r>
    </w:p>
    <w:p w:rsidR="00000000" w:rsidDel="00000000" w:rsidP="00000000" w:rsidRDefault="00000000" w:rsidRPr="00000000" w14:paraId="0000045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TRY TO DO SOMETHING THAT WILL MAKE YOUR SPOUSE ADMIRE YOU</w:t>
      </w:r>
    </w:p>
    <w:p w:rsidR="00000000" w:rsidDel="00000000" w:rsidP="00000000" w:rsidRDefault="00000000" w:rsidRPr="00000000" w14:paraId="0000045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Yes it is possible to do something(s) that will really make your spouse admire you, could it be that you get a powerful haircut, a great dress, or buying him his favourite perfume, sending powerful messages to his or her phone daily,  learning a new language, getting a certification that will be great to the family or giving him critical information that will bring finance into the family, maybe too,</w:t>
      </w:r>
    </w:p>
    <w:p w:rsidR="00000000" w:rsidDel="00000000" w:rsidP="00000000" w:rsidRDefault="00000000" w:rsidRPr="00000000" w14:paraId="0000045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calling him wonderful names that will make him happy, whatever it is, you need to look for something that can make your spouse happy, has she been complaining that you don't help out in the kitchen why not try it this weekend and see what happens.</w:t>
      </w:r>
    </w:p>
    <w:p w:rsidR="00000000" w:rsidDel="00000000" w:rsidP="00000000" w:rsidRDefault="00000000" w:rsidRPr="00000000" w14:paraId="0000045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SPEAK NOT WHEN YOU ARE ANGRY</w:t>
      </w:r>
    </w:p>
    <w:p w:rsidR="00000000" w:rsidDel="00000000" w:rsidP="00000000" w:rsidRDefault="00000000" w:rsidRPr="00000000" w14:paraId="0000045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subject has been dealt with severally in this book, but it cannot be too much, as it is one of the little thing that breeds problems in marriages therefore, spouse need to truly inculcate it and have it at the back of their mind that it is beneficial to yourself and the family that you do not speak when you are angry but just make a little positive remark and speak to your spouse later about the subject matter at a later time when the atmosphere is clear and you too would want to talk about it, because most times when someone is angry he/she may say things he/she will regret and may now want to apologize, which the other person may not want to see reason and may want to respond with equally offensive words that may cause serious disagreement. it was said that a couple were quarrelling and tempers were high and the man told the wife, you are so ugly, I don't know why I married you, Infact look at the whole of your family they are all ugly and always looking un-kept etc the wife was so pained that she had to manufacture a very painful and hurtful lie that the man is a wizard, that all his family members have all confessed witchcraft etc, the man could not take it, fight started and after which the man asked her to leave the house until she was able to establish her claim and you can imagine the rest of the story.</w:t>
      </w:r>
    </w:p>
    <w:p w:rsidR="00000000" w:rsidDel="00000000" w:rsidP="00000000" w:rsidRDefault="00000000" w:rsidRPr="00000000" w14:paraId="0000045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FIND QUICK SOLUTION TO YOUR DIFFERENCES</w:t>
      </w:r>
    </w:p>
    <w:p w:rsidR="00000000" w:rsidDel="00000000" w:rsidP="00000000" w:rsidRDefault="00000000" w:rsidRPr="00000000" w14:paraId="0000045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Both of you must work out a system where and how you must be solving any difference(s) that you have quickly so that it does not deteriorate, which is very possible no matter how close you think you are as not doing so can cause unwanted quarrels that may have been brewing that was not settled or it will make both of you to think different things and especially if circumstance now coincide with it, it can be really challenging, for instance you had an argument in the morning before both of you left the house and there was no food at home and maybe the wife is expected to cook and she has collected the money and had to keep late outside, the husband could be thinking, because she had somewhere to go that was why she had the argument and now she forgot to come home to cook etc, while the lady had to quickly go to the market but there was an unexpected go slow but her explanation if at all may make little meaning and malice etc can begin which may take a turn that may not be good for the family, that could have been</w:t>
      </w:r>
    </w:p>
    <w:p w:rsidR="00000000" w:rsidDel="00000000" w:rsidP="00000000" w:rsidRDefault="00000000" w:rsidRPr="00000000" w14:paraId="0000045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completely avoided, if the matter was completely resolved before now.</w:t>
      </w:r>
    </w:p>
    <w:p w:rsidR="00000000" w:rsidDel="00000000" w:rsidP="00000000" w:rsidRDefault="00000000" w:rsidRPr="00000000" w14:paraId="0000045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DELIBERATELY SET FIRE ON YOUR MARRIAGE</w:t>
      </w:r>
    </w:p>
    <w:p w:rsidR="00000000" w:rsidDel="00000000" w:rsidP="00000000" w:rsidRDefault="00000000" w:rsidRPr="00000000" w14:paraId="0000045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simplest thing that the couple could do to make their marriage come out better and most times you do not need money to do so or if you need money to do it, it is actually worth it, because after all whom will you have to spend your money on better than your partner. Simple things like when your partner is taking his/her bath you can take the towel out of the bathroom and now ask her what he/she is looking for, deliberately hiding it in the room knowing full well that she/he will come looking for you and will go look for you somewhere else and will came back and be going back and you come out and he/she will be surprised and excited.</w:t>
      </w:r>
    </w:p>
    <w:p w:rsidR="00000000" w:rsidDel="00000000" w:rsidP="00000000" w:rsidRDefault="00000000" w:rsidRPr="00000000" w14:paraId="0000046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may also be a surprised visit to her/his office, just to deliver a flower or a letter of love. Arranging for a surprise birthday party, may not be too expensive depending on the resources available, going on a special outing alone to a special place that he or she does not know exist, holding him/her from behind always either deliberately, or otherwise deliberately writing roles for both of you to act in the house, if you can record it to play later and laugh about it together.</w:t>
      </w:r>
    </w:p>
    <w:p w:rsidR="00000000" w:rsidDel="00000000" w:rsidP="00000000" w:rsidRDefault="00000000" w:rsidRPr="00000000" w14:paraId="0000046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Honestly there are a thousand and one things to do to set your marriage on fire, all throughout this book, in little ways, I try to make that suggestion, but practically now pick up a pen and list your own down and see which one you can implement today, when you start it, there myth not be a positive reaction the first time for it would come as a shock and a joke not understood just like when you are used to calling your wife or husband by name suddenly you call him/her sweetheart, the look and reaction is not most times, very pleasant, so watch out for that too. Every marriage has its peculiarities, you know your own and the kind of things you will do to set your marriage on fire, after listing them, begin to execute them one after the other, you may just be on your way to setting your marriage on fire. Drop a note on his/her car seat overnight as he/she wants to drive out, he/she will see a note of love and appreciation that will make him want to run back to the house as soon as possible.</w:t>
      </w:r>
    </w:p>
    <w:p w:rsidR="00000000" w:rsidDel="00000000" w:rsidP="00000000" w:rsidRDefault="00000000" w:rsidRPr="00000000" w14:paraId="0000046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list is endless, just begin your own, you may hit a gold mine, for if a fire is set, it attracts onlookers, make your marriage to attract onlookers.</w:t>
      </w:r>
    </w:p>
    <w:p w:rsidR="00000000" w:rsidDel="00000000" w:rsidP="00000000" w:rsidRDefault="00000000" w:rsidRPr="00000000" w14:paraId="0000046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Deliberately find out if he/she loves his mother or father and find out what the mother or father does that makes him or her like his father or mother and begin to do those things, you will find out that he/she will now begin to love you more and more.</w:t>
      </w:r>
    </w:p>
    <w:p w:rsidR="00000000" w:rsidDel="00000000" w:rsidP="00000000" w:rsidRDefault="00000000" w:rsidRPr="00000000" w14:paraId="0000046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PROTECT WHO YOU LOVE, PHYSICALLY, SPIRITUALLY AND EMOTIONALLY</w:t>
      </w:r>
    </w:p>
    <w:p w:rsidR="00000000" w:rsidDel="00000000" w:rsidP="00000000" w:rsidRDefault="00000000" w:rsidRPr="00000000" w14:paraId="0000046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That you should protect the one you love physically is not too much to be asked for, so you must see to it that, at all times, what may bring physical harm to your partner, you must try and defend him/her or take him/her away from that vicinity. For if you do you are actually also saving yourself, from stress, for if he/she is injured or so, you will feel the pain, as you may visit the hospital with him/her or if he or she is unable to assist with the house chores, you will have to fill in the gape etc. The need to spiritually protect your spouse can never be over emphasized, for if your partner is spiritually stable, then you too are, as you need to spiritually stand in the gape for each other as this life is also made up of spiritual entities that we contend with in one way or the other emotional protection of your partner is primarily one of the reasons both of you got married, so both of you must always protect each other emotionally, so that you are not vulnerable and make mistakes emotionally that could be avoided.</w:t>
      </w:r>
    </w:p>
    <w:p w:rsidR="00000000" w:rsidDel="00000000" w:rsidP="00000000" w:rsidRDefault="00000000" w:rsidRPr="00000000" w14:paraId="0000046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ATTEND TO YOUR PARTNERS CALL</w:t>
      </w:r>
    </w:p>
    <w:p w:rsidR="00000000" w:rsidDel="00000000" w:rsidP="00000000" w:rsidRDefault="00000000" w:rsidRPr="00000000" w14:paraId="0000046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However frequent it is you must learn to take your partners call, for it could just be a step to your safety and wellbeing and it may also make him/her to be stable and assured that you are there for him/her, it was said of a family that they went for a burial ceremony in a neighbouring village the husband called the wife as both of them were driving and the husband had called her not quit long he called and she did not pick up as she was driving not too far behind her husband, it was to alert her not to follow him as he just escaped armed robbers, but as she did not pick she ran into the armed robbers. It is important to always pick your calls as important messages may be passed to you that could save your life or someone else.</w:t>
      </w:r>
    </w:p>
    <w:p w:rsidR="00000000" w:rsidDel="00000000" w:rsidP="00000000" w:rsidRDefault="00000000" w:rsidRPr="00000000" w14:paraId="0000046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STOP SENDING WRONG SIGNALS</w:t>
      </w:r>
    </w:p>
    <w:p w:rsidR="00000000" w:rsidDel="00000000" w:rsidP="00000000" w:rsidRDefault="00000000" w:rsidRPr="00000000" w14:paraId="0000046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could be the reason why some people are not married as they send wrong signals even when they are interested in the person for instance if you want to get married to a person, you should be able to speak to members of his/her family when the opportunity presents itself, Infact if he/she asks you to see or speak to members of his/her family and you severally turn it down, you are sending a clearly wrong signal, if you do not have time to spend with someone you want to get married to, yet you have time to spend with your other friends, it is a very wrong signal as he or she would be making alternative arrangements, without your knowing it while you will be there thinking he or she will be there for me.</w:t>
      </w:r>
    </w:p>
    <w:p w:rsidR="00000000" w:rsidDel="00000000" w:rsidP="00000000" w:rsidRDefault="00000000" w:rsidRPr="00000000" w14:paraId="0000046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are genuinely interested in getting married to anyone, you should get to know and meet members of his/her family be it on the social media phone etc if distance is a barrier or time is of the essence, so that you can find out what the family configuration is, how they relate what is the trend in their family, are there broken homes, do they love their wives or husbands are they caring family or what etc if you send wrong signal as I have indicated somewhere or earlier in this book you are waving a red flag, i.e. I am not ready to get married, whereas you are ready, so find out and think again, if you are sending a red flag to the one you would want to get married to as it can delay you in marriage. Even when you are married it is important to not send wrong signal to your spouse as it may be tempted wrongly and your marriage will be experiencing problem.</w:t>
      </w:r>
    </w:p>
    <w:p w:rsidR="00000000" w:rsidDel="00000000" w:rsidP="00000000" w:rsidRDefault="00000000" w:rsidRPr="00000000" w14:paraId="0000046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SEND GREEN LIGHT</w:t>
      </w:r>
    </w:p>
    <w:p w:rsidR="00000000" w:rsidDel="00000000" w:rsidP="00000000" w:rsidRDefault="00000000" w:rsidRPr="00000000" w14:paraId="0000046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to send a green light – a positive message, not necessarily verbally but with your attitude, if you have genuinely made up your mind to get married to someone, be concerned with or in the affairs of the person, for instance her/his birthdays, if the family is having any event you should try to be present as a friend and see if the family will accept or accommodate you or if you too will be able to accommodate and accept them as it is a two way thing, probably you will use that opportunity to know the responsible ones, you may need to interact with, when you are married into the family, but be sure that, that is not an opportunity for you to be largely independent of the family plan, especially if it is outside your city, make contingency plan for yourself as much as possible i.e. accommodation, feeding etc so that you don't become a liability and a subject of negative discussion. Genuinely, give business, education and other beneficial advice that may secure your marriage, this way he/she will see that you are not a flash in the pan.</w:t>
      </w:r>
    </w:p>
    <w:p w:rsidR="00000000" w:rsidDel="00000000" w:rsidP="00000000" w:rsidRDefault="00000000" w:rsidRPr="00000000" w14:paraId="0000046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AVOID BAD FRIENDS AND ASSOCIATES</w:t>
      </w:r>
    </w:p>
    <w:p w:rsidR="00000000" w:rsidDel="00000000" w:rsidP="00000000" w:rsidRDefault="00000000" w:rsidRPr="00000000" w14:paraId="0000046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do everything humanly possible to do away with bad friends and associates as this have been known to, cause serious conflict separation, dislocation of children's social and educational life etc friends in one way or the other influence our behaviour either knowingly or unknowingly, which in turn affect some of the things that happen in our marriages either positively or negatively it is very vital that we only allow the positive things in our friendships affect our marriages, so that at the end our marriages are sustained and enhanced for us. A lady could have a friend who knows how to cook and she learns it and starts to cook delicious food for her family which is a plus, that is what friendship</w:t>
      </w:r>
    </w:p>
    <w:p w:rsidR="00000000" w:rsidDel="00000000" w:rsidP="00000000" w:rsidRDefault="00000000" w:rsidRPr="00000000" w14:paraId="0000046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should do for us. Bad friends and associates have never been known to add value to marriage but add only pains, regrets, backwardness in life etc listen without interruption – if you learn to listen to your partner without necessarily interrupting him/her when she/he speaks to you, could be one of the ways that you can act that will make your marriage work, especially when you listen with rapt attention and when he/she asks you what he or she said you are able to accurately answer and intervene when it is absolutely necessary, you will gain his or her respect by that simple act, as getting engaged in another exercise while your spouse speaks to you, can be seen as very disrespectful and you may be seen as badly brought up.</w:t>
      </w:r>
    </w:p>
    <w:p w:rsidR="00000000" w:rsidDel="00000000" w:rsidP="00000000" w:rsidRDefault="00000000" w:rsidRPr="00000000" w14:paraId="0000047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SPEAK WITHOUT ACCUSING</w:t>
      </w:r>
    </w:p>
    <w:p w:rsidR="00000000" w:rsidDel="00000000" w:rsidP="00000000" w:rsidRDefault="00000000" w:rsidRPr="00000000" w14:paraId="0000047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possible to speak without accusing, someone, i.e. when you see that your spouse is even wrong, it is only responsible to respond in a way that does not sound accusing so that there will be peace and understanding in the home, for it is possible so that he/she may have responded to that situation under a certain condition that you may not immediately comprehend, do you give him or her a benefit of doubt and respond positively, so that it may give your partner opportunity to also understand it from your own perspective which may be more rational than his or her own, if maybe he/she answered from a stress or sleep understanding and you have now answered from an informed perspective, he/she may now actually reason an retract and now be in line with your perspective you may really have solved an impending problem and maybe from then on, there will be more understanding, tolerance and better response from your partner, that is why it is, far more convenient to speak without accusing especially when you think you have a better sense of the issue in question and especially when you hope to build a better home where peace and understanding rain, which is better for your marriage. You should give answers that would no result to argument, that will always leads to less conflict in your home. Always speak positive words, they help your marriage.</w:t>
      </w:r>
    </w:p>
    <w:p w:rsidR="00000000" w:rsidDel="00000000" w:rsidP="00000000" w:rsidRDefault="00000000" w:rsidRPr="00000000" w14:paraId="0000047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GIVE WITHOUT EXPECTING</w:t>
      </w:r>
    </w:p>
    <w:p w:rsidR="00000000" w:rsidDel="00000000" w:rsidP="00000000" w:rsidRDefault="00000000" w:rsidRPr="00000000" w14:paraId="0000047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any reasonable relationship, it is always better to give without expecting that your friend, husband, wife etc will give something back to you, for that is how you can bring about a responsible marriage or relationship that can stand the test of time and mutually respectful, for the things you do and give to each other as friends, husband/wife etc are things that are not measurable by money etc, it is not when you give to your friend he/she gives to you, then you are good friends or in a good marriage. NO For instance the time you spend together</w:t>
      </w:r>
    </w:p>
    <w:p w:rsidR="00000000" w:rsidDel="00000000" w:rsidP="00000000" w:rsidRDefault="00000000" w:rsidRPr="00000000" w14:paraId="0000047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cannot in anyway be measured in that regard, the one hour spent with you maybe more valuable than the one you spend with me, for instance, I was sick and I heard you too were sick but I still found time to be with you, but it is when you are free that you came to spend your one hour with me, for yours was out of convenience mine was out of inconvenience but because I care and cherish our friendship or marriage I found time to be with you. Just give when you know that your friends really need the item more than when it was only convenient for you.</w:t>
      </w:r>
    </w:p>
    <w:p w:rsidR="00000000" w:rsidDel="00000000" w:rsidP="00000000" w:rsidRDefault="00000000" w:rsidRPr="00000000" w14:paraId="0000047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FORGIVE WITHOUT PUNISHING</w:t>
      </w:r>
    </w:p>
    <w:p w:rsidR="00000000" w:rsidDel="00000000" w:rsidP="00000000" w:rsidRDefault="00000000" w:rsidRPr="00000000" w14:paraId="0000047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Because there must be offence in a relationship or marriage, it is only good and rational to forgive yourselves without punishing, for if you honestly want to punish anyone that offend you how many times will you punish and how many times too will you be punished and is it a rational thing to do, these and others should be the immediate question that you should answer, rationally and then consider. if you need to keep on punishing any or some offence your husband or wife will offend you, even when you know that you have talk about that particular thing before, the most reasonable thing is to keep talking about it until the other partner sees reason to be cooperative, except thou, it is a life threatening situation that you may need to report to a responsible family member or the security so that you can preserve your life and the life of your partner and your children, where applicable.</w:t>
      </w:r>
    </w:p>
    <w:p w:rsidR="00000000" w:rsidDel="00000000" w:rsidP="00000000" w:rsidRDefault="00000000" w:rsidRPr="00000000" w14:paraId="0000047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DISAGREE WITHOUT DISRESPECTING</w:t>
      </w:r>
    </w:p>
    <w:p w:rsidR="00000000" w:rsidDel="00000000" w:rsidP="00000000" w:rsidRDefault="00000000" w:rsidRPr="00000000" w14:paraId="0000047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possible to have a disagreement without disrespecting one another, for your orientation, belief systems, mores etc are not the same so, from time to time you may have disagreement, but the important thing is not to disrespect each other while disagreeing. In some culture, it will be simply out of place for you to call your husband for instance by name, so if you have disagreement about it and you are from a different culture, it is ok but do not in any way use derogatory words that will sound disrespectful as the dignity of one another should always be preserved even under any tense atmosphere for, the aim really is to understand each other more so that you can relate better and still preserve your relationship or marriage as there may be more areas of disagreement that both of you may not have found out and as much as possible you should try to listen to each other even in the disagreement for, that is the point at which husbands and wives lost it and things got out of control and words that are not necessary for this situation are said and both of you may hold unto those words</w:t>
      </w:r>
    </w:p>
    <w:p w:rsidR="00000000" w:rsidDel="00000000" w:rsidP="00000000" w:rsidRDefault="00000000" w:rsidRPr="00000000" w14:paraId="0000047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or use them to evaluate other exchanges that would take place in the family and it can really go out of control, and tempers flaw up, fists are employed and the situation escalates. I have said and it is true, that when spouse have disagreement, it is a time you can show you love your partner by still calling him/her the lovely names you used to call each other even as you have the disagreement, you will see that, it maybe hard for you to want to call the one you say you love for instance, ugly useless etc please do try this preposition and thank me later, you may even want to add a further act to it, by actually smiling while having disagreement, I can almost hear some readers, saying it is hard, it is impossible, etc sure it is not hard, if you begin it, it may just be one of the most interesting dimension you have added to set your marriage on physical fire – it will bring love back to you guys if it has left or about leaving just try it.</w:t>
      </w:r>
    </w:p>
    <w:p w:rsidR="00000000" w:rsidDel="00000000" w:rsidP="00000000" w:rsidRDefault="00000000" w:rsidRPr="00000000" w14:paraId="0000047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END THE DAY WITHOUT TALKING</w:t>
      </w:r>
    </w:p>
    <w:p w:rsidR="00000000" w:rsidDel="00000000" w:rsidP="00000000" w:rsidRDefault="00000000" w:rsidRPr="00000000" w14:paraId="0000047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husbands and wives can at least talk heart to heart every day before they go to sleep, disagreements will be less and peace will reign in most homes and health complications and maybe death will be prevented, some people die because they just think that, no one cares for them so, what is the reason to go on with life, but if they know that someone cares for them they will fight to see that they go on with life. Without wanting to divert, this was the case, when in Mexico, COVID 19, death rates were high and sociologist suggested that those patients on life support, should be allowed to be read for them letters from their family and loved ones and true to type the death rate of those in life support gadgets reduced as, all their hearts will practically beat more when the letters of their loved ones is read to them. So, it is important before you sleep both of you should tell each other how you are here for each other and you will see how that can act as a tonic in your marriage.</w:t>
      </w:r>
    </w:p>
    <w:p w:rsidR="00000000" w:rsidDel="00000000" w:rsidP="00000000" w:rsidRDefault="00000000" w:rsidRPr="00000000" w14:paraId="0000047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COMMUNICATE EFFECTIVELY AND CLEARLY</w:t>
      </w:r>
    </w:p>
    <w:p w:rsidR="00000000" w:rsidDel="00000000" w:rsidP="00000000" w:rsidRDefault="00000000" w:rsidRPr="00000000" w14:paraId="0000047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Just related to above spouses should communicate love to each other make the communication effective and clear, for instance, if you wife's birthday was two days ago and you are just communicating it to her, it is of no great value to you, not to talk of her, as you have, failed to communicate effectively and clearly as that could even become a source of conflict in the family that can and should be avoided completely, for instance if your wife, complains, that it is coming so late etc and you will now say, because you have said so, she should accept the happy birthday wish from you and the argument goes on, of course it will cause conflict,</w:t>
      </w:r>
    </w:p>
    <w:p w:rsidR="00000000" w:rsidDel="00000000" w:rsidP="00000000" w:rsidRDefault="00000000" w:rsidRPr="00000000" w14:paraId="0000047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it is not stopped on time, the simple thing for the husband that did not remember his wife birthday should do is to accept for the moment what the wife may say and speak with her later, so that even if it happens next time she should be more understanding with you as you did not forget because you want to, it is possible you have a mental challenge she had missed too and both of you can work it out from there and may even use it to strengthen your love for each other, that is to communicate intelligently, to keep your marriage on fire.</w:t>
      </w:r>
    </w:p>
    <w:p w:rsidR="00000000" w:rsidDel="00000000" w:rsidP="00000000" w:rsidRDefault="00000000" w:rsidRPr="00000000" w14:paraId="0000047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TIMELY CALLS, TEXTS ETC DELIBERATELY</w:t>
      </w:r>
    </w:p>
    <w:p w:rsidR="00000000" w:rsidDel="00000000" w:rsidP="00000000" w:rsidRDefault="00000000" w:rsidRPr="00000000" w14:paraId="0000048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that people who want their marriages and relationships to succeed, should always try to make timely calls and send the right text messages etc at the right time, so that it can meet and make the desired effect otherwise, you devalue your calls and messages, when you send them at the wrong time as it could communicate the wrong message again, for the recipient would and should make conclusions from calls and messages that you send.</w:t>
      </w:r>
    </w:p>
    <w:p w:rsidR="00000000" w:rsidDel="00000000" w:rsidP="00000000" w:rsidRDefault="00000000" w:rsidRPr="00000000" w14:paraId="0000048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your wife/husband is for instance sick and he or she is in the hospital and you happen to travel a few days to his/her been taken to the hospital and he/she is in the hospital and you find it not convenient to return the call until the next day in the evening, when you call, she/he will not be excited to receive your call as his/her thought maybe that you are busy with someone intimate and therefore had no time to call or text, even if she/he is not exactly correct, there is surely going to be consequences, for both of you as the one in the hospital will surely be, having unpleasant thoughts either for herself or himself and unless you are able to give credible explanation, especially if you were hail and healthy for, it is not a very good thing to engage in, you should at all times try to communicate to your loved ones, in a timely manner and deliberately send motivating and loving text everyday especially if you are not together and sometimes even when you are under the same roof.</w:t>
      </w:r>
    </w:p>
    <w:p w:rsidR="00000000" w:rsidDel="00000000" w:rsidP="00000000" w:rsidRDefault="00000000" w:rsidRPr="00000000" w14:paraId="0000048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ACCOUNTABLE</w:t>
      </w:r>
    </w:p>
    <w:p w:rsidR="00000000" w:rsidDel="00000000" w:rsidP="00000000" w:rsidRDefault="00000000" w:rsidRPr="00000000" w14:paraId="0000048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all your dealings with your spouse, try to be accountable; it is good and reasonable to be accountable because it allows for trust and confidence in the marriage so that you guys can be sure of each other.</w:t>
      </w:r>
    </w:p>
    <w:p w:rsidR="00000000" w:rsidDel="00000000" w:rsidP="00000000" w:rsidRDefault="00000000" w:rsidRPr="00000000" w14:paraId="0000048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COMPROMISE PART OF YOU</w:t>
      </w:r>
    </w:p>
    <w:p w:rsidR="00000000" w:rsidDel="00000000" w:rsidP="00000000" w:rsidRDefault="00000000" w:rsidRPr="00000000" w14:paraId="0000048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Making compromise may just be one of the things that can strengthen your marriage and sustain it, so spouse are expected to really explore this measure as the couple must compromise and make room for each other as, surely there are</w:t>
      </w:r>
    </w:p>
    <w:p w:rsidR="00000000" w:rsidDel="00000000" w:rsidP="00000000" w:rsidRDefault="00000000" w:rsidRPr="00000000" w14:paraId="0000048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things that your partner would be engaged in that you may not find it entirely comprehensible, but because you are ready to sustain you marriage you just accommodate the person's attitude and move on. For instance if you have a partner that does not keep to time you just have to accommodate him/her or each time you want to go out with your partner he/she is not always getting ready on time or would forget something that you need to return to the house to collect after about five minutes.</w:t>
      </w:r>
    </w:p>
    <w:p w:rsidR="00000000" w:rsidDel="00000000" w:rsidP="00000000" w:rsidRDefault="00000000" w:rsidRPr="00000000" w14:paraId="0000048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FOCUS ON THE PRIMARY PURPOSE OF YOUR MARRIAGE</w:t>
      </w:r>
    </w:p>
    <w:p w:rsidR="00000000" w:rsidDel="00000000" w:rsidP="00000000" w:rsidRDefault="00000000" w:rsidRPr="00000000" w14:paraId="0000048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true that once you get married you will almost always see some things that will irritate you, that you would want to say, is it worth it, it is the time to now focus on your primary reason of getting married and let those issues fall to the background of your thoughts. They could come from various sources, including your partner that you love them so much, as he/she may not do it deliberately to hurt or slight you but out of cause behaviour, so you need to understand and just move on. It may come from external cause too e.g. mother-in-laws, father-in- laws, brother-in-laws, sister-in-laws etc however or wherever it comes from, just shake it off and move on with your marital vows for there are great benefits in marriage that you can focus on to give you comfort.</w:t>
      </w:r>
    </w:p>
    <w:p w:rsidR="00000000" w:rsidDel="00000000" w:rsidP="00000000" w:rsidRDefault="00000000" w:rsidRPr="00000000" w14:paraId="0000048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SPEAK GRACEFULLY</w:t>
      </w:r>
    </w:p>
    <w:p w:rsidR="00000000" w:rsidDel="00000000" w:rsidP="00000000" w:rsidRDefault="00000000" w:rsidRPr="00000000" w14:paraId="0000048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possible to speak gracefully to your partner so that he/she will miss you and be making reference, when he/she goes out or speak to others and may want to emulate you as, speaking soft words in any way does not cause trouble, instead it breeds peace and understanding, including respect for each other and it attracts people and favour to you if you speak gracefully, for those of you who are familiar with the Bible, it was because Abigail spoke gracefully that King David did not destroy her household and as soon as her husband died King David, quickly got married to her and she was happily married and King David cherished her in her marriage, speaking gracefully has only one strand running through it, kindness, thoughtfulness – positivity and love.</w:t>
      </w:r>
    </w:p>
    <w:p w:rsidR="00000000" w:rsidDel="00000000" w:rsidP="00000000" w:rsidRDefault="00000000" w:rsidRPr="00000000" w14:paraId="0000048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DON'T CONFRONT, COMFORT</w:t>
      </w:r>
    </w:p>
    <w:p w:rsidR="00000000" w:rsidDel="00000000" w:rsidP="00000000" w:rsidRDefault="00000000" w:rsidRPr="00000000" w14:paraId="0000048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possible to comfort instead of to confront your partner even in issues that ordinarily can be contentious as you can be comforting to him or her, while knowing even that your partner got it wrong, yet you gently make him or her to understand that as it may be that your partner is ignorant about the issue yet</w:t>
      </w:r>
    </w:p>
    <w:p w:rsidR="00000000" w:rsidDel="00000000" w:rsidP="00000000" w:rsidRDefault="00000000" w:rsidRPr="00000000" w14:paraId="0000048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he or she is talking about it e.g. if he or she is an authority in that field, for even people that are authorities in any field need to be careful as new information emerge each day, to make what you know today, became what is not the latest again, you need to calmly educate your partner. This is called to put your marriage on a good stead to make it work for all of you, so that you only reap the good things in marriage and leave a long life too, so that others including your children can learn from you and make our society a great place.</w:t>
      </w:r>
    </w:p>
    <w:p w:rsidR="00000000" w:rsidDel="00000000" w:rsidP="00000000" w:rsidRDefault="00000000" w:rsidRPr="00000000" w14:paraId="0000048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TALK ALL YOUR ISSUES TO YOUR SELFS</w:t>
      </w:r>
    </w:p>
    <w:p w:rsidR="00000000" w:rsidDel="00000000" w:rsidP="00000000" w:rsidRDefault="00000000" w:rsidRPr="00000000" w14:paraId="0000048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of the DO NOT in marriage is probably, taking your marital issues out of your marriage for others to have their say or advice you, for in honesty people you are taking this issue(s) to may have their biases that you may not know about and you go to speak to them about your marital issue, they will introduce their bias into it and you too may now want to be seeing the issue from their own bias and surely it may affect your sense of judgment negatively if you are not careful e.g. the friend you went to speak about the issue with may just be eying your wife/husband or he/she and her friend are plotting on how to get you out of the way so that they can take over your wife or husband, so you need to be careful about it, instead, find and create time in your home, when issues like that should be discussed or possibly, have a particular date of every month and time that both of you will be discussing, family issues and that way, you may curtail some of the challenges in your home and may not need to take it out to anyone to give you validation or judgment, that you will go and execute in your house, which may meet with resistance and some of this issues that was taken out of the marital precinct has led to collapse of many marriages or are responsible for some marriages that are lacking oxygen.</w:t>
      </w:r>
    </w:p>
    <w:p w:rsidR="00000000" w:rsidDel="00000000" w:rsidP="00000000" w:rsidRDefault="00000000" w:rsidRPr="00000000" w14:paraId="0000049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SPRING A POSITIVE SURPRISE IN THE HOUSE</w:t>
      </w:r>
    </w:p>
    <w:p w:rsidR="00000000" w:rsidDel="00000000" w:rsidP="00000000" w:rsidRDefault="00000000" w:rsidRPr="00000000" w14:paraId="0000049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it with a very little thing spring a surprise, if you want your marriage to be solid and on fire, you of course need to engage in surprises at home from time to time, for this will put your wife/husband in constant thought of you and may not be able to practically do anything without you, if you keep the act alive, some of the surprises you could even do is to come from work with a heavy unusual bondage in your hand, faking injury, but it is all to spring a surprise and make him/her to laugh and laugh, this too can help you measure how your husband/wife care about you or post it to him, please you need to be careful about this as, some people may have heart attack, if they see this, so you need to be so careful.</w:t>
      </w:r>
    </w:p>
    <w:p w:rsidR="00000000" w:rsidDel="00000000" w:rsidP="00000000" w:rsidRDefault="00000000" w:rsidRPr="00000000" w14:paraId="0000049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may decide to buy a sweet for him/her and wrap it with twenty or more wrappers and ask him to see the gift you bought for him or her and he may be, curious, until, he finds only a sweet and the laugh party can begin, not too long after which you should buy him/her a gift with one wrapper and he will be thinking you are up to the some trick, but alas you are not, you may turn out to became a person of many part in your marriage, especially the ladies, you know men sometimes think that women are not as good as them, you can show that you can be of great value in the home, by being able to change the generator plug, do a little repair in the car, check for electrical faults etc and wonder how your husband will wonder about you and give you maximum due respect and will be proud of you.</w:t>
      </w:r>
    </w:p>
    <w:p w:rsidR="00000000" w:rsidDel="00000000" w:rsidP="00000000" w:rsidRDefault="00000000" w:rsidRPr="00000000" w14:paraId="0000049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please be careful about it, especially if you don't have an idea about it, do not attempt please.</w:t>
      </w:r>
    </w:p>
    <w:p w:rsidR="00000000" w:rsidDel="00000000" w:rsidP="00000000" w:rsidRDefault="00000000" w:rsidRPr="00000000" w14:paraId="0000049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LOVE THE PEOPLE HE/SHE LOVE</w:t>
      </w:r>
    </w:p>
    <w:p w:rsidR="00000000" w:rsidDel="00000000" w:rsidP="00000000" w:rsidRDefault="00000000" w:rsidRPr="00000000" w14:paraId="0000049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is no way you will not have a very fulfilling marriage if you begin to love the people your partner love, for what he or she loves, gives him/her excitement and interests him/her, so if you follow that same part, you too will now be in the circle of people he/she loves and therefore your marriage too is secured and you too will be so happy about it, even if you ordinarily don't like the people, you just have to love them, to guarantee the safety of your marriage and it will also be building your level of patience and tolerance up, that will be very useful for you in other aspects of your life and your marriage and may be and attitude that you may really need to bring up, some of your children who may be turbulent growing up, because of the company they may be keeping, that maybe negative to them, that you need to fill the gap for him or her. If he/she has parents, make sure that you encourage him or her to buy gifts for them from time to time, and he/she too would want to extend the same gesture to your own parents if you still have parents.</w:t>
      </w:r>
    </w:p>
    <w:p w:rsidR="00000000" w:rsidDel="00000000" w:rsidP="00000000" w:rsidRDefault="00000000" w:rsidRPr="00000000" w14:paraId="0000049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FAIL TO EMBRACE HIM OR HER</w:t>
      </w:r>
    </w:p>
    <w:p w:rsidR="00000000" w:rsidDel="00000000" w:rsidP="00000000" w:rsidRDefault="00000000" w:rsidRPr="00000000" w14:paraId="0000049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thing that is lacking in most marriages, that sometimes allows husbands and wives not to be able to know if their partner is angry, stressed, sick etc, if you hug someone long enough, after sometime you will be able to tell, if the person is angry, sick, stressed etc, so that you will immediately be able to know what to do for the person, if you do the hugging long enough too you myth become close and be able to love each other and build confidence in each other, your partner may be telling you things he/she would not ordinarily would want to tell you and you may develop interest in each other, it must be said that very many</w:t>
      </w:r>
    </w:p>
    <w:p w:rsidR="00000000" w:rsidDel="00000000" w:rsidP="00000000" w:rsidRDefault="00000000" w:rsidRPr="00000000" w14:paraId="0000049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husbands and wives are not at all close and very intimate and friendly, they are only husbands and wives, which is not at all healthy, this explains why when there is disagreement in the family they are not close enough to talk about it like friends so that they can move forward with their marriage, that is why it takes a third party to settle conflict in some marriage which is not a good thing, that should happen.</w:t>
      </w:r>
    </w:p>
    <w:p w:rsidR="00000000" w:rsidDel="00000000" w:rsidP="00000000" w:rsidRDefault="00000000" w:rsidRPr="00000000" w14:paraId="0000049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you need to practice it, as you are hugging him/her, be speaking positive words like, welcome my lovely blessed wife/husband. As you go out favour follow you my sweet heart, you will return in peace, may success be your portion today my great wife/husband etc it serves as a motivator and can really be good and great and they may quickly want to come back home to see you again as they come back, do the same thing, repeatedly, you will see other benefits not stated here, that will be beneficial to your marriage.</w:t>
      </w:r>
    </w:p>
    <w:p w:rsidR="00000000" w:rsidDel="00000000" w:rsidP="00000000" w:rsidRDefault="00000000" w:rsidRPr="00000000" w14:paraId="0000049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TRY TO TAKE YOUR BATH TOGETHER</w:t>
      </w:r>
    </w:p>
    <w:p w:rsidR="00000000" w:rsidDel="00000000" w:rsidP="00000000" w:rsidRDefault="00000000" w:rsidRPr="00000000" w14:paraId="0000049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Taking your bath together is like reestablishing your friendship and do it so well that you bath him/her as you bath a child, you should do this as much as possible, if a survey is carried out about how many married people bath together, it may not be up to 20% and it will only be in the first few months or years of their marriage. Taking your bath together could be a therapy that majority of marriages need to heal as there are strains in every marriage, which is not a very good development that should be present in marriages. If you want to get married, I just advice now that you open this, bathing together discussion with your partner and see his/her reaction, whatever his/her reaction try to encourage him/her so that you begin to bath together if you get married, it is so great that you will see that your wife/husband will open up and reveal some things to you that you ordinarily would not have known about and you guys can use that medium to settle issues that are a challenge in your marriage, that you may find intractable and you may find yourselves forgiving each other easily.</w:t>
      </w:r>
    </w:p>
    <w:p w:rsidR="00000000" w:rsidDel="00000000" w:rsidP="00000000" w:rsidRDefault="00000000" w:rsidRPr="00000000" w14:paraId="0000049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TELL HIM/HER HOW LUCKY YOU ARE TO GET MARRIED TO HIM/HER</w:t>
      </w:r>
    </w:p>
    <w:p w:rsidR="00000000" w:rsidDel="00000000" w:rsidP="00000000" w:rsidRDefault="00000000" w:rsidRPr="00000000" w14:paraId="0000049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can act as a tonic, that can revolutionize you marital life as, in true terms, your partner will be finding ways to really be special to you, even when he/she is not that special, especially if you carry out your own part of the bargain, by been so nice, generous, kind, loving etc both of you may, enjoy your marriage better than you have planned. The difficult things is to begin, so begin now and see how it feels, it may look and feel odd at the beginning, but so long as you have</w:t>
      </w:r>
    </w:p>
    <w:p w:rsidR="00000000" w:rsidDel="00000000" w:rsidP="00000000" w:rsidRDefault="00000000" w:rsidRPr="00000000" w14:paraId="0000049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continued you will find it easy to engage in it. Imagine if you start it and your husband/wife begins to kiss you in the public, really it may look odd at the beginning, but as time goes on, you will find it great and may be expecting it from him/her and you may be angry if he/she does not do that to you, especially when you would want to show off with him/her, in front of your friends or associates in a social or societal gathering. You may want to take it to high gear and always deliberately kiss your spouse in public and in the presence of his family and friends.</w:t>
      </w:r>
    </w:p>
    <w:p w:rsidR="00000000" w:rsidDel="00000000" w:rsidP="00000000" w:rsidRDefault="00000000" w:rsidRPr="00000000" w14:paraId="0000049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SET SIMPLE AND POSITIVE LOVE RULES</w:t>
      </w:r>
    </w:p>
    <w:p w:rsidR="00000000" w:rsidDel="00000000" w:rsidP="00000000" w:rsidRDefault="00000000" w:rsidRPr="00000000" w14:paraId="000004A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may be a funny one, like you will bath together at least once a week, you will eat together at least three times a week, you will be gisting at least every weekend, where you must say all the interesting things that happen in your office, family, friends etc once in a week both of you must say your feelings about your marriage, if you have children once in a week you must appraise all your children, at least once in a week you will together access your jobs, business, how the governments is affecting you people either positively or negatively. You can ask that anyone that does not adhere to this without cogent reason should pay with time or will watch the plate that you people will use to eat next time and the other person will supervise the watching, all in a bid to see that you guys will be interacting in a positive way and if there is any issue that is content can be handled, within this, times or periods stated above you people can agree on other things that can draw you closer together, just to see that you are on talking terms all through the day, week, month etc.</w:t>
      </w:r>
    </w:p>
    <w:p w:rsidR="00000000" w:rsidDel="00000000" w:rsidP="00000000" w:rsidRDefault="00000000" w:rsidRPr="00000000" w14:paraId="000004A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ASSUME POSITIVELY FOR YOUR SPOUSE</w:t>
      </w:r>
    </w:p>
    <w:p w:rsidR="00000000" w:rsidDel="00000000" w:rsidP="00000000" w:rsidRDefault="00000000" w:rsidRPr="00000000" w14:paraId="000004A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always assume positively for your spouse, because, both of you may have the same intention but, are going about it in different way, so you need to be on the watch out always, for instance if your wife goes to the market and she is not coming back on time, it is good to assume that she is there for a positive reason, that will benefit you, which could be that, she want to get all the things that needs to be grinded, grinded before she would come back and she may be wanting to get the best bargain, so she is, checking and comparing prices, that may benefit the family, and you are at home just maybe, why is she taking so much time in the market, could it be she has gone somewhere etc. every action that you take, first if you are in doubt its should be positive on the side of your partner, for if you do that consistently enough he or she will become what you expect him or her to be in your marriage.</w:t>
      </w:r>
    </w:p>
    <w:p w:rsidR="00000000" w:rsidDel="00000000" w:rsidP="00000000" w:rsidRDefault="00000000" w:rsidRPr="00000000" w14:paraId="000004A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JUST LIKE THE CUSTOMER IS ALWAYS RIGHT</w:t>
      </w:r>
    </w:p>
    <w:p w:rsidR="00000000" w:rsidDel="00000000" w:rsidP="00000000" w:rsidRDefault="00000000" w:rsidRPr="00000000" w14:paraId="000004A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your husband or wife right always – Mrs. Martha De Purenez – who got married for 80 years. According to her, you will be very happy if you ask for your husband permission before you go to bed in the presence of visitors, you should always smile even when you guys just had an argument and you think, he is wrong, every night before going to bed you must put on your night dress before going to bed, never refuse your husband sex, seek your husband permission before a major decision, always find a way to excuse your husband to your children, be a dutiful wife. According to her, if you do this, there is no way your husband will not want to be with you; therefore you will have a happy married life.</w:t>
      </w:r>
    </w:p>
    <w:p w:rsidR="00000000" w:rsidDel="00000000" w:rsidP="00000000" w:rsidRDefault="00000000" w:rsidRPr="00000000" w14:paraId="000004A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FIND OUT WHY YOUR WIFE OR HUSBAND LIKES YOU</w:t>
      </w:r>
    </w:p>
    <w:p w:rsidR="00000000" w:rsidDel="00000000" w:rsidP="00000000" w:rsidRDefault="00000000" w:rsidRPr="00000000" w14:paraId="000004A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to find out why your wife or husband likes you, if you find out, begin to engage in it and never stop, instead find a better way of doing it, even if it means sending him or her your picture, the way you walk, talk, the food you cook etc, this is how you will be able to sustain your marriage and be happy and make your partner too happy. Try to outdo each other in loving yourselves even if you have to send him or her voice note of you saying or just praise him or her or I love you etc.</w:t>
      </w:r>
    </w:p>
    <w:p w:rsidR="00000000" w:rsidDel="00000000" w:rsidP="00000000" w:rsidRDefault="00000000" w:rsidRPr="00000000" w14:paraId="000004A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ASK FOR SPIRITUAL GUIDANCE</w:t>
      </w:r>
    </w:p>
    <w:p w:rsidR="00000000" w:rsidDel="00000000" w:rsidP="00000000" w:rsidRDefault="00000000" w:rsidRPr="00000000" w14:paraId="000004A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act of asking for spiritual guidance cannot be over stated, as all human beings are made up of spirit, soul and body, it is therefore advisable to always ask for spiritual guidance for, some things we need to do we cannot do it alone, if we are always canal, therefore we should deliberately ask for spiritual guidance to direct us so that we should not make mistake in our life voyage – the story of Daniel be included that we must involve God before our marriage.</w:t>
      </w:r>
    </w:p>
    <w:p w:rsidR="00000000" w:rsidDel="00000000" w:rsidP="00000000" w:rsidRDefault="00000000" w:rsidRPr="00000000" w14:paraId="000004A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POSSESS YOUR PARTNER WITH EXCESS LOVE</w:t>
      </w:r>
    </w:p>
    <w:p w:rsidR="00000000" w:rsidDel="00000000" w:rsidP="00000000" w:rsidRDefault="00000000" w:rsidRPr="00000000" w14:paraId="000004A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reason you got married in the first place is that you love him or her, and therefore if you wants to stay in love you must daily possess the love, so that, he or she will not be in doubt as human beings are sometimes, so forgetful and need to be reminded of your vows of love, when you do this daily be it by your actions or words, you are greatly succeeding in setting fire on your marriage and that fire is sure to burn for a life time. Very many homes lack words and deeds of love, that is why you see very high rate of divorce, separation and uninteresting marital life lived by people now-a-days, which is not the real bargain they entered</w:t>
      </w:r>
    </w:p>
    <w:p w:rsidR="00000000" w:rsidDel="00000000" w:rsidP="00000000" w:rsidRDefault="00000000" w:rsidRPr="00000000" w14:paraId="000004A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when they got married, lack of professing of love to your partner and getting it in return, leads to depression, insanity etc and wayward children who would ordinarily not want to leave the kind of indecent life they leave now. If you genuinely possess your partner with love he or she may prefer you even when he or she is presented with option for free. So please try this little simple trick. Give him affection he has and will never get from anywhere, make your affection for him or her and uncommon product that cannot be found anywhere in this world.</w:t>
      </w:r>
    </w:p>
    <w:p w:rsidR="00000000" w:rsidDel="00000000" w:rsidP="00000000" w:rsidRDefault="00000000" w:rsidRPr="00000000" w14:paraId="000004A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ENCOURAGE HIM OR HER</w:t>
      </w:r>
    </w:p>
    <w:p w:rsidR="00000000" w:rsidDel="00000000" w:rsidP="00000000" w:rsidRDefault="00000000" w:rsidRPr="00000000" w14:paraId="000004A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Giving physical, spiritual, emotional encouragement to your partner  should be one of the sacred duties you should perform daily as it can lead your marriage to a stable and solid ground that cannot be shaken at all, for when you encourage him or her, it will lead to results never expected as all human being need to be encouraged and commended to excel in life, like an athlete, when he or she knows that majority are cheering for him or her, he or she will put every effort to come out tops even when normally he or she should not come out among the best three athlete and when you have any suggestion to give, give it respectfully, even when it is obvious that he or she has been on the wrong lane for a long time, he or she will surely listen to you because you are respectfully doing it.</w:t>
      </w:r>
    </w:p>
    <w:p w:rsidR="00000000" w:rsidDel="00000000" w:rsidP="00000000" w:rsidRDefault="00000000" w:rsidRPr="00000000" w14:paraId="000004A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GIVE HIM OR HER WATER TO DRINK</w:t>
      </w:r>
    </w:p>
    <w:p w:rsidR="00000000" w:rsidDel="00000000" w:rsidP="00000000" w:rsidRDefault="00000000" w:rsidRPr="00000000" w14:paraId="000004A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Water is a very important thing in the life of a human being, that if anyone does not take in water he or she will soon be weak etc, especially when you get water for yourself to drink make provision for example two glasses always, let him or her say he or she is not drinking, it shows you are kind, especially when he or she returns from outing, show that you care, this too may just improve the health of your partner as drinking of water have been known to help keep one alive and help to lower the risk of having blood pressure and this simple and single act may just have been able to preserve the life of your partner, as human beings have not been able to appreciate water drinking.</w:t>
      </w:r>
    </w:p>
    <w:p w:rsidR="00000000" w:rsidDel="00000000" w:rsidP="00000000" w:rsidRDefault="00000000" w:rsidRPr="00000000" w14:paraId="000004B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BECOME A PROBLEM SOLVER</w:t>
      </w:r>
    </w:p>
    <w:p w:rsidR="00000000" w:rsidDel="00000000" w:rsidP="00000000" w:rsidRDefault="00000000" w:rsidRPr="00000000" w14:paraId="000004B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become a problem solver, your partner a will come to rely on you, for things to be get done, and by this you will become almost indispensable to the family, which suggests that you will have a relevant and solid marriage, which will translate further into a happy home that will become an inseparable marriage as that is the essence of marriage.</w:t>
      </w:r>
    </w:p>
    <w:p w:rsidR="00000000" w:rsidDel="00000000" w:rsidP="00000000" w:rsidRDefault="00000000" w:rsidRPr="00000000" w14:paraId="000004B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brings to mind especially for those that are familiar with the bible, Esther become queen and, pleased the king, with various unique banquets, that the king said, even to the half of my kingdom; I will give to you only just ask and when she asked the king gave her the permission for her to do to her enemy all what her enemy has planned to do against her and even much more, to the extent that, the king asked that Esther should use his signet – ring to issues a counter decree, that was issued against her and her people etc, if she did not become a problem solver and a tactician in your marriage your husband may sign a blank cheque for you one day.</w:t>
      </w:r>
    </w:p>
    <w:p w:rsidR="00000000" w:rsidDel="00000000" w:rsidP="00000000" w:rsidRDefault="00000000" w:rsidRPr="00000000" w14:paraId="000004B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BECOME A LION HUSBAND OR WIFE THAT ROARS</w:t>
      </w:r>
    </w:p>
    <w:p w:rsidR="00000000" w:rsidDel="00000000" w:rsidP="00000000" w:rsidRDefault="00000000" w:rsidRPr="00000000" w14:paraId="000004B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will be a tragedy if for instance a man becomes like a lion in his marriage that when he comes from out everybody looks for place to hide or when he comes from out everybody looks for place to hide or when he is around, because, his stock in trade is to shout at every one at the slightest provocation or perceived provocation, this will make his wife to be withdrawn and not come forward with information that may assist the family, except he is asleep or out that is when too the children in the house will be free to interact with themselves and even with their mother, this leaves the children with only their mother as they grow up which is not healthy for growing children, husband must please learn to be kind and never raise their voices at home so that they do not scare everybody in the house, some children have been known to develop inconsistent personality, so men should seriously look into this and become like a tree that every member of the family would want to take shade in, so that they get succor and develop like normal human being.</w:t>
      </w:r>
    </w:p>
    <w:p w:rsidR="00000000" w:rsidDel="00000000" w:rsidP="00000000" w:rsidRDefault="00000000" w:rsidRPr="00000000" w14:paraId="000004B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CLAIM SUPERIORITY AND FLEX MUSCLES</w:t>
      </w:r>
    </w:p>
    <w:p w:rsidR="00000000" w:rsidDel="00000000" w:rsidP="00000000" w:rsidRDefault="00000000" w:rsidRPr="00000000" w14:paraId="000004B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Claiming that one party is the most superior in a marriage setting is an act that will surely spell doom for the family and should be avoided with all sense of humility, in other to achieve cohesion that is desirous in the family, which is indeed profitable for the family, as both husband and wife should see themselves as partners in progress, who are all working for one goal, that is, to see that, the family is stable, solid and provisions are made for the offspring who are growing up, for indeed if muscles are flexed, the offspring will bear the brunt, which is at all times negative and the offspring may interpret it negatively and may carry on with it as they grow up, which may destroy them and make them a societal misfit and may bounce back on the parents.</w:t>
      </w:r>
    </w:p>
    <w:p w:rsidR="00000000" w:rsidDel="00000000" w:rsidP="00000000" w:rsidRDefault="00000000" w:rsidRPr="00000000" w14:paraId="000004B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SEE MARRIAGE AS A CONTINUUM</w:t>
      </w:r>
    </w:p>
    <w:p w:rsidR="00000000" w:rsidDel="00000000" w:rsidP="00000000" w:rsidRDefault="00000000" w:rsidRPr="00000000" w14:paraId="000004B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that spouse view marriage as a continuum and therefore should act in a way that would sustain their marriage for instance if a wife married her husband because he looks handsome, after the marriage the husband and say after all, I am married what is the essence of looking handsome, this may be a fallacy that will cause friction and tension in the family and may lead to frustration of the wife and this may take a toll in the family and therefore and unhappy family, that husband should see marriage as a continuum that, he should still be wooing his wife, with the handsomeness that the wife and he will see that the marriage will be full of shining stars that would translate to other area of the family and the wider society would even benefit from it.</w:t>
      </w:r>
    </w:p>
    <w:p w:rsidR="00000000" w:rsidDel="00000000" w:rsidP="00000000" w:rsidRDefault="00000000" w:rsidRPr="00000000" w14:paraId="000004B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MAKING MARRIAGE WORK</w:t>
      </w:r>
    </w:p>
    <w:p w:rsidR="00000000" w:rsidDel="00000000" w:rsidP="00000000" w:rsidRDefault="00000000" w:rsidRPr="00000000" w14:paraId="000004B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Is not a quick fix one short solution but a continuous working and reworking on various formula, that can bring the best to the family as that should be the long and short term goal of both people in the marriage, as spouse should not over heat the marriage, even when it is clear that you have been offended, if you do not temper your reaction it can, come round to defeat the very essence of you agitation which is indeed genuine, for instance because you have unresolved issues with your husband, that in itself should not be that you will not provide food for the children as if, this goes on, you may find out that you may be raising children who will be helping themselves, with anything they lay hands on, be it at home or outside and that, would now present an immediate or long term problem for the family, which may not have been in the family, which may not have been the original plan of you protesting your innocence and point of view, that was not accommodated, it is therefore, so important that spouse need to come together to see how best to resolve issues that may emanate from their interaction which is bound to sometimes bring normal disagreement, which must be viewed with a great sense of responsibility and great commitment to the marriage institution both have pledged to be in, and so should respect each other's view and as much as possible accommodate each other so that all can reap the potential benefits that are embedded in marriage.</w:t>
      </w:r>
    </w:p>
    <w:p w:rsidR="00000000" w:rsidDel="00000000" w:rsidP="00000000" w:rsidRDefault="00000000" w:rsidRPr="00000000" w14:paraId="000004B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CHAPTER SEVEN</w:t>
      </w:r>
    </w:p>
    <w:p w:rsidR="00000000" w:rsidDel="00000000" w:rsidP="00000000" w:rsidRDefault="00000000" w:rsidRPr="00000000" w14:paraId="000004B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SURVIVING THE 21ST CENTURY MARRIAGE</w:t>
      </w:r>
    </w:p>
    <w:p w:rsidR="00000000" w:rsidDel="00000000" w:rsidP="00000000" w:rsidRDefault="00000000" w:rsidRPr="00000000" w14:paraId="000004B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BE GOOD IN MODERN COMMUNICATION GADGETS</w:t>
      </w:r>
    </w:p>
    <w:p w:rsidR="00000000" w:rsidDel="00000000" w:rsidP="00000000" w:rsidRDefault="00000000" w:rsidRPr="00000000" w14:paraId="000004B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really want to sustain your marriage anything short of following the trend may render you out of fashion and your spouse may take advantage of you and your marriage could be under treat and you are oblivious of it, that is a tragedy that you should avoid in this twenty first century world, as almost everything in this world now is done in modern ways of communicating, including national, international business, marriages etc, so to not be compliant is a far cry from reality, and spouse should urgently do something about it, so that they can communicate better and get things done for themselves and put their marriage in top shape, how would you react if you now know that under your nose your wife or husband is chatting with someone he or she is having an affair with but because you do not know what chatting on the net means you are just there and one day arrangement would have being concluded and you find yourself, outside your marital home and the chatting partner has taken over. It is a responsible thing to know how to use all modern communication means and gadgets as much as possible for you need it.</w:t>
      </w:r>
    </w:p>
    <w:p w:rsidR="00000000" w:rsidDel="00000000" w:rsidP="00000000" w:rsidRDefault="00000000" w:rsidRPr="00000000" w14:paraId="000004B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effectively communicate with your spouse and you need it very much too because if, you have children and they are using it to do irresponsible things on net, you may not be able to monitor them, or know whom they are communicating with, as there are also bad people on net, who lure people and in some cases they rape and kill, their victims, especially when they make an irresponsible business proposals that seems, genuine and some of your children may fall for it as was illustrated in a case a few years ago, they made a business proposal to this, young girl, who travelled to a city and lodged in an hotel, they had arranged, for her and they drugged her, rape her and later killed and bury her after two months, very unfortunate for one of them, he was using her phone and it was tracked and was apprehended and he confessed how all of them including the hotel receptionist e t c connived with them, to help them drug her etc so we need to know, how to use modern gadgets, which are trending so, we save our children, lives and husband or wife from arms way. for you to be familiar and know how to use modern gadgets is to also become security conscious, for if you have a phone and you don't know how to use it in the event of armed robbery attack at your home it is too bad and can</w:t>
      </w:r>
    </w:p>
    <w:p w:rsidR="00000000" w:rsidDel="00000000" w:rsidP="00000000" w:rsidRDefault="00000000" w:rsidRPr="00000000" w14:paraId="000004C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spell doom for you, all you need is to dial either a police number or the general or emergency number and you save yourself and your family from armed robbery attack or they are repelled by security agents.</w:t>
      </w:r>
    </w:p>
    <w:p w:rsidR="00000000" w:rsidDel="00000000" w:rsidP="00000000" w:rsidRDefault="00000000" w:rsidRPr="00000000" w14:paraId="000004C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there is an accident either at home or on the road, you only need to dial the emergency number, either medics or so can come to your rescue, if it happens to your spouse and you are with him alone in the night, and it happens that you cannot use a phone, your spouse may die or have a permanent deformity if, there is no quick rescue, so you must look at all these things from the positive perspective, the need for you to know how to use modern gadgets there are proposed personal gadgets that are meant to be able to serve you at home, mostly thought of for old people, who may not necessarily have to get up to take their tablets etc as the doll has been programmed to do it and even serve them food etc especially, if they leave alone at home.</w:t>
      </w:r>
    </w:p>
    <w:p w:rsidR="00000000" w:rsidDel="00000000" w:rsidP="00000000" w:rsidRDefault="00000000" w:rsidRPr="00000000" w14:paraId="000004C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CAN'T PRETEND IN MARRIAGE</w:t>
      </w:r>
    </w:p>
    <w:p w:rsidR="00000000" w:rsidDel="00000000" w:rsidP="00000000" w:rsidRDefault="00000000" w:rsidRPr="00000000" w14:paraId="000004C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obvious that you cannot pretend in marriage, but if you pretend it cannot be for a very long time and you will be found out and you become a ridicule and true to type even you that may be in pretense may become so frustrated that you will be acting in a manner that is not consistent with yourself and as a married person, thereby exposing yourself, that is why it is strongly advise that you do not at all pretend and enter into marriage as a place of reality show, where who you are, what you are, your intention of getting married e t c are all exposed by yourself</w:t>
      </w:r>
    </w:p>
    <w:p w:rsidR="00000000" w:rsidDel="00000000" w:rsidP="00000000" w:rsidRDefault="00000000" w:rsidRPr="00000000" w14:paraId="000004C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either consciously or unconsciously, for that is how all human beings are wired by God to only be able to pretend for only a while.</w:t>
      </w:r>
    </w:p>
    <w:p w:rsidR="00000000" w:rsidDel="00000000" w:rsidP="00000000" w:rsidRDefault="00000000" w:rsidRPr="00000000" w14:paraId="000004C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That is why you see that no matter how an actor or actress takes up the role of a good person, be it for thirty years, their real character still greatly reflect as they interact daily with other human beings, especially when they get married their true character is exposed. You need to be aware of this and do your best to be your best especially if you have got married and you want your marriage to last for your life time and you want to bring up children that will become, responsible members of the society, who themselves should lead a responsible life that will guarantee their own safety and become responsible married people.</w:t>
      </w:r>
    </w:p>
    <w:p w:rsidR="00000000" w:rsidDel="00000000" w:rsidP="00000000" w:rsidRDefault="00000000" w:rsidRPr="00000000" w14:paraId="000004C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pretend in your marriage, conflicts, quarrels etc will be the order of the day in your family, which means very many things, some of which is that you will surely engage in fighting with your spouse and it can lead to injury and other dangerous things, and surely your family will be far from happiness, which is badly needed in homes so that the marriage can to a large</w:t>
      </w:r>
    </w:p>
    <w:p w:rsidR="00000000" w:rsidDel="00000000" w:rsidP="00000000" w:rsidRDefault="00000000" w:rsidRPr="00000000" w14:paraId="000004C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Extent be safe and it will last for both of you, your health can become a question too as you cannot in anyway guarantee to be in good health as the state of mind of a human being greatly determine the state of health you can be in, which may affect your children negatively too, so you need to be far from pretense if you are married, be as transparent as you can be, even if you see that your spouse is not as transparent as you may want him or her to be, as you may not know, if you would now become his or her role model as he or she, may not have had any role model, that has ever been transparent, which may become a plus for you and your entire family and the larger society will now benefit from, your little act of been transparent. This is part of what it means to survive the 21st century marital life.</w:t>
      </w:r>
    </w:p>
    <w:p w:rsidR="00000000" w:rsidDel="00000000" w:rsidP="00000000" w:rsidRDefault="00000000" w:rsidRPr="00000000" w14:paraId="000004C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PULL RESOURCES TOGETHER</w:t>
      </w:r>
    </w:p>
    <w:p w:rsidR="00000000" w:rsidDel="00000000" w:rsidP="00000000" w:rsidRDefault="00000000" w:rsidRPr="00000000" w14:paraId="000004C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Surviving in the 21st century entails, being smart, futuristic and strategic in your approach to marriage and life, as there are challenges that can come and marriages will be affected not because the spouse are ready in reality to divorce, and some of the challenges we need to be stronger than steel to overcome them, including economic, health, social etc, that is why it is expedient that spouse, should begin, from the beginning of their marriage or even before they get married they should as a matter of principle set aside at least thirty percent of their income for the future, just in case they are married, that does not include the money they will expend during the marriage ceremonies or the money they should be saving to do investments and I suggest you also keep aside thirty percent of your income for further investments and it is from that proceed or so that you should use for your marriage ceremonies. I can tell you that if, my you are able to keep this principle you are mostly likely to have a very successful marriage in the end, why</w:t>
      </w:r>
    </w:p>
    <w:p w:rsidR="00000000" w:rsidDel="00000000" w:rsidP="00000000" w:rsidRDefault="00000000" w:rsidRPr="00000000" w14:paraId="000004C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because you will become financially stable, just imagine if, you and your spouse have been saving thirty percent of your income for ten years and both of you pull the resources together, it can be used to, for instance purchase shares in a good company and you will get great dividend every year and if you guys decide to invest the return on your investments from shares back for the ten years or twenty years it may be good enough to invest in a life changing project that can guarantee you guys comfortable income for life.</w:t>
      </w:r>
    </w:p>
    <w:p w:rsidR="00000000" w:rsidDel="00000000" w:rsidP="00000000" w:rsidRDefault="00000000" w:rsidRPr="00000000" w14:paraId="000004C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Or you decide to pull the resources together to start a business that one of you can begin to manage, definitely it will bring income and great support to the family, especially given that jobs are not really guaranteed again and all of us are a witness to the covid – 19 pandemic, that keep millions of people from their job and</w:t>
      </w:r>
    </w:p>
    <w:p w:rsidR="00000000" w:rsidDel="00000000" w:rsidP="00000000" w:rsidRDefault="00000000" w:rsidRPr="00000000" w14:paraId="000004C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very many companies folded up and it was so difficult economically for many spouse and some families are struggling so hard, while some crumbled under the weight of covid-19, for various reasons. But, if there has been this kind of plans to pull resources together, significant business can be engaged in and the streams of income for the family can be expanded, so that when this kind of situation occurs, it will act as a shock absorber and the effect on the family would be minimal and when there is improvement in the pandemic or, so spouse can and should even re- strategize to see how they can venture into other areas that will be lucrative and sustainable.</w:t>
      </w:r>
    </w:p>
    <w:p w:rsidR="00000000" w:rsidDel="00000000" w:rsidP="00000000" w:rsidRDefault="00000000" w:rsidRPr="00000000" w14:paraId="000004C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All this measures are cementing the spouse together as they surely will be planning together and being together more and understanding and co-operation is forged in relating, because of their pulling resources together, and expectedly because they have invested their resources together, all attention will be shifted to making the venture ensure succeed, therefore inadvertently also working to solidify your marriage, which is even the primary goal of your coming together and as human activities follows, it will become positive too in other areas of your marriage one of which is definitely your children and if you guys are good in your, marriage, business etc, it follows too that your children will or should become better, especially when you guys will be around to guiding them in their activities as some children learn from what they see mostly better than what they are told.</w:t>
      </w:r>
    </w:p>
    <w:p w:rsidR="00000000" w:rsidDel="00000000" w:rsidP="00000000" w:rsidRDefault="00000000" w:rsidRPr="00000000" w14:paraId="000004C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guys may want to even expand it if you are doing well, to asking your trusted friends to invest in your business and you negotiate, terms with them and you will see how your business will sky rocket, to leave you guys in cloud nine.</w:t>
      </w:r>
    </w:p>
    <w:p w:rsidR="00000000" w:rsidDel="00000000" w:rsidP="00000000" w:rsidRDefault="00000000" w:rsidRPr="00000000" w14:paraId="000004C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SEX</w:t>
      </w:r>
    </w:p>
    <w:p w:rsidR="00000000" w:rsidDel="00000000" w:rsidP="00000000" w:rsidRDefault="00000000" w:rsidRPr="00000000" w14:paraId="000004D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tactical ways you can set your marriage on fire, yes you have been having sex, but you can make each one interesting and make him or her really want to have sex with you, by deliberately seducing him or her with words, a day or few days before you have sex with him or her, sending erotic messages, etc that will arouse his or her passion and when you see him, give him or her all the smiles, that you can muster and ask him or her if the message you sent got to him or her and ask if he or she will be prepared for it tomorrow, you will see that, he or she will not allow you to sleep in the night, and as you are watching television or listening to any program together, remind him or her, of your message and tease him or her that we will be who is the best football player tomorrow etc as you say, these kind of things to him or her, you are actually touching the sensitive nerves in his or her head and you should be ready for the action too, and seem to take charge</w:t>
      </w:r>
    </w:p>
    <w:p w:rsidR="00000000" w:rsidDel="00000000" w:rsidP="00000000" w:rsidRDefault="00000000" w:rsidRPr="00000000" w14:paraId="000004D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tell him or her that you can do it more, even when at the end of the day it may not reached orgasm, the man should be aware that he only satisfied himself and did not carry his wife along, that is why men should please, find out how to make their reach orgasm, if you are an expert man, you should be able to achieve it, sometimes even before sex, as fore play and great concentration on the very spot that excites a lady can make her reach orgasm before the actual sex and you can again make her reach orgasm during sex etc which means you have given her a double douse and you can interpret what that means to a woman, it is on record that some men only go straight for sex when they are in the mood, which is not the best at all, it must be a two way thing so that everyone can be on the same page, it is very possible to also achieve orgasm for your wife with great words of romance and praise and making her to understand that you are really enjoying the sex with her as it makes you want to always have it with her again and again etc. for those, who say little or less and only concentrate on how to satisfy themselves and not prepared to see what they can achieve for both of you, I tell you it will set your marriage on fire if you practice very well, the above explanation from today.</w:t>
      </w:r>
    </w:p>
    <w:p w:rsidR="00000000" w:rsidDel="00000000" w:rsidP="00000000" w:rsidRDefault="00000000" w:rsidRPr="00000000" w14:paraId="000004D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BECOMING SUCCESSFUL IN MARRIAGE</w:t>
      </w:r>
    </w:p>
    <w:p w:rsidR="00000000" w:rsidDel="00000000" w:rsidP="00000000" w:rsidRDefault="00000000" w:rsidRPr="00000000" w14:paraId="000004D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Becoming successful in marriage is not a one off set of behaviour, attitude, agreements etc it is like a person who wants to strike a deal you keep talking until you get the deal done and dusted, but in marriage if you want to be successful, you need to keep talking the deal until your life time for you never conclude the deal, you keep negotiating until your life time that is the only guarantee for a good and successful marriage.</w:t>
      </w:r>
    </w:p>
    <w:p w:rsidR="00000000" w:rsidDel="00000000" w:rsidP="00000000" w:rsidRDefault="00000000" w:rsidRPr="00000000" w14:paraId="000004D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good that you plan for changes, shifts etc as they will come, one of the changes that will come into your marriage is that you will in due cause not be alone, as you will soon have company, wittingly or unwittingly so endeavor to prepare for the changes as it is inevitable and other changes too may appear, for instance, in the third world and Africa in particular, you may need to take in your sick parents or old parents and when such changes come you should deal with it intelligently, but for Europe, America and some other places they are sheltered in old people's home and you still have the responsibility to go and check them – your parents from time to time, in other to be responsible as you too may be sheltered one day hopefully.</w:t>
      </w:r>
    </w:p>
    <w:p w:rsidR="00000000" w:rsidDel="00000000" w:rsidP="00000000" w:rsidRDefault="00000000" w:rsidRPr="00000000" w14:paraId="000004D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Spouses need to be more understanding as they live together, for changes that may occur are varied and every one’s reaction may not be the same and expected, so you need to please be more understanding, if some people lose their father, mother etc, they may be withdrawn for some time or a long time, as a good and understanding spouse you should understand that your spouse is putting you under scrutiny, as he or she may be close to his mother &amp; father and draws inspiration from them, and so, may be watching if his or her spouse can be the person he or she would draw inspiration from, so you need to watch out and act accordingly or reassuringly.</w:t>
      </w:r>
    </w:p>
    <w:p w:rsidR="00000000" w:rsidDel="00000000" w:rsidP="00000000" w:rsidRDefault="00000000" w:rsidRPr="00000000" w14:paraId="000004D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succeed in your marital life you must at all times keep the lights burning, by what you say, etc as you used to do when he/she proposed to you, as this is very important, things like, the courtesies, you used to have for each other, some people once they get married they will even be saying that, there is no need after all, are we not married, these little things can make your marriage to become unsuccessful and turbulent – yes just that small thing so you should please take care of all things you call little, even a thing as small as, saying good morning, as many couple forget or refuse to greet themselves in the morning and they start the day, immediately you wake up and you are conscious the first person you should look out for is your spouse, no one else and give him/her a broad smile and 'properly' greet him/her and ask a few questions about his/her wellbeing, it may just be all he/she needs to pass</w:t>
      </w:r>
    </w:p>
    <w:p w:rsidR="00000000" w:rsidDel="00000000" w:rsidP="00000000" w:rsidRDefault="00000000" w:rsidRPr="00000000" w14:paraId="000004D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through the day as you do not know what he/she may pass through at the office or work place.</w:t>
      </w:r>
    </w:p>
    <w:p w:rsidR="00000000" w:rsidDel="00000000" w:rsidP="00000000" w:rsidRDefault="00000000" w:rsidRPr="00000000" w14:paraId="000004D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Keep your sex life so great, if possible learn new ways and ask him/her how the last one was and how does he/she thinks that you can improve on it.</w:t>
      </w:r>
    </w:p>
    <w:p w:rsidR="00000000" w:rsidDel="00000000" w:rsidP="00000000" w:rsidRDefault="00000000" w:rsidRPr="00000000" w14:paraId="000004D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Your guys must daily and deliberately close any gaps that you think there is or the one you think may come, for in truth if you are close to someone, you know his or her next move as, at a time you were given an hint about it, it was that you did not pay due attention that was why you missed it, so just be more attentive and proactive so that you know before anything happens.</w:t>
      </w:r>
    </w:p>
    <w:p w:rsidR="00000000" w:rsidDel="00000000" w:rsidP="00000000" w:rsidRDefault="00000000" w:rsidRPr="00000000" w14:paraId="000004D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marriage you see that hit the rock was as a result of child birth, as the ladies completely shift attention from their husband to the new born child and some out of ignorance, say it to the hearing of their husband, that this is the most important thing I have in life, I will do anything for you etc. I tell you it is telling your husband he is now a number two citizen, without telling you he will be angry and in the anger and frustration he goes to find a company and the company does not say it, he becomes comfortable and with time he becomes more secured with the company then his heart is hard and he looks you in the eye and becomes rude, un-attentive and an out station husband and in no time, he finds you not important in his life and you too, not understanding the mindset of your husband you became defensive and trouble starts, for you are not aware that you are no longer on the same page with your husband. Please always be on the same page with your spouse even when you have three children or more at once, he is still your husband, be nice and tell him he is the number one in your life after all, children come and in a few years they will leave only both of you again together, so both of you should be a tack team forever and don't allow your children to separate you guys as they will ask to leave your house soon.</w:t>
      </w:r>
    </w:p>
    <w:p w:rsidR="00000000" w:rsidDel="00000000" w:rsidP="00000000" w:rsidRDefault="00000000" w:rsidRPr="00000000" w14:paraId="000004D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deliberate things you should practically engage in and not</w:t>
      </w:r>
    </w:p>
    <w:p w:rsidR="00000000" w:rsidDel="00000000" w:rsidP="00000000" w:rsidRDefault="00000000" w:rsidRPr="00000000" w14:paraId="000004D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conjecture, take a pen and a paper list all things you know makes your spouse happy and loving, that is after you must have ask him/her and observe over time and be sure of them or if and if you are so close to him/her include likes and possibly include the ones he/she does not like about you, honestly if you can get this list then you know that you have hit a jackpot in your marriage, for what you know will not destroy you, some of the things may be so simple and ordinary that you may be shocked that your spouse value and if you do this you should from time to time update the list and see how things will fall in place in your home, as success will be the name of your marriage, it will seem as if you light up a fire on top of a hill all the surrounding will be clear, your marriage will be clear and so clean of</w:t>
      </w:r>
    </w:p>
    <w:p w:rsidR="00000000" w:rsidDel="00000000" w:rsidP="00000000" w:rsidRDefault="00000000" w:rsidRPr="00000000" w14:paraId="000004D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conflicts, misunderstanding etc your marriage will be far easier when you know what will make your spouse happy and he/she too know what will make you happy too.</w:t>
      </w:r>
    </w:p>
    <w:p w:rsidR="00000000" w:rsidDel="00000000" w:rsidP="00000000" w:rsidRDefault="00000000" w:rsidRPr="00000000" w14:paraId="000004D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IMPROVE YOURSELF</w:t>
      </w:r>
    </w:p>
    <w:p w:rsidR="00000000" w:rsidDel="00000000" w:rsidP="00000000" w:rsidRDefault="00000000" w:rsidRPr="00000000" w14:paraId="000004D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By all means improve yourself in all ways, be it educationally – as this will give you a cutting edge in your marriage as you will surely use it to improve your marriage, as education does great things to the way you don't think, for it seeks to make you to be able to solve complicated problems in your area of specialization and definitely it can be transported and implemented in your marriage too. If your partner knows that you are improving yourself, he or she would automatically know that there is reformation in your life and he or she would give you your due regard and that could just make him/her have more confidence in you that you are able to carry out some assignments in your homes, that will improve your marriage.</w:t>
      </w:r>
    </w:p>
    <w:p w:rsidR="00000000" w:rsidDel="00000000" w:rsidP="00000000" w:rsidRDefault="00000000" w:rsidRPr="00000000" w14:paraId="000004E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emotionally improve yourself as this is a very important area in marriage that spouses neglect that negatively impacts on their marriage, you should learn to emotionally respond to your spouse and know when he/she is in need of emotional comfort and support as that may just be the area you win over your partner in your marriage, if you emotionally fail in your marriage consistently that marriage may never go too far as all human being have emotions that they need to satisfy and when it is not satisfied, it leads to frustrations and the response to the frustration can be so devastating as emotion is one of the highest human energy that he/she can do anything to satisfy it including taking the life of anyone who seems to want to deny them of their emotional security, that is why you hear of spouse killing themselves, if they see that their spouse is cheating on them or wants to leave them for another man or woman etc,</w:t>
      </w:r>
    </w:p>
    <w:p w:rsidR="00000000" w:rsidDel="00000000" w:rsidP="00000000" w:rsidRDefault="00000000" w:rsidRPr="00000000" w14:paraId="000004E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you need to positively navigate in the waters of emotion as the depth of it, has not been measured correctly as individuals go deep and some have not still come out, while others go and just come back, so watch out for the level of the energy of your spouse and satisfy it and you will see you can ask him/her to do, the things he or she will ordinarily not do, but because he/she is emotionally attached to you he/she will do it without complain, rather, he/she will do it with happiness and smiles, some may ask you, is that all you want me to do, so get your spouse to that level with your discovering of how to go about the emotional seduction of your spouse – yes, seduce him/her so that you will became an object of spectacle to him/her, do it in a way that will leave him/her speechless by becoming emotionally valuable to him/her, that he/she will find it difficult to stay without you, you can be available to him/her but he will make you an essential commodity and take note of the emotion you express that catches his/her attention,</w:t>
      </w:r>
    </w:p>
    <w:p w:rsidR="00000000" w:rsidDel="00000000" w:rsidP="00000000" w:rsidRDefault="00000000" w:rsidRPr="00000000" w14:paraId="000004E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that you keep repeating it, from time to time and make him or her happy.</w:t>
      </w:r>
    </w:p>
    <w:p w:rsidR="00000000" w:rsidDel="00000000" w:rsidP="00000000" w:rsidRDefault="00000000" w:rsidRPr="00000000" w14:paraId="000004E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other ways you can improve yourself, so that you enhance your marriage and make it a great success including but not limited to this;</w:t>
      </w:r>
    </w:p>
    <w:p w:rsidR="00000000" w:rsidDel="00000000" w:rsidP="00000000" w:rsidRDefault="00000000" w:rsidRPr="00000000" w14:paraId="000004E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assertive positively, be full of kind words</w:t>
      </w:r>
    </w:p>
    <w:p w:rsidR="00000000" w:rsidDel="00000000" w:rsidP="00000000" w:rsidRDefault="00000000" w:rsidRPr="00000000" w14:paraId="000004E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his or her important dates special, Always say I love you and mean it</w:t>
      </w:r>
    </w:p>
    <w:p w:rsidR="00000000" w:rsidDel="00000000" w:rsidP="00000000" w:rsidRDefault="00000000" w:rsidRPr="00000000" w14:paraId="000004E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a powerful listener</w:t>
      </w:r>
    </w:p>
    <w:p w:rsidR="00000000" w:rsidDel="00000000" w:rsidP="00000000" w:rsidRDefault="00000000" w:rsidRPr="00000000" w14:paraId="000004E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Show respect and courtesy always, Offer useful suggestions</w:t>
      </w:r>
    </w:p>
    <w:p w:rsidR="00000000" w:rsidDel="00000000" w:rsidP="00000000" w:rsidRDefault="00000000" w:rsidRPr="00000000" w14:paraId="000004E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be selfish</w:t>
      </w:r>
    </w:p>
    <w:p w:rsidR="00000000" w:rsidDel="00000000" w:rsidP="00000000" w:rsidRDefault="00000000" w:rsidRPr="00000000" w14:paraId="000004E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positive surprises a regular occurrence, Never keep grudge – they are toxic Appreciate him or her…</w:t>
      </w:r>
    </w:p>
    <w:p w:rsidR="00000000" w:rsidDel="00000000" w:rsidP="00000000" w:rsidRDefault="00000000" w:rsidRPr="00000000" w14:paraId="000004E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Compliment her or him</w:t>
      </w:r>
    </w:p>
    <w:p w:rsidR="00000000" w:rsidDel="00000000" w:rsidP="00000000" w:rsidRDefault="00000000" w:rsidRPr="00000000" w14:paraId="000004E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compare him or her negatively, Keep a 'glowing smile'</w:t>
      </w:r>
    </w:p>
    <w:p w:rsidR="00000000" w:rsidDel="00000000" w:rsidP="00000000" w:rsidRDefault="00000000" w:rsidRPr="00000000" w14:paraId="000004E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Start your day always with a spark …</w:t>
      </w:r>
    </w:p>
    <w:p w:rsidR="00000000" w:rsidDel="00000000" w:rsidP="00000000" w:rsidRDefault="00000000" w:rsidRPr="00000000" w14:paraId="000004E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interested in his or her activities and interests; always find ways to be of help</w:t>
      </w:r>
    </w:p>
    <w:p w:rsidR="00000000" w:rsidDel="00000000" w:rsidP="00000000" w:rsidRDefault="00000000" w:rsidRPr="00000000" w14:paraId="000004E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Become a home doctor, do massages for him or her regularly …. Invite him or her out</w:t>
      </w:r>
    </w:p>
    <w:p w:rsidR="00000000" w:rsidDel="00000000" w:rsidP="00000000" w:rsidRDefault="00000000" w:rsidRPr="00000000" w14:paraId="000004E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be in touch</w:t>
      </w:r>
    </w:p>
    <w:p w:rsidR="00000000" w:rsidDel="00000000" w:rsidP="00000000" w:rsidRDefault="00000000" w:rsidRPr="00000000" w14:paraId="000004F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Let all your words be like a suggestions and positive, Be proud of him or her and the various achievements. You should physically examine him or her daily</w:t>
      </w:r>
    </w:p>
    <w:p w:rsidR="00000000" w:rsidDel="00000000" w:rsidP="00000000" w:rsidRDefault="00000000" w:rsidRPr="00000000" w14:paraId="000004F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sure there is body contact daily</w:t>
      </w:r>
    </w:p>
    <w:p w:rsidR="00000000" w:rsidDel="00000000" w:rsidP="00000000" w:rsidRDefault="00000000" w:rsidRPr="00000000" w14:paraId="000004F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Try to know what he or she does every day wittingly or unwittingly</w:t>
      </w:r>
    </w:p>
    <w:p w:rsidR="00000000" w:rsidDel="00000000" w:rsidP="00000000" w:rsidRDefault="00000000" w:rsidRPr="00000000" w14:paraId="000004F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words you use daily to speak to your spouse are they edible, kind, without anger, respect, caring etc</w:t>
      </w:r>
    </w:p>
    <w:p w:rsidR="00000000" w:rsidDel="00000000" w:rsidP="00000000" w:rsidRDefault="00000000" w:rsidRPr="00000000" w14:paraId="000004F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Our words can shape our marriage either to become successful or lead it to disintegration, negative words are words that are toxic and are not at all good, responsible or in any way promote your marriage to success rather it leads to the road of destruction, grief, confusion, malice etc, it is suggested strongly to my readers that at no point should they use negative words to communicate with their</w:t>
      </w:r>
    </w:p>
    <w:p w:rsidR="00000000" w:rsidDel="00000000" w:rsidP="00000000" w:rsidRDefault="00000000" w:rsidRPr="00000000" w14:paraId="000004F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spouse for it will come back to haunt you or both of you either in the immediate or later in your marriage for instance some spouse are good at storing offence in their hearts and they use it later to relate with you and may want to distance themselves from their spouses e.g. if one of the spouse used a negative words to qualify him or her in the day, he or she may not want to perform his or her marital obligation in the night or even for a week or more and it may lead to series of other negative words, which goes on to enlarge and if they are not careful about it, it leads to both of them keeping malice which is not an act that should ever be present in marriage and should by all means be avoided as it is a slow killer of marriage.</w:t>
      </w:r>
    </w:p>
    <w:p w:rsidR="00000000" w:rsidDel="00000000" w:rsidP="00000000" w:rsidRDefault="00000000" w:rsidRPr="00000000" w14:paraId="000004F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when you are angry it is important that you still endeavor to express your anger in no negative words as words are most times like a spilled milk, it cannot be gathered, for if you try to do that, you will gather alongside the milk and dirt that will most times make the milk unattractive and infected by objects that may not make it health to consume again and when you consume it, you most probably will get constipation, infection or other diseases you may not be able to immediately diagnose and when that happens your life may be under treat, danger etc, this is what happens to your marriage when you use negative words, they present themselves in different ways you may not understand, i.e you may not know how your spouse will react to the negative words, you have used on him/her and it may not be able to be determined what your own reaction to the reaction of your spouse will be as it can be negative and a counter reaction negative and therefore a negative energy begins to operate in your marriage and you or your spouse will in no way be pleased with the situation, you need to do the most rational thing in that situation, if indeed you are interested in having a successful marriage, you apologise to your spouse, even when you think you are wrong or right so that there will be a genuine truce and a reconciliation for if you don't arrest the situation on time it always degenerates to the disfavor of both of you and maybe even your entire family, especially if you have children who are able to understand that you guys are fund of using negative words that are not good for marriage, this too can be another circle of negative energy that can continue a life of its own that will become bad for your children.</w:t>
      </w:r>
    </w:p>
    <w:p w:rsidR="00000000" w:rsidDel="00000000" w:rsidP="00000000" w:rsidRDefault="00000000" w:rsidRPr="00000000" w14:paraId="000004F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expression of kind words as a medium of communication in a</w:t>
      </w:r>
    </w:p>
    <w:p w:rsidR="00000000" w:rsidDel="00000000" w:rsidP="00000000" w:rsidRDefault="00000000" w:rsidRPr="00000000" w14:paraId="000004F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may just be the tonic you can take and give to your spouse that will be the energy your marriage will have and be powered to success that you may have been envisaging, I urge my readers to start a revolution of kind words in their marriage and see the benefit that accrues to your marriage even when you are so angry, deliberately still chose to speak kind words to your spouse and if he/she does not</w:t>
      </w:r>
    </w:p>
    <w:p w:rsidR="00000000" w:rsidDel="00000000" w:rsidP="00000000" w:rsidRDefault="00000000" w:rsidRPr="00000000" w14:paraId="000004F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respond in kind words, still continue as it will be a new thing to him or her, keep surprising him/her and he/she will now know that kind words are the new normal thing in your marriage now and in a short time, you may see him/her responding to you in kind words too, just like the world is beginning to come to terms, now with the fact that COVID-19 is here with us and therefore, our attitude have to change</w:t>
      </w:r>
    </w:p>
    <w:p w:rsidR="00000000" w:rsidDel="00000000" w:rsidP="00000000" w:rsidRDefault="00000000" w:rsidRPr="00000000" w14:paraId="000004F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i.e. we should observe social distances, watch our hand always, don't touch our faces, with our hands etc for these are realties that we find ourselves going through, for it is necessary to do so if we want to stay alive, so should be the attitude in your marriage, because we want to stay in our marriage and make it successful, we would engage in some attitude that we are not used to but that will make our marriages successful and healthy.</w:t>
      </w:r>
    </w:p>
    <w:p w:rsidR="00000000" w:rsidDel="00000000" w:rsidP="00000000" w:rsidRDefault="00000000" w:rsidRPr="00000000" w14:paraId="000004F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SPOUSES SHOULD TOGETHER WORK ON THEIR MARRIAGE</w:t>
      </w:r>
    </w:p>
    <w:p w:rsidR="00000000" w:rsidDel="00000000" w:rsidP="00000000" w:rsidRDefault="00000000" w:rsidRPr="00000000" w14:paraId="000004F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Like a car that you use, you should from time to time take it to the mechanics to check the faults or to check if there is fault to enable it carry you to your destination each time you plan to go out, so that you do not face disappointment or embarrassment, this is how spouses should work on their marriages to make it a success so that they can leave a happy married life. This requires the attention and deliberate efforts, sacrifices that you ordinarily would not want to contemplate, I would want to liken it to a human body, as you need to take your bath, so that you look fresh for some time and again you need to go take your bath otherwise you will feel very uncomfortable and if you dare extend it, for days or weeks, your physical body will be affected and wear as your skin will take a direct hit, your mental state in reality has nose-dived negatively and it is very possible to declare you insane as your brain will definitely not function optimally, discomfort in various unexplainable ways will manifest themselves in you, so our marriage could be if we do not daily nourish it – give it a bath, by expressing your appreciation to your partner, communicating effectively with him/her, engaging in things that would make him/her happy and having a reason to be with you, otherwise, like the body that will not function properly if not given a bath, your marriage will be deteriorating daily and you may not take note of it, until if you are not careful, it will be experiencing turbulence that may sink it, you should daily find out either from yourself or partner or observe what you need to do to make your marriage a success as it is a duty that needs to be carried out by spouse, if not because of you but your partner or children that you have or would have for them not to grow up in an environment that will make them abnormal.</w:t>
      </w:r>
    </w:p>
    <w:p w:rsidR="00000000" w:rsidDel="00000000" w:rsidP="00000000" w:rsidRDefault="00000000" w:rsidRPr="00000000" w14:paraId="000004F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BRING UP GREAT CHILDREN WITH VIRTUES THAT ARE ENVIABLE</w:t>
      </w:r>
    </w:p>
    <w:p w:rsidR="00000000" w:rsidDel="00000000" w:rsidP="00000000" w:rsidRDefault="00000000" w:rsidRPr="00000000" w14:paraId="000004F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one of the most positive things a couple should do for if they are able to raise children with great virtues, it will directly or indirectly impact on the parent as they will from time to time themselves would want to become a good example for their children to follow as most times children imitate what we do mostly, than what we tell them for they can practically see reasons why they should follow what we are telling them, e.g. if you tell your children to go to church and you have a shrine in your compound and from time to time you pour libation, do evil incarnations etc, surely most likely your children may all end up to become idol worshippers unless God in his infinite mercy intervene and save them. if you raise up children with great virtues their parents are in the end very proud parents who will most times want to go together, to receive academic awards, their children may have gotten as a result of excellent academic performance and this no doubt, brings the spouse close and usually is a positive impacts on their marriage and makes their marriage to become more successful as both now may be coming together to discuss either their children having future plans that will raise the standard of the family etc bonding of parents begin sometimes from the responsible attitude of their children and if it is reported to parents either from their schools or achievements of the children in other fields i.e. some children have been known to manufacture equipments, gadgets etc needed by the society, which draws attention to them and their parents and it usually turns out to favor their marriage as they are forced to come together to discuss about the future of that child or children.</w:t>
      </w:r>
    </w:p>
    <w:p w:rsidR="00000000" w:rsidDel="00000000" w:rsidP="00000000" w:rsidRDefault="00000000" w:rsidRPr="00000000" w14:paraId="000004F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important that parents should deliberately single out their</w:t>
      </w:r>
    </w:p>
    <w:p w:rsidR="00000000" w:rsidDel="00000000" w:rsidP="00000000" w:rsidRDefault="00000000" w:rsidRPr="00000000" w14:paraId="0000050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daughters out for a special informal education as the times are not very friendly with them as many are raped innocently and out of fear they cannot and will not speak out and it affects their psychological upbringing, my readers need to do a due diligence on their female children at all times.</w:t>
      </w:r>
    </w:p>
    <w:p w:rsidR="00000000" w:rsidDel="00000000" w:rsidP="00000000" w:rsidRDefault="00000000" w:rsidRPr="00000000" w14:paraId="0000050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tell them for instance that no one should touch them in the sensitive areas of their body and if anyone does, they should report even when the person threatens them with anything including death. You children should know that in life as they pass through it, they will wear various garments or uniforms.</w:t>
      </w:r>
    </w:p>
    <w:p w:rsidR="00000000" w:rsidDel="00000000" w:rsidP="00000000" w:rsidRDefault="00000000" w:rsidRPr="00000000" w14:paraId="0000050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SCHOOL UNIFORMS</w:t>
      </w:r>
    </w:p>
    <w:p w:rsidR="00000000" w:rsidDel="00000000" w:rsidP="00000000" w:rsidRDefault="00000000" w:rsidRPr="00000000" w14:paraId="0000050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they will do when they will be in primary and secondary schools level and this is the foundation of their life which will really define who they become in life as this is very important, that if they have good character, attitude, right</w:t>
      </w:r>
    </w:p>
    <w:p w:rsidR="00000000" w:rsidDel="00000000" w:rsidP="00000000" w:rsidRDefault="00000000" w:rsidRPr="00000000" w14:paraId="0000050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courtesies etc, it will stick with them forever, as it will greatly affect the way they will interact with people for life, therefore they need to take it very serious and be attentive to the things they will be taught and describe it for them like a cement mixed with sand after sometimes becomes so strong that you may need a sledge hammer to remove it from where it was placed, so are the things that has been put in our life when we were small we need constant words of sledge hammer to remove them from our hearts otherwise they will be there forever, that is why, when a young man sees his father and mother fighting, he thinks it is a right thing to do and therefore he begins to practice it, when he too is married, unless it take great intervention for his memory to delete those negative things that have been programmed in his or her heart, therefore you need to be sure what is entering the hearts and minds of your children.</w:t>
      </w:r>
    </w:p>
    <w:p w:rsidR="00000000" w:rsidDel="00000000" w:rsidP="00000000" w:rsidRDefault="00000000" w:rsidRPr="00000000" w14:paraId="0000050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WEDDING GARMENTS</w:t>
      </w:r>
    </w:p>
    <w:p w:rsidR="00000000" w:rsidDel="00000000" w:rsidP="00000000" w:rsidRDefault="00000000" w:rsidRPr="00000000" w14:paraId="0000050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Educate them that like wedding garments that are worn by brides, your children should strife to wear it, as you raise them also in life, it is a gown they should make sure they honorably put on, to make their parents proud and they too will begin a circle that begat them and they should learn from your experience so that their marriage will become so successful.</w:t>
      </w:r>
    </w:p>
    <w:p w:rsidR="00000000" w:rsidDel="00000000" w:rsidP="00000000" w:rsidRDefault="00000000" w:rsidRPr="00000000" w14:paraId="0000050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MATERNITY GOWN OR UNIFORM</w:t>
      </w:r>
    </w:p>
    <w:p w:rsidR="00000000" w:rsidDel="00000000" w:rsidP="00000000" w:rsidRDefault="00000000" w:rsidRPr="00000000" w14:paraId="0000050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circle that your children will come face to face with in life as they now would want to begin to raise offspring's of their own and therefore they should prepare for it and be mentally conscious and prepare for it, for surely they will experience it, in other to fulfill, the essence of getting married and they should be successful in it too.</w:t>
      </w:r>
    </w:p>
    <w:p w:rsidR="00000000" w:rsidDel="00000000" w:rsidP="00000000" w:rsidRDefault="00000000" w:rsidRPr="00000000" w14:paraId="0000050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MATRICULATION GOWN OR UNIFORM</w:t>
      </w:r>
    </w:p>
    <w:p w:rsidR="00000000" w:rsidDel="00000000" w:rsidP="00000000" w:rsidRDefault="00000000" w:rsidRPr="00000000" w14:paraId="0000050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you want to formally begin your tertiary academic life, you should by all means put on your matriculation gown, to show that you are studying in a particular institution and you adhere to the rules and regulation of the institute to qualify you to begin to continually study there, as it is a requisite that you may need to fulfill to later be qualified to be issued a certificate based on your learning and your character as academic certificates especially the tertiary ones are always given because you are also of a good character, for if you are found wanting in your character you will be denied the certificate.</w:t>
      </w:r>
    </w:p>
    <w:p w:rsidR="00000000" w:rsidDel="00000000" w:rsidP="00000000" w:rsidRDefault="00000000" w:rsidRPr="00000000" w14:paraId="0000050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GRADUATION GOWN</w:t>
      </w:r>
    </w:p>
    <w:p w:rsidR="00000000" w:rsidDel="00000000" w:rsidP="00000000" w:rsidRDefault="00000000" w:rsidRPr="00000000" w14:paraId="0000050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attend school and you have been successful, a gown will be given to you to put on and a formal ceremony will be held for you and those that have been successful – this is what you see in your marriage if you are successful, accolades and various ceremonies will be held and you will be formally invited to attend e.g. during graduation ceremonies parent of successful candidates are always invited to take part in the ceremonial activities and some parents are specially invited to be the guest speaker etc, it is because you were able to bring up successful children who graduated that is why the ceremony was held, make your marriage to be full of those kinds of ceremonies, where you will be invited and praised for exemplary conducts etc.</w:t>
      </w:r>
    </w:p>
    <w:p w:rsidR="00000000" w:rsidDel="00000000" w:rsidP="00000000" w:rsidRDefault="00000000" w:rsidRPr="00000000" w14:paraId="0000050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SPIRITUAL GOWN/UNIFORM</w:t>
      </w:r>
    </w:p>
    <w:p w:rsidR="00000000" w:rsidDel="00000000" w:rsidP="00000000" w:rsidRDefault="00000000" w:rsidRPr="00000000" w14:paraId="0000050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the gown that you must put on at all times for your life in other to be secured in your marriage, every married woman or man must be a praying husband or wife, this is a gown you need to cover your family from physical and spiritual attack, that is a normal thing that takes place in life as the world is full of evil but you can be protected from it, if you always put on your spiritual garment, that you can only obtain from heaven if you are only connected to God in heaven, through your prayers, consistently to God, daily for that is a way to secure your marriage and it is a legacy that must be passed from generation to generation.</w:t>
      </w:r>
    </w:p>
    <w:p w:rsidR="00000000" w:rsidDel="00000000" w:rsidP="00000000" w:rsidRDefault="00000000" w:rsidRPr="00000000" w14:paraId="0000050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PRIORITIZE YOUR FAMILY</w:t>
      </w:r>
    </w:p>
    <w:p w:rsidR="00000000" w:rsidDel="00000000" w:rsidP="00000000" w:rsidRDefault="00000000" w:rsidRPr="00000000" w14:paraId="0000051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all you do, you must put your family before you engage in other things you do, for if you don't deliberately do that you may find that you will be having challenges that are not called for and it may affect your other activities negatively including your job, social and psychological life and it may be responsible for your negative attitude that you may not be aware of that will become part of you, if you are not careful, it can affect your entire marriage and consume your family.</w:t>
      </w:r>
    </w:p>
    <w:p w:rsidR="00000000" w:rsidDel="00000000" w:rsidP="00000000" w:rsidRDefault="00000000" w:rsidRPr="00000000" w14:paraId="0000051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if you put your family as a priority, you will experience excitement needed to boast and hold your family together as you will experience less friction, misunderstanding etc which a normal family should be and you will get the family activities done, with ease and it will impact on your health too positively as the most health issues presented in un-prioritized homes experienced, is high blood pressure which is a silent killer as most people do not check their blood pressure from time to time to preserve their health. Please do endeavor to priorities your family activities to get things working in your homes. And also check you and your family blood pressure from time to time, to live a healthy life.</w:t>
      </w:r>
    </w:p>
    <w:p w:rsidR="00000000" w:rsidDel="00000000" w:rsidP="00000000" w:rsidRDefault="00000000" w:rsidRPr="00000000" w14:paraId="0000051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LOOK FOR GOOD VIRTUES</w:t>
      </w:r>
    </w:p>
    <w:p w:rsidR="00000000" w:rsidDel="00000000" w:rsidP="00000000" w:rsidRDefault="00000000" w:rsidRPr="00000000" w14:paraId="0000051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really want to succeed in your marriage you need to be an harbinger of good virtues, which are the things that can make anyone want to be around you or want you to be around him/her, there are several things that you can deliberately acquire by yourself – characters that can make you outstanding e.g. good sense of humor, patience, humility, being outspoken, resilience, respectful, resourceful etc.</w:t>
      </w:r>
    </w:p>
    <w:p w:rsidR="00000000" w:rsidDel="00000000" w:rsidP="00000000" w:rsidRDefault="00000000" w:rsidRPr="00000000" w14:paraId="0000051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be a person that have a good sense of humor as marriage is not all about being serious and formal, so you need to find time out to enjoy your marriage and make fun together and say funny stories real and unreal, for you can tell a good story one day that can fit into the story for the film industry and you can became an instant hit, while wanting to have fun with your husband or wife, which also have been reported to be good for human health.</w:t>
      </w:r>
    </w:p>
    <w:p w:rsidR="00000000" w:rsidDel="00000000" w:rsidP="00000000" w:rsidRDefault="00000000" w:rsidRPr="00000000" w14:paraId="0000051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patient is a virtue that is very vital like an oxygen that human beings need to survive, that is how marriage need patient, if spouse do not learn to have patience, their marriage may not be up to twelve calendar month, which is not what marriages need, they need to have patient with each other in all they do or in all they say, for if they don't they will have themselves to blame and bitterness will characterize their marriage, which they don't need, as marriages are meant to be set on fire and to be enjoyed.</w:t>
      </w:r>
    </w:p>
    <w:p w:rsidR="00000000" w:rsidDel="00000000" w:rsidP="00000000" w:rsidRDefault="00000000" w:rsidRPr="00000000" w14:paraId="0000051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HUMILITY</w:t>
      </w:r>
    </w:p>
    <w:p w:rsidR="00000000" w:rsidDel="00000000" w:rsidP="00000000" w:rsidRDefault="00000000" w:rsidRPr="00000000" w14:paraId="0000051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virtue that the institution called marriage must have as it does not struggle with anyone and if you are humble in your marriage you will have little or no challenge as you will never say or do things that will attract that, instead you will always be comparing with your spouse and do whatever he/she wants even when it is not convenient for you to do and he/she will find out that, little or no fault can be found in you, as you are dutiful and easy going in all you do or speak, this is a value that is required to be possessed by all married people as you are not in any competition with your spouse but, you are to cooperate with him or her in other that you move your family to the next level as you may have planned where peace and harmony pervades your marital life and it will be seen by all. Such marriages are always peaceful and productive this is a way you can make your marriage to become successful.</w:t>
      </w:r>
    </w:p>
    <w:p w:rsidR="00000000" w:rsidDel="00000000" w:rsidP="00000000" w:rsidRDefault="00000000" w:rsidRPr="00000000" w14:paraId="0000051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OUTSPOKEN</w:t>
      </w:r>
    </w:p>
    <w:p w:rsidR="00000000" w:rsidDel="00000000" w:rsidP="00000000" w:rsidRDefault="00000000" w:rsidRPr="00000000" w14:paraId="0000051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Making your marriage successful entails that you make known your feelings by communicating it clearly and loudly to your spouse in all you do and say, either when he/she is there or not as you may be making him/her realize that</w:t>
      </w:r>
    </w:p>
    <w:p w:rsidR="00000000" w:rsidDel="00000000" w:rsidP="00000000" w:rsidRDefault="00000000" w:rsidRPr="00000000" w14:paraId="0000051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are there for him/her and you are not making any secret of it and you are ready to make everyone know it and you are not ashamed about it, it sends very powerful message of trust and confidence to your spouse and most times your spouse, will always respond either in kind or in getting or giving you more attention and would want to be more associated with you and will be proud of himself or herself and every time.</w:t>
      </w:r>
    </w:p>
    <w:p w:rsidR="00000000" w:rsidDel="00000000" w:rsidP="00000000" w:rsidRDefault="00000000" w:rsidRPr="00000000" w14:paraId="0000051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RESILIENCE</w:t>
      </w:r>
    </w:p>
    <w:p w:rsidR="00000000" w:rsidDel="00000000" w:rsidP="00000000" w:rsidRDefault="00000000" w:rsidRPr="00000000" w14:paraId="0000051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be resilient, you need to tell your spouse by what you say and do, that no matter what the circumstance is, that you are still there for him/her and you are so sure of it and you need to burst with energy in your speeches or words to him/her. This is a great lift that can make your spouse too to want to survive any challenge as there is sure to be challenges that will rear their head at times. Some may be positive and others negative, no matter which one comes your way, you should be resilient as these challenges are not meant to be there always and they will soon pass away, just like time runs.</w:t>
      </w:r>
    </w:p>
    <w:p w:rsidR="00000000" w:rsidDel="00000000" w:rsidP="00000000" w:rsidRDefault="00000000" w:rsidRPr="00000000" w14:paraId="0000051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RESPECTFUL</w:t>
      </w:r>
    </w:p>
    <w:p w:rsidR="00000000" w:rsidDel="00000000" w:rsidP="00000000" w:rsidRDefault="00000000" w:rsidRPr="00000000" w14:paraId="0000051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be respectful is to be conscious that you cannot be an island and that you need to respect others and even yourself for other to respect you, it is an attribute that the spouse need in other to show that they are well brought up in life and they are in their marriage to make it successful. Spouse that show respect in their marriages are the ones that know that there are rules that govern marriages and respect is at the top of it and they must respect themselves in other to have a successful marriage that can stand the test of time or enviable, where there will be peace and understanding, they must not wait for anyone to, for example greet you first before you reciprocate anyone can initiate the greetings or due regards, for it takes nothing away from you, instead it will make your partner to respect you more and think highly of you always and that can be translated to other areas of your marriage which is always positive, there is no loser in being respectful, instead you get all the accolades and recognition that you need to promote your marriage.</w:t>
      </w:r>
    </w:p>
    <w:p w:rsidR="00000000" w:rsidDel="00000000" w:rsidP="00000000" w:rsidRDefault="00000000" w:rsidRPr="00000000" w14:paraId="0000051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RESOURCEFUL</w:t>
      </w:r>
    </w:p>
    <w:p w:rsidR="00000000" w:rsidDel="00000000" w:rsidP="00000000" w:rsidRDefault="00000000" w:rsidRPr="00000000" w14:paraId="0000052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Spouse that are resourceful are always appreciated and they raise the standard of the family as you must not depend on one partner to make available all the needs of the family and you engage yourself in productive ventures that brings income for the family, some spouse are known to have rescued their family in times of down turns or economic depression or more practically the recent outburst of the</w:t>
      </w:r>
    </w:p>
    <w:p w:rsidR="00000000" w:rsidDel="00000000" w:rsidP="00000000" w:rsidRDefault="00000000" w:rsidRPr="00000000" w14:paraId="0000052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pandemic has rendered many husbands/wives jobless and the resourceful ones have been known to be innovative and by that their family have found a way of mitigating the negative effect of the COVID-19 pandemic that has ravaged the entire world. It is expected that my readers should be resourceful in their marriage as you cannot easily predict the times and seasons any longer and it is only the resourceful families that will stand the test of those challenging times and their family will still stand as a unit, as many families have gone apart because of those challenges, never allow such to be your portion. Strife to make your marriage a success and envy.</w:t>
      </w:r>
    </w:p>
    <w:p w:rsidR="00000000" w:rsidDel="00000000" w:rsidP="00000000" w:rsidRDefault="00000000" w:rsidRPr="00000000" w14:paraId="0000052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honestly other virtues that should be present in marriages, which can make your marriage a success, some of which are honesty, speaking right, calmness, dutifulness, kindness, not being greedy etc, you need to really know the marriage you are in and you need to work very well on your virtue so that your spouse can speak for you and when you come back and you are asked, you will say the same thing your spouse said, for you need it as trust is very important in marriage especially if you hope for a successful marriage especially for Christians as it is an injunction, reverence your husband for there is a chance that out of your reverence even when he is bad he may want to see reasons to be positively compliant.</w:t>
      </w:r>
    </w:p>
    <w:p w:rsidR="00000000" w:rsidDel="00000000" w:rsidP="00000000" w:rsidRDefault="00000000" w:rsidRPr="00000000" w14:paraId="0000052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LISTEN TO THE WRONG PEOPLE</w:t>
      </w:r>
    </w:p>
    <w:p w:rsidR="00000000" w:rsidDel="00000000" w:rsidP="00000000" w:rsidRDefault="00000000" w:rsidRPr="00000000" w14:paraId="0000052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if you want to make your marriage a success that you deliberately do not listen to the counsel of wrong and failed people as listening to them is setting up the stage to put your marriage in arms way and that may not really be what you need at this point in time of your marriage. For example, you are married and the people that gives you counsel are all failed people in marriage, they may likely give you counsel that led to their own failure and your own marriage too may fail, some may in truth be giving you advice out of ignorance while some others may be doing, so out of their own limitation some may be a deliberate counsel to throw you out of your marriage so that you join them in not being married so that your friendship can become stronger. I urge you to flee from such association at best listen to them but be wise and seek good counsel, deliberately from people who are in marriage and are doing well which can be seen as reflected by the standard of the children they have raised and their responses to issues.</w:t>
      </w:r>
    </w:p>
    <w:p w:rsidR="00000000" w:rsidDel="00000000" w:rsidP="00000000" w:rsidRDefault="00000000" w:rsidRPr="00000000" w14:paraId="0000052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take into consideration that the soul aim in listening to anyone is to make your marriage a success and anything short of it, is not healthy and you should by all means walk away consciously from it and do not have a rethink or apology to or for anyone as the survival of your marriage is more important to you</w:t>
      </w:r>
    </w:p>
    <w:p w:rsidR="00000000" w:rsidDel="00000000" w:rsidP="00000000" w:rsidRDefault="00000000" w:rsidRPr="00000000" w14:paraId="0000052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than any friendship or association as they will not be there with you when you may be suffering, the humiliation, recrimination etc of a failed marriage, which is mostly the cases of eighty percent of the failed marriages for if some of them had, had an opportunity of a good counsel or reading this book, they may not have left their marriages or their marriages would not have failed/crashed.</w:t>
      </w:r>
    </w:p>
    <w:p w:rsidR="00000000" w:rsidDel="00000000" w:rsidP="00000000" w:rsidRDefault="00000000" w:rsidRPr="00000000" w14:paraId="0000052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IMBIBE A BAD HABIT</w:t>
      </w:r>
    </w:p>
    <w:p w:rsidR="00000000" w:rsidDel="00000000" w:rsidP="00000000" w:rsidRDefault="00000000" w:rsidRPr="00000000" w14:paraId="0000052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that by all means you do not imbibe a bad habit, that can be detrimental to your life or your marriage as this could be dangerous and should never be seen or exhibited in any marriage by any of the spouse, no matter how you see it as just a little bad habit, in truth when you begin a bad habit you need grace to overcome it, even when you are now conscious that it is not the right habit to posses, that is why you do not begin anyone, no matter how bad you think your spouse is and therefore you are tempted to reciprocate with bad act, you will only get yourself hurt in the end for what you describe as small may be negatively interpreted by your spouse and he too may now respond in bad kind as he may be thinking, could it be that, that small thing I did that made him/her to be acting this way etc and sometimes what you are responding to, may not have been taken note of by your spouse but you have responded negatively and he/she, in angered and in bad fate have responded negatively both of you may be playing a dangerous game, as it graduates you may not be able to stop, until it may consume you or your marriage and it may be too late then, when you want to retrace your steps backward. Your bad habit can infect people around you, as some of them may think that what you are engaging in is the right thing to do, the worse of which could be that, your children may copy it from you and they begin to practice it, unknown to you, as they grow up, maybe they start it with you and you may react negatively not realizing that they got it from you and they have now even become an expert in it.</w:t>
      </w:r>
    </w:p>
    <w:p w:rsidR="00000000" w:rsidDel="00000000" w:rsidP="00000000" w:rsidRDefault="00000000" w:rsidRPr="00000000" w14:paraId="0000052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children out of ignorance do transport it to their marriage and this</w:t>
      </w:r>
    </w:p>
    <w:p w:rsidR="00000000" w:rsidDel="00000000" w:rsidP="00000000" w:rsidRDefault="00000000" w:rsidRPr="00000000" w14:paraId="0000052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has been the challenges in homes that experience violence, malice etc. Bad habits have never been known to promote good marriage, so like a plague, go far from it, and if you want to really see your marriage survive.</w:t>
      </w:r>
    </w:p>
    <w:p w:rsidR="00000000" w:rsidDel="00000000" w:rsidP="00000000" w:rsidRDefault="00000000" w:rsidRPr="00000000" w14:paraId="0000052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Rather if you see any trace of any bad habit in your spouse, you should be watchful and respectfully call his/her attention and calmly explain your observation and see how both of you can work it out, as you should be able to tell your spouse, the negative effects of bad habits and the likely outcome which will not benefit your marriage that you want your marriage to succeed, you should be aware that it is not just to draw his/her attention and that's all etc no, it is that you</w:t>
      </w:r>
    </w:p>
    <w:p w:rsidR="00000000" w:rsidDel="00000000" w:rsidP="00000000" w:rsidRDefault="00000000" w:rsidRPr="00000000" w14:paraId="0000052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have to work together, observe and duly bring to his/her knowledge your further observations etc so that you can put that habit to rest.</w:t>
      </w:r>
    </w:p>
    <w:p w:rsidR="00000000" w:rsidDel="00000000" w:rsidP="00000000" w:rsidRDefault="00000000" w:rsidRPr="00000000" w14:paraId="0000052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RE-PROGRAM YOURSELF TO MAKE YOUR MARRIAGE A SUCCESS</w:t>
      </w:r>
    </w:p>
    <w:p w:rsidR="00000000" w:rsidDel="00000000" w:rsidP="00000000" w:rsidRDefault="00000000" w:rsidRPr="00000000" w14:paraId="0000052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Too many times we think that we know it all and this leads to failure and resentment by others this, is the situation that happens in marriages, therefore, when you are married and your partner complains to you about your attitude do not dismiss it but listen and see how you can work it out, even when you think you are correct because in the persons world view the way you understand it is not the same thing with his/her own, therefore you need to strike a balance and see that you understand it from his/her perspective so that both of you can work as a union, otherwise you will have a very poor working or marital relationship, for most times, your level of education does not matter in your relating in your marriage, you need to sometimes want to be in the other persons shoe too, so that you see how it feels, to be either the wife/husband in the relationship without which your report card in marriage may not be up to average, if properly married, for every marriage has its own peculiarity even if both of you are professors in the same field, you will still view, issues differently at the same time.</w:t>
      </w:r>
    </w:p>
    <w:p w:rsidR="00000000" w:rsidDel="00000000" w:rsidP="00000000" w:rsidRDefault="00000000" w:rsidRPr="00000000" w14:paraId="0000052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you are married you need to configure your thoughts, attitudes, etc to conform with the person you are married to, it is to be able to relate effectively with your spouse but not to change you, for instance if you have a compartment that can only accommodate only a two mouth plug, whereas you own plug is a three mouth plug, it will be difficult to use that two mouth plug, therefore you may need to adopt and adjust to be able to use it or you will need to get a three mouth plug, to be able to use that device, so it is in marriage, you need to specially adapt and you have to adapt correctly for, if you adapt wrongly, you will still not get it right.</w:t>
      </w:r>
    </w:p>
    <w:p w:rsidR="00000000" w:rsidDel="00000000" w:rsidP="00000000" w:rsidRDefault="00000000" w:rsidRPr="00000000" w14:paraId="0000053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Importantly, if a woman acts badly in her marriage it may likely affect the whole of the family. This is very instructive and should be taken seriously by the women folk in the marriage as it is easier for a marriage to come to an end, if it is the woman that wants the end of that marriage, as they (women) seem to hold the soul of the marriage, as she can become very patient and tolerate much more than the men folks, for if a woman starts to act badly in the marriage, the recrimination and disapproval is sometimes not thought through before she is sent out of the house or disciplined but the woman can be tolerating most nonsense their husband do for years, you will not hear of serious quarrels, disagreements or recrimination in the home as she would be thinking of herself, her children and even her husband that is</w:t>
      </w:r>
    </w:p>
    <w:p w:rsidR="00000000" w:rsidDel="00000000" w:rsidP="00000000" w:rsidRDefault="00000000" w:rsidRPr="00000000" w14:paraId="0000053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bad and uncompromising and uncooperative.</w:t>
      </w:r>
    </w:p>
    <w:p w:rsidR="00000000" w:rsidDel="00000000" w:rsidP="00000000" w:rsidRDefault="00000000" w:rsidRPr="00000000" w14:paraId="0000053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But it must also be said that if you treat your husband like a king and from time to time you guys engage in heart to heart discussion, he may want to give you confessions, he may not ordinarily give you before and may want to act rightly especially if you speak to him in a responsible way and you find 'his' right time to do that, every man has a right time, please always find out which is the right time to always speak to your husband, if you always get that time right, you may even succeed in being able to get him to be on your side even in critical issues, he used to have disagreements with you, you see that, if a woman acts rightly she is most likely to sustain and succeed in her marriage more than a woman that may act badly in her marriage.</w:t>
      </w:r>
    </w:p>
    <w:p w:rsidR="00000000" w:rsidDel="00000000" w:rsidP="00000000" w:rsidRDefault="00000000" w:rsidRPr="00000000" w14:paraId="0000053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a woman acts badly in her marriage, her entire family will feel the effect, for instance, most children at home look forward to their mother in getting things done in the home or sometimes to be able to get, some essential things from the father he/she may not be able to adequately explain to the father and the father may dismiss him/her but if the mother has a good relationship or rapport with her husband she will be able to get that same thing the son or daughter could not get, thereby making the son or daughter to go and get it by other means which may not be to the good of the child and the family, some children that are on the streets now acting unruly or do little pick pockets etc may just have been products of this kind of scenario described above and this too as can be seen also affects the society. So women are therefore admonished to be able to have good rapport with their husbands, to eliminate some challenges that our children will face in the future.</w:t>
      </w:r>
    </w:p>
    <w:p w:rsidR="00000000" w:rsidDel="00000000" w:rsidP="00000000" w:rsidRDefault="00000000" w:rsidRPr="00000000" w14:paraId="0000053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BECOME TOO RELEVANT FOR YOUR SPOUSE TO IGNORE</w:t>
      </w:r>
    </w:p>
    <w:p w:rsidR="00000000" w:rsidDel="00000000" w:rsidP="00000000" w:rsidRDefault="00000000" w:rsidRPr="00000000" w14:paraId="0000053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Yes, you can become too relevant for your spouse to ignore, all you need to do is to be good in different things in every field, be it business, finance, sports, education, politics etc and see how he/she will be relying on you for those information and he/she will be using it to brag, especially in your absence outside the home and he will be receiving commendations and praises that should actually come to you, that may be the reason he/she will be ignoring your other short comings which ordinarily would have brought serious quarrel, but because he or she finds you very good in the areas that he/she gets commendation outside, he/she would want to overlook you and move on with a little complain.</w:t>
      </w:r>
    </w:p>
    <w:p w:rsidR="00000000" w:rsidDel="00000000" w:rsidP="00000000" w:rsidRDefault="00000000" w:rsidRPr="00000000" w14:paraId="0000053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Another quick way you can become too relevant is to observe closely and know the area of weakness of your spouse and fill the gap, every human being has an area(s) he would not be able to do absolutely well, be it in counting money,</w:t>
      </w:r>
    </w:p>
    <w:p w:rsidR="00000000" w:rsidDel="00000000" w:rsidP="00000000" w:rsidRDefault="00000000" w:rsidRPr="00000000" w14:paraId="0000053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politics, business etc, you only need to become an expert in that area and he/she will be following you to get that information you may start by giving it unsolicited and if he/she know that you are that good in that area, you will always be in his/her thoughts and you will become too relevant, for him/her not to be able to reject, you might just be shocked that in almost all his/her plans you are always within the plans, but this is not a license for you to misbehave and step out of bound but it should be a time to assist your spouse to improve your family so that your marriage will be on a good foundation and both of you will enjoy your marriage.</w:t>
      </w:r>
    </w:p>
    <w:p w:rsidR="00000000" w:rsidDel="00000000" w:rsidP="00000000" w:rsidRDefault="00000000" w:rsidRPr="00000000" w14:paraId="0000053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BEAUTY OF A WOMAN IS GRACIOUS</w:t>
      </w:r>
    </w:p>
    <w:p w:rsidR="00000000" w:rsidDel="00000000" w:rsidP="00000000" w:rsidRDefault="00000000" w:rsidRPr="00000000" w14:paraId="0000053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That you are a beautiful woman is great but it should not be a license for any woman to want to take negative advantage and misbehave and thereby endanger your marriage, which you originally do not plan to buy your attitudes now threaten it. When you are married you should make it a point of duty to speak kind and soothing words which underlies the essence of being a married person as it is believed that you are now a fit and responsible person to get married and associate with someone else, who is also tagged to be fit and responsible, so when you get married and you are devoid of kind and soothing words, then, it is a sign that you are indeed not fit and proper to get married because it was expected that you will now be taking care of another human being(s) that you should nature to become fit and proper person to get married and the circle continues that is the hope but if you fail in this process, you have not fully fulfill the purpose of your getting married or you have not meet the expectation of a married person. You need to honestly raise your standard to meet the marital standard if you are in marriage or you want to be in marriage, if you have not, it is not too late to seek and read to show yourself approved, so you can get married and get married responsibly. One of the way to show that you are approved is that you will be tempered in your words and you will speak responsibly always.</w:t>
      </w:r>
    </w:p>
    <w:p w:rsidR="00000000" w:rsidDel="00000000" w:rsidP="00000000" w:rsidRDefault="00000000" w:rsidRPr="00000000" w14:paraId="0000053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LOVE NEVER LOSES HOPE</w:t>
      </w:r>
    </w:p>
    <w:p w:rsidR="00000000" w:rsidDel="00000000" w:rsidP="00000000" w:rsidRDefault="00000000" w:rsidRPr="00000000" w14:paraId="0000053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true that if you love someone you never lose hope in them or in the person you claim to love and you should have the knowledge that there is no how you think anyone is perfect that you may not find one thing or the other that you do not appreciate in him/her and when you find those things about the person and you truly love the person, you should be able to ignore such thing (attitude) or so, otherwise you will move on to someone else and find a worse thing, you may find not palatable and you move on again and you may end up disappointing yourself</w:t>
      </w:r>
    </w:p>
    <w:p w:rsidR="00000000" w:rsidDel="00000000" w:rsidP="00000000" w:rsidRDefault="00000000" w:rsidRPr="00000000" w14:paraId="0000053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others that you have been in relationship with or it is possible that you indeed, do not love the person but you only think that you really love your spouse. For, if you truly love the person you will be around with the person and not give up, but, assist him/her to see that what you see that is not good in him/her is taken away either, spiritually, through seminars, a counselor etc for if both of you keep working on it, it will become a thing of the past that is why you need to keep faith with one another and be patient. Before you work on the issues troubling your spouse, you should not duel in his/her weakness, for if you duel on his/her weakness you may not get the best out of her/him, for if you do, it may be unfortunate that you will have a turbulent relationship that may lead to pains that you may transfer to another relationship(s) and it may just remain your lot and this does not make for a good marriage. Some marriages have ended because of very simple things (attitude) that should or can be overlooked or worked on and later have a superlative marriage, for example, married couple are said to have separated because the husband over the years has been complaining of his wife, not shaving her armpit and therefore, it smells while they are in bed and in intimate mood and it led to fight that day and it was not settled as it escalated and they had to separate and go their separate ways, this is a simple thing that could have been settled and they may still be in their marriage.</w:t>
      </w:r>
    </w:p>
    <w:p w:rsidR="00000000" w:rsidDel="00000000" w:rsidP="00000000" w:rsidRDefault="00000000" w:rsidRPr="00000000" w14:paraId="0000053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SAY ONLY WORDS THAT CARRY POSITIVE NOTES</w:t>
      </w:r>
    </w:p>
    <w:p w:rsidR="00000000" w:rsidDel="00000000" w:rsidP="00000000" w:rsidRDefault="00000000" w:rsidRPr="00000000" w14:paraId="0000053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have a successful marriage, you must have to become an unusual person that only speaks words to your spouse that is only filled with positive notes and if you have filled your spirit, soul and body with positive notes you will become valuable to your spouse that even you will be a little bit taken aback because when you speak words of only positive notes to your spouse, you after sometime would be able to actually be the object of wonder to your spouse, for it is very unusual, if for instance, your spouse tells you, you are stupid and untrained from your father and mother's house, your family is not a good one etc and you respond to him by saying, my lovely husband the one that is the crown of my head, God will bless you and uplift you for us your family, anyone that curse you will be cursed for you are a good husband of your family etc I am sure your spouse will be physically shocked even if he does not express it to you but if you do it consistently, that man will become too shocked to be able to speak any negative word to you over the years, you guys will become so close and he will have undying respect for you, until the dying days of his life and will be so uncomfortable if he ever says any evil word to you.</w:t>
      </w:r>
    </w:p>
    <w:p w:rsidR="00000000" w:rsidDel="00000000" w:rsidP="00000000" w:rsidRDefault="00000000" w:rsidRPr="00000000" w14:paraId="0000053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may just take control of that home effortlessly. This preposition may seem to be impossible, but it is very possible if you positively position your mind to do what I described to you, if you think it is not possible just start by being quiet if anyone especially your spouse, says a negative word(s) to you, then the next time just say thank you and the other time, I love you my husband or wife, God bless you, if you keep on this it will soon become part of you and you will be comfortable with it soon and after sometimes your husband becomes uncomfortable to speak evil words to you and you even take over the family. And you must not stop because he or she has stooped saying negative words to you, keep doing it – speaking only positive words so that it takes root in your life and it envelops everyone in the family and even your close friends and family members because, if you stop, you run the risk of a reversal of the gains that you have made, you are doing that not because you are not capable of returning to him/her also with the same kind of negative words, but because you have consciously made up your mind to make sure that your marriage succeeds and you enjoy the benefits of marriage. You should be aware that what you speak in your marriage comes to past, so only decide to speak positive words that will bring favour to your marriage and leave the negative words that will not bring success.</w:t>
      </w:r>
    </w:p>
    <w:p w:rsidR="00000000" w:rsidDel="00000000" w:rsidP="00000000" w:rsidRDefault="00000000" w:rsidRPr="00000000" w14:paraId="0000054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ALWAYS GIVE AND PAY UNDIVIDED ATTENTION TO YOUR SPOUSE</w:t>
      </w:r>
    </w:p>
    <w:p w:rsidR="00000000" w:rsidDel="00000000" w:rsidP="00000000" w:rsidRDefault="00000000" w:rsidRPr="00000000" w14:paraId="0000054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do not give due attention to your spouse, you are setting problems and challenges in your marriage that will trail it for a long time and could pose a real challenge to that marriage ending up in divorce – yes, it can be as serious as that for not giving attention leads to frustrations and it is expressed in various ways, that we cannot explain precisely as everyone reacts differently. Even if it means switching off your phone so that you are able to give him/her due attention, for this thing, as little as switching off your phone can save your marriage or relationship for all human being like attention and respect especially when they are communicating with you be interested in your spouse discussion and make a genuine contribution that will assist him or both of you in that discussion, even if he/she calls you to complain about you or what you must have said to him, still be interested and wholeheartedly give suggestions and contributions that will assist him/her to understand your actions, so that both of you can enjoy your marriage.</w:t>
      </w:r>
    </w:p>
    <w:p w:rsidR="00000000" w:rsidDel="00000000" w:rsidP="00000000" w:rsidRDefault="00000000" w:rsidRPr="00000000" w14:paraId="0000054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keep giving your spouse attention, he or she will also get the attention back and in other areas of your marriage too as he/she will be giving you attention that you do not even deserve, because you have given him/her attention</w:t>
      </w:r>
    </w:p>
    <w:p w:rsidR="00000000" w:rsidDel="00000000" w:rsidP="00000000" w:rsidRDefault="00000000" w:rsidRPr="00000000" w14:paraId="0000054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he or she needs attention and in doing this you are creating an unusual advantage to yourself in your marriage that will only make your marriage to become valuable and stand any heat that may come as it is not unexpected.</w:t>
      </w:r>
    </w:p>
    <w:p w:rsidR="00000000" w:rsidDel="00000000" w:rsidP="00000000" w:rsidRDefault="00000000" w:rsidRPr="00000000" w14:paraId="0000054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KEY TO A SUCCESSFUL MARRIAGE IS NOTE LOVE</w:t>
      </w:r>
    </w:p>
    <w:p w:rsidR="00000000" w:rsidDel="00000000" w:rsidP="00000000" w:rsidRDefault="00000000" w:rsidRPr="00000000" w14:paraId="0000054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and love are highly related and can almost be interchanged for each other but, it is not all there is to marriage but you must look beyond it to birth a successful marriage for love on its own cannot sustain your marriage, if for instance you love your spouse so well, but each time he/she comes to the house and you speak to him roughly repeatedly, you will find out that there will be quarrels, confrontations, fights etc and if it happens and frustration sets in and yet you still love him/her one day, you will find out that the love you had for him/her could not sustain your marriage, it therefore tells you that, love on its own cannot sustain marriage but you need to mix love with other characteristics that, can sustain your marriage.</w:t>
        <w:tab/>
        <w:t xml:space="preserve">Also just imagine a beautiful girl, has a very bad temper or anger, she will attract very many men but, she will not be able to have anyone to get married to her, for anger is one of the greatest enemy that can speak against anyone who want to get married as it is a draw back and especially for a lady it be so challenging as she will be angry with the right person who wants to get married to her, severally without her knowing that she has been doing so and the tragedy is that angry people don't listen to you when you speak to them, but they hear you and they are too bitter to understand and men are most times too afraid to tell them the truth especially if they have been satisfied with her and are only there as a temporary measure therefore anyone of my reader that posses the spirit of bitterness and anger or associated character should drop it forthwith as, it is a very bad energy that even physically and spiritually robs you of, favour, good friendships, respect, value etc as people do not always take you serious, but, no one seriously is able to truly call your attention to it, as they always would conclude that, that is your life style and therefore, you have to be left that way, until you realize yourself and who knows, it may just be too late for you, you will then be desperate and you may miss it, if you are not properly guided or God steps in for you, so that you do not make mistake that will lead you astray. For some married people have been known to lose their marriage out of anger, bitterness etc.</w:t>
      </w:r>
    </w:p>
    <w:p w:rsidR="00000000" w:rsidDel="00000000" w:rsidP="00000000" w:rsidRDefault="00000000" w:rsidRPr="00000000" w14:paraId="0000054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do and say things that will make your marriage to be successful</w:t>
      </w:r>
    </w:p>
    <w:p w:rsidR="00000000" w:rsidDel="00000000" w:rsidP="00000000" w:rsidRDefault="00000000" w:rsidRPr="00000000" w14:paraId="0000054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only love cannot and will not sustain you marriage, but be kind, be of great value etc.</w:t>
      </w:r>
    </w:p>
    <w:p w:rsidR="00000000" w:rsidDel="00000000" w:rsidP="00000000" w:rsidRDefault="00000000" w:rsidRPr="00000000" w14:paraId="0000054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SEVERE RELATIONSHIPS THAT ARE A TREAT TO YOUR MARRIAGE</w:t>
      </w:r>
    </w:p>
    <w:p w:rsidR="00000000" w:rsidDel="00000000" w:rsidP="00000000" w:rsidRDefault="00000000" w:rsidRPr="00000000" w14:paraId="0000054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should as a matter of urgency terminate any relationship(s) that is a treat to your marriage, for most times, it is relationships we keep outside our marriage that leads to the disintegration of most marriages and if we had terminated them our marriage may still be intact, therefore it is important that as we have known this, we should quickly evaluate all your relationships outside your marriage and see which one is not relevant and a likely treat to your marriage so that you need to terminate those relationships and observe the remaining one's and see if you need to still terminate any one further, so that your marriage will be strong and standing, be they your close friends, relatives exes etc choose those relationships that are a treat to your marriage as it is mostly people that are close to you that are a treat to your marriage, for the kind of things you hear and been encouraged to do, will not serve your marriage well, you need to be so circumspect and urgently do something about it.</w:t>
      </w:r>
    </w:p>
    <w:p w:rsidR="00000000" w:rsidDel="00000000" w:rsidP="00000000" w:rsidRDefault="00000000" w:rsidRPr="00000000" w14:paraId="0000054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if your spouse has ever asked you to terminate a relationship as he/her views it as a treat to your marriage and you are still in that relationship you may only just be playing with fire, that may consume your marriage soon and that is not your intention, for some spouse do take cheap advantage of the fact that, they have warned you and you did not heed their advice and they can no longer keep up with you again, for you may not be privileged to some information he or she has about, those people he/she asked you not to be associated with again which may have assisted you, if you had, left that relationship.</w:t>
      </w:r>
    </w:p>
    <w:p w:rsidR="00000000" w:rsidDel="00000000" w:rsidP="00000000" w:rsidRDefault="00000000" w:rsidRPr="00000000" w14:paraId="0000054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LIMIT THE INFORMATION YOU GIVE OUT ABOUT YOUR MARRIAGE</w:t>
      </w:r>
    </w:p>
    <w:p w:rsidR="00000000" w:rsidDel="00000000" w:rsidP="00000000" w:rsidRDefault="00000000" w:rsidRPr="00000000" w14:paraId="0000054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to be discreet about information about your marriage, for you do not at all need to give any information about your marriage out, not to talk of giving critical inform about your marriage out, even if you consider the people to be your close friends or family members, however if it is a life threatening information, you should share it with your family and friends in other to be safe, as some people who are constantly abused in their marriage, do not speak up and their spouse have taken that advantage and continued the physical abuse and that has led to the death of some people, which could have been avoided if they had spoken up, it is lifesaving to report domestic violence which is mostly perpetrated by men, in marriages.</w:t>
      </w:r>
    </w:p>
    <w:p w:rsidR="00000000" w:rsidDel="00000000" w:rsidP="00000000" w:rsidRDefault="00000000" w:rsidRPr="00000000" w14:paraId="0000054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Regarding other information about your marriage, like finance, little</w:t>
      </w:r>
    </w:p>
    <w:p w:rsidR="00000000" w:rsidDel="00000000" w:rsidP="00000000" w:rsidRDefault="00000000" w:rsidRPr="00000000" w14:paraId="0000054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squabbles, quarrels, care of the children etc should be sorted out by spouse in other to have peace as it is possible, for the people you give information, may not be able to manage the information properly and therefore could cause further problem in the marriage, which is not too good if you don't limit the information you give out you may be shocked when you would learn about what happened in your home will be twisted and it will take a dimension you will not believe and it may anger you and you may even want to quarrel with the person you told, who told someone else etc.</w:t>
      </w:r>
    </w:p>
    <w:p w:rsidR="00000000" w:rsidDel="00000000" w:rsidP="00000000" w:rsidRDefault="00000000" w:rsidRPr="00000000" w14:paraId="0000054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then better to try to manage your home with tact and patience for sometimes what you may have told the person, may have changed at home, e.g. if your spouse had refused to take care of the school fees of the children for some time and you had told your friend, he/she told someone else and after sometime, your spouse has a change of mind, the information that your spouse refused to take care of the children school fees, may not be able to be paid in full now and some people may still have the notion that your spouse does not pay the school fees of the children at home and he may even suffer abuse as a result of that whereas, your spouse had now seen reason to begin to pay or assist the family with the school fees of the children. This is just one example of what can happen when you give your marital information to the public there are other more serious things that can occur if you carelessly give your marital information to friends and family members by all means, limit the information you give out or eliminate it entirely.</w:t>
      </w:r>
    </w:p>
    <w:p w:rsidR="00000000" w:rsidDel="00000000" w:rsidP="00000000" w:rsidRDefault="00000000" w:rsidRPr="00000000" w14:paraId="0000055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PROVIDE SECURITY FOR YOUR FAMILY</w:t>
      </w:r>
    </w:p>
    <w:p w:rsidR="00000000" w:rsidDel="00000000" w:rsidP="00000000" w:rsidRDefault="00000000" w:rsidRPr="00000000" w14:paraId="0000055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that you provide security for your family so that they will not be in arms way, thereby bringing grief to the family, it should be noted that there are various ways you can do that. Physicals security, emotional security, financial security, educational security etc it is important that you provide physical security for your family by ensuring that you have relevant security numbers on your phone and you make it available to all members of your family in other for them to contact the security personnel when the need arises, you should endeavor to house them in a secured environment and make sure that they have secured doors, windows etc and that you adequately update them with security information from time to time, as they may need it to act, especially when you are not around and they are on their own, as my readers should make sure that every day when every member of the family has entered the house you should go round and check, if the doors are locked and the family should have a protocol in the house to open door for strangers etc these little things can keep your family secured and by extension, keep your</w:t>
      </w:r>
    </w:p>
    <w:p w:rsidR="00000000" w:rsidDel="00000000" w:rsidP="00000000" w:rsidRDefault="00000000" w:rsidRPr="00000000" w14:paraId="0000055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secured and successful, at a particular time everybody must be inn.</w:t>
      </w:r>
    </w:p>
    <w:p w:rsidR="00000000" w:rsidDel="00000000" w:rsidP="00000000" w:rsidRDefault="00000000" w:rsidRPr="00000000" w14:paraId="0000055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Emotional security is important in making your marriage successful for if your spouse is emotionally stable, it will impact on the marriage successfully, you need to keep your spouse satisfied emotionally, which would make your spouse want to be with you and do whatever he/she can do to make the marriage successful. Educational security – It is important to make sure that your family is educationally secured as education gives someone confidence to push through in life and make us to know our rights to keep us secured. It solves many other issues.</w:t>
      </w:r>
    </w:p>
    <w:p w:rsidR="00000000" w:rsidDel="00000000" w:rsidP="00000000" w:rsidRDefault="00000000" w:rsidRPr="00000000" w14:paraId="0000055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AN UNCONDITIONAL LOVER</w:t>
      </w:r>
    </w:p>
    <w:p w:rsidR="00000000" w:rsidDel="00000000" w:rsidP="00000000" w:rsidRDefault="00000000" w:rsidRPr="00000000" w14:paraId="0000055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want your marriage to be successful, you then need to love your spouse unconditionally without any much complain but suggest to him/her how both of you would have a successful marriage, for example if you see no wrong in your partner but only the positive things you comment and focus on and speak about it, your spouse will become whom you want him or her to be in your marriage as he would become what you focus on and would, without question drop all the attitudes that are not fitting for your marriage as he/she now sees that you never speak about the negative things he/she does, that is how a normal human being behaves speak the language of love, which is soft, heart warming, encourages, filled with hope etc.</w:t>
      </w:r>
    </w:p>
    <w:p w:rsidR="00000000" w:rsidDel="00000000" w:rsidP="00000000" w:rsidRDefault="00000000" w:rsidRPr="00000000" w14:paraId="0000055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STILL HAVE FUN</w:t>
      </w:r>
    </w:p>
    <w:p w:rsidR="00000000" w:rsidDel="00000000" w:rsidP="00000000" w:rsidRDefault="00000000" w:rsidRPr="00000000" w14:paraId="0000055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Having fun is good to keep your marriage going as it acts like a piece of wood that is thrown in the fire, when it is consumed, the fire is kindled and never goes out and there has to be a repetition of throwing of log in the fire to keep it lighted as long as you keep throwing of log on the fire, so is catching fun to a marriage, your marriage will keep being fresh each time you find time to catch fun, together and the good thing is you don't need money to catch fun it could just be telling stories about your primary school days and the activities and the role you played or a particular teacher that you liked or did not like you, the friends you had and how some of them react to the fun you had when you run into them or gist about your secondary school or university, your favorite course, lecturers, classmates, role models, likes and dislikes in your university days and about famous hostels incidents etc as there are really stories that are interesting that shaped our humanity. taking a walk together sometimes and asking and saying plans of the future to yourselves can also be a way of having fun, children can become an important part of the fun in marriages, if for example in the evenings you get your children together, each telling either a fiction story or stories about themselves that</w:t>
      </w:r>
    </w:p>
    <w:p w:rsidR="00000000" w:rsidDel="00000000" w:rsidP="00000000" w:rsidRDefault="00000000" w:rsidRPr="00000000" w14:paraId="0000055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family need to know about or asking everyone including parents or grandparents where they are available to take up a role and act a play for all to laugh either individually or you divide yourselves into two or more families to act a like play for all of you to have fun and some of your children could display good and great talent that may need to be furthered or everyone take turn to sing his/her favorite song that could have been a nice fun time.</w:t>
      </w:r>
    </w:p>
    <w:p w:rsidR="00000000" w:rsidDel="00000000" w:rsidP="00000000" w:rsidRDefault="00000000" w:rsidRPr="00000000" w14:paraId="0000055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if you don't find time to have fun with your spouse he/she may find one way or the other to have fun without your knowledge which may be detrimental to your marriage and that is the last thing you will want to see, if you can afford it, it is not a bad idea to plan with your spouse to go to his/her dream destination in life, as there will be satisfaction that cannot be purchased with any kind of money or amount and usually it works out good for the family as the experience is said over and over, relived and adds greatly to the wellbeing of the individual and the family in general.</w:t>
      </w:r>
    </w:p>
    <w:p w:rsidR="00000000" w:rsidDel="00000000" w:rsidP="00000000" w:rsidRDefault="00000000" w:rsidRPr="00000000" w14:paraId="0000055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Also arranging for your children to go on field trips with their class or school mates is a very great way of having fun in your marriage for the children will come back with lots of great stories that will be told and everyone will be happy together is a great fun for the family, find a way to have fun with your spouse always. Mothers can arrange with the children to invite the husband, while she and the children sing poem for him, dance and entertain him.</w:t>
      </w:r>
    </w:p>
    <w:p w:rsidR="00000000" w:rsidDel="00000000" w:rsidP="00000000" w:rsidRDefault="00000000" w:rsidRPr="00000000" w14:paraId="0000055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IMPROVE COMMUNICATION</w:t>
      </w:r>
    </w:p>
    <w:p w:rsidR="00000000" w:rsidDel="00000000" w:rsidP="00000000" w:rsidRDefault="00000000" w:rsidRPr="00000000" w14:paraId="0000055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Like a dirty cloth that is watch and it looks bright and good, this is how spouse should view communication, for it should and can be improved on as you go on in your marriage do not in any way allow it to become old, stale or dirty, for there is absolutely nothing that cannot be improved on when you keep doing research on it, a very practical example is our phones, when phoning first started, it was analog, it became digital, it became 1G, 2G, 3G, 4G and now 5G and each time you see that communicating with our phones becomes easier each time a new model is rolled out, so we should do to our communication in marriage we should deliberately improve it and must leave it open and never closed for if you completely close communication channels with your spouse, you have started a free fall, that you may not recover from and that may damage it badly and as the human being is proud and will say who blinks first, who calls first etc sets in and it is not a healthy thing for a marriage.</w:t>
      </w:r>
    </w:p>
    <w:p w:rsidR="00000000" w:rsidDel="00000000" w:rsidP="00000000" w:rsidRDefault="00000000" w:rsidRPr="00000000" w14:paraId="0000055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Even when the issues to be talked about is so challenging you still need to keep talking for there might just be a breakthrough around the corner that you may</w:t>
      </w:r>
    </w:p>
    <w:p w:rsidR="00000000" w:rsidDel="00000000" w:rsidP="00000000" w:rsidRDefault="00000000" w:rsidRPr="00000000" w14:paraId="0000055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expect, for the issue of pride in marriage should die after the marriage ceremony as there is nothing to be proud about as you are going to see everything about each other, including what the public would not see again, so what is the essence of pride and who calls first should never come in as anyone should call first, depending on convenience or anyone should speak first to anyone in the marriage for, if you wait for who greets, speaks or calls first, you guys are sending a great danger signal to your marriage, which is not the best, you take the initiative to make the call and speak to your spouse and don't give room for anyone to take over your responsibility as some would not want to relinquish it again and it can set problems in your marriage that you may need a third party to come settle for you and you may feel awkward about it, so settle it by yourselves and make your marriage a success and easy.</w:t>
      </w:r>
    </w:p>
    <w:p w:rsidR="00000000" w:rsidDel="00000000" w:rsidP="00000000" w:rsidRDefault="00000000" w:rsidRPr="00000000" w14:paraId="0000055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there is a challenge in your marriage no one needs to tell you, you must very fast, initiate a setting mechanism which does not fail, first, begin to call  him/her sweet names that you have neglected for some time now, begin to smile more and say the things you need to say, speak to him/her at any slight excuse and bring up relevant and irrelevant discussion that may interest him or her and ask his/her opinion and become like a pest that will not go away and become automatically very seductive, I tell you he/she will develop a clay feet and forget about the challenges and come to you like the one with a candy that babies always run to just to get the candy and you will see that the challenge will turn to joy.</w:t>
      </w:r>
    </w:p>
    <w:p w:rsidR="00000000" w:rsidDel="00000000" w:rsidP="00000000" w:rsidRDefault="00000000" w:rsidRPr="00000000" w14:paraId="0000056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 A POINT OF ATTRACTION</w:t>
      </w:r>
    </w:p>
    <w:p w:rsidR="00000000" w:rsidDel="00000000" w:rsidP="00000000" w:rsidRDefault="00000000" w:rsidRPr="00000000" w14:paraId="0000056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Like a flower that has nectar, butterfly, insects, birds etc will always visit the flower to have a tasty drink. You can make yourself in your marriage to become that flower, for when a flower is seen alone, it attracts the eyes and when it has nectar, it is a sure destination to quench taste, turn yourself to a taste quencher for your spouse, to be so attractive and always smelling nice, dressing well that your husband/wife will be confused at times even in the bedroom, as you spouse will now be the one to always ask you to please come to the bed and especially when you know you have got him/her spell bound you can add color to it by engaging on a few out of course activities around him/her by re-arranging the wardrobe, rearranging the cloths and selecting the cloths that are to be watched etc please make sure you are not too long with it anyway as some people can be in a hurry that they may want to turn it to quarrel, but still keep your calm and smile so well about it and hurry back to him or her and offer apology as if, you are not aware he/she had been waiting and be so nice to him/her, if you do this, you have placed value on</w:t>
      </w:r>
    </w:p>
    <w:p w:rsidR="00000000" w:rsidDel="00000000" w:rsidP="00000000" w:rsidRDefault="00000000" w:rsidRPr="00000000" w14:paraId="0000056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your marriage knowingly or unknowingly and you will be more valued too by your spouse. Do you know that you can also become a point of attraction in your marriage when you find close members of your husbands or wife's family that your spouse is close to and you too become nice to them, not necessarily be close just, find time to call them from time to time and send them gifts etc maybe on their special days etc you may just find out that you are the rallying point of the family and your spouse maybe happy about it and that may be what you may have added to make your marriage a success.</w:t>
      </w:r>
    </w:p>
    <w:p w:rsidR="00000000" w:rsidDel="00000000" w:rsidP="00000000" w:rsidRDefault="00000000" w:rsidRPr="00000000" w14:paraId="0000056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may also introduce, something in your family that can attract your husband/wife for instance, you can introduce, time out with your husband either once in a week, month etc where you will be obligated to take your wife/husband out, even in the house and the wife or husband prepares a meal that the wife or husband will eat, it could just be at the request of the spouse whose turn it is to take the other out and you may request ice cream, fruit, specific food etc either prepared or bought, it might just be a time for you guys to bond and be human beings to each other, as you may become playful with each other or taking a ten, fifteen minute walk and coming back together and asking your partner to count the stars on his/her right and see who has the highest number of stars on his or her side. It could be that there are things that you can do to become as attractive and a centre of gravity that will make your marriage a success, try some out, one or some later, so that you can set your marriage on fire.</w:t>
      </w:r>
    </w:p>
    <w:p w:rsidR="00000000" w:rsidDel="00000000" w:rsidP="00000000" w:rsidRDefault="00000000" w:rsidRPr="00000000" w14:paraId="0000056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REMAIN FRIENDLY WITH HIM OR HER</w:t>
      </w:r>
    </w:p>
    <w:p w:rsidR="00000000" w:rsidDel="00000000" w:rsidP="00000000" w:rsidRDefault="00000000" w:rsidRPr="00000000" w14:paraId="0000056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remain friendly, you will find marriage very easy, for friends are people who know each other weakness but yet, they still remain friends and there is no challenge or controversy about it, and if there is no fear of, being betrayed or talked of in a bad light to anyone else and you guys will be doing things in common and you spend each other's money as if it is your own, if you can achieve this fact as friends while married you have solved about all the problems that would have emanated in your marriage as friendship entail mutual respect and everyone knows his or her boundary, so that, things take shape on their own very many times without it been in place and when you talk, it is almost the same thing, even at different places at the same time about the same issue.</w:t>
      </w:r>
    </w:p>
    <w:p w:rsidR="00000000" w:rsidDel="00000000" w:rsidP="00000000" w:rsidRDefault="00000000" w:rsidRPr="00000000" w14:paraId="0000056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HAVE DIVORCE AS AN OPTION IN YOUR MARRIAGE</w:t>
      </w:r>
    </w:p>
    <w:p w:rsidR="00000000" w:rsidDel="00000000" w:rsidP="00000000" w:rsidRDefault="00000000" w:rsidRPr="00000000" w14:paraId="0000056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should have the notion once you are married that divorce is not an option, with that kind of mentality in marriage you are most likely to succeed in</w:t>
      </w:r>
    </w:p>
    <w:p w:rsidR="00000000" w:rsidDel="00000000" w:rsidP="00000000" w:rsidRDefault="00000000" w:rsidRPr="00000000" w14:paraId="0000056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your marriage, because you will now, do everything humanly possible for the marriage to be a success and once you set your mind out for that achievement you are likely to succeed, no doubt. It will be like the soldiers that were said of, that they went to an island to fight, as soon as they got to the fringes of the island, their commander burnt the boat, with which they got to the island, which means, if they want to go back they must only fight and win the battle before they can either seize the boats of the enemy to go back and through to type, the few soldiers fought and defeated an army that was, more than three time their seize. This is the kind of determination you need to put in, your marriage and success will be smiling at you. For you need to do some unusual things, that people will not ordinarily do to succeed in their marriage i.e. changing the food you guys eat in the home even with lean resources and using different plates each time you serve food for the family.</w:t>
      </w:r>
    </w:p>
    <w:p w:rsidR="00000000" w:rsidDel="00000000" w:rsidP="00000000" w:rsidRDefault="00000000" w:rsidRPr="00000000" w14:paraId="0000056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Your mentality about marriage must not be like the ordinary as marriage must be seen beyond child bearing, for that is what ordinary people say, that if they leave their marriage now, they would not regret it, but the children you will have will all leave you and all married to different people, while the husband, just like the days you started when you were alone before children started coming and now they are out of the house again, as if they were not even there, so if you say, marriage is all about child bearing, where are they now? They have all gone out to get married to their own husband or wife just as you too did, so you need to know that, marriage is much more than child bearing, but also include, staying with your spouse, for life and having fun etc. therefore you need to make the best out of marriage, so that it will be accounted to you that you did well in your marriage and your children, seeing that you are able to, they too will stick to their own marriage to the end.</w:t>
      </w:r>
    </w:p>
    <w:p w:rsidR="00000000" w:rsidDel="00000000" w:rsidP="00000000" w:rsidRDefault="00000000" w:rsidRPr="00000000" w14:paraId="0000056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That is why you should, while you are married, seek the interests of your spouse, so that he or she too will see your own and in the end you guys will be gravitating towards each other in the things you like, for instance I you like the same soup, cooking at home may be easier than when both of you are far apart in that regard, as there will be efforts, to see that, time and things are spent in double, because of different wants, whereas, you may need that one half of the double time, to spend together or use it to engage in another venture that may be beneficial to both of you. Do not allow any distance between you, but, from time to time you can give yourselves space to see if you will miss one another. You try to eat together, almost watch the same programs on television and enjoy it together, always say and do the things that show clearly that, you love your spouse and you are good to go. As responsible men always try to treat the lady well, you will also see that she will</w:t>
      </w:r>
    </w:p>
    <w:p w:rsidR="00000000" w:rsidDel="00000000" w:rsidP="00000000" w:rsidRDefault="00000000" w:rsidRPr="00000000" w14:paraId="0000056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treat you so nicely. Once you do those things, you are very far from divorce, but you have a very successful marriage that even you may be envious of. As your future together is assured, ladies please completely obey your husband, most men when they are given their respect, they provide a smooth playing field for their wife to play in.</w:t>
      </w:r>
    </w:p>
    <w:p w:rsidR="00000000" w:rsidDel="00000000" w:rsidP="00000000" w:rsidRDefault="00000000" w:rsidRPr="00000000" w14:paraId="0000056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IT AN HABIT TO SETTLE YOUR DISPUTES IN THE BED ROOM</w:t>
      </w:r>
    </w:p>
    <w:p w:rsidR="00000000" w:rsidDel="00000000" w:rsidP="00000000" w:rsidRDefault="00000000" w:rsidRPr="00000000" w14:paraId="0000056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sure that most of your quarrels are settled in the bedroom and not in places that are not convenient, if it is possible it should be always settled in the bedroom when both of you are alone and will want to get each other's attention, as spouse before that or after that you can raise those, weight quarrels and you will see that, there is the urge to forgive each other, more than when you will be in a place that may not be convenient and answers and questions may be given at the spur of the moment or according to the environment that you guys find yourselves, which in reality may not be the correct answer or question you may not be the circumstances you find yourself you give that inadequate answer or question that is unfitting and improper.</w:t>
      </w:r>
    </w:p>
    <w:p w:rsidR="00000000" w:rsidDel="00000000" w:rsidP="00000000" w:rsidRDefault="00000000" w:rsidRPr="00000000" w14:paraId="0000056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evaluate your response to your spouse as you should be aware that, it is your spouse, you are dealing with and therefore you need to be human and apply a human face to your questions and answers, so that you will always be able to reach a resolution that will benefit both of you and create harmony in your marriage. Try not involve a third party in your quarrels but both of you should hear each other out and be rational, do not accuse your spouse of the same thing you do, it can be so annoying and disappointing. Take reasonable instructions and never prove your stubbornness in your marriage as it is only reserved for the foolish ignorant and wicked or at best those who are not ready to get married, but are ready to see the end of what stubbornness brings, which is malice, more conflict and eventually divorce and in truth they may not be ready for marriage.</w:t>
      </w:r>
    </w:p>
    <w:p w:rsidR="00000000" w:rsidDel="00000000" w:rsidP="00000000" w:rsidRDefault="00000000" w:rsidRPr="00000000" w14:paraId="0000056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of the things to avoid is entertaining guests without the knowledge of your spouse, he or she should be informed well in advance and if he or she objects, suspend it and talk more about it, especially of strangers anytime is not the right time to speak about your anger or disappointment, as that can, in itself cause another quarrel as your spouse may not be at the right frame of mind to answer you and if he or she does your will get a wrong response and you will be so angry and so on. Even the all wise JESUS has instances, he did not have to speak even in the face of manifest provocation and people expect him to respond, but he did not, so also you should not respond to provocations.</w:t>
      </w:r>
    </w:p>
    <w:p w:rsidR="00000000" w:rsidDel="00000000" w:rsidP="00000000" w:rsidRDefault="00000000" w:rsidRPr="00000000" w14:paraId="0000057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CRITICIZE YOUR SPOUSE NEGATIVELY</w:t>
      </w:r>
    </w:p>
    <w:p w:rsidR="00000000" w:rsidDel="00000000" w:rsidP="00000000" w:rsidRDefault="00000000" w:rsidRPr="00000000" w14:paraId="0000057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really want your marriage to be successful, do not engage in negative criticism of your spouse, especially with your friends, family etc as some of them would want to take advantage to do him or her evil without telling you and you will in turn be praying for your spouse to succeed not knowing that you are the one that, has set him or her up for attack and possible death or failure.</w:t>
      </w:r>
    </w:p>
    <w:p w:rsidR="00000000" w:rsidDel="00000000" w:rsidP="00000000" w:rsidRDefault="00000000" w:rsidRPr="00000000" w14:paraId="0000057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good to criticize him or her when you are only alone or during your regular meeting, as every home should have time to meet at least mention your complains lovingly and you will find out that over the times your complaint, will be getting less, if you do it rightly or you will understand his or her behavior and cooperate with him or her until that bad habit goes away, for as adults, when we learn some things it is difficult to immediately stop it, it would take some time, that is why you need to gently from time to time remind him or her of a need to act responsively or in a manner that will bring peace to your home and make your marriage a success, ask what your spouse want you to do for him or her always.</w:t>
      </w:r>
    </w:p>
    <w:p w:rsidR="00000000" w:rsidDel="00000000" w:rsidP="00000000" w:rsidRDefault="00000000" w:rsidRPr="00000000" w14:paraId="0000057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essential that you ask your spouse what you want him or her to do for him or her on a daily basis or even more frequently, because, you never know what he or she would want that you are not doing or that you are doing wrongly already, for if you then ask he or she would be able to tell you what he or she wants you to do, if you want to become an exceptional wife or husband you can push that narrative further by asking if you did it well or if he or she is satisfied with what you have done, as it is possible that you did it, but did not do it properly or satisfactorily.</w:t>
      </w:r>
    </w:p>
    <w:p w:rsidR="00000000" w:rsidDel="00000000" w:rsidP="00000000" w:rsidRDefault="00000000" w:rsidRPr="00000000" w14:paraId="0000057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tell you if you do this, you have opened a can of candy with great aroma that will be scenting in your wife or husbands nostril for the rest of his life and he or she would be considering you in every of his or her plan. And when you make mistake or offended him or her knowingly or unknowingly he or she would not count it as an offence, people count offences to act, negatively against you and when you are in their good books, whatever you do wrong will be waved away but if another person does the same thing, there will be legal consequences, this too is the scenery that plays out in marriages. So you need to work a special way out to make your marriage be on fire, as it is said, if a fish is close to the fire no harmful bacteria, maggot etc will dare be in that fish, for they know that it is not a territory to be in and the fish will be preserved from them, so always keep your marriage close to the fire.</w:t>
      </w:r>
    </w:p>
    <w:p w:rsidR="00000000" w:rsidDel="00000000" w:rsidP="00000000" w:rsidRDefault="00000000" w:rsidRPr="00000000" w14:paraId="0000057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apply this simple rule your marriage shall be preserved from any harmful tendencies that normally plague marriages especially in these modern days.</w:t>
      </w:r>
    </w:p>
    <w:p w:rsidR="00000000" w:rsidDel="00000000" w:rsidP="00000000" w:rsidRDefault="00000000" w:rsidRPr="00000000" w14:paraId="0000057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CHAPTER NINE</w:t>
      </w:r>
    </w:p>
    <w:p w:rsidR="00000000" w:rsidDel="00000000" w:rsidP="00000000" w:rsidRDefault="00000000" w:rsidRPr="00000000" w14:paraId="0000057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PLACE OF SPIRITUALITY IN MARRIAGE</w:t>
      </w:r>
    </w:p>
    <w:p w:rsidR="00000000" w:rsidDel="00000000" w:rsidP="00000000" w:rsidRDefault="00000000" w:rsidRPr="00000000" w14:paraId="0000057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chapter may be the least understood part of this book on marriage, yet it could be the most important, especially for those that clearly know that this world is more spiritual than physical and every human being is made up of spirit, soul and body, just as we feed our body we also need to feed our spirit, that all the things we see that happens on earth, all have spiritual form and it is the most authentic of the two; physical and spiritual. The things that are in the spiritual realm are the most authentic and all things that happens in the physical realm has happened in the spiritual realm and all human beings also are not just physical but, we have spiritual content that controls our life, but because we focus on the physical and neglect the spiritual we are able to have fulfillment of some areas of our lives, just as we see and understand marriage, so we should tend to understand life from the spiritual angle otherwise, we will be satisfied with life and we will not be able to understand some challenges in life that seem to defy every physical solution we have, applied, but we still have the challenges, for if we refuse to understand, appreciate and apply spiritual solution to some of our challenges we will float in life until we go back to the dust.</w:t>
      </w:r>
    </w:p>
    <w:p w:rsidR="00000000" w:rsidDel="00000000" w:rsidP="00000000" w:rsidRDefault="00000000" w:rsidRPr="00000000" w14:paraId="0000057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to some of my readers may sound very controversial and farfetched, but, I urge you to follow and read to the end of this chapter as, I will attempt to show you that, there are things that happen in the physical reality that has their roots in the spiritual realm except we ask for assistance in the spiritual realm. We cannot overcome, some people ask for some others to help intervene on their behalf, which may be effective because those people have tried to master the spiritual realm and the creator of heaven and earth has given them the spiritual ability. But, please understand that just as I have told you, that there is physical and spiritual realm, as some people and powers are fake and do not obtain their spiritual power from the original source, this must be put in mind and if we want to be truthful to ourselves, we would or should be able to discern which one is fake and which one is real, for if we see their modus operand, we should quickly discern, therefore we should be careful about which one to apply so that we don't apply the wrong one, you may actually compound your problems instead of solving them.</w:t>
      </w:r>
    </w:p>
    <w:p w:rsidR="00000000" w:rsidDel="00000000" w:rsidP="00000000" w:rsidRDefault="00000000" w:rsidRPr="00000000" w14:paraId="0000057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would want to draw from a practical example, so that my readers are sure of what I am driving at and should be able to make judgment for themselves e.g. Nigeria has one president, if someone else claims to be the president of Nigeria or someone else claim to be the president of the United States of America, that person is indeed a fake. This shows too that in the spiritual realm there is one supreme</w:t>
      </w:r>
    </w:p>
    <w:p w:rsidR="00000000" w:rsidDel="00000000" w:rsidP="00000000" w:rsidRDefault="00000000" w:rsidRPr="00000000" w14:paraId="0000057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(God ) and he like presidents all over the world, has governors, legislatures etc. that work with him. If we have got it clear, then, I want you to know that you can also appeal to the supreme being in all your challenges, including any challenge you have in your marriage, be it barrenness, problematic wife/husband, children, troubles from other challenges in marriage etc. and I will show you some practical examples, of what God has done, can do and will do for you that no one else has done for you.</w:t>
      </w:r>
    </w:p>
    <w:p w:rsidR="00000000" w:rsidDel="00000000" w:rsidP="00000000" w:rsidRDefault="00000000" w:rsidRPr="00000000" w14:paraId="0000057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do not need to be a Christian before he does anything for you, it has been able to do despite all, the millions and the billions you have spent and yet, your challenge still stare you in your face, but you don't need to spend any money for him to do anything for you, as there are very many things money can buy or do for you as a human being e.g. money can't buy you the best house, but it cannot buy you a good home, money can make you eat well but it cannot sustain you on this earth, for some people that have now died of Covid-19, has money to pay but, cannot sustain themselves here on earth, it is God that gives us life etc., so please read my contention to the end and see if you will follow God or you want to be where you are and remain with your challenges and unanswered questions of life need to fully comprehended.</w:t>
      </w:r>
    </w:p>
    <w:p w:rsidR="00000000" w:rsidDel="00000000" w:rsidP="00000000" w:rsidRDefault="00000000" w:rsidRPr="00000000" w14:paraId="0000057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there are some real questions or mysteries of life that we are some situations in life that we should not face again if we turn to God for answers and comfort, for all things come from him as he is the beginning and the end, all wise God, that intervenes in the affairs of men especially if we deliberately call on him. And the interesting things is that, he has great plans for us all, even from the beginning.</w:t>
      </w:r>
    </w:p>
    <w:p w:rsidR="00000000" w:rsidDel="00000000" w:rsidP="00000000" w:rsidRDefault="00000000" w:rsidRPr="00000000" w14:paraId="0000057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All, the challenges we face in life is either caused by us, people, power(s), God, or our family background etc. therefore, we need to ask God, what we need to do, to get out of these challenges, fortunately, God has sent His son Jesus, to die for us all and therefore, he has carried our sins and honestly one of the greatest things you can do for yourself, is to pray that God should show you who you are, for if God your creator, has created you to become a preacher and you are an Engineer, you will find it difficult to become your best in life.</w:t>
      </w:r>
    </w:p>
    <w:p w:rsidR="00000000" w:rsidDel="00000000" w:rsidP="00000000" w:rsidRDefault="00000000" w:rsidRPr="00000000" w14:paraId="0000057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We can change our circumstance as human being that have spirit, soul and body we can change our present circumstances to the one that we prefer, no matter whom or how we have been battered in life, as he God will always be in your support otherwise how can it be that, God Himself told Isaiah to tell King Hezekiah that, he should prepare his family etc. that he will die soon, the king, prayed to God and reminded him of how he has been good to his people etc. and God told Isaiah to</w:t>
      </w:r>
    </w:p>
    <w:p w:rsidR="00000000" w:rsidDel="00000000" w:rsidP="00000000" w:rsidRDefault="00000000" w:rsidRPr="00000000" w14:paraId="0000058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go tell him he has added to him years and it happened exactly like that, which means God can do, the same thing for us, in the present circumstance that we are facing now, if we indeed call him and ask him specifically, consistently what we want him to do for us. See 1kings 20:5&amp;6. And the messengers came again, and said, Thus speaketh Benhadad, saying, although I have sent unto thee, saying, Thou shall deliver me thy silver, and thy gold, and thy wives, and thy children; Yes I will send my servants unto thee tomorrow about this time, and they shall search thine house, and the houses of thy servants; and it shall be, that whatsoever is pleasant in thine eyes, they shall put it in their hand, and take it away.</w:t>
      </w:r>
    </w:p>
    <w:p w:rsidR="00000000" w:rsidDel="00000000" w:rsidP="00000000" w:rsidRDefault="00000000" w:rsidRPr="00000000" w14:paraId="0000058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wicked people that target us to say that we do not have enemies in this world is to express great ignorance as they – our enemies do not only work against us in this physical world but they also go to the spiritual realm to work against us, that is why you see that some people who are making progress just all of a sudden die prematurely and we mourn for them, perhaps if they too has gone into the spiritual realm to clash with them, they will give them change and will also know that we visit the spiritual realm and therefore they have to be very careful otherwise it is we that will kill them before they would want to kill us. See psalm 11:2. For, lo, the wicked bend their bow, they make ready their arrow upon the string, that they may privily shoot at the upright in heart. You will see that there are people that are ready to kill us every time, we also need to prepare against them, for us to be alive or our loved ones is God for they also target people around us.</w:t>
      </w:r>
    </w:p>
    <w:p w:rsidR="00000000" w:rsidDel="00000000" w:rsidP="00000000" w:rsidRDefault="00000000" w:rsidRPr="00000000" w14:paraId="0000058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We have to be conscious that there are people and powers after us, otherwise how do you explain a virgin got married and for years they are struggling to give birth and they have done all medical tests and the doctors confirm that both of them have no health challenge, unless they look beyond the physical, such spouse may not give birth again and at the end the man may be tired and goes to impregnate another woman and asks his wife to leave or in anger the wife abandons the marriage and starts struggling again to get married and she has to try various means, some very bad cases too could be that the woman may go to commit adultery and gets pregnant not for her husband but for her lover and she will keep quiet about it, until maybe the child is sick and wants to get tested etc and the child's blood does not match the fathers blood, that is where, things come to the fore and the marriage is either ended or accusations and counter accusation begins and fights etc you don't really need all that, you only need to recognize that you need to ascribe to your creator, so that he gives you assistance from persons or powers troubling you, I want you to see {psalm 11:2. For, lo, the wicked bend their bow, they make ready their arrow upon the string, that they may privily shoot at the</w:t>
      </w:r>
    </w:p>
    <w:p w:rsidR="00000000" w:rsidDel="00000000" w:rsidP="00000000" w:rsidRDefault="00000000" w:rsidRPr="00000000" w14:paraId="0000058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upright in heart.}You will see that there are always people or powers shooting arrows, most of them you cannot see with your physical eyes, except your ascribe to the spiritual realm, where you will see arrows flying, then you will understand that, really we need to defend ourselves against these arrows and evil people and the good news is that our creator has implanted in us what we can use to defeat them, we only need to activate them.</w:t>
      </w:r>
    </w:p>
    <w:p w:rsidR="00000000" w:rsidDel="00000000" w:rsidP="00000000" w:rsidRDefault="00000000" w:rsidRPr="00000000" w14:paraId="0000058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Pray for your husband/wife every day that you need to pray For your husband/wife is not surprising, for all of us need prayers every day to go through the day so that, we overcome all temptations of the day and if we are not prayed for, only our own prayer may not be able to sustain us from the evil plans, even when we believe in God, as you may observe, even Jesus had to pray for his foremost disciple Peter, so that he would not fall into temptation, sometimes as believers, not to talk of the fact that some people are not believers, Peter has to be prayed for and it was that prayer that made Peter to realize that he has failed his master and he had to repent. And even if you are not married or considering marriage yet, still from now begin to pray for your wife/husband so that when the time comes you will not have challenges either in finding him/her or you find and find a bad one that will disorganize your life or use you as a punching bag in the house and if you are not careful you lose your life, for such stories abound all over the world and if you begin to pray now, your unborn children will get the benefit of your prayers as they will get a good father or a good mother and their life will be like a normal child, for some children are not normal societal children because of the homes they grow up from, they are unfit and that is why we have the challenge of pick pockets, armed robbers etc may our children not get married to unfit people.</w:t>
      </w:r>
    </w:p>
    <w:p w:rsidR="00000000" w:rsidDel="00000000" w:rsidP="00000000" w:rsidRDefault="00000000" w:rsidRPr="00000000" w14:paraId="0000058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that you add fasting to your prayers from time to time, for</w:t>
      </w:r>
    </w:p>
    <w:p w:rsidR="00000000" w:rsidDel="00000000" w:rsidP="00000000" w:rsidRDefault="00000000" w:rsidRPr="00000000" w14:paraId="0000058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prayers alone may not be able to take away some very hard challenges, but only fasting as Jesus observed to his disciples who could not heal the sick until he came back and they were confused and he was asked why they could not heal the sick, he said because they do not fast regularly.</w:t>
      </w:r>
    </w:p>
    <w:p w:rsidR="00000000" w:rsidDel="00000000" w:rsidP="00000000" w:rsidRDefault="00000000" w:rsidRPr="00000000" w14:paraId="0000058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when you begin to pray and fast even when you are not married you will be shocked that God can show you whom to marry or show you how you can meet the person and if you are lucky to see that, be sure that you will have a great marriage for God from the beginning has made all provisions for us here on earth, we only need to know how to get it, it is like a guest in a wedding ceremony, chairs, food, drinks etc has been provided for you, you do not need to come with anything, you only dress and come and seat, you will be served. God is ready to serve us include your unborn children in your prayers.</w:t>
      </w:r>
    </w:p>
    <w:p w:rsidR="00000000" w:rsidDel="00000000" w:rsidP="00000000" w:rsidRDefault="00000000" w:rsidRPr="00000000" w14:paraId="0000058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AVOID EVIL APPOINTMENTS</w:t>
      </w:r>
    </w:p>
    <w:p w:rsidR="00000000" w:rsidDel="00000000" w:rsidP="00000000" w:rsidRDefault="00000000" w:rsidRPr="00000000" w14:paraId="0000058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really appointments in the spiritual realm that we all walk into and are not aware but our enemies have programmed some things and appointments so that we will not succeed in our life's journey {Esther 3:7. In the first month, that is, the month Nisan, in the twelfth year of king Ahasuerus, they cast Pur, that is, the lot, before Haman from day to day, and from month to month, to the twelfth month, that is, the month Adar.}You see that they do divination to see the upgraded hour of our time or day and they strike, if you know what to do you can stop it.</w:t>
      </w:r>
    </w:p>
    <w:p w:rsidR="00000000" w:rsidDel="00000000" w:rsidP="00000000" w:rsidRDefault="00000000" w:rsidRPr="00000000" w14:paraId="0000058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lady was the eight wife in a family and she had just one daughter and all the other children as many as they were got to only secondary school level, but her daughter went abroad to study one day she had a quarrel with one of her mate and the mate told her is it because you have a child that is in the university abroad you are raising your shoulders with me, that you will soon cry, she replied there is nothing you can do to my daughter etc and the quarrel ended but the lady carried out her treat by going to a native doctor who is very wicked, the native doctor got a live fish from the river and made evil incantations on the fish and the fish somehow found its way abroad and the daughter bought that same fish ate it and died and the mate after sometime confessed and died too, this shows you clearly that people can appoint evil against any one, so it is to that evil is programmed into people's marriages there is also an illustration that two women of same husband quarreled, she will deal with the younger mate because she does not respect her, after some time she went to consult a native doctor, that she want to deal with her mate that the native doctor should give her a charm that she would use to afflict all the children of her mate and the native doctor gave her a charm prepared in a broom that she should break all the broom stick one after the other and call all her children's name and bury it in their compound, the native doctor explained that he who sweeps cannot face one direction that all the children of the other lady will never have a settled home that they will go from one marriage to the other and in truth all her children went from one marriage to the other, for a very longtime until the lady confessed when she wanted to die, you now know the reason some very nice people go from marriage to marriage and you wonder why this is mostly practiced in Africa and the third world, but you can come off such evil trap, just call on JESUS, he will deliver you and you should also pray in advance as you do not know whom you must have offended. And in truth you do not need to offend them, they only need to do their evil divination as I have pointed out earlier in the book of ESTHER in the bible and you can see the same pattern too when the wise men came from the East, who was</w:t>
      </w:r>
    </w:p>
    <w:p w:rsidR="00000000" w:rsidDel="00000000" w:rsidP="00000000" w:rsidRDefault="00000000" w:rsidRPr="00000000" w14:paraId="0000058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able to know that a King is born and they wanted to come and worship him as they told king Herod, he plotted to kill him, for he does not want to hear of another king, so evil people envy you when they know that God has blessed you enough, with greatness, favour, wealth, intelligence etc they would want to see that you do not succeed in life or they would want to at least delay it. Do not allow such thing in your life or marriage.</w:t>
      </w:r>
    </w:p>
    <w:p w:rsidR="00000000" w:rsidDel="00000000" w:rsidP="00000000" w:rsidRDefault="00000000" w:rsidRPr="00000000" w14:paraId="0000058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of the most tragic and heart felt story, similar to what I have told you was about a lady who was scheduled to fly abroad and she missed the flight by some few minutes her family members on hearing about the plane crash were all devastated, some crying etc but after some few hours she called one of her family member that she hear that the plane she was to board crashed that she missed the plane and therefore took train and she is still on her way and in few hours she will soon arrive her destination, all her family rejoiced but the joy was short leaved as the train too crashed and the lady died, which means she was really appointed to die, otherwise what explanation could that be. Guide against and speak against any evil appointment and ask Jesus to give you appointment with a good husband, circumstances, favor, wealth, good job, good health, good wife etc and he is able.</w:t>
      </w:r>
    </w:p>
    <w:p w:rsidR="00000000" w:rsidDel="00000000" w:rsidP="00000000" w:rsidRDefault="00000000" w:rsidRPr="00000000" w14:paraId="0000058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{Isaiah 49:1-5. Listen, O isles, unto me; and hearken, ye people, from far; the LORD hathe called me from the womb; from the bowls of my mother hath he made mention of my name. and he hath made my mouth like a sharp sword; in the shadow of his hand hath he hid me, and made me a polished shaft; in his quiver hath he hid me; and said unto me, thou art my servant, O Israel, in whom I will be glorified. Then I said, I have labored in vain, I have spent my strength for naught, and in vain: yet surely my judgment is with the LORD, and my work with my God.</w:t>
      </w:r>
    </w:p>
    <w:p w:rsidR="00000000" w:rsidDel="00000000" w:rsidP="00000000" w:rsidRDefault="00000000" w:rsidRPr="00000000" w14:paraId="0000058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now, saith the Lord that formed me from womb to be his servant, to bring Jacob, again to him, though Israel be not gathered, yet shall I be glorious in the eyes of the LORD, and my God shall be my strength.}You need to really pray about evil appointment as these things are real, a young virgin travel and on their way their bus was robbed and she was the only one that was raped by the armed robbers as if that was not enough, she through that has now contracted HIV and she is so devasted that she is been guarded so that she will not end her life, before you embark on any journey council every evil appointment that can affect you, if that young girl get married that evil experience will still be hunting her.</w:t>
      </w:r>
    </w:p>
    <w:p w:rsidR="00000000" w:rsidDel="00000000" w:rsidP="00000000" w:rsidRDefault="00000000" w:rsidRPr="00000000" w14:paraId="0000058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How do you explain this next story, if not that it is a clear case of evil appointment, a young beautiful looking intelligent girl, who just completed her university degree, got engaged and in a few months the marriage ceremony was under way and all of a sudden the young girl tore her wedding dress and said she</w:t>
      </w:r>
    </w:p>
    <w:p w:rsidR="00000000" w:rsidDel="00000000" w:rsidP="00000000" w:rsidRDefault="00000000" w:rsidRPr="00000000" w14:paraId="0000059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does not want to get married and that was how the marriage ended and the young lady was rushed to the psychiatric hospital, could that be a coincidence, no doubt it is a clear case of evil programming or how can you explain a whole professor who had been married for more than thirty years, now began to arrange to want to marry another wife, claiming that his wife was no longer fashionable etc as he went about the, dates, venue etc have been arranged and two weeks to the wedding, the wife he was to marry died and he was devastated and anger filed everyone and the priest in the cemetery out of anger pronounced him wedded with the dead woman, from that day the professor, began seeing the woman, even when no one was seeing the dead woman and the man ended in the psychiatric hospital, is it that the man was not educated enough, no he was, but he has been programmed to get involved and destroy himself.</w:t>
      </w:r>
    </w:p>
    <w:p w:rsidR="00000000" w:rsidDel="00000000" w:rsidP="00000000" w:rsidRDefault="00000000" w:rsidRPr="00000000" w14:paraId="0000059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also you can program goodness and favor in your life as was done by Hannah, in first Samuel 1:11. And she vowed a vow, and said, O LORD of hosts, if thou will indeed look on the affliction of thine handmaid and remember me, and not forget thine handmaid, but wilt give thine handmaid a male child, then I will give him unto the LORD all the days of his life, and there shall no razor come upon his head. You see that Hannah programmed a child into her womb by making a vow you too can make a vow, so that any program programmed in you can die and you have your original appointment God gave to you from heaven which is very possible for it was this Anna did that gave her one child that was much more than what her mate Penninah has as it was only Samuel that was mentioned after his birth, none of his siblings were ever mentioned again in the Bible.</w:t>
      </w:r>
    </w:p>
    <w:p w:rsidR="00000000" w:rsidDel="00000000" w:rsidP="00000000" w:rsidRDefault="00000000" w:rsidRPr="00000000" w14:paraId="0000059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Please, this one will interest you as the way sometimes these appointments come can be very funny that was why I asked that we should at all times be in the mood of prayer so that we are not caught unawares. A lady works at an hospital as a nurse she is to close by six am just at about few minutes after her closing time as she was going to change to go home a patient was rushed into the hospital meanwhile the nurse that should take over from her had not resumed, she was asked to come and attend to the patient she vehemently refused and she went to change, took her time to freshen up and she come out and wanted to go, she said she should just see the patient that was brought in as she got there behold it was her husband that was rushed in that she refused to attend to, behold the man has just died and she burst into tears, if she was not appointed not to attend to the patient, perhaps she would have saved her husband, it is good to be at all times circumspect and be ready to assist at all times especially if it would not cost you.</w:t>
      </w:r>
    </w:p>
    <w:p w:rsidR="00000000" w:rsidDel="00000000" w:rsidP="00000000" w:rsidRDefault="00000000" w:rsidRPr="00000000" w14:paraId="0000059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SHOW NO MERCY TO YOUR ENEMIES</w:t>
      </w:r>
    </w:p>
    <w:p w:rsidR="00000000" w:rsidDel="00000000" w:rsidP="00000000" w:rsidRDefault="00000000" w:rsidRPr="00000000" w14:paraId="0000059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absolutely correct to show no mercy to any of your spiritual enemies as I have observed before, this world is more spiritual than physical all you see about the physical is not as superior as you have in the spiritual and all the decisions on earth by 'man' for 'man', I mean everything you see happen here on earth has first happened in the spiritual before it happens here, that is why you see that some prophets and people of God are able to see it even when it has not happened, for instance in {1Kings 13:1-3. And, behold, there came a man of God out of Judah by the word of the LORD unto Bethel: and Jeroboam stood by the altar to burn incense. And he cried against the altar in the word of the LORD, and said, O altar, altar, thus saith the LORD; Behold a child shall be born unto the house of David, Josiah by name; and upon thee shall he offer the priests of the high places that burn incense upon thee, and men's bones shall be burnt upon thee. And he gave a sign the same day, saying, this is the sign which the LORD hath spoken; Behold, the altar shall be rent, and the ashes that are upon it shall be poured out.}</w:t>
      </w:r>
    </w:p>
    <w:p w:rsidR="00000000" w:rsidDel="00000000" w:rsidP="00000000" w:rsidRDefault="00000000" w:rsidRPr="00000000" w14:paraId="0000059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was prophesied by the prophet Abijah that a son shall be born and his name is Josiah will be become king and after some years it really happened as you have seen Again, Jesus, before his death and resurrection spoke of it and it came to pass{Luke 24:7. Saying, the son of man must be delivered into the hands of sinful men, and be crucified, and the third day rise again.}both examples shows clearly that things that happen here on earth has taken place in the spiritual before they happen in the physical, so it is in circumstances in your marriage i.e. just as God has the original predictions and activities he wants for humanity so also Satan has fake things he wants to happen to people too, but we can withstand him with the powers God has put in us and we need to recognize this and then have no mercy for any evil spiritual person or powers that will not want us to enjoy marriage as they come in various way, including dreams, spells, evil incantations, magic, curses etc. I will talk on some of these areas I just mentioned a bit.</w:t>
      </w:r>
    </w:p>
    <w:p w:rsidR="00000000" w:rsidDel="00000000" w:rsidP="00000000" w:rsidRDefault="00000000" w:rsidRPr="00000000" w14:paraId="0000059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DREAMS</w:t>
      </w:r>
    </w:p>
    <w:p w:rsidR="00000000" w:rsidDel="00000000" w:rsidP="00000000" w:rsidRDefault="00000000" w:rsidRPr="00000000" w14:paraId="0000059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people have dreams that they were bitten by snakes and in real life they die of snake poison when in the physical they never came in contact with a snake at all while some will see how they got married in the dream and in the physical they are not able to get married, this is because evil powers or persons have really gotten married to them in the spiritual realm, and you need to nullify such marriage with dangerous prayers and fasting as those powers don't easily give up, you need to be strong in the lord otherwise even when you manage to get</w:t>
      </w:r>
    </w:p>
    <w:p w:rsidR="00000000" w:rsidDel="00000000" w:rsidP="00000000" w:rsidRDefault="00000000" w:rsidRPr="00000000" w14:paraId="0000059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married they are in constant battle with you as they appear from time to time to molest you in the dream and disturb your marriage in many forms, sometimes troubling your finance, making your husband/wife or children to have trouble or are troublesome and you will be having one or the other trouble with your marriage, business, finance, they sometimes bring loses, the worst of it is that they could either be killing the children you have in the physical world and be saying you will not want to take care of the children you have for them spiritual realm and they usually too either kill your husband or wife and send evil generally. It is therefore very important never to have mercy on such persons or powers, that will not let you be, for if you have mercy on them they will not have mercy on you for they see you as a soft spiritual target, if you are hard on them, they flee and are usually afraid and don't come to your dream again but you do not relent because they do not come in your dream again, as most times they are just watching for a single slight opportunity to come into your life, be on your guard and always come against them with the blood of JESUS.</w:t>
      </w:r>
    </w:p>
    <w:p w:rsidR="00000000" w:rsidDel="00000000" w:rsidP="00000000" w:rsidRDefault="00000000" w:rsidRPr="00000000" w14:paraId="0000059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They are so wicked so you need to apply powerful and dangerous prayers</w:t>
      </w:r>
    </w:p>
    <w:p w:rsidR="00000000" w:rsidDel="00000000" w:rsidP="00000000" w:rsidRDefault="00000000" w:rsidRPr="00000000" w14:paraId="0000059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e.g. in {Psalm 7:15-16. He made a pit, and digged it, and is fallen into the ditch which he made. His mischief shall return upon his own head, and his violent dealing shall come down upon his own path.} Those evil powers are always trying to do very bad things against us, so you call for their own evil to come upon them and whatever they have prepared against you let it go back to them, see {Psalm 11:2.For, lo, the wicked bend their bow; they make ready their arrow upon the string, that they may privily shoot at the upright in heart.} Evil persons and powers are constantly at work against us and we need to be aware of this so that we too should be on the guard and issue curses and evil against them and everything they represent be in the physical or spiritual so that they too will know that you are a danger to them, i.e. if somebody or evil powers always confront you before you react, it is not good, you need to be proactive and speak and send evil arrows to them and their kingdoms too, so that, they will be afraid of you, so if they want to do anything against you, they will remember how you dealt with them and in most cases they don't try it for they know the consequences that will follow. See</w:t>
      </w:r>
    </w:p>
    <w:p w:rsidR="00000000" w:rsidDel="00000000" w:rsidP="00000000" w:rsidRDefault="00000000" w:rsidRPr="00000000" w14:paraId="0000059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{Nehemiah 4:4. Hear, O our God; for we are despised: and turn their reproach upon their own head, and give them for a prey in the land of captivity}&amp; {Nehemiah 13:2. Because they met not the children of Israel with bread and with water, but hired Balaam against them, that he should curse them: howbeit our God turned the curse into a blessing.} you need speak words that they evil powers cannot reject, for their curses to return to them, they become a prey to their own enemies, when</w:t>
      </w:r>
    </w:p>
    <w:p w:rsidR="00000000" w:rsidDel="00000000" w:rsidP="00000000" w:rsidRDefault="00000000" w:rsidRPr="00000000" w14:paraId="0000059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they hear these kinds of words constantly they will not want to touch anything that concerns you and you will be free from their influence.</w:t>
      </w:r>
    </w:p>
    <w:p w:rsidR="00000000" w:rsidDel="00000000" w:rsidP="00000000" w:rsidRDefault="00000000" w:rsidRPr="00000000" w14:paraId="0000059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have ever had sexual intercourse with evil powers or spiritual beings who mostly want to claim that they are legally married to you, you really need to stand strong and bold, otherwise, you will not get married or you will have a challenging marriage and life, this is an unfortunate situation that some people suffer constantly, some will have their undies wet either with sperm or so and for the ladies you feel in your private part, that you have just made love to someone, when in reality you are alone and never had made love even at all in your life physically with any man, this is a reality that some human being all over the world leave with and have not been able to find a solution to and some people are too ashamed or perplexed to even want to relate it with any one, I tell you, you don't really need to, if you read this book and just follow the things and scriptures I am putting it to you, you need to daily profess it and call on Jesus every day especially before you sleep. I must make you to be aware, that, some people will be conscious and they will feel someone making love to them and they will see themselves in orgasm and find sperm on their bodies or ladies feel wet in their private parts – yes, that's it, it is a strange reality that some face, that is to tell you the evil audacity under which this satanic powers operate in some people.</w:t>
      </w:r>
    </w:p>
    <w:p w:rsidR="00000000" w:rsidDel="00000000" w:rsidP="00000000" w:rsidRDefault="00000000" w:rsidRPr="00000000" w14:paraId="0000059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are even taken to their marine kingdoms and they perform sacrifices,</w:t>
      </w:r>
    </w:p>
    <w:p w:rsidR="00000000" w:rsidDel="00000000" w:rsidP="00000000" w:rsidRDefault="00000000" w:rsidRPr="00000000" w14:paraId="0000059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make them to swear oaths, perform rituals etc from time to time and they use such things to pollute their lives and make them miserable in life. There is an illustration in Nigeria that a lady who has suffered over ten disappointments in marriage, she was put on a three days dry fasting and dangerous prayers for those three day and before then each time she dreams she will see her wedding gown inside the river in their community, so she was asked to go to that river side on the third day and pray as the prayers got so serious, suddenly from the river came her wedding gown that she has been seeing in her dream and from that day, all those evil dreams stopped and in a few months she was able to get married and she was advanced, this shows that we are not leaving in this world alone, as there are wicked powers that operate here and we need to stop them from operating anywhere near us, so that we and our families can be free of their influence, which are always negative and are of no benefit at all, as they only come to us to steal, ill and to destroy us, so that we would not enjoy the great things God have planned for us.</w:t>
      </w:r>
    </w:p>
    <w:p w:rsidR="00000000" w:rsidDel="00000000" w:rsidP="00000000" w:rsidRDefault="00000000" w:rsidRPr="00000000" w14:paraId="000005A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They come to us in different ways in the dream to affect our marriage or marriage plans, some of which is that, they tale some people to the rivers to swim with them, with strangers you are not familiar with in the physical realm, they came</w:t>
      </w:r>
    </w:p>
    <w:p w:rsidR="00000000" w:rsidDel="00000000" w:rsidP="00000000" w:rsidRDefault="00000000" w:rsidRPr="00000000" w14:paraId="000005A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steal your shoes or one leg of it or they come in your dreams to make you walk on barefoot, eating in the dream, roaming around, being pursued, stained wedding dress, empty church, going with your partner he/she vanishes, marriage with strange persons, issuing direct curses to you being raped, marrying ex-lovers, begging for items or food, seeing yourself in chains and ropes, climbing stairs, not getting to the top, going back to old places, schools etc seeing yourself naked, men or women contesting over you, being pregnant, marriage with dead person, wearing rages, removal of hair or alters working against you etc.</w:t>
      </w:r>
    </w:p>
    <w:p w:rsidR="00000000" w:rsidDel="00000000" w:rsidP="00000000" w:rsidRDefault="00000000" w:rsidRPr="00000000" w14:paraId="000005A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truth you should be aware that our dreams are very important to our life, as it is a means of communication by God to us and most times the devil tries to add his own too and we should take every dream serious and really pray so that evil dream will not come to pass or it should not come to pass but there are ways you can know if the dream is good or bad for instance is the dream conforming to the word of God, for instant, how can you dream that you were put in a grave, then you immediately know that you need to attack and send that dream back to whoever and whatever has brought that dream to you, does the dream draw you to God or you do not understand the dream, if the dream brings bondage, fear, evil sites, people running after you to harm you etc or how the dream ended, certainly you will know now if the dream is bad or good, so that you do something about it, if you constantly dream evil dreams, declare war against any anti marriage dream, if you do not dream you need to pray more, for God in his wisdom has provided that all of us dream as you can see from {Job 33:14-19. For God speaketh once, yea twice, yet man perceived it not. In a dream, in a vision of the night, when deep sleep falleth upon men, in slumbering upon the bed; then he openeth ears of men, and sealeth their instruction, that he may withdraw man from his purpose, and hide from man he keepeth back his soul from the pit, and his life from perishing by the sword. He is chastened also with pain upon his bed, and the multitude of his bones with strong pain}</w:t>
      </w:r>
    </w:p>
    <w:p w:rsidR="00000000" w:rsidDel="00000000" w:rsidP="00000000" w:rsidRDefault="00000000" w:rsidRPr="00000000" w14:paraId="000005A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known that if a person is sixty years old, he/she would have slept for</w:t>
      </w:r>
    </w:p>
    <w:p w:rsidR="00000000" w:rsidDel="00000000" w:rsidP="00000000" w:rsidRDefault="00000000" w:rsidRPr="00000000" w14:paraId="000005A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twenty years of his or her life, so why will you not want to know what happens to you in these twenty years, for during those times you dream and God uses that quiet time to speak to us and give us vital information and you see that some people do dream but they will tell you they forget their dreams or use to forget, it is a satanic attack on your life that you need to reverse and put right as you have been missing some very vital information that can be very relevant as some people walk into traps that have been set in the spiritual realm in their real life but perhaps, they had been informed by God about it but are not aware because they do not remember</w:t>
      </w:r>
    </w:p>
    <w:p w:rsidR="00000000" w:rsidDel="00000000" w:rsidP="00000000" w:rsidRDefault="00000000" w:rsidRPr="00000000" w14:paraId="000005A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their dreams and it is not a good report you can say of yourself, you don't need to be a Christians before God speaks to you so long, as you are a human being for he loves all of us his creation, even from the beginning.</w:t>
      </w:r>
    </w:p>
    <w:p w:rsidR="00000000" w:rsidDel="00000000" w:rsidP="00000000" w:rsidRDefault="00000000" w:rsidRPr="00000000" w14:paraId="000005A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fact most times in your dreams, God can and always show us things that would happen to us, sometimes, days, weeks, months and even years before they happen all we need to do is to be able to remember and do what we need to do to be free and be on our way to our prepared blessings, favour riches etc that God has lined up for us. Imagine if Joseph in the Bible did not remember his dream and told it to his parents, how would he become Joseph the prime minister and interpreter of dreams and deliver his people and through him Israel become great etc could it be that God has spoken to you that you are the deliverer of your family, nation etc and you are not conscious see {Gen 37:9-10. And he dreamed yet another dream, and told it his brethren, and said Behold, I have dreamed a dream more; and, behold, the sun and the moon and the eleven stars made obeisance to me. And he told it to his father, and to his brethren: and his father rebuked him, and said unto him, what is this dream that thou hast dreamed? Shall I and thy mother and thy brethren indeed come to bow down ourselves to thee to the earth?}And also {Genesis 41:14-16. Then Pharaoh sent and called Joseph, and they brought him hastily out of the dungeon: and he shaved himself, and changed his raiment, and came in unto Pharaoh. And Pharaoh said unto Joseph, I have dreamed a dream, and there is none that can interpret it: and I have heard say of thee, that thou canst understand a dream to interpret it. And Joseph answered Pharaoh saying, it is not in me: God shall give Pharaoh an answer of peace.}{25-28. And Joseph said unto Pharaoh, the dream of Pharaoh is one: God hath shown Pharaoh what he is about to do. The seven good kind are seven years; and the seven good ears are seven years: the dream is one. And the seven thin and ill-favored kind that came up after them are seven years; and the seven empty ears blasted with the east wind shall be seven years of famine. This is the thing which I have spoken unto Pharaoh: what God is about to do showed unto Pharaoh.} remember, I had told you that, you do not need to be a Christian before God shows your dreams, pharaoh, is at all not a believer in God but yet, God showed him a dream about his nation that if not for the famine would have threatened and possibly wipe out his nation but for the dream God gave him, he contacted Joseph who interpreted the dreams for him and his nation was able to pass through the famine without any issue and even nations came to beg and bowed to Pharaoh because of the abundance of food in his kingdom.</w:t>
      </w:r>
    </w:p>
    <w:p w:rsidR="00000000" w:rsidDel="00000000" w:rsidP="00000000" w:rsidRDefault="00000000" w:rsidRPr="00000000" w14:paraId="000005A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Begin to take your dream life serious, may just be the beginning of your</w:t>
      </w:r>
    </w:p>
    <w:p w:rsidR="00000000" w:rsidDel="00000000" w:rsidP="00000000" w:rsidRDefault="00000000" w:rsidRPr="00000000" w14:paraId="000005A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breakthrough you have been praying or wishing for and if you follow through, you</w:t>
      </w:r>
    </w:p>
    <w:p w:rsidR="00000000" w:rsidDel="00000000" w:rsidP="00000000" w:rsidRDefault="00000000" w:rsidRPr="00000000" w14:paraId="000005A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will triumph very soon and begin to thank God you ever bought or picked up this book to read, as it is a thing you may engage in not for only yourselves now but for your family and generation yet unborn for it was Joseph that started the process of the Israelites revival and recognition just like Jesus broke the Jinx that was said about Nazareth where it was declared that, can anything good come out of Nazareth, yes, the greatest thing came in Jesus out of Nazareth could be too for you that anyone or powers are saying that to you or your family that nothing good will come out of your family, then dare to break it and make a powerful positive statement out of it that you indeed are a great thing that has come out of your family and put them and the devil to shame as you make undeniable progress in your field of endeavor.</w:t>
      </w:r>
    </w:p>
    <w:p w:rsidR="00000000" w:rsidDel="00000000" w:rsidP="00000000" w:rsidRDefault="00000000" w:rsidRPr="00000000" w14:paraId="000005A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EVIL INCANTATIONS</w:t>
      </w:r>
    </w:p>
    <w:p w:rsidR="00000000" w:rsidDel="00000000" w:rsidP="00000000" w:rsidRDefault="00000000" w:rsidRPr="00000000" w14:paraId="000005A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an aspect of the evil powers or people that we need to be aware of and push them back to their owners, as they engage in evil words against our life, marriage etc and that accounts for, marriages that come to an end without the knowledge of the people in the marriage as they are not conscious until it is over. It affects some of them to the extent that they will just get up and say they don't want to marry any longer without any disagreement with their spouse, and no matter how the entreaties they will not listen, until they are out of the marriage and maybe they now begin to experience reality etc their consciousness returns and if they are lucky they are able to get back if their spouse has not got another spouse or partner that will not want to let go, it becomes a battle of wits to get back to their marriage they unceremoniously, abandoned, because of evil incantations that was said either in the physical or spiritual realm, as these evil powers in the spiritual always engage in these evil incantations, but God will always show you or make you to be able to withstand it no matter how they do it, whether you are aware or not all you need to do is to insulate yourself with his words, for his promises never change like he said that he will have mercy on us in {Psalm 5:5-7.The foolish shalt not stand in thy sight: thou hatest all workers of iniquity. Thou shalt destroy them that speak leasing: the LORD will abhor the bloody and deceitful man. But ask for me, I will come into thy house in the multitude of thy mercy: and in thy fear will I worship toward thy holy temple.}He will always appear and be by your side spiritually or send his angel to take care of you and he never fails.</w:t>
      </w:r>
    </w:p>
    <w:p w:rsidR="00000000" w:rsidDel="00000000" w:rsidP="00000000" w:rsidRDefault="00000000" w:rsidRPr="00000000" w14:paraId="000005A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 you need to watch out for evil incantations in your marriage, as the</w:t>
      </w:r>
    </w:p>
    <w:p w:rsidR="00000000" w:rsidDel="00000000" w:rsidP="00000000" w:rsidRDefault="00000000" w:rsidRPr="00000000" w14:paraId="000005A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signs of evil incantations, is that you may notice that things that used to be easy for you becomes very hard, you run out of the ordinary favour that used to be your normal happenings, no longer happens to you, if you have a business, suddenly</w:t>
      </w:r>
    </w:p>
    <w:p w:rsidR="00000000" w:rsidDel="00000000" w:rsidP="00000000" w:rsidRDefault="00000000" w:rsidRPr="00000000" w14:paraId="000005A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your business starts to fail and you no longer have patronage from your customers and you even see your customers that has been patronizing you for years now begin to go opposite your business place to patronize someone else and they only casually greet you, yet they will not patronize you and you had no disagreement with them, some of them are even actually still owing you and they will not pay up and you experience bad breaks in your general life too, that things will not go right for you as usual. If you experience this or are experiencing it, please urgently begin to call heaven for assistance and powers in heaven can quell all the evil revolt against you, as he never forsakes his own. See{Ephesians 3:7-8. Whereof I was made a minister, according to the gift of the grace of God given unto me by the effectual working of his power. Unto me, who am less than the least of all saints, is this grace given, that I should preach among the Gentiles the unsearchable riches of Christ;}{Ephesians 5:17-20. Wherefore be ye not unwise but understand what the will of the Lord is. And be not drunk with, wherein is excess; but filled with the spirit; Speaking to yourselves in psalms and hymns and spiritual songs, singing and making melody in your heart to the Lord; Giving thanks always for all things unto God and the father in the name of our Lord Jesus Christ;},{Ephesians 6:10-12. Finally, my brethren, be strong in the Lord, and in the power of his might. Put on the whole armor of God that ye may be able to stand against the wiles of the devil. For we wrestle not against flesh and blood but against principalities, against powers, against the ruler of darkness of this world, against spiritual wickedness in high places.}{Ephesians 3:20.Now unto him that is able to do exceeding abundantly above all that we ask or think, according to the power that worketh in us,}</w:t>
      </w:r>
    </w:p>
    <w:p w:rsidR="00000000" w:rsidDel="00000000" w:rsidP="00000000" w:rsidRDefault="00000000" w:rsidRPr="00000000" w14:paraId="000005A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Surely you will be able to overcome them if you keep his words good</w:t>
      </w:r>
    </w:p>
    <w:p w:rsidR="00000000" w:rsidDel="00000000" w:rsidP="00000000" w:rsidRDefault="00000000" w:rsidRPr="00000000" w14:paraId="000005B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enough in your mouth day and night and do not allow it to depart from your mouth, for God said he honors his words that he honors his words more than his powerful name, he has never failed for everything is under his son JESUS for God created heaven and earth and everything in it, named or unnamed, physical or spiritual be so confident too. So that when they make any incantation against your marriage, you too return it to them with his word.</w:t>
      </w:r>
    </w:p>
    <w:p w:rsidR="00000000" w:rsidDel="00000000" w:rsidP="00000000" w:rsidRDefault="00000000" w:rsidRPr="00000000" w14:paraId="000005B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CHARMS</w:t>
      </w:r>
    </w:p>
    <w:p w:rsidR="00000000" w:rsidDel="00000000" w:rsidP="00000000" w:rsidRDefault="00000000" w:rsidRPr="00000000" w14:paraId="000005B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situation that the evil people or powers do charms and either bury it, throw it in the river or sea, using various satanic items, including keys etc and or they make the charm and put them at road junctions in other to affect the persons marriage or ruin the person, howbeit, little by little as they may program the charm to appear as sickness of any kind that will eventually take the life of the person or</w:t>
      </w:r>
    </w:p>
    <w:p w:rsidR="00000000" w:rsidDel="00000000" w:rsidP="00000000" w:rsidRDefault="00000000" w:rsidRPr="00000000" w14:paraId="000005B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adversely affect the marriage e.g. a lady got married having one child and having a quarrel with a neighbour, who promised to deal with her after which the lady carried out her treat, as one of her breast began to pain her seriously and you know what that means for a married woman and occasionally, it causes quarrel in the ladies home because the husband could not understand the pain, as there was no lump or swelling of any sort, but the pain according to the woman was very severe, one day the lady after visiting prayer houses, got to one of the prayer house and on this day there was a dangerous prayer that was prayed – every evil charm programmed inside of me come out by fire, it was so intense that many people vomited snails, snakes, nails etc but this particular lady suddenly was feeling very sharp pain in her breast as she looked and touched her breast she saw a black tread and she drew the black tread and it was coming out of her breast immediately following the tread was a niddle that was even longer than her breast, from that day, her breast pain stopped which means some charms can be programmed in our bodies spiritually and we will not be aware that is why you must daily protect yourself with the blood of Jesus so that those kinds of charms can never get to you or your loved ones.</w:t>
      </w:r>
    </w:p>
    <w:p w:rsidR="00000000" w:rsidDel="00000000" w:rsidP="00000000" w:rsidRDefault="00000000" w:rsidRPr="00000000" w14:paraId="000005B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CURSES</w:t>
      </w:r>
    </w:p>
    <w:p w:rsidR="00000000" w:rsidDel="00000000" w:rsidP="00000000" w:rsidRDefault="00000000" w:rsidRPr="00000000" w14:paraId="000005B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evil persons and powers are able to curse and it will affect you either for you not to get married or for it to affect your marriage or so that you will not be fruitful in your marriage, you need to guide seriously against such curses as they do it physically and spiritually and each time they curse you, you should curse them back especially when you are not a curser too anyway. And brethren the power of life and death is in the tongue. Anyone under a curse is the opposite of blessing which could come in various forms including limitation, barrenness, defeat, delay that is called on by the curser for a power(s) to afflict another person to cripple and hinder, make the person lack or pollute him/her hardened poverty, general backwardness, lack, getting late for important assignment, mysterious accidents, deaths, continuous bad luck, when people get things easily, lower, most curses that affect some people are actually caused by them as they give themselves to the adversary by either belonging to them and not calling on God genuinely to set him/her free from them, curses can be in a family, as can be seen in {2 kings 5:27. The leprosy therefore of Naaman shall cleave unto thee, and unto thy seed forever. And he went out from his presence a leper as white as snow.}</w:t>
      </w:r>
    </w:p>
    <w:p w:rsidR="00000000" w:rsidDel="00000000" w:rsidP="00000000" w:rsidRDefault="00000000" w:rsidRPr="00000000" w14:paraId="000005B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if you are not prayerful that curse will follow you if you are a member if that family that has that particular curse, in some families the women do not get married, they must either get their children out of wedlock, just co-habit with a man</w:t>
      </w:r>
    </w:p>
    <w:p w:rsidR="00000000" w:rsidDel="00000000" w:rsidP="00000000" w:rsidRDefault="00000000" w:rsidRPr="00000000" w14:paraId="000005B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or get raped to have a child so you need to be careful, so that you find out, what is the pattern in your family, so that you break yourself out of it as mostly in Africa and in the third world, this is a pattern that is seen in some families which could be because of a covenant their fore fathers have entered into or as a result of the evil they must have done and they were cursed and it is affecting their generation, this is possible because it used to be that human sacrifices were done and some people are usually delegated to go and forcefully look or take a person by force and in that process, they are always cursed and if you are in that linage definitely you will be affected.</w:t>
      </w:r>
    </w:p>
    <w:p w:rsidR="00000000" w:rsidDel="00000000" w:rsidP="00000000" w:rsidRDefault="00000000" w:rsidRPr="00000000" w14:paraId="000005B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Imagine a lady that was cursed by one of her relatives because of envy the lady gave birth to three children all of them has strange sickness, the first one had a hole in the heart, the second one eyes was open the child cannot see, the third one was a horrible site to behold, the child was born deaf and dumb cannot seat, walk or stand, so the woman now knew she was under a curse and she had to seek spiritual solution and she went to a praying church and on that day as intensive prayer was given to her to prayer for about three weeks – Bringing judgment to your enemies by the second week that relative brought, three eggs to her, that he was the one that was responsible that each time she got pregnant he will issue a curse on an egg an bury it….</w:t>
      </w:r>
    </w:p>
    <w:p w:rsidR="00000000" w:rsidDel="00000000" w:rsidP="00000000" w:rsidRDefault="00000000" w:rsidRPr="00000000" w14:paraId="000005B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curses have been in some families for hundreds of years, so you need very intensive, intentional, prayers to broke them.</w:t>
      </w:r>
    </w:p>
    <w:p w:rsidR="00000000" w:rsidDel="00000000" w:rsidP="00000000" w:rsidRDefault="00000000" w:rsidRPr="00000000" w14:paraId="000005B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curses are near success curses that affects some people everything will seem set for the person to get a fortune, breakthrough, favor or in some cases, a man or a woman would be engaged to several people severally but none will get to marriage because there is a curse of near success syndrome working against the person but many people do not see it that way they will think it is a normal thing, in some cases, it would just be that there will be an insignificant disagreement, like you did not visit call me on time, I saw you with a girl or man or unexplained anger that is not important and that is all.</w:t>
      </w:r>
    </w:p>
    <w:p w:rsidR="00000000" w:rsidDel="00000000" w:rsidP="00000000" w:rsidRDefault="00000000" w:rsidRPr="00000000" w14:paraId="000005B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some mysterious infirmities, sickness etc all in a bid to dislodge the marriage arrangement.</w:t>
      </w:r>
    </w:p>
    <w:p w:rsidR="00000000" w:rsidDel="00000000" w:rsidP="00000000" w:rsidRDefault="00000000" w:rsidRPr="00000000" w14:paraId="000005B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is the community curse, some communities have been involved in human sacrifice etc and some people that have been scarified have been known to curse some communities and that curse will affect everyone in that community, so if you are from any community please ask and know if there is a curse that you need to break yourself from, it may no doubt affect your marital life if it exist.</w:t>
      </w:r>
    </w:p>
    <w:p w:rsidR="00000000" w:rsidDel="00000000" w:rsidP="00000000" w:rsidRDefault="00000000" w:rsidRPr="00000000" w14:paraId="000005B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was a lady who scored very high mark in university entry exams, but that</w:t>
      </w:r>
    </w:p>
    <w:p w:rsidR="00000000" w:rsidDel="00000000" w:rsidP="00000000" w:rsidRDefault="00000000" w:rsidRPr="00000000" w14:paraId="000005B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same week a trailer ran into their house and killed her because there is a cursed in their family that there is no one that will go above secondary education. The Reuben curse{Deuteronomy 27:13. And these shal stand upon mount Ebal to curse; Reuben, Gad, and Asher, and Zebulun, Dan, and Naptali.}</w:t>
      </w:r>
    </w:p>
    <w:p w:rsidR="00000000" w:rsidDel="00000000" w:rsidP="00000000" w:rsidRDefault="00000000" w:rsidRPr="00000000" w14:paraId="000005B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is the curse of un-forgiveness that is a curse that affects you when you have the spirit of not forgiving people no matter how you pray all you need to do is to forgive people at your own level, so that you do not be in a prison.</w:t>
      </w:r>
    </w:p>
    <w:p w:rsidR="00000000" w:rsidDel="00000000" w:rsidP="00000000" w:rsidRDefault="00000000" w:rsidRPr="00000000" w14:paraId="000005C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STUMBLING CURSE</w:t>
      </w:r>
    </w:p>
    <w:p w:rsidR="00000000" w:rsidDel="00000000" w:rsidP="00000000" w:rsidRDefault="00000000" w:rsidRPr="00000000" w14:paraId="000005C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allow people not to serve God and you make them to backslide etc, you are unknowingly attracting curses on yourself, so do not make anyone to lose faith in JESUS. If you have a cursed object in your house or any satanic object in your house you have attracted a curse to yourself and it can bring a bad aura into your life, business, marriage etc so you need to check your house and do away with anything that seems to represent Satan even satanic regalia or occultist regalia, they bring curses that you cannot know now so please be vigilant. Deuteronomy 7:26 Neither shalt thou bring an abomination into thine house, lest thou be a cursed thing like it: but thou shalt utterly detest it, and thou shalt utterly abhor it; for it is a cursed thing. And when you bring evil objects to your house it adversely affects your marriage.</w:t>
      </w:r>
    </w:p>
    <w:p w:rsidR="00000000" w:rsidDel="00000000" w:rsidP="00000000" w:rsidRDefault="00000000" w:rsidRPr="00000000" w14:paraId="000005C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other ways all the things I have tried to put to you affects your marriage and you, for if anything affects you, it will affect your marriage or your chances of getting married, otherwise how can you explain that some girls have planned to get married to some men and it will not work, for no reason. It is expedient for you to realize that there are some people and powers that try to control our life and therefore whom we marry is important etc and they do it through several way and by severals means that will seem normal, but in reality it is not normal, but been manipulated by forces of evil which we need to contend with and stopped from operating further in our life and circumstances and it is very possible to stop them as God has given us the tools in his words to use to stop them.</w:t>
      </w:r>
    </w:p>
    <w:p w:rsidR="00000000" w:rsidDel="00000000" w:rsidP="00000000" w:rsidRDefault="00000000" w:rsidRPr="00000000" w14:paraId="000005C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will not fail to also bring to your attention that these powers and persons do everything possible too for some people to marry the wrong spouse in other for them to get at them or punish them unjustly and if you are not careful they use such people to ruin those people either their finance, career and in some cases they eventually take the life of the person.</w:t>
      </w:r>
    </w:p>
    <w:p w:rsidR="00000000" w:rsidDel="00000000" w:rsidP="00000000" w:rsidRDefault="00000000" w:rsidRPr="00000000" w14:paraId="000005C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Otherwise how can you explain that a man got married to his wife as a millionaire with various investments that roles in money and all of a sudden his</w:t>
      </w:r>
    </w:p>
    <w:p w:rsidR="00000000" w:rsidDel="00000000" w:rsidP="00000000" w:rsidRDefault="00000000" w:rsidRPr="00000000" w14:paraId="000005C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business begins to dwindle and in a few years he cannot pay ordinary school fees of his little children and he sells off all his cars, assets etc and becomes a tenant and yet cannot still feed properly, it is not of the ordinary, there are some forces working assiduously against him and his businesses, such person if he is not careful dies out of frustration and some deliberately take their own life, which shows that he is acting out a script that was written for him in the satanic world. {Acts 5:19-20. But the angel of the Lord by night opens the prison doors, and brought them forth, and said, go, stand and speak in the temple to the people all the words of his life.}</w:t>
      </w:r>
    </w:p>
    <w:p w:rsidR="00000000" w:rsidDel="00000000" w:rsidP="00000000" w:rsidRDefault="00000000" w:rsidRPr="00000000" w14:paraId="000005C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story may clearly give you an incite of the understanding I want to convey to you, A lady got married to her husband and they had two children and in the fifth year suddenly there was a big wound in the leg of the wife and they started going from one specialist hospital to hospital and the man's finances were dwindling and he was a very successful business man, he was not able to attend to his business any longer and so he was having financial challenges here and there and meanwhile, every morning the leg would be like a very fresh wound and the lady was getting the best treatment that they could find and the man was, so down cast and disappointed that he was complaining to whomever was ready to listen to him, one day one of his friends told him to do a three days dry fasting and prayers and pray for some time at midnight, he reluctantly agreed and he did that and on the fourth day he was too shocked and he dreamt that an angel came to him in the dream that they should attend a meeting they got to a big tree and they entered but he was afraid as they were there one after the other, people that attended were his former girlfriends before he repented, the other was his mother in law and so he almost shouted when he saw that, his own mother too was attending such evil meeting and the worse of all was that his wife was attending he almost broke down, that was not the tragic part as they finished the meeting and they wanted to share their meat, his wife stretched out her legs and it was upon the legs that they cut the meat and shared, he almost fainted, in the morning, the wife was complaining of the legs and the husband could not contain his rage and he said never would he put his money again in any treatment, the wife was crying and the man was too angry and he said, so you will put your leg down for them to cut meat and you want me to be spending my money, you are a liar, immediately the tears of the wife was dried and she began to apologize to her husband and said how did he know, she will not do that again etc.</w:t>
      </w:r>
    </w:p>
    <w:p w:rsidR="00000000" w:rsidDel="00000000" w:rsidP="00000000" w:rsidRDefault="00000000" w:rsidRPr="00000000" w14:paraId="000005C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see how satanic powers and persons pushed that kind of woman to the</w:t>
      </w:r>
    </w:p>
    <w:p w:rsidR="00000000" w:rsidDel="00000000" w:rsidP="00000000" w:rsidRDefault="00000000" w:rsidRPr="00000000" w14:paraId="000005C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man, if not that God revealed it to the man he would have gone bankrupt, so you need to be very prayerful and circumspect on whom you would want to marry or</w:t>
      </w:r>
    </w:p>
    <w:p w:rsidR="00000000" w:rsidDel="00000000" w:rsidP="00000000" w:rsidRDefault="00000000" w:rsidRPr="00000000" w14:paraId="000005C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family you want to marry from, if you are aware that the man/woman is having a mother or father that is a witch or wizard would you want to marry from such family definitely, you will not. So make spiritual inquiry by yourself from God. Let him tell you which family you want to marry into, if it will give you rest of mind and peace. As marriage is not like an item you purchase and you return it to the store or supermarket where you bought it, no. That is why you have to be sure to a great degree before you will plunge into the river of marriage.</w:t>
      </w:r>
    </w:p>
    <w:p w:rsidR="00000000" w:rsidDel="00000000" w:rsidP="00000000" w:rsidRDefault="00000000" w:rsidRPr="00000000" w14:paraId="000005C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you see, some marriages that are going very nice and smooth suddenly develops serious problems etc, it may just be that an evil spell has been cast on the marriage and therefore hatred, strife etc becomes the order of the day, that is why you need to be humane in you reactions and decisions you take against your spouse, as you or he may be under a spell, that you have no control over and it may just be that you were attacked in the dream or they have manipulated something that is working negatively against your marriage.</w:t>
      </w:r>
    </w:p>
    <w:p w:rsidR="00000000" w:rsidDel="00000000" w:rsidP="00000000" w:rsidRDefault="00000000" w:rsidRPr="00000000" w14:paraId="000005C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DELIBERATELY ACQUIRE ATTITUDES AND BEHAVIOUR THAT ARE SIMILAR TO WHAT GOD PRESCRIBES</w:t>
      </w:r>
    </w:p>
    <w:p w:rsidR="00000000" w:rsidDel="00000000" w:rsidP="00000000" w:rsidRDefault="00000000" w:rsidRPr="00000000" w14:paraId="000005C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that we understand marriage from a perspective of humility, honestly, love, wisdom etc which needs to be applied in marriage, otherwise, you cannot become successful in your marriage, it demands that we demonstrate great understanding, it is a journey that we embark on and never supposed to come back from it until death and it is not a thing that we use guess work to go about it but consciousness and presence of mind is needed to become a master of it, you must decide to become a person that must have lost the ability to get angry as you will always see things that will anger you, but you must decide not to be angry, because if you want to be angry at everything you experience in marriage you may not leave long, as anger shortens your life span and affect some of your organs, which you should avoid, you would have to become that proverbial goat, that sees things that threaten her, but will just walk away, but if a chicken sees the same thing the chicken will make noise and you will think someone want to catch her. Become less aggressive in the things you say and do, as it can be defeatist e.g. the tune with which you speak must now become concessionary and not confrontational otherwise you will have your back against the wall and be ignored or you will be having huge troubles see {Prov. 29:2. When the righteous are in authority, the people rejoice: but when the wicked beareth rule, the people mourn.} {Prov. 22:24- 25.Make no friendship with an angry man; and with a furious man thou shalt not go. Lest thou learn his ways, and get a snare to thy soul.}</w:t>
      </w:r>
    </w:p>
    <w:p w:rsidR="00000000" w:rsidDel="00000000" w:rsidP="00000000" w:rsidRDefault="00000000" w:rsidRPr="00000000" w14:paraId="000005C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most times, even the most intelligent people if they are angry are bereft of ideas and their words are mostly made up of those of low pedestal that cannot be sustained, appreciated or at times comprehended as they listen not to reason but they bow to insensitivity that leaves you wondering if they are the same sound, intelligent and a potential of great academic joy that is enviable enough to became a great role model, but not because they have added a baggage as despicable and divisive like anger which most times even after coming back to themselves, do not admire themselves and are apologetic which to a large extent is not sustainable because sometimes you may not be able to apologise to all concern as you may have been angry in a public place or someone there would have left with the impression that, you are a person of anger and may relate it, same way, he or she saw you display your anger and someone else may see you and just think that you are a person of anger and your anger always would get a response especially if you display it in your marriage and you cannot guarantee the response of your spouse, especially if you have made it a habit to be angry and it can bring about a breakdown of peace and order in your marriage which you will not be able to stand at the end, so why not begin with peaceful words that can be used to bring joy, peace, and understanding in your marriage, it is even contended by God that anyone who is always angry is a fool.{Proverbs 21:19. It is better to dwell in the wilderness, than with a contentious and an angry woman.}</w:t>
      </w:r>
    </w:p>
    <w:p w:rsidR="00000000" w:rsidDel="00000000" w:rsidP="00000000" w:rsidRDefault="00000000" w:rsidRPr="00000000" w14:paraId="000005C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deliberately depart from words that are not verifiable and</w:t>
      </w:r>
    </w:p>
    <w:p w:rsidR="00000000" w:rsidDel="00000000" w:rsidP="00000000" w:rsidRDefault="00000000" w:rsidRPr="00000000" w14:paraId="000005C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tenable as you would be gradually dealing a serious blow to your marriage unconsciously as the outcome has never been pleasant for anyone that engages in it and you have to begin to practice to be even more honest if you are married for you do not even have any moral justification to tell lies and demean yourself and your family because sometimes it comes down to that as you may not be always lucky to get away with lies as circumstances and distance can conspire and find you out and you would be struggling to juggle with words and end up ridiculing yourself the more, maybe in the presence of your family which could wait for you another day even in your home as you may be ignored and not considered to be fit enough to be told some normal things in your home and that situation could be used as an excuse and you might become angry and cause trouble which should not have arisen, if you were honest in your dealings see {Psalm 101:7. He that worketh deceit shall not dwell within my house: he that telleth lies shall not tarry in my sight.}</w:t>
      </w:r>
    </w:p>
    <w:p w:rsidR="00000000" w:rsidDel="00000000" w:rsidP="00000000" w:rsidRDefault="00000000" w:rsidRPr="00000000" w14:paraId="000005D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are faithful in little things it can lead to very big things that may change your circumstance in anyway, including financial breakthrough as someone may recommend you as been faithful in little things and therefore you can be faithful in</w:t>
      </w:r>
    </w:p>
    <w:p w:rsidR="00000000" w:rsidDel="00000000" w:rsidP="00000000" w:rsidRDefault="00000000" w:rsidRPr="00000000" w14:paraId="000005D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great things too and that could just be your breakthrough.</w:t>
      </w:r>
    </w:p>
    <w:p w:rsidR="00000000" w:rsidDel="00000000" w:rsidP="00000000" w:rsidRDefault="00000000" w:rsidRPr="00000000" w14:paraId="000005D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Actually in marriage you don't need to be a perfect person but to be the right person, if you are right you can adapt and learn and become a better you, that is what marriage requires for there are no perfect people leaving here on earth, but all falter in one way or the other, but there are acceptable standard which should not fall below the normal human requirement of decency.</w:t>
      </w:r>
    </w:p>
    <w:p w:rsidR="00000000" w:rsidDel="00000000" w:rsidP="00000000" w:rsidRDefault="00000000" w:rsidRPr="00000000" w14:paraId="000005D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see a marriage that is great, it is not because the spouses are perfect it is because both of them are putting in hard work to see that, the marriage works and it is not correct to say that they put equal effort but one of the spouses definitely must be putting in more effort than the other, it may be too because that one understands that he or she needs to stand in the gap for his/her spouse for their marriage to stand strong see Ecclesiastics 4:9-10 Two are better than one; because they have a good reward for their labor. For if they fall, the one will lift up his fellow: but woe to him that is alone when he falleth; for he hath not another to help him up.</w:t>
      </w:r>
    </w:p>
    <w:p w:rsidR="00000000" w:rsidDel="00000000" w:rsidP="00000000" w:rsidRDefault="00000000" w:rsidRPr="00000000" w14:paraId="000005D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is no one that can go it alone in life, therefore you need someone to complement you and see to it that you too are a complementing factor in your marriage that is when the union will produce people that can stand for each other and each day you have attitudes and behaviour that will shape your marriage correctly and make it a good success that even you will be proud of in due cause.</w:t>
      </w:r>
    </w:p>
    <w:p w:rsidR="00000000" w:rsidDel="00000000" w:rsidP="00000000" w:rsidRDefault="00000000" w:rsidRPr="00000000" w14:paraId="000005D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gradually be transforming your attitude and behaviour to be a committed, submissive devoted and understanding one to be able to be said to have a successful marriage, for the spouse must of necessity learn to be submissive and honor one another failing in this is to curt a disastrous marriage, which is not the essence of marriage. A spouse may use humility to take control of his/her marriage as humble people are usually trusted people and when you trust anyone you will be able to put the person in confidence and leave anything and be sure that the person is able to hold forth for you and everything is alright. {1Peter 3:5-7.For after this maner in the old time the holy women also, who trusted in God, adorned themselves, being in subjection unto their own husbands: even as Sarah obeyed Abraham, calling him lord: whose daughters ye ar, as long as ye do well, and are not afraid with any amazement. Likewise, ye husbands, dwell with them according to knowledge, giving honor unto the wife, as unto the weaker vessel, and as being heirs together of the grace of life; that your prayers be not hindered. It will be difficult for me to talk about marriage at this length without talking about Ruth in the Bible who displayed loyalty that was only needed to be rewarded the way she was rewarded, she was told to leave, like her mate, but she did not go, but stayed</w:t>
      </w:r>
    </w:p>
    <w:p w:rsidR="00000000" w:rsidDel="00000000" w:rsidP="00000000" w:rsidRDefault="00000000" w:rsidRPr="00000000" w14:paraId="000005D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despite the situation that seems odd and not favourable and in the end her mate orpah was never mentioned again in the Bible but Ruth was dedicated a chapter of the Bible to, for her resilience, that is what marriage is resilience.{Ruth 1:15-17. And she said, behold, thy sister-in-law is gone back unto her people, and unto her gods: return thou after thy sister-in-law. And Ruth said, Entreat me not to leave thee, or to return from following after thee: for whither thou goes, I will go; and where thou lodgest, I will lodge: thy people shall be my people, and thy God my God: where thou diest, will I die, and there will I be buried; the LORD do so to me, and more also, if aught but death part thee and me.}</w:t>
      </w:r>
    </w:p>
    <w:p w:rsidR="00000000" w:rsidDel="00000000" w:rsidP="00000000" w:rsidRDefault="00000000" w:rsidRPr="00000000" w14:paraId="000005D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My readers should try to take on the attitude of Ruth as it is an attitude that will be rewarded by God in heaven and most times men and women of good conscience who should reward loyalty with rewards that are commensurate and even more, for it is a rare quality that is scarce in human affairs and so should be upheld and recognized. {Ruth 1:16-17. And Ruth said, Entreat me not to leave thee, or to return from following after thee: for whither thou goest, I will go; and where thou lodgest, I will lodge: thy people shall be my people, and thy God my God: where thou diest, will I die, and there will I be buried; the LORD do so to me, and more also, if aught but death part thee and me.} You must always strife to be a better person as soon as you get married, for it is impossible to remain the same, for if you remain the way you are, you are most likely not to be successful in your marriage.</w:t>
      </w:r>
    </w:p>
    <w:p w:rsidR="00000000" w:rsidDel="00000000" w:rsidP="00000000" w:rsidRDefault="00000000" w:rsidRPr="00000000" w14:paraId="000005D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Love, hope and faith are the cardinal principles of a Christians, therefore you must be found with these virtues if you call yourself a Christian, love is the ability to give yourself to a cause, someone etc dedicating yourself to a person or cause without necessarily gaining or for selfish reason and not doing so because of reward you expect, but because you believe in the cause or the person as having deep and intense feeling for some in our context, that you have because you want the person to succeed in life despite great short coming of the person you love or got married to as you are able to contain and overlook his/her faults and still go ahead to love the person, this is what is required in a marriage situation, so that you can be tolerant of one another as no one can be said to have a perfectly perfect character, all we need is from time to time hold family or private meetings and iron things out with each other that way you can roll well as spouse and get along very well in your marriage which will positively affect other areas of your life.</w:t>
      </w:r>
    </w:p>
    <w:p w:rsidR="00000000" w:rsidDel="00000000" w:rsidP="00000000" w:rsidRDefault="00000000" w:rsidRPr="00000000" w14:paraId="000005D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HOPE</w:t>
      </w:r>
    </w:p>
    <w:p w:rsidR="00000000" w:rsidDel="00000000" w:rsidP="00000000" w:rsidRDefault="00000000" w:rsidRPr="00000000" w14:paraId="000005D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to feel that one day things will be the way you want them to be as long as you are holding on to yourself and doing the best for yourself, i.e. your</w:t>
      </w:r>
    </w:p>
    <w:p w:rsidR="00000000" w:rsidDel="00000000" w:rsidP="00000000" w:rsidRDefault="00000000" w:rsidRPr="00000000" w14:paraId="000005D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expectations about your marriage will come to pass soon. Faith is to be sure that your hope or expectation will surely come to pass because you know that you are in the right marriage and you will reap the benefits of you union.1Corinthians 13:13. And now abideth faith, hope, charity, these three; but the greatest of these is charity.</w:t>
      </w:r>
    </w:p>
    <w:p w:rsidR="00000000" w:rsidDel="00000000" w:rsidP="00000000" w:rsidRDefault="00000000" w:rsidRPr="00000000" w14:paraId="000005D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SHOULD ACQUIRE OTHER PERSONAL POSITIVE ATTITUDES AND CHARACTER</w:t>
      </w:r>
    </w:p>
    <w:p w:rsidR="00000000" w:rsidDel="00000000" w:rsidP="00000000" w:rsidRDefault="00000000" w:rsidRPr="00000000" w14:paraId="000005D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you need to really be successful in your marriage you need to become a kind person much more than you have ever been because you are now facing the reality of leaving with someone else and you need to as a matter of responsibility care for the person as much as you can by all means rational i.e. you need to always go out of your way to see that the person is satisfied, even when you are not satisfied, you do this to show that you are caring and you are able to endure to see that your marriage stands on the right footing. To be kind is not convenient to undertake, for instance, if you go out and you are coming home, a kind spouse should be able to get something for his/her spouse at least once a week even when it is not financially convenient but expedient, even when you are not used to being kind when you were not married you need to learn new things that are kind, if you also go out of your way to dedicate a particular hour of the day to pray for your spouse, it is not too much, but it is an act of kindness that is demonstrated by people with large hearts who think of the spiritual wellbeing of their spouse, so that both of them can leave very long and happy as it is only a wise spouse that engage in this kind of unusual kindness, that can cement their marriage.</w:t>
      </w:r>
    </w:p>
    <w:p w:rsidR="00000000" w:rsidDel="00000000" w:rsidP="00000000" w:rsidRDefault="00000000" w:rsidRPr="00000000" w14:paraId="000005D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 I have observed before in this book it is the spiritual that controls the physical therefore, if a spouse engages the spiritual for her/his family, he/she is only securing their marriage from any form of physical or spiritual attack as these attacks are normal and they come in various ways, to do damage in any area of our marriage, so you need to properly engage get secured and if you do, you avert dangers, if not that Queen Esther can never be sure of what will happen to her husband's kingdom by Hermans plot. See Esther 4:14-16. For if thou altogether hold thy peace at this time, then shall thy enlargement and deliverance arise to the Jews from another place; but thou and thy father's house shall be destroyed: and who knoweth whether thou art come to the kingdom for such a time as this? Then Esther bade them return Mordecal this answer. Go, gather together all the Jews that are present in Shushan, and fast ye for me, and neither eat nor drink three days, night or day: also I and my maidens will fast likewise; and so will I go in unto the king, which is not according to the law: and if I perish, I perish.</w:t>
      </w:r>
    </w:p>
    <w:p w:rsidR="00000000" w:rsidDel="00000000" w:rsidP="00000000" w:rsidRDefault="00000000" w:rsidRPr="00000000" w14:paraId="000005D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PATIENT</w:t>
      </w:r>
    </w:p>
    <w:p w:rsidR="00000000" w:rsidDel="00000000" w:rsidP="00000000" w:rsidRDefault="00000000" w:rsidRPr="00000000" w14:paraId="000005E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another personality that you must take on as a married person, otherwise, you are sure not to get married for a long time, for this is the tool that wins your spouse to you for if you fail in this, you will be despised and not taken seriously and most likely be ill-treated and taken advantage of as i.e. if you have a wise spouse but not intelligent he/she will take advantage of you and always get away with it and you will have no credible defense when the issues are discussed rationally e.g. If he/she know that you are an impatient person all he/she needs do is to make you angry and you will be impatience and he/she will be telling things that can really annoy you and you may not want to eat again and he/she take advantage and eat more than normal while you are angry or if he/she does not want you to be comfortable in the bed in the night, it is just only to say something that will make you to be angry and you will face the other side of the bed while he/she will sleep conveniently facing any direction etc.</w:t>
      </w:r>
    </w:p>
    <w:p w:rsidR="00000000" w:rsidDel="00000000" w:rsidP="00000000" w:rsidRDefault="00000000" w:rsidRPr="00000000" w14:paraId="000005E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PRACTICE GENTLENESS</w:t>
      </w:r>
    </w:p>
    <w:p w:rsidR="00000000" w:rsidDel="00000000" w:rsidP="00000000" w:rsidRDefault="00000000" w:rsidRPr="00000000" w14:paraId="000005E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personality you must take on as a married person because you will surely see lots of things that will make you to be angry, but you must have made up your mind that anger has been trashed out of your life completely and replaced with gentleness for if you are gentle, you cannot be taken for granted for people who are gentle are known for little words but, their words are always weighty and speaks volume, make your words short and of great volume with tact, posers and wisdom, delivered with steady and unruffled voice, especially in times of challenges and treats, even from your spouse, for if you do this, you will always be considered positively before your spouse takes a decision for the last time he did not, your poser to him troubled him, but he only may not have confessed to you, I want you to consider Queen Esther and the way she spoke to the king, the king had no option other than to do what she wants and even had to ask her, is that all, that he was even willing to give half of his kingdom to her. Esther 9:13-14. Then said Esther, if it please the king, let it be granted to the Jews which are in Shushan to do tomorrow also according unto this day's decree, and let Haman's ten sons be hanged upon the gallows. And the king commanded it so to be done: and the decree was given as Shushan; and they hanged Haman's ten sons.</w:t>
      </w:r>
    </w:p>
    <w:p w:rsidR="00000000" w:rsidDel="00000000" w:rsidP="00000000" w:rsidRDefault="00000000" w:rsidRPr="00000000" w14:paraId="000005E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PRACTICE SPIRITUALITY</w:t>
      </w:r>
    </w:p>
    <w:p w:rsidR="00000000" w:rsidDel="00000000" w:rsidP="00000000" w:rsidRDefault="00000000" w:rsidRPr="00000000" w14:paraId="000005E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That a married person does not practice spirituality is to allow your marriage to be on auto pilot while you sleep, for if you are not careful, someone also</w:t>
      </w:r>
    </w:p>
    <w:p w:rsidR="00000000" w:rsidDel="00000000" w:rsidP="00000000" w:rsidRDefault="00000000" w:rsidRPr="00000000" w14:paraId="000005E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has left his plane on auto pilot and has gone to sleep and as if both are traveling on an opposite direction, it only takes the grace of God for both planes not to crash and fall down to the earth and usually, the passengers in the plane are left to the mercy of God, and experience have shown that not all passengers survive in some bad cases, there are usually no survivors to tell the story of the crash. I am using the plane crash to let my readers understand that, if you leave your marriage at the mercy of providence which has no known guarantees and witnesses, either you, your children etc may suffer loses, that may be too heavy to record, for we have seen marriages that have crashed, the wife leaves the home after four or five children the husband marries another wife and the new wife poison the whole children and claims innocence, but she may have done an irreparable damage to the family that will be regrettable all their lives, that is why you need to be prayerful for this world is a wicked world that we find ourselves, therefore we need to speak blessings daily over the things and persons we value, so that God in his infinite mercy will see us and help us protect them for us. Philippians 4:6. Be careful for nothing; but in everything by prayer and supplication with thanksgiving let your request be made known unto God. Romans 12:12. Rejoicing in hope; patient in tribulation; continuing instant in prayer;</w:t>
      </w:r>
    </w:p>
    <w:p w:rsidR="00000000" w:rsidDel="00000000" w:rsidP="00000000" w:rsidRDefault="00000000" w:rsidRPr="00000000" w14:paraId="000005E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COVENANTS IN FAMILIES</w:t>
      </w:r>
    </w:p>
    <w:p w:rsidR="00000000" w:rsidDel="00000000" w:rsidP="00000000" w:rsidRDefault="00000000" w:rsidRPr="00000000" w14:paraId="000005E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will interest you to know that, there are covenants in some families, for generations now that affect some people unknowingly now, as they are not told that their family members have been engaged to some gods in the past or they were priests and priestess to some idols or water gods, and that from time to time they used to give, them either drinks, fowls, ducks, dogs, goats etc and they even had a special regalia they used to put on and it may be somewhere in the family house or even in the shrine and all members of the family have been covenanted to them by those libations, goats, fowls etc they have been giving to them that they have agreed that at a certain time of the year they will come and present themselves and those items, so that they pledge their loyalty and they in turn will protect them, failure of which there will be consequences and some of the consequences now are presenting themselves in some people as, late marriage, problems in marriage not been able to get married, broken engagement, troubled dreams etc.</w:t>
      </w:r>
    </w:p>
    <w:p w:rsidR="00000000" w:rsidDel="00000000" w:rsidP="00000000" w:rsidRDefault="00000000" w:rsidRPr="00000000" w14:paraId="000005E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phenomenon is mostly associated with the third world and Africa in particular as some women experience what I had stated above and usually about all members of the family suffer related issues and some of the occurrence would almost appear as a natural occurrence, whereas, it is an orchestrated issue that is</w:t>
      </w:r>
    </w:p>
    <w:p w:rsidR="00000000" w:rsidDel="00000000" w:rsidP="00000000" w:rsidRDefault="00000000" w:rsidRPr="00000000" w14:paraId="000005E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planned in the spiritual realm to look as if it is a natural occurrence only few ones escape it, if they give themselves to prayers and fasting and regularly too, for these evil powers do come to check if they will see any legal hold against you.</w:t>
      </w:r>
    </w:p>
    <w:p w:rsidR="00000000" w:rsidDel="00000000" w:rsidP="00000000" w:rsidRDefault="00000000" w:rsidRPr="00000000" w14:paraId="000005E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of the covenants are so ridiculous that it does not pass a reasonable test, imagine some families have a covenant that all their families are followers, wives, husbands etc to a god and in such families their physical marriage is always turbulent, some not married, all of them must divorce and remarry etc and yet they still serve such gods with dedication and zeal.</w:t>
      </w:r>
    </w:p>
    <w:p w:rsidR="00000000" w:rsidDel="00000000" w:rsidP="00000000" w:rsidRDefault="00000000" w:rsidRPr="00000000" w14:paraId="000005E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take note of any sign of being unfortunate in marriage or you always see yourself in the dream with strange people or married in the dream etc then you should know that you are under a very serious marriage attack and therefore you need to 'wake up' and do something about it fast, for it is a sign that, the evil powers will not rest until they rubbish your marital life, resist them with the word of God, repeatedly. Luke 11:9-11 and I say unto you, ask, and it shall be given you; seek, and ye shall find; knock, and it shall be opened unto you. For everyone that asketh receiveth; and he that seeketh findeth; and to him that knocketh it shall be opened. If a son shall ask bread of any of you that is a father, will he give him a stone? Or if he ask a fish, will he for a fish give him a serpent?</w:t>
      </w:r>
    </w:p>
    <w:p w:rsidR="00000000" w:rsidDel="00000000" w:rsidP="00000000" w:rsidRDefault="00000000" w:rsidRPr="00000000" w14:paraId="000005E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should genuinely seek the face of God, for he alone can set you permanently free from those dark and evil powers that will not let you be maritally. Virtually all families especially in Africa have a family strong man. Isaiah 54:5 for thy Maker is thine husband; the LORD of hosts is his name; and thy Redeemer the Holy One of Israel; The God of the whole earth shall he be called. Hosea 2:19 And I will betroth thee unto me forever; yea, I will betroth thee unto me in righteousness, and in judgment, and in loving kindness, and in mercies. Malachi 3:17 And they shall be mine, saith the LORD of hosts, in that day when I make jewels; and I will spare them, as a man spareth his own son that serveth him.</w:t>
      </w:r>
    </w:p>
    <w:p w:rsidR="00000000" w:rsidDel="00000000" w:rsidP="00000000" w:rsidRDefault="00000000" w:rsidRPr="00000000" w14:paraId="000005E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SPIRITUAL SPELL</w:t>
      </w:r>
    </w:p>
    <w:p w:rsidR="00000000" w:rsidDel="00000000" w:rsidP="00000000" w:rsidRDefault="00000000" w:rsidRPr="00000000" w14:paraId="000005E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people cannot get married, some find it hard to marry or are having problem in their marriages because a spiritual spell has been cast on them unknowingly by evil people or evil powers, otherwise how do you explain a beautiful successful girl, with great attitude and character, finds it difficult to marry, despite capping it up with a good educational background that could be enviable, and some people with these qualities not been able to be successful in the marital home as, they experience one trouble to the other or the tragic one is a very beautiful girl, with everything going for her not even having anyone to speak to her</w:t>
      </w:r>
    </w:p>
    <w:p w:rsidR="00000000" w:rsidDel="00000000" w:rsidP="00000000" w:rsidRDefault="00000000" w:rsidRPr="00000000" w14:paraId="000005E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about relationship not to talk of getting married to her and you see some in their late fourties approaching fifty years not married and it is not as if they have leaved a wayward life before, it only points to the fact that there is an unseen force working against them to deal with them, for, in truth, she may have been dreaming and seeing herself, been married, about to get married etc and would be dismissing it as a dream, when in fact they should take it very serious and deal with them in a language they understand i.e. spiritually too, for all our dreams are spiritual activities that goes on in our life that will either affect us positively or negatively, depending on how you deal with it. And there are various reasons for this occurrence.</w:t>
      </w:r>
    </w:p>
    <w:p w:rsidR="00000000" w:rsidDel="00000000" w:rsidP="00000000" w:rsidRDefault="00000000" w:rsidRPr="00000000" w14:paraId="000005F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could be as a result of getting into demonic or satanic activities when the person was small, like going to the riverside to assist some adults perform some ceremonies etc or even some parents take their children to perform these rights or even perform these rights or even perform them on behalf of the children and dedicate them to these strange gods either in shrines, waters, idol places, some families have those idols in their houses, compounds, communities etc, and they from time to time go there and mention the names of their children or wards and give items on their behalf, thereby committing them to these strange gods, who then begin to operate negatively in their lives and affect them in diverse ways that, they may not understand, including hindering them in their marriages or in their marriage plans, it will be great, if my readers will take stock of their lives, marriages or marriage plans, if it has taken a negative sign or pattern over the years, then you should recognize immediately that it may be as a result of these activities. Some people are affected directly by activities of some people or powers that would physically represent them with and call their names on the dolls and they will rain evil incantations and curses on the dolls and throw it away, thereby calling on some external powers to follow and afflict the person, in his or her marriage or marriage arrangements and this, if the person is not careful and spiritual enough can negatively affect the person.</w:t>
      </w:r>
    </w:p>
    <w:p w:rsidR="00000000" w:rsidDel="00000000" w:rsidP="00000000" w:rsidRDefault="00000000" w:rsidRPr="00000000" w14:paraId="000005F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evil persons also employ a similar method too by, having two dolls</w:t>
      </w:r>
    </w:p>
    <w:p w:rsidR="00000000" w:rsidDel="00000000" w:rsidP="00000000" w:rsidRDefault="00000000" w:rsidRPr="00000000" w14:paraId="000005F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and invoking evil causes and incantations on them and making them to face different direction, thereby making the spouse to always have differences and that may eventually lead to their separation or some of the very wicked ones do incantations and curses on keys and then lock it up and throw them away either in the river or they bury them etc and that is why you see that some spouse do fight always and quarrel and are irreconcilable until they separate from each other.  Some, witches only curse and call the names of the spouse and ask them in spiritual</w:t>
      </w:r>
    </w:p>
    <w:p w:rsidR="00000000" w:rsidDel="00000000" w:rsidP="00000000" w:rsidRDefault="00000000" w:rsidRPr="00000000" w14:paraId="000005F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realm not to be reconcile again and they would separate.</w:t>
      </w:r>
    </w:p>
    <w:p w:rsidR="00000000" w:rsidDel="00000000" w:rsidP="00000000" w:rsidRDefault="00000000" w:rsidRPr="00000000" w14:paraId="000005F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ABORTION SYNDROME</w:t>
      </w:r>
    </w:p>
    <w:p w:rsidR="00000000" w:rsidDel="00000000" w:rsidP="00000000" w:rsidRDefault="00000000" w:rsidRPr="00000000" w14:paraId="000005F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often neglected by people and they think they have got away with it, as I have observed to you before and I presume you are aware, this life is more spiritual than physical, some people that have been involved in previous abortions may be victims of marriage or any other adverse human setbacks, that are sometimes not explainable to the ordinary person, and most times the people that are involved, have either forget or are themselves not aware of the damage the abortion, they had engaged in have stated to yield dividend, howbeit negative, consequence. God in his infinite mercy may have brought the person to this world to produce the next leader of a state, nation etc, but you may have truncated that, with the abortion you may have committed, just like the manufacturer of the biro, it is meant to write and improve, humanity but if you destroy the biro, you have not allowed it to be used for the purpose it was manufactured for, that may just have been what you may have done to yourself, if you are involved in abortion, as God manufactured you, to produce children into a purpose which you, did not find out but, aborted the plans of God definitely you will have to pay, one way or the other, as you may have disrupted God's plan, but you have alternative arrangements.</w:t>
      </w:r>
    </w:p>
    <w:p w:rsidR="00000000" w:rsidDel="00000000" w:rsidP="00000000" w:rsidRDefault="00000000" w:rsidRPr="00000000" w14:paraId="000005F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may be responsible for some, people not getting married, having turbulent marriage, without children or having challenges in reproduction or conception, for God has commanded us to be fruitful and multiply. Gen 1:28, And God Blessed them and God said unto them, Be fruitful, and multiply, and replenish the earth, and subdue it: and have dominion over the fish of the sea, and over the fish of the sea, and over the fowl of the air, and over every living thing that moves upon the earth. Genesis 9:7. And you, be ye faithful, and multiply therein.</w:t>
      </w:r>
    </w:p>
    <w:p w:rsidR="00000000" w:rsidDel="00000000" w:rsidP="00000000" w:rsidRDefault="00000000" w:rsidRPr="00000000" w14:paraId="000005F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very possible the person may have aborted a destiny, an illustration was given of a certain lady who was a student and in her early twenties, but according to her, she had a challenge which was making her not to be comfortable among her mates and sometimes she becomes an object of laughter and it was always making her to be so sad and comfortless, as she gained admission into the tertiary institution, her worry increased as she was always ashamed in the company of her friends as her breast were not developed according to her as she would have preferred as these of her peers and some of her friends used to call her, tangerine breast and she was so uncomfortable with that nick name as it turned out to be, so when she came home for holidays she complain to one of her mother's friend about her plight and what she can do about it, and her mother friend ask her if she had a</w:t>
      </w:r>
    </w:p>
    <w:p w:rsidR="00000000" w:rsidDel="00000000" w:rsidP="00000000" w:rsidRDefault="00000000" w:rsidRPr="00000000" w14:paraId="000005F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boyfriend and she said no, she said go and get a boyfriend, how can a university student like you not have a boyfriend, that your breast will become big once you start to have a boyfriend, immediately she got to school she really went to have a boyfriend and she got herself dis-virgined, she did not know that, that was the worse advice she would ever have in her entire life time, immediately she did, that same night as she was going home from her boyfriend's house, she saw physically four angels following her, and asking her mummy where are you, where are you etc and she ran, the run of her life to her hostel and her life never remained the same as she went to seek spiritual answers, that she wanted to bring four prophets to this world, if she got married as a virgin, that she had truncated the arrangements. This shows too that you should select very well the people you listen to, some advice are satanic in nature and can ruin you, please, be careful and seek sound counsel, as you can abort a president or have done so. Then begin to ask for his mercies that are new everyday.</w:t>
      </w:r>
    </w:p>
    <w:p w:rsidR="00000000" w:rsidDel="00000000" w:rsidP="00000000" w:rsidRDefault="00000000" w:rsidRPr="00000000" w14:paraId="000005F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SPIRITUAL POVERTY</w:t>
      </w:r>
    </w:p>
    <w:p w:rsidR="00000000" w:rsidDel="00000000" w:rsidP="00000000" w:rsidRDefault="00000000" w:rsidRPr="00000000" w14:paraId="000005F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could be one of the greatest thing every of my reader should fight as, spiritual poverty is the cause of many problems in marriages, for if we employ spiritual intelligence in our marriages, we may not encounter some of these problems as you will know what to do even before the challenge will come you will have seen it, if you apply spiritual riches to your activities in your marriage you would become a rallying point for your friends, families etc as people may want to copy from you and engage their marriage positively and be very successful in their marriage. If you consider, that God has given us all things to succeed, 2 peter 1: 3 &amp; 4 According as his divine power hath given unto us all things that pertain unto life and goodliness, through the knowledge of him that hath called us to glory and virtue: Whereby are give unto us exceeding great and precious promises: that by these yet might be partakers of the divine nature, having escaped the corruption that is in the world through lust. In fact God has given us all things that we need so that we will be successful in all that we do, all we need to do is to speak it, act on it, even our marriage will become successful the way we want it, for this is what you see in his words in John 16:1. These things have I spoken unto you, that ye should not be offended.</w:t>
      </w:r>
    </w:p>
    <w:p w:rsidR="00000000" w:rsidDel="00000000" w:rsidP="00000000" w:rsidRDefault="00000000" w:rsidRPr="00000000" w14:paraId="000005F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will want you to know that an illustration was given of a lady who has</w:t>
      </w:r>
    </w:p>
    <w:p w:rsidR="00000000" w:rsidDel="00000000" w:rsidP="00000000" w:rsidRDefault="00000000" w:rsidRPr="00000000" w14:paraId="000005F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been married to a man, who claims to be a Christian for decades but, the man has been verbally abusing the woman etc and at a time their marriage was not too healthy and for some years now the husband returns late from work almost every day and the wife would ask what delayed him out there, he would not want to speak</w:t>
      </w:r>
    </w:p>
    <w:p w:rsidR="00000000" w:rsidDel="00000000" w:rsidP="00000000" w:rsidRDefault="00000000" w:rsidRPr="00000000" w14:paraId="000005F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about it, the lady did not border again, but kept her prayer life up and was very consistent, one day the husband did not give money to prepare food, at about five pm, the lady dressed and went to the husbands office to collect money so that she would from there go to the market, to prepare dinner for the family, on getting there she meet her husband and his secretary in a compromising position and she did not ask her husband but only asked for the money, the man, was angry at her, that she should have called before coming to his office etc it was then the lady answered and said since you decide to be compromising our marriage with your secretary your male organ will not function from today except you want to use it for me who is your legal wife and the lady asked and collected the money and left, from that day, her husband male organ did not work again outside except for her and from then on, the husband accused the wife of witchcraft, and the man went from one prayer house to seek another solution for his present problem, it was in one of those prayer house, that he confessed, that is male organ does not work after, his wife spoke thus, and he was told that there is nothing anyone can do for him except his wife decide to release him, that so long as she is the legally married woman she can speak over what belongs to her and it will be so.</w:t>
      </w:r>
    </w:p>
    <w:p w:rsidR="00000000" w:rsidDel="00000000" w:rsidP="00000000" w:rsidRDefault="00000000" w:rsidRPr="00000000" w14:paraId="000005F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therefore advice that, you do not need to fight or speak over any challenge</w:t>
      </w:r>
    </w:p>
    <w:p w:rsidR="00000000" w:rsidDel="00000000" w:rsidP="00000000" w:rsidRDefault="00000000" w:rsidRPr="00000000" w14:paraId="000005F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your marriage to your spouse but speak to God and make decree and declaration about it and it will come to pass and you will have no complain about your marriage hence forth.</w:t>
      </w:r>
    </w:p>
    <w:p w:rsidR="00000000" w:rsidDel="00000000" w:rsidP="00000000" w:rsidRDefault="00000000" w:rsidRPr="00000000" w14:paraId="0000060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OATHS</w:t>
      </w:r>
    </w:p>
    <w:p w:rsidR="00000000" w:rsidDel="00000000" w:rsidP="00000000" w:rsidRDefault="00000000" w:rsidRPr="00000000" w14:paraId="0000060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one of the things that has impacted negatively on marriages or marriage plans, that some people have not taken care of and that need to be urgently taken care of to keep their marriage safe, sound or on a good footing, it is important to note that some people that has gone into these oaths may have forgotten that they may not just take it seriously especially when they were much younger as some are lured into it or ignorantly went into the oath without also knowing the devastating spiritual and physical implications it can and will have on their life and in the life of the person they would want to associated with later in life i.e. being associated alone with a person that has taken an oath can affect you, for instance if the person has taken an oath that they will leave long in life but will not succeed in business and are in business with that person, surely you will be negatively be affected. Not to talk of the fact that you are married or you want to get married to the person and maybe the oath also include not getting married to anyone, surely it will trouble you and most times, the full implication and reach of those who take the oath are not at all told to those who take the oaths with the gods or powers that they have</w:t>
      </w:r>
    </w:p>
    <w:p w:rsidR="00000000" w:rsidDel="00000000" w:rsidP="00000000" w:rsidRDefault="00000000" w:rsidRPr="00000000" w14:paraId="0000060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subscribed to, for if some of them are really aware they will at all never go into it and have themselves messed up in a way that they cannot explain that is why my readers should be careful with the people they are associated with especially intimately as it could mar or mark your life positively or negatively.</w:t>
      </w:r>
    </w:p>
    <w:p w:rsidR="00000000" w:rsidDel="00000000" w:rsidP="00000000" w:rsidRDefault="00000000" w:rsidRPr="00000000" w14:paraId="0000060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way it is done now is that some people are not even told before they are initiated or take the oath as they are only innocently invited to a party especially in the night, when you are a fresh person in a school environment e t c, if you are invited for such parties please be careful to attend as that is the way many people now take oaths that make them member (s) of an occultic group who take secret oaths that speak against them.</w:t>
      </w:r>
    </w:p>
    <w:p w:rsidR="00000000" w:rsidDel="00000000" w:rsidP="00000000" w:rsidRDefault="00000000" w:rsidRPr="00000000" w14:paraId="0000060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is a particularly pathetic story that was told of a lady who took an oath with a young man in their university days to get married to each other, it was very sweet as they went along as they completed their tertiary institution, suddenly the young man's father died and in their tradition in their place as the first son he would have to reign in the stead of his father as his father was a king and it is too that you will inherit the wives that the father had about three wives and so the young man did, but the lady said she will never be fourth or fifth wife so she broke her engagement with the man and went her way, meanwhile, during the oath a cock was used to perform the sacrifice and the native doctor made incantations and used the blood of the cock to Robb their forehead and worms started to appear on the fresh cock that was slaughtered and he affirmed the efficacy of the oath. As the young lady found another man to get married to, all arrangement made e t c. few weeks to the actual date, worms started to come out of her private part and the marriage engagement e t c. were cancelled and so she attempted with two other man and the same thing happened to her, until she had to cry to God, who had mercy on her and that problem sized from her, this clearly shows how oaths can affect anyone who engages in oaths, this lesson should drive my readers to begin to remember if they had been engaged in oath of any kind and begin to call on God to have mercy as that is the only way you can come out of such bondage or affliction and make your marriage free of evil or your marriage plans successful, otherwise you will be trying and it will surely fail unless you call on the power of the highest who will wipe them from you.</w:t>
      </w:r>
    </w:p>
    <w:p w:rsidR="00000000" w:rsidDel="00000000" w:rsidP="00000000" w:rsidRDefault="00000000" w:rsidRPr="00000000" w14:paraId="0000060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important to note too that some oath are performed without the</w:t>
      </w:r>
    </w:p>
    <w:p w:rsidR="00000000" w:rsidDel="00000000" w:rsidP="00000000" w:rsidRDefault="00000000" w:rsidRPr="00000000" w14:paraId="0000060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consciousness of some people as they are performed in the spiritual realm and the person may only be aware if he or she now begin to see it in their dreams, but after some had been performed in the spiritual realm, the member or leader (s) as the case may be appears to them in the physical and speaks to them by giving them</w:t>
      </w:r>
    </w:p>
    <w:p w:rsidR="00000000" w:rsidDel="00000000" w:rsidP="00000000" w:rsidRDefault="00000000" w:rsidRPr="00000000" w14:paraId="0000060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assignment, instructions, information e t c and they interact fully with them, and these oaths are dangerous and are not at all in the long run beneficial to the person as those evil powers do it to the person as those evil powers do it to accomplish their evil task and some are directly detrimental to the person that has entered the oath</w:t>
      </w:r>
    </w:p>
    <w:p w:rsidR="00000000" w:rsidDel="00000000" w:rsidP="00000000" w:rsidRDefault="00000000" w:rsidRPr="00000000" w14:paraId="0000060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e.g. some of them are usually told that it is when they are in the prime of their life that they will die or on a certain birthday they have attained or on their marriage day etc, that is why you see that some very healthy people suddenly die when they are celebrating an important invent as important as the day of their graduation from school that is supposed to be the happiest day of their life and some people will say they have targeted them e t c, no it may not be correct, it may be that they are under a known or unknown oath.</w:t>
      </w:r>
    </w:p>
    <w:p w:rsidR="00000000" w:rsidDel="00000000" w:rsidP="00000000" w:rsidRDefault="00000000" w:rsidRPr="00000000" w14:paraId="0000060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illustration should lead you to now ask JESUS to save you from any known or unknown evil oath etc, some of the wicked and tragic oath is always programmed to happen in the future and it will not trouble the person as he or she grows up, until the fixed time in the future. But you can cancel all that for yourself or your loved ones, if you are serious, that is why you see sometimes too that a child that you brought up and was very responsible suddenly turns out to become wayward, aggressive uncontrolled, not obeying simple and rational instructions and you wonder, if that is the child you brought up. Gen 26: 28 And they said, We saw certainly that the LORD was with thee: and we said, let there be now an oath betwixt us, even betwixt us and thee, and let use make a covenant with thee; Num30: 2 If a man vow a vow unto the LORD, or swear an oath to bind his soul with a bond; he shall not break his word, he shall do according to all that proceeded out of his mouth. Acts 23:12And when it was day, certain of the Jews banded together, and bound themselves under a curse, saying that they would neither eat nor drink till they killed Paul.</w:t>
      </w:r>
    </w:p>
    <w:p w:rsidR="00000000" w:rsidDel="00000000" w:rsidP="00000000" w:rsidRDefault="00000000" w:rsidRPr="00000000" w14:paraId="0000060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need to do a real soul search to see if you are been burdened by any of these or other oath that you may need to be aware of and immediately deal with it so that you will be free and find enjoyment in your marriage or so that some people may have children as they are finding it difficult to have one.</w:t>
      </w:r>
    </w:p>
    <w:p w:rsidR="00000000" w:rsidDel="00000000" w:rsidP="00000000" w:rsidRDefault="00000000" w:rsidRPr="00000000" w14:paraId="0000060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HOMOSEXUALITY, LESBIANISM AND BESTIALITY MASTURBATION ETC</w:t>
      </w:r>
    </w:p>
    <w:p w:rsidR="00000000" w:rsidDel="00000000" w:rsidP="00000000" w:rsidRDefault="00000000" w:rsidRPr="00000000" w14:paraId="0000060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Homosexuality is not a normal societal act that is generally acceptable by the whole society, but a very negligible section of the society has come to embrace it, but it has no place in the society and the people that engage in it have not been known to be normal i.e. they vacillate between homosexual acts and</w:t>
      </w:r>
    </w:p>
    <w:p w:rsidR="00000000" w:rsidDel="00000000" w:rsidP="00000000" w:rsidRDefault="00000000" w:rsidRPr="00000000" w14:paraId="0000060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bisexual acts and it has not been proven to be of benefit to humanity as it directly opposes creation and in my own opinion should not be practiced at all and there is also an effect against themselves that has not been properly acknowledged, as it affects marriage negatively as some people are married but are engage in it, which affects their spouse and it therefore leads some spouse to go and sought sex from unconventional means, which in turn affects their family and probably children and the effect cannot be overemphasized.</w:t>
      </w:r>
    </w:p>
    <w:p w:rsidR="00000000" w:rsidDel="00000000" w:rsidP="00000000" w:rsidRDefault="00000000" w:rsidRPr="00000000" w14:paraId="0000060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spiritual effect of it is worse as it will rob the person of spiritual benefits see 1 Corinthians 6.9-10.Know ye not that the righteous shall not inherit the kingdom of God? Be not deceived: neither fornicators, nor idolaters, nor adulterers, nor effeminate, nor abuses of themselves with mankind. Now thieves, nor covetous, nor drunkards, nor revilers, nor extortionist, shall inherit the kingdom of God Jude 1:7, Even as Sodom and Gomorrah, and the cities about them in like manner, giving themselves over to fornication, and going after strange flesh, are set forth for an example, suffering the vengeance of eternal fire. Revelation 21:8.But the fearful, and unbelieving and the abominable, and murders and whoremongers, and sorcerers, and idolaters, and all liars shall have their part in the lake which burneth with fire and brimstone: This is the second death.</w:t>
      </w:r>
    </w:p>
    <w:p w:rsidR="00000000" w:rsidDel="00000000" w:rsidP="00000000" w:rsidRDefault="00000000" w:rsidRPr="00000000" w14:paraId="0000060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sure that people that get involved in homosexuality in no time, becomes a societal misfit and therefore over thirty percent of them have been known to return voluntarily to normal sexual form which is known to humanity and most of them have been known to end up with torn anus, pile and other sickness that affects them seriously and some have been known to have died from these ailments and other misfortunes, that surround homosexuality, over seventy percent of them that are said to have got married are separated before four years and therefore it is not sustainable. This sexual attraction to one's own sex is not approved by humanity and therefore those that engage in it are often neglected, persecuted, jailed and hounded in very many countries and regions of the world and as termed a taboo and when they are caught in some countries they are sentenced to death, without an option of fine. Homosexual are despised, it should be discouraged as the benefit to mankind is not positively significant. If homosexuals abandon being homosexuals, they are not always too successful with marriage as they always want to go back. And they are always surrounded by spiritual problems and emotional imbalance.</w:t>
      </w:r>
    </w:p>
    <w:p w:rsidR="00000000" w:rsidDel="00000000" w:rsidP="00000000" w:rsidRDefault="00000000" w:rsidRPr="00000000" w14:paraId="0000061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LESBIANS</w:t>
      </w:r>
    </w:p>
    <w:p w:rsidR="00000000" w:rsidDel="00000000" w:rsidP="00000000" w:rsidRDefault="00000000" w:rsidRPr="00000000" w14:paraId="0000061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relating to women, having sex with themselves, and it can be a very big distraction and usually it is not sustainable so some of them still try to get</w:t>
      </w:r>
    </w:p>
    <w:p w:rsidR="00000000" w:rsidDel="00000000" w:rsidP="00000000" w:rsidRDefault="00000000" w:rsidRPr="00000000" w14:paraId="0000061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married but carry on with the act, either for fun, addiction etc and they can be so desperate and are never satisfied either with that or heterosexual sex as they are here today and there tomorrow and are usually unreliable people that are in- between decisions. Never satisfied with either being a lesbian or heterosexual sex, as they want to be in the two worlds.</w:t>
      </w:r>
    </w:p>
    <w:p w:rsidR="00000000" w:rsidDel="00000000" w:rsidP="00000000" w:rsidRDefault="00000000" w:rsidRPr="00000000" w14:paraId="0000061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Lesbians acts as if they are sex starved and therefore they will seize any opportunity to get at it but if they are married they do not carry such zeal to their marriage and are not good and loyal wives as they still find time to engage in lesbianism, they are often times lured into it by peers who are either school or play mates or sometimes by successfully married women who were lesbians and they look for vulnerable girls to get involved in it with them. Therefore physical negative effects, including emotional imbalance and the worse of it is spiritual troubles, ranging from not been able to get a person to get married to them, they suffer unexplainable loses in the business, etc, they are usually not taken seriously and are mostly controlled by spiritual powers negatively and if they are married, their husbands are troubled too, as they are seen as people who have taken their wives from them, so business, work, carrier, finance are seriously hindered their life generally too are so troubled. You are not to in any way engage in it. Do you want to come out of it? Then contact the master of the universe, he never fails – JESUS.</w:t>
      </w:r>
    </w:p>
    <w:p w:rsidR="00000000" w:rsidDel="00000000" w:rsidP="00000000" w:rsidRDefault="00000000" w:rsidRPr="00000000" w14:paraId="0000061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BESTIALITY</w:t>
      </w:r>
    </w:p>
    <w:p w:rsidR="00000000" w:rsidDel="00000000" w:rsidP="00000000" w:rsidRDefault="00000000" w:rsidRPr="00000000" w14:paraId="0000061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pathetic situation that a man or a woman will have sexual knowledge of an animal, it shows that for whatever reason the person would do it, he or she should have just been the kind of the animal, as it is not only bad but can only be said to be dehumanizing and should in every way be condemned but, I would want to quickly add that such people should be pitied as they do not have control of themselves any longer and satanic and wicked forces have taken over them, just like rapist who wickedly lose their sense of humanity only to regain it moments later, it is better that, they are quickly assisted as they are a danger to themselves and the society, as they can be injured by those animals or get killed.</w:t>
      </w:r>
    </w:p>
    <w:p w:rsidR="00000000" w:rsidDel="00000000" w:rsidP="00000000" w:rsidRDefault="00000000" w:rsidRPr="00000000" w14:paraId="0000061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should be noted that, there is a very little or nothing medicine can do for them or taking them for treatment in the hospital can do for them as the right thing and urgent thing that can be done is to take them to seek spiritual solutions otherwise it may be too late for them as they can bring shame and disgrace to the family, they should be taken to appropriate 'church' – just like the military, where some soldiers do not go to war or battle, but yet they were all recruited as soldiers so it is some churches are, some are in the frontline of prayers and fasting and they</w:t>
      </w:r>
    </w:p>
    <w:p w:rsidR="00000000" w:rsidDel="00000000" w:rsidP="00000000" w:rsidRDefault="00000000" w:rsidRPr="00000000" w14:paraId="0000061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really get on with the work of God and are unrelenting, and God too really shows up for them, these are the churches that can handle, the case of bestiality or rapists, for the wicked powers that afflict them are so wicked and deep rooted that they would not want them to go, and such people are in the border of insanity and demonic oppression which Jesus alone can handle, as they are seriously challenged maritally or cannot get married at all, unless by God's grace and mercy and most times when you ask them of their acts they seem to claim ignorance and no real knowledge of their act, which means they may be oblivious of it and the powers controlling them may just be too strong for them to handle, otherwise how can a human being have sexual knowledge of a goat or a three month old baby, there is no rational explanation for that.</w:t>
      </w:r>
    </w:p>
    <w:p w:rsidR="00000000" w:rsidDel="00000000" w:rsidP="00000000" w:rsidRDefault="00000000" w:rsidRPr="00000000" w14:paraId="0000061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MASTURBATION</w:t>
      </w:r>
    </w:p>
    <w:p w:rsidR="00000000" w:rsidDel="00000000" w:rsidP="00000000" w:rsidRDefault="00000000" w:rsidRPr="00000000" w14:paraId="0000061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is a situation where a man or a woman seduces himself or herself to have sex or come to orgasm by himself or herself, and studies have shown that people who engage in it are never good candidates for marriage as they are not emotionally stable people who will be maritally committed to their marriage and they do it too, because they are not in total grip of their senses and are also said to be controlled by external satanic forces which most times wants to hinder their marriages or marriage plans, that is why they are controlled to get involved in it as they satisfy themselves emotionally and therefore has no need of their husbands or wife or are not interested in getting married as they will be saying, it will be the same sexual satisfaction, and they are give false illusion about marriage by engaging themselves sexually. But, sometimes in their moment of sober reflection they regret their actions, but in few days or weeks they find themselves doing the same thing they just regretted few days or weeks ago, as they are always unable to help themselves out of that evil circle that brings no good to them regardless of their efforts.</w:t>
      </w:r>
    </w:p>
    <w:p w:rsidR="00000000" w:rsidDel="00000000" w:rsidP="00000000" w:rsidRDefault="00000000" w:rsidRPr="00000000" w14:paraId="0000061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clear present realistic reasonable solution is to fall back to the creator of heaven and earth as he is the only one that can do all things for us – humans, as there is nothing too difficult for him to do, it only takes surrendering to him as he clearly stated in Eph. 3:20 Now unto him that is able to do exceeding abundantly above all that we ask or think, according to the power that worketh in us. Roman 8:1-37 there is therefore now no condemnation to them which are in Christ Jesus, who walk not after the flesh, but after the Spirit. For the law of the spirit of life in Christ Jesus hath made me free from the law of sin and death. For what the law could not do, in that it was weak through the flesh, God sending his own Son in the likeness of sinful flesh, and for sin, condemned sin in the flesh:. That the</w:t>
      </w:r>
    </w:p>
    <w:p w:rsidR="00000000" w:rsidDel="00000000" w:rsidP="00000000" w:rsidRDefault="00000000" w:rsidRPr="00000000" w14:paraId="0000061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righteousness of the law might be fulfilled in us, who walk not after the Spirit. For they that are after the flesh do not mind the things of the flesh; but they that are after the Spirit, the things of the Spirit. For to be carnally minded is death: but to be spiritually minded is life and peace. Because the carnal mind is enmity against God: for it is not subject to the law of God, neither indeed can be. So then they are in flesh cannot please God. But ye are not in the flesh, but in the spirit, if so be that the Spirit of God dwell in you. Now if any man has not the spirit of Christ, he is none of his. And if Christ be in you, the body is dead because of sin; but the Spirit is life because of righteousness. But if the Spirit of him that raised up Jesus from the dead dwell in you, he that raised up Christ from the dead shall also quicken your mortal bodies by his Spirit that dwelleth in you. Therefore, brethren, we are debtors, not to the flesh, to live after the flesh. For if ye live after the flesh, ye shall die: but if ye through the Spirit do mortify the deeds of the body, ye shall live. For as many as are led by the Spirit of God, they are the sons of God. For ye have not received the spirit of bondage again to fear; but ye have received the Spirit of adoption, whereby we cry, Abba, Father. The Spirit itself beareth witness with our spirit, that we are the children of God:. And if children, then heirs; heirs of God, and joint heirs with Christ; if so be that we suffer with him, that we may be also glorified together: for I reckon that sufferings of this present time are not worth to be compared with the glory which shall be revealed in us. For the earnest expectation of the creature waited for the manifestation of the sons of God.</w:t>
      </w:r>
    </w:p>
    <w:p w:rsidR="00000000" w:rsidDel="00000000" w:rsidP="00000000" w:rsidRDefault="00000000" w:rsidRPr="00000000" w14:paraId="0000061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the creature was made subject to vanity, willingly, but by reason of him</w:t>
      </w:r>
    </w:p>
    <w:p w:rsidR="00000000" w:rsidDel="00000000" w:rsidP="00000000" w:rsidRDefault="00000000" w:rsidRPr="00000000" w14:paraId="0000061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who hath subjected the same hope; because the creature itself also shall be delivered from the bondage of corruption into the glorious liberty of the children of God. For we know that the whole creation groaneth and travaileth in pain together until now. And not only, they, but ourselves also, which have the firstfruits of the spirit, even we ourselves groan within ourselves, waiting for the adoption to wit, the redemption of our body. For we are saved by hope: but hope that is seen is not hope: for what a man seeth, why doth he yet hope for? But if we hope for that we see not, then do we with patience wait for it. Likewise the spirit also helpeth our infirmities: for we know not what we should we should pray for as we ought: but the spirit itself maketh intercession for us with groaning which cannot be uttered. And he that searcheth the heart knowethwhat is the mind of the spirit, because he maketh intercession for the saints according to the will of God. And we know that all things work together for good to them that love God, to them who are the called according to his purposes. For whom he did foreknow, he also did predestinate to be conformed to the image of his son, that he might be the firstborn among many</w:t>
      </w:r>
    </w:p>
    <w:p w:rsidR="00000000" w:rsidDel="00000000" w:rsidP="00000000" w:rsidRDefault="00000000" w:rsidRPr="00000000" w14:paraId="0000061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brethren.</w:t>
      </w:r>
    </w:p>
    <w:p w:rsidR="00000000" w:rsidDel="00000000" w:rsidP="00000000" w:rsidRDefault="00000000" w:rsidRPr="00000000" w14:paraId="0000061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Moreover, whom he did predestinate, them he also called: and whom he called, them he also justified: and whom he justified, them he also glorified. What shall we then say to these things? If God be for us, who can be against us? He that spared not his own Son, but delivered him up for us all, how shall he not with him also freely give us all things? Who shall lay anything to the charge of God's elect? It is God that justifieth. Who is he that condemneth? It is Christ that died, yea rather, that is risen again, who is even at the right hand of God, who also maketh intercession for us. Who shall separate us from the love of Christ? Shall tribulation, or distress, or persecution, or famine, or nakedness, or peril, or sword? As it is written, for thy sake we are killed all the daylong; we are accounted as sheep for the slaughter. Nay, in all these things we are more than conquers through him that loved us.</w:t>
      </w:r>
    </w:p>
    <w:p w:rsidR="00000000" w:rsidDel="00000000" w:rsidP="00000000" w:rsidRDefault="00000000" w:rsidRPr="00000000" w14:paraId="0000062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WHY PEOPLE ARE DELAYED IN GETTING MARRIED</w:t>
      </w:r>
    </w:p>
    <w:p w:rsidR="00000000" w:rsidDel="00000000" w:rsidP="00000000" w:rsidRDefault="00000000" w:rsidRPr="00000000" w14:paraId="0000062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is surely something or someone that is responsible for someone not getting married on time, it could be that you are responsible as you are not taking responsibility for the things that you do or the things that happen that we do not adequately or appropriately respond to things that happen to us that could delay you in marriage or also you have records of happenings in your life that can delay you that you should reconcile, reflect and correct, so that your marriage will come to pass. However, I will also highlight a few things that may be responsible for late marriage, though I may have touched on some of them before, yet there are some you need to properly take note of, to guide against your late marriage, so that, you take care of it, so that your marriage can happen soon.</w:t>
      </w:r>
    </w:p>
    <w:p w:rsidR="00000000" w:rsidDel="00000000" w:rsidP="00000000" w:rsidRDefault="00000000" w:rsidRPr="00000000" w14:paraId="0000062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ANGER</w:t>
      </w:r>
    </w:p>
    <w:p w:rsidR="00000000" w:rsidDel="00000000" w:rsidP="00000000" w:rsidRDefault="00000000" w:rsidRPr="00000000" w14:paraId="0000062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Chief among people’s attitude is uncontrolled anger and in that process, you say things that are unfitting and unbefitting of anyone who wants to get married to, if you say those things some people may hail you, as been bold and that you speak your mind easily etc, it is not every time you speak your mind even when it is necessary it may not be convenient or in your best interest in the end as, it may be used against you by those same people who would de-recommend you to some people who may speak to them about getting married to you, they may give that same example of your boldness that may not be suitable or reasonable and understanding to the person who may want to marry you, but, on hearing that he or she may be skeptical about marrying you, you must grow above anger, by never</w:t>
      </w:r>
    </w:p>
    <w:p w:rsidR="00000000" w:rsidDel="00000000" w:rsidP="00000000" w:rsidRDefault="00000000" w:rsidRPr="00000000" w14:paraId="0000062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taking anything to heart i.e. your state of mind must not be negative because of what you were told or you heard, turn every situation around you to become positive and express your anger gracefully, without malice in your words or response, let your response be measured and moderate, show great maturity in all your actions.</w:t>
      </w:r>
    </w:p>
    <w:p w:rsidR="00000000" w:rsidDel="00000000" w:rsidP="00000000" w:rsidRDefault="00000000" w:rsidRPr="00000000" w14:paraId="0000062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HANGING OUT AND DATING MARRIED MEN</w:t>
      </w:r>
    </w:p>
    <w:p w:rsidR="00000000" w:rsidDel="00000000" w:rsidP="00000000" w:rsidRDefault="00000000" w:rsidRPr="00000000" w14:paraId="0000062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could be a great hindrance to marriage most times, the young men that wants to get married are seeing you with these men and if they are having you as their girlfriends be sure that, they are looking for a more honorable and descent girl they want to get married to, they may be with you because they have no choice, immediately they have a choice, you will become like a tissue paper, he will put you in the dustbin and move on without an excuse and you may want to become so comfortable with married men because of the comfort they provide for you and when you are used to them, you may be afraid that once you live them, your young boyfriend, who want to marry you cannot provide such comfort and therefore you would want to prefer to still be passing or spending time with the married man, probably waiting for your young boyfriend to pick up financially, once you begin to think like this marriage will be a little bit far from you, the earlier you make up your mind to get married the better for you as you may want to marry anything that comes along or having to have a child for the married man, for if you do, he will now begin to see you differently and you may become stale for him and he will move on to another single girl that will give him the comfort of no strings attached and you may now be referred to as single mother or as they say baby mama, which is not really your original plan. Just do the needful NOW!!!</w:t>
      </w:r>
    </w:p>
    <w:p w:rsidR="00000000" w:rsidDel="00000000" w:rsidP="00000000" w:rsidRDefault="00000000" w:rsidRPr="00000000" w14:paraId="0000062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INDEPENDENT FOR TOO LONG</w:t>
      </w:r>
    </w:p>
    <w:p w:rsidR="00000000" w:rsidDel="00000000" w:rsidP="00000000" w:rsidRDefault="00000000" w:rsidRPr="00000000" w14:paraId="0000062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someone is independent for too long, it is sometimes difficult to want to be under the control of any one or to want to begin to adjust to the reality that you need to be, taking permission from a man before you for instance go out, is like being a captain of a ship and another captain is employed and you become a mate not the captain, it could honestly be difficult for some people to want to face the reality and therefore they postpone it and postpone it and before you know it, they are in their late thirties and going to their fourties and some of them enter panic mood and make wrong or catastrophic choices, it is in that wise, I would advise my readers especially those that live in cities and because of work has to leave on their own without parental control to read this book properly and make informed choice</w:t>
      </w:r>
    </w:p>
    <w:p w:rsidR="00000000" w:rsidDel="00000000" w:rsidP="00000000" w:rsidRDefault="00000000" w:rsidRPr="00000000" w14:paraId="0000062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 time so that they will start to have a family of their own and have children early and enjoy their life, from their fourties and early reap the benefits of their labour on their children and have peace of mind as the hustle and bustle of the city life can in no small way contribute to some extent on late marriage too, especially the female folks should watch out as the best years to have your children is before thirty five and after which your reproductive system may not be in the optimal level, so it is better to take advantage and get it over, so that you are not stressed in any way to produce your children.</w:t>
      </w:r>
    </w:p>
    <w:p w:rsidR="00000000" w:rsidDel="00000000" w:rsidP="00000000" w:rsidRDefault="00000000" w:rsidRPr="00000000" w14:paraId="0000062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EVIL POWERS</w:t>
      </w:r>
    </w:p>
    <w:p w:rsidR="00000000" w:rsidDel="00000000" w:rsidP="00000000" w:rsidRDefault="00000000" w:rsidRPr="00000000" w14:paraId="0000062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 speak about delay or late marriage without talking of evil power is to say the half-truth, as this is what is responsible for the great number of people that marry late, as they are spiritually manipulated to keep them not married, most times it is the best of the pack or the best candidates of marriage that is delayed by those evil powers to stop them from fulfilling their destinies and helping others in the process, that is why, for those of you who are not yet married and you have been making attempt, be now aware and conscious that you are destined to be great and you are been envied in the spiritual realm mostly and you are been delayed or denied of getting married at the right time, for they know you are one of the best marriage material.</w:t>
      </w:r>
    </w:p>
    <w:p w:rsidR="00000000" w:rsidDel="00000000" w:rsidP="00000000" w:rsidRDefault="00000000" w:rsidRPr="00000000" w14:paraId="0000062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have spoken about evil powers and how they penetrate in this section and others before; refer to them as I may not go into details, but get into action to see that you defeat them.</w:t>
      </w:r>
    </w:p>
    <w:p w:rsidR="00000000" w:rsidDel="00000000" w:rsidP="00000000" w:rsidRDefault="00000000" w:rsidRPr="00000000" w14:paraId="0000062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known that mostly people that leave in riverside areas especially are troubled by marine powers who prevent and hinder people in those areas in many ways including their marriages, studies have shown too that over eighty percent of marital troubles, late marriages especially are caused by marine powers who are married legally in the spiritual realm to the persons that are troubled in marriage especially for delay in marriages. Yes witches and wizards do trouble people but it may not be in percentage like those troubled by the marine powers.</w:t>
      </w:r>
    </w:p>
    <w:p w:rsidR="00000000" w:rsidDel="00000000" w:rsidP="00000000" w:rsidRDefault="00000000" w:rsidRPr="00000000" w14:paraId="0000062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would want to end this piece by asking you to check your spiritual compliance or thermometer if it is working for the positive or negative I e. it is possible that you have a marine power virus in you that you have not eliminated, that you need to…see Rev.2 :19. While they promise them liberty, they themselves are the servants 0f corruption, of the same is he brought in bondage.</w:t>
      </w:r>
    </w:p>
    <w:p w:rsidR="00000000" w:rsidDel="00000000" w:rsidP="00000000" w:rsidRDefault="00000000" w:rsidRPr="00000000" w14:paraId="0000062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if you check your dreams about marriage, if you seat back and physically write down the disappointments you have being having, do they follow the same pattern? Is it always at the hedge of your getting married that something</w:t>
      </w:r>
    </w:p>
    <w:p w:rsidR="00000000" w:rsidDel="00000000" w:rsidP="00000000" w:rsidRDefault="00000000" w:rsidRPr="00000000" w14:paraId="0000063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happens, what happened was any of them enough to call of the marriage off with insight was or is it possible to have redeemed that marriage? What role did you play in making the marriage not possible, did you do well? Could you have done more, have you noted well the circumstances related? Have you regretted any of your actions or inactions? Is there anything you can do now to remedy any one to get your marriage on the track again? These and others should be occupying your mind as you read, and give yourself an honest answer and at midnight cry aloud to God and he will answer you. Acts 2:21. And it shall come to pass, that whosoever shall call on the name of the Lord shall be saved. Psalms 119:62. At midnight I will rise to give thanks unto thee because of thy righteous judgment. Acts 16:25. And at midnight Paul and Silas prayed, and sang praises unto God: and the prisoners heard them. Exo11:4. And Moses said, thus saith the LORD, about midnight will I go out into the midst of Egypt. Exo12:29. And it came to pass, that at midnight the LORD smote all the firstborn in the land of Egypt, from the firstborn of Pharaoh that sat on his throne unto the firstborn of the captive that was in the dungeon, and all the firstborn of cattle. Ruth 3:8. And it came to pass at midnight, that the man was afraid, and turned himself: and, behold, a woman lay at his feet. Job 34:20.In a moment shall they die, and the people shall be troubled at midnight, and pass away: and the mighty shall be taken away without hand.</w:t>
      </w:r>
    </w:p>
    <w:p w:rsidR="00000000" w:rsidDel="00000000" w:rsidP="00000000" w:rsidRDefault="00000000" w:rsidRPr="00000000" w14:paraId="0000063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ABORTIONS</w:t>
      </w:r>
    </w:p>
    <w:p w:rsidR="00000000" w:rsidDel="00000000" w:rsidP="00000000" w:rsidRDefault="00000000" w:rsidRPr="00000000" w14:paraId="0000063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This may be the reason some people are not married as they may have offended God, in aborting a child God Could have given an assignment to earth and you may have disrupted that and he may have personally made sure that you are not married, until you ask for forgiveness e t c, you can imagine that some girls would abort more than six or more times, but yet they are married and having children, you who aborted only once, cannot get married or be pregnant again, for you may have been a special person to God and because you are not aware you went into abortion that has affected you adversely now, but it is not the end to him you are still special, he has not forgotten you, you only need to acknowledge him and cry to him to have great mercy on you and he will bless you again in a way that could be more than he has planned before, for he is a God that love us even in sin and he has purposed great things for you much more than you can comprehend. Jeremiah 29:11- 14For I know the thoughts that I think toward you, saith the LORD, thoughts of peace, and not of evil, to give you an expected end. Then shall ye call upon me, and ye shall go and pray unto me, and I will hearken unto you. And ye shall seek me, and find me, when ye shall search for me with all your heart. And I will be found of</w:t>
      </w:r>
    </w:p>
    <w:p w:rsidR="00000000" w:rsidDel="00000000" w:rsidP="00000000" w:rsidRDefault="00000000" w:rsidRPr="00000000" w14:paraId="0000063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saith the LORD: and I will turn away your captivity, and I will gather you from all the nations, and from all the places whither I have driven you, saith the LORD: and I will bring you again into the place whence I caused you to be carried away captive. Exodus 20:6, And showing mercy unto thousands of them that love me, and keep my commandments. Numbers 11: 18-20And say thou unto the people, sanctify yourselves against tomorrow, and ye shall eat flesh: for ye have wept in the ears of the LORD, saying, who shall give us flesh to eat? For it was well with Egypt: therefore the LORD will give you flesh and ye shall eat. Ye shall not eat one day, nor two days, nor five days, neither ten days, nor twenty days; but even a whole month, until it come out at your nostrils, and it be loathsome unto you: because that ye have despised the LORD which is among you, and have wept before him, saying, why came we forth out of Egypt? Heb4: 16Let us therefore come boldly unto the throne of grace, that we may obtain mercy, and find grace to help in time of need.</w:t>
      </w:r>
    </w:p>
    <w:p w:rsidR="00000000" w:rsidDel="00000000" w:rsidP="00000000" w:rsidRDefault="00000000" w:rsidRPr="00000000" w14:paraId="0000063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TOO MANY OPTIONS</w:t>
      </w:r>
    </w:p>
    <w:p w:rsidR="00000000" w:rsidDel="00000000" w:rsidP="00000000" w:rsidRDefault="00000000" w:rsidRPr="00000000" w14:paraId="0000063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When a young man or a young girl is in his or her prime, they are always spoiled for choice and therefore it gets into their head and very many times, they think they are too much for some certain persons and therefore do not give any attention to such people and in real terms, these are the potential and best candidate they are supposed to give attention as they are desirous to get married and be a great wife or husband to them.</w:t>
      </w:r>
    </w:p>
    <w:p w:rsidR="00000000" w:rsidDel="00000000" w:rsidP="00000000" w:rsidRDefault="00000000" w:rsidRPr="00000000" w14:paraId="0000063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Such people in the end marry other people and are so great to their spouses. Sometimes, the right people at first sight does not really look it, but indeed they are the people you should rely on for your marriage, when you have too many options, it is not the time to turn off any of the suitors, just like gold, when it is brought in her raw state, it does not look good but with purification it looks so good and great.</w:t>
      </w:r>
    </w:p>
    <w:p w:rsidR="00000000" w:rsidDel="00000000" w:rsidP="00000000" w:rsidRDefault="00000000" w:rsidRPr="00000000" w14:paraId="0000063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lady had twenty suitors all of them doing so well, except the last one that come, he looked un-kept etc but the lady to the surprise of her family and friends went for last one, you can imagine the disappointment of her family and friends and finally the guy was assisted in virtually every aspect of the marriage, it was so bad that, it was on their wedding day that they were able to have a good foam to sleep on as, it was the money they were given as gift that he gave to one of his friend to go and buy foam for them before they get to the house, it was that bad but, today they can afford to open a foam industry if they choose to, and all those guys that line up to marry her then are not as prosperous as her husband, so you must always see the future, as she declared to God, that, if her husband is poor, God should hold her</w:t>
      </w:r>
    </w:p>
    <w:p w:rsidR="00000000" w:rsidDel="00000000" w:rsidP="00000000" w:rsidRDefault="00000000" w:rsidRPr="00000000" w14:paraId="0000063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responsible, i.e. she deliberately prayed that her husband become prosperous and it came to past, that can be your story.</w:t>
      </w:r>
    </w:p>
    <w:p w:rsidR="00000000" w:rsidDel="00000000" w:rsidP="00000000" w:rsidRDefault="00000000" w:rsidRPr="00000000" w14:paraId="0000063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There are very many other things that could be responsible for late marriage or delay in marriage, I will just list them and you only need to recognize and deal with the one that concern you so that you transit from delay in the marriage to being married.</w:t>
      </w:r>
    </w:p>
    <w:p w:rsidR="00000000" w:rsidDel="00000000" w:rsidP="00000000" w:rsidRDefault="00000000" w:rsidRPr="00000000" w14:paraId="0000063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Unrealistic expectations, Polygamous family, Marital misconception Love for immediate wealth</w:t>
      </w:r>
    </w:p>
    <w:p w:rsidR="00000000" w:rsidDel="00000000" w:rsidP="00000000" w:rsidRDefault="00000000" w:rsidRPr="00000000" w14:paraId="0000063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Having sexual intercourse, especially with satanic people Spiritual rejection spell</w:t>
      </w:r>
    </w:p>
    <w:p w:rsidR="00000000" w:rsidDel="00000000" w:rsidP="00000000" w:rsidRDefault="00000000" w:rsidRPr="00000000" w14:paraId="0000063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Bad friends Spiritual defilement Bad health Masturbation Occupation force Lesbianism</w:t>
      </w:r>
    </w:p>
    <w:p w:rsidR="00000000" w:rsidDel="00000000" w:rsidP="00000000" w:rsidRDefault="00000000" w:rsidRPr="00000000" w14:paraId="0000063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Late conversion to Christ Stolen glory</w:t>
      </w:r>
    </w:p>
    <w:p w:rsidR="00000000" w:rsidDel="00000000" w:rsidP="00000000" w:rsidRDefault="00000000" w:rsidRPr="00000000" w14:paraId="0000063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First born syndrome Sin</w:t>
      </w:r>
    </w:p>
    <w:p w:rsidR="00000000" w:rsidDel="00000000" w:rsidP="00000000" w:rsidRDefault="00000000" w:rsidRPr="00000000" w14:paraId="0000063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Evil appointment Broken homes Homosexual acts Witchcraft spirits</w:t>
      </w:r>
    </w:p>
    <w:p w:rsidR="00000000" w:rsidDel="00000000" w:rsidP="00000000" w:rsidRDefault="00000000" w:rsidRPr="00000000" w14:paraId="0000064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Curses and evil covenants Too many sexual partners Imbalance life Polygamous powers Personal embargo</w:t>
      </w:r>
    </w:p>
    <w:p w:rsidR="00000000" w:rsidDel="00000000" w:rsidP="00000000" w:rsidRDefault="00000000" w:rsidRPr="00000000" w14:paraId="0000064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Wrong counseling Inherited evil pattern Miss/Mr. perfectionist Evil soul tie</w:t>
      </w:r>
    </w:p>
    <w:p w:rsidR="00000000" w:rsidDel="00000000" w:rsidP="00000000" w:rsidRDefault="00000000" w:rsidRPr="00000000" w14:paraId="0000064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All you have read in this chapter looks scary, but I tell you, do not in any</w:t>
      </w:r>
    </w:p>
    <w:p w:rsidR="00000000" w:rsidDel="00000000" w:rsidP="00000000" w:rsidRDefault="00000000" w:rsidRPr="00000000" w14:paraId="0000064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way be scared instead, you should be encouraged because you can come out of any of them, no matter how deep or deprived you are, the worse the better for you, because it cannot get worse again i.e. that is the worse the devil can do to you and there is someone who can bring you out of all your challenges and bringing you to his light, with ease, he is JESUS, if you don't want to ask anyone to do for you call him to come and visit you personally, you do not need to be a saint before he visits, he speaks to every human being for he created them all and he says, I will have compassion on whom I will have compassion and show mercy to whom he pleases, so you just try it today and see if he will not appear unto you, just keep calling if you really desire to be free of evil powers or people that are oppressing you, can come and begin to beg you as JESUS will put them to flight for you and you too can become powerful; One of the most important places in this book is this page or pieces.</w:t>
      </w:r>
    </w:p>
    <w:p w:rsidR="00000000" w:rsidDel="00000000" w:rsidP="00000000" w:rsidRDefault="00000000" w:rsidRPr="00000000" w14:paraId="0000064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Any man or woman who want to marry, be you of any religion, tribe, creed etc you should read and implement this piece if indeed you want to get married and have a happy home as the instructions below is very instructive and summarizes the essence of marriage or getting married.</w:t>
      </w:r>
    </w:p>
    <w:p w:rsidR="00000000" w:rsidDel="00000000" w:rsidP="00000000" w:rsidRDefault="00000000" w:rsidRPr="00000000" w14:paraId="0000064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Ephesians 5:21-25, submitting yourselves one to another in the fear of God. Wives, submit yourselves unto your own husbands, as unto the Lord. For the husband is the head of the wife, even as Christ is the head of the church: and he is the savior of the body. Therefore as the church is subject unto Christ, so the wives are to their own husbands in everything. Husbands love your wives, even as Christ also loved the church, and gave himself for it; If we adhere to this instruction we would love our spouse more now and see every negative thing in our spouse as a non-issue and only try to better our spouse and motivate him or her, by our actions and the kind words that we should speak to each other at all times, in other to sustain your love or marriage. But also make sure you are in compliance of, Amos 3:3. Can two work together, except they be agreed?</w:t>
      </w:r>
    </w:p>
    <w:p w:rsidR="00000000" w:rsidDel="00000000" w:rsidP="00000000" w:rsidRDefault="00000000" w:rsidRPr="00000000" w14:paraId="0000064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can also contact us, if you want more information and instructions counseling etc. 08023452049, 08059506180.</w:t>
      </w:r>
    </w:p>
    <w:p w:rsidR="00000000" w:rsidDel="00000000" w:rsidP="00000000" w:rsidRDefault="00000000" w:rsidRPr="00000000" w14:paraId="0000064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Proverbs 12:4. A virtuous woman is a crown to her husband: but she that maketh ashamed is as rottenness in his bones.</w:t>
      </w:r>
    </w:p>
    <w:p w:rsidR="00000000" w:rsidDel="00000000" w:rsidP="00000000" w:rsidRDefault="00000000" w:rsidRPr="00000000" w14:paraId="0000064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Proverbs 14:1. Every wise woman buildeth her house: but the foolish plucketh it down with her hands.</w:t>
      </w:r>
    </w:p>
    <w:p w:rsidR="00000000" w:rsidDel="00000000" w:rsidP="00000000" w:rsidRDefault="00000000" w:rsidRPr="00000000" w14:paraId="0000064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QUOTES</w:t>
      </w:r>
    </w:p>
    <w:p w:rsidR="00000000" w:rsidDel="00000000" w:rsidP="00000000" w:rsidRDefault="00000000" w:rsidRPr="00000000" w14:paraId="0000064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Those that say they love you are always many, but those that love you in reality are few.</w:t>
      </w:r>
    </w:p>
    <w:p w:rsidR="00000000" w:rsidDel="00000000" w:rsidP="00000000" w:rsidRDefault="00000000" w:rsidRPr="00000000" w14:paraId="0000064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good things you do for love are not lost, but produce results that you are not aware of, in your life.</w:t>
      </w:r>
    </w:p>
    <w:p w:rsidR="00000000" w:rsidDel="00000000" w:rsidP="00000000" w:rsidRDefault="00000000" w:rsidRPr="00000000" w14:paraId="0000064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Loving your spouse is a duty you should engage in, for in the long run, your entire family benefits from it.</w:t>
      </w:r>
    </w:p>
    <w:p w:rsidR="00000000" w:rsidDel="00000000" w:rsidP="00000000" w:rsidRDefault="00000000" w:rsidRPr="00000000" w14:paraId="0000064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Providing for your family is a responsible thing to do.</w:t>
      </w:r>
    </w:p>
    <w:p w:rsidR="00000000" w:rsidDel="00000000" w:rsidP="00000000" w:rsidRDefault="00000000" w:rsidRPr="00000000" w14:paraId="0000064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Recognizing and prioritizing your family above work is a key to succeeding in your work.</w:t>
      </w:r>
    </w:p>
    <w:p w:rsidR="00000000" w:rsidDel="00000000" w:rsidP="00000000" w:rsidRDefault="00000000" w:rsidRPr="00000000" w14:paraId="0000064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Your true well-wishers are few, be guided with your utterances.</w:t>
      </w:r>
    </w:p>
    <w:p w:rsidR="00000000" w:rsidDel="00000000" w:rsidP="00000000" w:rsidRDefault="00000000" w:rsidRPr="00000000" w14:paraId="0000065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He that really loves you and shows it is not stupid, get that understanding and act right.</w:t>
      </w:r>
    </w:p>
    <w:p w:rsidR="00000000" w:rsidDel="00000000" w:rsidP="00000000" w:rsidRDefault="00000000" w:rsidRPr="00000000" w14:paraId="0000065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Getting married can become exciting, if you apply the right rules and tools.</w:t>
      </w:r>
    </w:p>
    <w:p w:rsidR="00000000" w:rsidDel="00000000" w:rsidP="00000000" w:rsidRDefault="00000000" w:rsidRPr="00000000" w14:paraId="0000065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Considering your life to become happy when you get married could become a disaster if you expect too much from your spouse, you can do with cautious expectations and instead play your part very well.</w:t>
      </w:r>
    </w:p>
    <w:p w:rsidR="00000000" w:rsidDel="00000000" w:rsidP="00000000" w:rsidRDefault="00000000" w:rsidRPr="00000000" w14:paraId="0000065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Never be selfish, if you are married, it will slide you into confusion and self disaster.</w:t>
      </w:r>
    </w:p>
    <w:p w:rsidR="00000000" w:rsidDel="00000000" w:rsidP="00000000" w:rsidRDefault="00000000" w:rsidRPr="00000000" w14:paraId="0000065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person you really want, go for him or her not minding the surrounding circumstances that you can take care of, after with God all things are possible.</w:t>
      </w:r>
    </w:p>
    <w:p w:rsidR="00000000" w:rsidDel="00000000" w:rsidP="00000000" w:rsidRDefault="00000000" w:rsidRPr="00000000" w14:paraId="0000065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are indeed married, then act as if, he or she is the only one you truly love and care for and avoid ending in disgrace or shame.</w:t>
      </w:r>
    </w:p>
    <w:p w:rsidR="00000000" w:rsidDel="00000000" w:rsidP="00000000" w:rsidRDefault="00000000" w:rsidRPr="00000000" w14:paraId="0000065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Mutual respect is the road to a lasting marriage.</w:t>
      </w:r>
    </w:p>
    <w:p w:rsidR="00000000" w:rsidDel="00000000" w:rsidP="00000000" w:rsidRDefault="00000000" w:rsidRPr="00000000" w14:paraId="0000065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Being a good listener may actually be the best at the end as you will be well informed of his or her thoughts.</w:t>
      </w:r>
    </w:p>
    <w:p w:rsidR="00000000" w:rsidDel="00000000" w:rsidP="00000000" w:rsidRDefault="00000000" w:rsidRPr="00000000" w14:paraId="0000065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If you are a person of constant anger and you are married, then you have failed in one of the things, that can sustain your marriage – be calm and calculate always, never be caught napping.</w:t>
      </w:r>
    </w:p>
    <w:p w:rsidR="00000000" w:rsidDel="00000000" w:rsidP="00000000" w:rsidRDefault="00000000" w:rsidRPr="00000000" w14:paraId="0000065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Smiling even at tough or turbulent argument is a tonic you need to pour in your marriage.</w:t>
      </w:r>
    </w:p>
    <w:p w:rsidR="00000000" w:rsidDel="00000000" w:rsidP="00000000" w:rsidRDefault="00000000" w:rsidRPr="00000000" w14:paraId="0000065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 must prioritize prayer for your family.</w:t>
      </w:r>
    </w:p>
    <w:p w:rsidR="00000000" w:rsidDel="00000000" w:rsidP="00000000" w:rsidRDefault="00000000" w:rsidRPr="00000000" w14:paraId="0000065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Humility must take the centre stage of what you do and say to your spouse.</w:t>
      </w:r>
    </w:p>
    <w:p w:rsidR="00000000" w:rsidDel="00000000" w:rsidP="00000000" w:rsidRDefault="00000000" w:rsidRPr="00000000" w14:paraId="0000065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Your tongue is powerful; use it to build your marriage.</w:t>
      </w:r>
    </w:p>
    <w:p w:rsidR="00000000" w:rsidDel="00000000" w:rsidP="00000000" w:rsidRDefault="00000000" w:rsidRPr="00000000" w14:paraId="0000065D">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Stand up always to be counted among the best in your marriage,</w:t>
      </w:r>
    </w:p>
    <w:p w:rsidR="00000000" w:rsidDel="00000000" w:rsidP="00000000" w:rsidRDefault="00000000" w:rsidRPr="00000000" w14:paraId="0000065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5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7">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A">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6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7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7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7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7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BIBLIOGRAPHY</w:t>
      </w:r>
    </w:p>
    <w:p w:rsidR="00000000" w:rsidDel="00000000" w:rsidP="00000000" w:rsidRDefault="00000000" w:rsidRPr="00000000" w14:paraId="0000067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Holy Bible – king James version</w:t>
      </w:r>
    </w:p>
    <w:p w:rsidR="00000000" w:rsidDel="00000000" w:rsidP="00000000" w:rsidRDefault="00000000" w:rsidRPr="00000000" w14:paraId="0000067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MARITAL BLISS– By Korode Komaya</w:t>
      </w:r>
    </w:p>
    <w:p w:rsidR="00000000" w:rsidDel="00000000" w:rsidP="00000000" w:rsidRDefault="00000000" w:rsidRPr="00000000" w14:paraId="00000676">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Marriage as ordained by God the creator – God – By Timothy Okpaing</w:t>
      </w:r>
    </w:p>
    <w:p w:rsidR="00000000" w:rsidDel="00000000" w:rsidP="00000000" w:rsidRDefault="00000000" w:rsidRPr="00000000" w14:paraId="0000067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New 7th Edition – Oxford Advanced learners dictionary, international students Edition.</w:t>
      </w:r>
    </w:p>
    <w:p w:rsidR="00000000" w:rsidDel="00000000" w:rsidP="00000000" w:rsidRDefault="00000000" w:rsidRPr="00000000" w14:paraId="0000067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UPCOMING BOOKS</w:t>
      </w:r>
    </w:p>
    <w:p w:rsidR="00000000" w:rsidDel="00000000" w:rsidP="00000000" w:rsidRDefault="00000000" w:rsidRPr="00000000" w14:paraId="0000067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significance of numbers/figures to God.</w:t>
      </w:r>
    </w:p>
    <w:p w:rsidR="00000000" w:rsidDel="00000000" w:rsidP="00000000" w:rsidRDefault="00000000" w:rsidRPr="00000000" w14:paraId="0000067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Becoming a fool to excel</w:t>
      </w:r>
    </w:p>
    <w:p w:rsidR="00000000" w:rsidDel="00000000" w:rsidP="00000000" w:rsidRDefault="00000000" w:rsidRPr="00000000" w14:paraId="0000067B">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Setting your marriage on fire part 2</w:t>
      </w:r>
    </w:p>
    <w:p w:rsidR="00000000" w:rsidDel="00000000" w:rsidP="00000000" w:rsidRDefault="00000000" w:rsidRPr="00000000" w14:paraId="0000067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7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7E">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7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8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8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8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Pr>
        <w:drawing>
          <wp:inline distB="114300" distT="114300" distL="114300" distR="114300">
            <wp:extent cx="5153882" cy="7556205"/>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153882" cy="7556205"/>
                    </a:xfrm>
                    <a:prstGeom prst="rect"/>
                    <a:ln/>
                  </pic:spPr>
                </pic:pic>
              </a:graphicData>
            </a:graphic>
          </wp:inline>
        </w:drawing>
      </w: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Normal" w:default="1">
    <w:name w:val="Normal"/>
    <w:qFormat w:val="1"/>
    <w:rsid w:val="00FC693F"/>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val="1"/>
    <w:rsid w:val="00FC693F"/>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FC693F"/>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Heading3">
    <w:name w:val="heading 3"/>
    <w:basedOn w:val="Normal"/>
    <w:next w:val="Normal"/>
    <w:link w:val="Heading3Char"/>
    <w:uiPriority w:val="9"/>
    <w:unhideWhenUsed w:val="1"/>
    <w:qFormat w:val="1"/>
    <w:rsid w:val="00FC693F"/>
    <w:pPr>
      <w:keepNext w:val="1"/>
      <w:keepLines w:val="1"/>
      <w:spacing w:after="0" w:before="200"/>
      <w:outlineLvl w:val="2"/>
    </w:pPr>
    <w:rPr>
      <w:rFonts w:asciiTheme="majorHAnsi" w:cstheme="majorBidi" w:eastAsiaTheme="majorEastAsia" w:hAnsiTheme="majorHAnsi"/>
      <w:b w:val="1"/>
      <w:bCs w:val="1"/>
      <w:color w:val="4f81bd" w:themeColor="accent1"/>
    </w:rPr>
  </w:style>
  <w:style w:type="paragraph" w:styleId="Heading4">
    <w:name w:val="heading 4"/>
    <w:basedOn w:val="Normal"/>
    <w:next w:val="Normal"/>
    <w:link w:val="Heading4Char"/>
    <w:uiPriority w:val="9"/>
    <w:semiHidden w:val="1"/>
    <w:unhideWhenUsed w:val="1"/>
    <w:qFormat w:val="1"/>
    <w:rsid w:val="00FC693F"/>
    <w:pPr>
      <w:keepNext w:val="1"/>
      <w:keepLines w:val="1"/>
      <w:spacing w:after="0" w:before="200"/>
      <w:outlineLvl w:val="3"/>
    </w:pPr>
    <w:rPr>
      <w:rFonts w:asciiTheme="majorHAnsi" w:cstheme="majorBidi" w:eastAsiaTheme="majorEastAsia" w:hAnsiTheme="majorHAnsi"/>
      <w:b w:val="1"/>
      <w:bCs w:val="1"/>
      <w:i w:val="1"/>
      <w:iCs w:val="1"/>
      <w:color w:val="4f81bd" w:themeColor="accent1"/>
    </w:rPr>
  </w:style>
  <w:style w:type="paragraph" w:styleId="Heading5">
    <w:name w:val="heading 5"/>
    <w:basedOn w:val="Normal"/>
    <w:next w:val="Normal"/>
    <w:link w:val="Heading5Char"/>
    <w:uiPriority w:val="9"/>
    <w:semiHidden w:val="1"/>
    <w:unhideWhenUsed w:val="1"/>
    <w:qFormat w:val="1"/>
    <w:rsid w:val="00FC693F"/>
    <w:pPr>
      <w:keepNext w:val="1"/>
      <w:keepLines w:val="1"/>
      <w:spacing w:after="0" w:before="200"/>
      <w:outlineLvl w:val="4"/>
    </w:pPr>
    <w:rPr>
      <w:rFonts w:asciiTheme="majorHAnsi" w:cstheme="majorBidi" w:eastAsiaTheme="majorEastAsia" w:hAnsiTheme="majorHAnsi"/>
      <w:color w:val="243f60" w:themeColor="accent1" w:themeShade="00007F"/>
    </w:rPr>
  </w:style>
  <w:style w:type="paragraph" w:styleId="Heading6">
    <w:name w:val="heading 6"/>
    <w:basedOn w:val="Normal"/>
    <w:next w:val="Normal"/>
    <w:link w:val="Heading6Char"/>
    <w:uiPriority w:val="9"/>
    <w:semiHidden w:val="1"/>
    <w:unhideWhenUsed w:val="1"/>
    <w:qFormat w:val="1"/>
    <w:rsid w:val="00FC693F"/>
    <w:pPr>
      <w:keepNext w:val="1"/>
      <w:keepLines w:val="1"/>
      <w:spacing w:after="0" w:before="200"/>
      <w:outlineLvl w:val="5"/>
    </w:pPr>
    <w:rPr>
      <w:rFonts w:asciiTheme="majorHAnsi" w:cstheme="majorBidi" w:eastAsiaTheme="majorEastAsia" w:hAnsiTheme="majorHAnsi"/>
      <w:i w:val="1"/>
      <w:iCs w:val="1"/>
      <w:color w:val="243f60" w:themeColor="accent1" w:themeShade="00007F"/>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paragraph" w:styleId="Title">
    <w:name w:val="Title"/>
    <w:basedOn w:val="Normal"/>
    <w:next w:val="Normal"/>
    <w:link w:val="TitleChar"/>
    <w:uiPriority w:val="10"/>
    <w:qFormat w:val="1"/>
    <w:rsid w:val="00FC693F"/>
    <w:pPr>
      <w:pBdr>
        <w:bottom w:color="4f81bd" w:space="4" w:sz="8" w:themeColor="accent1" w:val="single"/>
      </w:pBdr>
      <w:spacing w:after="300" w:line="240" w:lineRule="auto"/>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paragraph" w:styleId="Subtitle">
    <w:name w:val="Subtitle"/>
    <w:basedOn w:val="Normal"/>
    <w:next w:val="Normal"/>
    <w:link w:val="SubtitleChar"/>
    <w:uiPriority w:val="11"/>
    <w:qFormat w:val="1"/>
    <w:rsid w:val="00FC693F"/>
    <w:pPr>
      <w:numPr>
        <w:ilvl w:val="1"/>
      </w:numPr>
    </w:pPr>
    <w:rPr>
      <w:rFonts w:asciiTheme="majorHAnsi" w:cstheme="majorBidi" w:eastAsiaTheme="majorEastAsia" w:hAnsiTheme="majorHAnsi"/>
      <w:i w:val="1"/>
      <w:iCs w:val="1"/>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iG9PTl5pBsCJ5wP4e1ytWMkig==">CgMxLjA4AHIhMTZBUmw3M1BaLWwxTE1kZFo4ZzM2d2tHb0RpdGNZOU15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