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500"/>
        <w:ind w:left="0" w:right="0"/>
      </w:pPr>
    </w:p>
    <w:p>
      <w:pPr>
        <w:autoSpaceDN w:val="0"/>
        <w:autoSpaceDE w:val="0"/>
        <w:widowControl/>
        <w:spacing w:line="610" w:lineRule="exact" w:before="39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55"/>
        </w:rPr>
        <w:t>Updated Squibbler Draft</w:t>
      </w:r>
    </w:p>
    <w:p>
      <w:pPr>
        <w:sectPr>
          <w:pgSz w:w="12240" w:h="15840"/>
          <w:pgMar w:top="72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1: Dedication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720" w:lineRule="exact" w:before="1810" w:after="0"/>
        <w:ind w:left="1000" w:right="2592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60"/>
        </w:rPr>
        <w:t xml:space="preserve">The Palisades Promise </w:t>
      </w:r>
      <w:r>
        <w:rPr>
          <w:rFonts w:ascii="LiberationSerif" w:hAnsi="LiberationSerif" w:eastAsia="LiberationSerif"/>
          <w:b/>
          <w:i w:val="0"/>
          <w:color w:val="000000"/>
          <w:sz w:val="60"/>
        </w:rPr>
        <w:t>(Cloned)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Dedication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unwavering spirits who navigate grief and find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again, to those who embrace second chances and build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legacies of resilience, and to the memory of all those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have touched our lives with their brilliance and compassion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—this book is for you. This story is a tribute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 human heart, its capacity for healing,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transformative potential of love in the face of loss. It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dedicated to the courageous individuals who face life's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with grace, strength, and an unwavering belief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beauty of human connection, even amidst the darkest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times. May it serve as a reminder that even in the depths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sorrow, hope can bloom anew, and that the enduring legacy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love transcends the boundaries of time and circumstance.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It's a testament to the strength found in vulnerability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healing that can occur when we allow ourselves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be loved unconditionally. It is my hope that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resonates with you and leaves you with a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hope and faith in the restorative power of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human spirit. For those who have lost a loved one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 to seek light in the darkness, please know that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is immeasurable, and your journey of healing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deeply valued. This book is a small offering of comfort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on your path toward rediscovering joy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2: Preface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Preface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genesis of this story lies in the quiet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reflection, the whispers of shared emotions, and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connection. It began as a simple idea,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glimpse of two souls navigating the complex currents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grief, loss, and the unexpected blossoming of love.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started as an exploration of personal healing evolved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of self-discovery, a testament to the resilience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spirit and the transformative power of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novel delves into the intimate landscape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relationships, exploring the intricacies of love, loss,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courage it takes to open our hearts again after experiencing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grief. The medical setting, while providing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of precision and high-stakes drama, serves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metaphor for the delicate balance of life and death,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and despair. It’s a world of both rigorous scientific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method and the profound, inexplicable human experience.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story unfolds within the vibrant tapestry of Hoboken,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Jersey, a town that offers a blend of bustling energy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intimacy, mirroring the lives of its inhabitants.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Dr. Rebah's journey is not merely a love story; it is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healing power of human connection and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capacity to find hope, even in the midst of darkness.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detailed emotional landscape and the rich,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evocative descriptions of their surroundings, I aim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transport the reader into the heart of their story, allowing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to experience the full spectrum of their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journey. The challenges they face are authentic; the love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 is deeply felt. I hope this story resonates with readers,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both comfort and inspiration as they follow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Dr. Rebah on their path toward healing, self-discovery,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enduring beauty of second chances.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3: Introduction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Introduction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Life, like a finely tuned instrument, often plays unexpected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melodies. In this narrative, we encounter Vanessa Macasky,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nurse grappling with the profound loss of her husband,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solace and a new beginning in the charming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Hoboken, New Jersey. Her journey of healing intertwines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life of Dr. Maltin Rebah, a brilliant pulmonologist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whose professional brilliance masks a deep-seated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vulnerability. Their paths collide at Palisades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Center, a vibrant hub of medical expertise and human drama,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crisp efficiency of medical protocols contrasts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poignant complexities of human emotion.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hospital, a microcosm of life itself, becomes the stage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initial encounters, marked by a blend of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 and simmering attraction. As Vanessa and Dr. Rebah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 the demanding world of medicine and their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struggles, a complex and deeply felt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begins to emerge. Their shared passion for their profession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their parallel experiences of loss form the foundation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bond that will challenge their perceptions, test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and ultimately transform their lives. This is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simply a story of romantic love, but a profoundly human tale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healing, self-discovery, and the enduring strength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spirit. We witness their struggles with grief,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vulnerabilities laid bare, and the courage they summon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life's most daunting challenges. Through vividly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described settings, rich character development,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emotionally resonant prose, the story unfolds, inviting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readers to delve into the depths of their hearts and witness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transformative power of love, connection,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hope that can emerge even from the darkest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times. Prepare to be moved, inspired, and reminded of the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extraordinary capacity of the human heart to heal, love,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find joy even amidst adversity.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4: Vanessa's Arrival and Initial Impressions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Arrival and Initial Impressions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thick with the scent of salt and exhaust fumes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Vanessa stepped off the NJ Transit bus, the rumble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engine fading into the background hum of Hoboken. A wave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unfamiliar energy washed over her, a stark contrast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quiet, grief-laden stillness of her life in the past six months.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Hoboken, with its cobblestone streets, brownstone buildings,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ever-present, majestic Hudson River, pulsed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life that felt both exciting and intimidating.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far cry from the quiet, predictable suburban</w:t>
        <w:br/>
        <w:t xml:space="preserve">Pittsburgh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existence she had known before her husband, Michael's,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untimely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death. Leaving everything behind felt like a necessary act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self-preservation, a desperate attempt to rewrite a story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ended too soon, too tragically.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chosen Hoboken for its proximity to Palisades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Center, the renowned hospital where she'd secured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nursing position. The imposing structure of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loomed against the skyline, a steel and glass behemoth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mirror the daunting challenge she faced.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fresh start, a new beginning, but the weight of her grief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clung to her like a second skin, a constant, unwelcome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companion.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cab ride to her apartment was a blur of sights and</w:t>
        <w:br/>
        <w:t>sounds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– bustling streets, overflowing cafes, families</w:t>
        <w:br/>
        <w:t xml:space="preserve">strolling along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waterfront – all a vibrant, almost</w:t>
        <w:br/>
        <w:t xml:space="preserve">overwhelming display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life moving on without her. She paid the driver,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pounding a rhythm of nervous anticipation. She clutched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bag containing a few belongings and her late husband's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worn leather-bound</w:t>
        <w:br/>
        <w:t xml:space="preserve">journal, a tangible link to the life she'd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lost. The apartment, a cozy one-bedroom overlooking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river, was a small island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calm amidst the swirling uncertainty. It was sparsely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furnished, intentionally so. She didn't want to be burdened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by the weight of memories, the ghosts of the past. The large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windows offered a stunning view of the river, the ever-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changing light reflecting off the water providing a soothing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balm to her weary soul.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few days were a whirlwind of orientations,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introductions, and navigating the hospital's complex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labyrinthine corridors. The atmosphere was a curious blend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intense pressure and unexpected compassion. The doctors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moved with an air of controlled urgency, their movements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precise and efficient, their faces often grim, reflecting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their responsibilities. The nurses, on the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moved with a grace born from years of experience,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kindness and empathy radiating outward, a soothing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counterpoint to the sterile environment.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first shift was an initiation into the frenetic energy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permeated the hospital. The constant beeping of machines,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hurried footsteps, the hushed whispers – it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symphony of controlled chaos that both exhausted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invigorated her. She met a few of her colleagues – Sarah,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seasoned nurse with a warm smile and an encyclopedic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knowledge of hospital procedures, and Emily, a younger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nurse still finding her footing, her eyes wide with a mixture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apprehension and excitement. Sarah became an immediate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lifeline, offering guidance and support, easing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transition into the demanding world of Palisades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Center. Emily, though initially reserved, showed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remarkable kindness, sharing stories and offering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empathy that spoke volumes. Their quiet camaraderie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welcome solace amidst the often overwhelming pressures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job.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patients provided a poignant reminder of the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element amidst the clinical precision. Their stories,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fears, their hopes – they were a tapestry of experiences, some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joyful, others heartbreaking, all a testament to the fragility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resilience of the human spirit. Vanessa found solace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caring for them, a way to channel her own grief, to use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nursing skills not just as a job but as a means of healing – for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herself and for others. Each patient's story, each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whispered confession, each shared moment of</w:t>
        <w:br/>
        <w:t xml:space="preserve">vulnerability,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reminder that life, even in its darkest moments, held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capacity for hope.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nights were spent staring out at the river, the city lights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twinkling like a million fallen stars. She would spend hours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lost in Michael's journal, reading his entries, reliving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joy and laughter, moments that now felt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fragments of a shattered dream. The journal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connection to the man she had lost, a physical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manifestation of the love that still resonated within her.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just a record of their lives together; it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enduring power of their bond. His words,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handwriting, his thoughts—they were a constant companion,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source of both comfort and unbearable sadness.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clear night, as the moon cast a silvery path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water, she found herself overwhelmed by a wave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grief so intense it left her breathless. The image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Michael's smiling face, his warm embrace – they were vivid,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visceral memories that brought her to her knees. The city's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energy, which had initially felt so liberating,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 felt suffocating. The quiet apartment, meant to be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haven, felt instead like a suffocating cage. She clutched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Michael's journal, her knuckles white, her sobs wracking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body. In that moment, the solitude was unbearable.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herself wishing, more than anything, for a distraction,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different kind of focus to take the edge off the sharp stab of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grief. She thought about the hospital, about the upcoming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day, about her patients, about Sarah's easy smiles. Maybe,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maybe, the bustle and focus could create a much-needed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buffer from the relentless tide of emotion.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turned into weeks, and Vanessa gradually settled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routine. She found a small gym near her apartment,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which became a welcome outlet for her pent-up emotions.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physical exertion helped to dispel the physical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grief. The rhythmic pounding of the treadmill, the burn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her muscles—it was a physical manifestation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processing the raw pain, and a gentle push toward self-care.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started exploring Hoboken, venturing beyond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immediate vicinity of her apartment. She discovered hidden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alleyways, charming cafes, and the vibrant energy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local farmers' market. The city, once overwhelming,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slowly revealing its hidden charm. It was a city of contrasts,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place where the old and new coexisted side-by-side,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mirroring the conflicting emotions within her own heart.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its vibrant chaos, in the rhythm of its daily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work at the hospital became a focal point, providing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structure and purpose amidst the swirling uncertainty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life. The clinical precision, the focus required for her job,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welcome distraction from the pain. She found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 in her work, a sense of accomplishment in helping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those who were suffering. And although she never stopped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missing Michael, she was, slowly but surely, beginning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build a new life for herself. The healing process was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beginning, but the journey had started, and she was ready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whatever challenges lay ahead. The weight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remained, yet it began to feel slightly lighter than it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those first weeks. Hoboken, with all its contradictions,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unexpectedly becoming home.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5: First Encounter with Dr. Rebah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First Encounter with Dr Rebah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fluorescent lights of the hospital hallway hummed,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counterpoint to the quiet rustle of Vanessa's scrubs.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clutched her clipboard, her knuckles white, as she navigated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labyrinthine corridors, already feeling the familiar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pressure building in her chest. It was her third week 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Palisades Medical Center, and the initial adrenaline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beginning was starting to wear off, leaving behind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residue of exhaustion and the persistent ache of her grief.</w:t>
      </w:r>
    </w:p>
    <w:p>
      <w:pPr>
        <w:autoSpaceDN w:val="0"/>
        <w:autoSpaceDE w:val="0"/>
        <w:widowControl/>
        <w:spacing w:line="344" w:lineRule="exact" w:before="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was on her way to the intensive care unit,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pounding a rhythm of nervous anticipation as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approached the designated room – Dr. Rebah's.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had been mentioned in hushed tones by several nurses,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reputation preceding him like a phantom – a brilliant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pulmonologist, yes, but also notoriously demanding,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impatient, and known for his short fuse. The whispers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painted a picture of a man consumed by his work, a 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seemed to exist solely within the sterile confines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 walls, a man who exuded an aura of cold efficiency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was both intimidating and unnerving.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soft knock was lost in the ICU's drone; a harsh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commanded, "Enter."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Maltin Rebah sat hunched over a patient chart, his brow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furrowed in concentration. He was taller than she expected,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frame lean and wiry, his dark hair meticulously combed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 from his high forehead. His sharp features, usually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described as handsome, were etched with the lines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exhaustion and stress, the weight of his responsibilities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visibly etched onto his face. His eyes, dark and intense,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fixed on the chart, seemingly oblivious to her presence.</w:t>
        <w:br/>
        <w:t>He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wore a crisply pressed, plaid button-down shirt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impeccably tailored brown pants, smooth and sharp,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contrast to the chaotic environment swirling around him.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cleared her throat, a small sound that seemed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swallowed by the sterile atmosphere. “Dr. Rebah, I’m Nurse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Macasky. I’m assigned to assist you with Mr. Henderson’s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case.”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gaze finally lifted, momentarily meeting hers. His eyes,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piercing shade of dark brown, held a flicker of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she couldn’t quite decipher – annoyance? Impatience?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Perhaps a hint of something colder, more detached.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nodded curtly, barely acknowledging her presence.</w:t>
      </w:r>
    </w:p>
    <w:p>
      <w:pPr>
        <w:autoSpaceDN w:val="0"/>
        <w:autoSpaceDE w:val="0"/>
        <w:widowControl/>
        <w:spacing w:line="332" w:lineRule="exact" w:before="14" w:after="0"/>
        <w:ind w:left="0" w:right="0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“The vitals are stable, but his oxygen saturation remains low.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I’ve already administered the prescribed medication,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but…”Vanessa paused, trying to gauge his reaction, acutely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aware of his reputation for impatience.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waved a dismissive hand, cutting her off mid-sentence.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“Just keep a close eye on him. Report any significant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changes immediately.” His voice was sharp, clipped, devoid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any empathy or bedside manner.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felt a familiar sting of defensiveness. She was used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engaging with patients on a human level, building rapport,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comfort, fostering a sense of trust. Dr. Rebah's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approach, however, was entirely different – clinical,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detached, almost robotic. It was a stark contrast to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compassionate approach to nursing, a dissonance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within her, a friction that was both unsettling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intriguing.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“Of course, Doctor,” she replied, her voice tight, trying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maintain a professional demeanor despite the wave of unease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washed over her. She was keenly aware of the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tension between them, the silent clash of personalities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amplified by the sterile, clinical setting.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returned to his chart, his silence heavier than any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have been. The silence was filled only by the rhythmic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beeping of machines, a relentless symphony of the life-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systems. Vanessa felt the familiar weight of her grief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settle back into her chest, yet, surprisingly, the tension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provided an unexpected distraction.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strange sort of relief, a temporary shift in focus away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relentless tide of her emotions.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remainder of her shift was spent tending to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patients, but the encounter with Dr. Rebah lingered,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discordant note in the otherwise harmonious rhythm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day. His demanding nature and clinical detachment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striking, a stark contrast to her own empathetic approach.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there was something else, a hint of something beneath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gruff exterior, a subtle undercurrent of intelligence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dedication. It was in the sharp precision of his movements,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intense focus in his eyes, in the way he seemed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intuitively grasp complex medical situations.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shift ended, and Vanessa prepared to leave, she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strangely intrigued by this enigmatic figure.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brief encounter, though tense and marked by a distinct lack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warmth, had sparked a curiosity within her –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challenge that, in a peculiar way, was a welcome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distraction from the silent grief that was constantly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companion. There was a sharp intelligence behind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coldness, a dedication that bordered on obsession. His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be entirely encapsulated in the medical realm,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reflection of his own dedication to his craft.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 that this was far more than a simple clash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personalities – it was a clash of worlds.</w:t>
      </w:r>
    </w:p>
    <w:p>
      <w:pPr>
        <w:autoSpaceDN w:val="0"/>
        <w:autoSpaceDE w:val="0"/>
        <w:widowControl/>
        <w:spacing w:line="332" w:lineRule="exact" w:before="26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 the next few days, Vanessa's interactions with Dr.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Rebah were infrequent, but always marked by a similar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tension. His orders were crisp, concise, and delivered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unnerving efficiency. He seemed to operate on a different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plane, his focus entirely on the clinical aspects of patient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care, seemingly impervious to the human element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so central to her work. She observed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closely, however, noting the subtle signs of his humanity.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sometimes pause, his gaze drifting for a second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a patient, his face betraying a flicker of empathy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despite his outwardly cold demeanor. In those fleeting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moments, Vanessa glimpsed a depth, a complexity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hinted at a more vulnerable side beneath the surface.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after a particularly long and emotionally taxing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shift, Vanessa found herself lingering in the hospital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cafeteria. She noticed Dr. Rebah seated alone at a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table, a half-eaten sandwich beside him. He seemed lost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thought, his posture slumped, his face etched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weariness that went beyond the usual fatigue of a long shift.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utterly defeated, and surprisingly, vulnerable.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side of him that completely shattered the image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cold, unapproachable doctor that had initially overwhelmed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hesitated for a moment, then walked towards his table.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courage surprised even herself. A silent question hung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air, unspoken but palpable. The encounter had been cold,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clinical, and yet, it had sown the seed of something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mere professional respect. The weight of grief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clung to her for months seemed momentarily</w:t>
        <w:br/>
        <w:t xml:space="preserve">diminished,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curious anticipation. The quiet hum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cafeteria was suddenly filled with a different kind of tension.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path toward healing wasn't a straight line, and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starting to realize that sometimes, the most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encounters could become the turning points.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possibility of connection, however unlikely it might seem,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starting to bloom in the sterile environment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hospital.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6: Uncovering Shared Vulnerabilities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Uncovering Shared Vulnerabilities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fluorescent lights of the lab seemed to dim as the hours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bled into one another, their harsh glare softened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deepening shadows that stretched across the gleaming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stainless steel. Vanessa and Dr. Rebah, fueled by an endless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supply of lukewarm coffee and a mutual stubbornness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yield to exhaustion, continued their work. The silence,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broken only by the rhythmic whir of centrifuges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 tap-tap-tap of keyboards, was a stark contrast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vibrant chaos of the hospital wards. Here, in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sanctuary of the lab, their vulnerabilities began to surface,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unveiled not in grand pronouncements, but in the subtle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nuances of shared exhaustion and quiet confessions.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late night, the weight of unspoken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finally yielded. It wasn't a dramatic revelation, but a simple,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almost hesitant confession from Dr. Rebah. He was talking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intricacies of a particular data set, explaining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 statistical anomaly, when he paused, his usually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sharp gaze drifting to the distant city lights visible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lab window. His voice, usually precise and controlled,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softened, almost a whisper against the hum of the machinery.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about the frustration of his sons' estrangement,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gnawing ache of a broken family, the constant sting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silence. He painted a picture of a life shattered, a family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divided, the pain radiating from him in waves of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intensity.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listened, her own heart echoing the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sentiments. She understood the silence, the painful void left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absence. She saw in his haunted eyes the reflection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grief, the raw, lingering pain of Michael's loss.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language of loss, spoken not in words, but in the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understanding that transcended the chasm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relationship. She didn't offer platitudes or empty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reassurances. Instead, she shared a piece of herself, a small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sliver of the grief that still clung to her like a shadow,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quiet ache of a life irrevocably altered.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spoke of the emptiness in her apartment, once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Michael's laughter and presence, now echoing with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absence of his comforting warmth. She described the rituals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she'd created to cope with the void, the small, insignificant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acts that had somehow become anchors in the turbulent sea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grief. The simple act of making his morning coffee,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 following the meticulous routine, even though he was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longer there to drink it. The silent moments she'd spend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sitting on their balcony, looking out at the Hudson,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cityscape a constant reminder of the life they'd built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together, a life now irretrievably lost.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shared vulnerability of that confession, a bond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forged, a connection far deeper than the scientific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breakthroughs they were striving for. Their shared loss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the unseen cornerstone of their relationship,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that transcended the sterile environment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work. The lab, with its precise instruments and clinical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data, became a backdrop for a profoundly human</w:t>
        <w:br/>
        <w:t xml:space="preserve">connection,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space where two wounded souls found solace in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empathy.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weeks were a blur of late nights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revelations. Their conversations, once restricted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technicalities of their research, began to delve into the</w:t>
        <w:br/>
        <w:t xml:space="preserve">deeper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recesses of their lives. They shared memories,</w:t>
        <w:br/>
        <w:t xml:space="preserve">dreams,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fears. Dr. Rebah talked about his failed marriage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Rosalita, the bitterness and</w:t>
        <w:br/>
        <w:t xml:space="preserve">disappointment that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lingered, the constant battle against the resentment he felt.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described his attempts to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reconnect with his sons, the painful rejections, the crushing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weight of his failures as a father and a husband.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shared stories about Michael – her memories of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painted in vivid colours, not just the grief, but also the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laughter, the dreams that he held dear. She talked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decision to move to Hoboken, the hopes and anxieties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accompanied her move to a new city, a fresh start,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slow process of healing that was underway. They spoke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hopes and fears, of their dreams and aspirations,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quiet anxieties that gnawed at them.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late-night conversations, fueled by coffee and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were a lifeline for both of them. They discovered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love for old black and white films, a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classic literature, a quiet appreciation for the simple act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preparing a meal together. These shared passions became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threads that wove a tapestry of intimacy, a subtle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counterpoint to the intense focus of their work.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amidst a discussion on the effectiveness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particular drug, Dr. Rebah shared a profound fear. The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about the research or the clinical trials. It was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own mortality. The shadow of his personal struggles,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divorce and estrangement from his sons, seemed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amplified by his fear of his own fragility. He confessed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sense of urgency, a desperate need to leave a legacy,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ensure that his life had purpose beyond his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achievements. His vulnerability, laid bare in the quiet hum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laboratory, resonated deeply with Vanessa.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acknowledged his fear, not with empty words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comfort, but with an understanding silence. It was a moment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shared vulnerability, a mutual acknowledgement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fragility of life, the preciousness of time. They shared a look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spoke of understanding and empathy, unspoken words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exchanged in the silence between them. In that silence,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respect blossomed; a shared understanding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intricate tapestry of human experience – its joys, its sorrows,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 fragility, its enduring strength. Their shared journey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healing, guided by their mutual vulnerability, became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 with the intensity of their shared scientific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pursuit. The pursuit of a cure became their shared metaphor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the healing of their own emotional wounds.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laboratory, once a symbol of sterile precision,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sanctuary where their hearts found refuge and healed in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unison. The intensity of their work mirrored the intensity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growing love, a silent, unwavering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 and shared healing. The late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nights, filled with scientific breakthroughs and personal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confessions, were forging a relationship built on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respect, vulnerability, and an undeniable, growing 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7: Developing Mutual Respect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Developing Mutual Respect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weekly lab meetings, previously tense affairs punctuated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Dr. Rebah's sharp critiques and Vanessa's quiet, yet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precise, counterpoints, began to subtly shift. He started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acknowledge her contributions, not just with a curt nod,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genuine, if still somewhat reserved, "Well done,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Vanessa." These small shifts were like cracks in the ice,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the warmer waters beneath. It wasn't a sudden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transformation, but a gradual thawing, a slow erosion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distance that had initially separated them.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Friday afternoon, after a particularly successful week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data analysis, the team decided to celebrate with a casual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gathering at a nearby pub. It was a stark contrast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sterile environment of the lab. The air was thick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the clinking of glasses, a far cry from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 of centrifuges and the tap-tap-tap of keyboards.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usually reserved in social settings,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relaxed and at ease, her usual caution melting away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warm glow of camaraderie.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Rebah, surprisingly, was equally at ease. The gruff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exterior, the sharp edges that had initially intimidated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seemed to soften in the relaxed atmosphere.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laughed – a genuine, deep-bellied laugh that surprised 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a playful side she hadn't known existed. He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in lighthearted banter with his colleagues,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his usual professional demeanor. He listened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attentively as Vanessa shared an anecdote about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childhood, her voice warm and engaging. He smiled,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genuine smile that reached his eyes, crinkling the corners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way that made him look strangely vulnerable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endearing.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surprised her by ordering a round of drinks and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in an amicable conversation with Sarah, a junior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researcher who had been particularly intimidated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presence. In that moment, Vanessa saw a softer side to him,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sensitivity that had been carefully concealed beneath layers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professional reserve. He was still demanding and driven,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now there was a gentleness, a kindness, underlying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sharp intellect. He wasn't just a brilliant pulmonologist;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also a man wrestling with his own demons, a 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capable of genuine warmth and empathy.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pub gathering became a regular occurrence, a space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professional boundaries blurred, revealing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beings behind the titles and responsibilities.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that Dr. Rebah had a passion for classic literature,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secret he revealed while discussing a particularly poignant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scene from a Hemingway novel. He also revealed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surprising aptitude for cooking, occasionally bringing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homemade treats to share with the team. These glimpses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personal life humanized him, softening the sharp edges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professional persona.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passion for their work, however, remained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bedrock of their connection. They spent countless hours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poring over data, debating hypotheses, and celebrating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breakthroughs. Their arguments, though still intense,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infused with a mutual respect, an acknowledgment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commitment to their research and to each other's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intelligence and dedication. He began to genuinely value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insights, frequently seeking her opinion on complex issues,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incorporating her suggestions into the research process.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started to trust her judgment, often seeking her counsel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issues beyond the realm of their clinical trial. He’d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concerns about the trajectory of the research, the challenges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navigating the pharmaceutical industry’s bureaucracy,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occasionally, personal anxieties about the future. He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 in her about his sons, not with bitterness, but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weariness tinged with a glimmer of hope for reconciliation.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moments of shared confidence strengthened the bonds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them, creating a space of trust that went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realm.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during a particularly intense brainstorming session,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heated disagreement erupted. Dr. Rebah, usually quick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dismiss dissenting opinions, listened patiently to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arguments, his initial skepticism gradually giving way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thoughtful consideration of her perspective. He didn't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immediately agree, but he engaged with her ideas, probing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reasoning with intelligent questions, pushing her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articulate her point of view with clarity and precision.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end, he conceded, acknowledging the validity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perspective, and even incorporating her ideas into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revised approach.</w:t>
      </w:r>
    </w:p>
    <w:p>
      <w:pPr>
        <w:autoSpaceDN w:val="0"/>
        <w:autoSpaceDE w:val="0"/>
        <w:widowControl/>
        <w:spacing w:line="332" w:lineRule="exact" w:before="14" w:after="0"/>
        <w:ind w:left="0" w:right="0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This instance wasn't an isolated incident. It became a pattern.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disagreements, once marked by sharp criticism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abrupt dismissals, transformed into collaborative dialogues,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mutual respect and intellectual curiosity guided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interactions. He began to see her not as a subordinate, but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equal, a colleague whose insights and contributions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invaluable.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started to incorporate her suggestions into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presentations, publicly acknowledging her role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breakthroughs. This public acknowledgment went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 courtesy; it was a sign of his genuine respect for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 and dedication. It was a significant change,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shift in their dynamic, from a strictly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relationship to one built on mutual respect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intellectual partnership.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wasn't solely in their professional interactions.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seeped into their informal conversations, transforming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initial cautious exchanges into genuine dialogues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laughter and mutual appreciation. He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value her perspective on matters outside of their research,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her opinion on everything from choosing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restaurant for a team dinner to discussing books and movies.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seemingly small interactions were crucial in building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connection, demonstrating the development of a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went beyond their shared professional space.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softening wasn't just visible to Vanessa; his colleagues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noted the change. The once intimidating Dr. Rebah,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known for his demanding nature and sharp tongue, was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viewed as more approachable, more collaborative.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change, observed by others, further validated the shift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dynamic, solidifying the newfound respect and trust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Vanessa and Dr. Rebah. The foundation for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future, built upon mutual respect and shared vulnerability,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steadily and surely being cemented. The intensity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scientific pursuits mirrored the depth of their growing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proving that profound respect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could blossom even in the most unexpected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circumstances. The shared challenges, the late nights,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respect—all of these elements converged to create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 that was as strong as it was unexpected. Their journey,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however, was far from over; the future held both joys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unforeseen challenges that would further test the resilience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their newfound connection.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8: Treatment and its Effects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Treatment and its Effects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round of chemotherapy hit Maltin hard. The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 that usually crackled around him, the sharp wit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disarm even the most stubborn patient, dimmed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considerably. The hospital room, usually a place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controlled efficiency, became a landscape of pale skin,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hooked-up IV lines, and the rhythmic beep of heart monitors,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constant reminder of his fragility. Vanessa watched,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aching, as the man she loved was reduced to a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his former self. The nausea was relentless, waves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sickness leaving him weak and trembling. He lost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appetite, the food he once savored now rejected by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weakened system. His once-thick hair began to fall out,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leaving patches of bare scalp a stark contrast to his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meticulously groomed appearance.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became his shadow, meticulously tending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needs. She learned to anticipate his needs before he voiced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them, fetching him water, adjusting his pillows, wiping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sweat from his brow. She read to him, her voice a soft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the sterile hum of the hospital, sharing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stories, poems, and anything that might distract him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gnawing discomfort. She learned to interpret the subtle shifts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expression, recognizing the moments of pain,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exhaustion, and the fleeting glimpses of his characteristic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strength. She held his hand, her touch a silent promise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support, a lifeline in a sea of uncertainty.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days blurred into a monotonous routine of treatments,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tests, and hopeful waiting. There were moments of agonizing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pain, moments when Maltin's spirit seemed to falter.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times when the weight of his illness threatened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overwhelm them both, casting long shadows of despair over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space. He would close his eyes, his breathing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shallow, his body wracked with discomfort. Vanessa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 beside him, her hand resting on his, her presence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affirmation of her enduring love. She would whisper words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encouragement, stories of resilience, anything to hold onto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flicker of hope amidst the overwhelming darkness.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there were also moments of unexpected grace,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quiet beauty amidst the clinical sterility. The fleeting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smiles, the shared jokes, the tender moments of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precious jewels, carefully preserved in the memory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bank of their shared journey. These moments were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enduring love, a reminder of the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in each other's presence. They were the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victories that sustained them through the dark nights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long, arduous days.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after a particularly difficult session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radiation, Maltin lay weak and exhausted, the pallor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skin amplified by the stark white of his hospital sheets.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at Vanessa, his eyes filled with a mixture of pain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gratitude. “I don’t know how I’d do this without you,”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whispered, his voice barely audible. The words, simple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profoundly meaningful, resonated deeply within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renewing her resolve.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physical challenges were accompanied by a relentless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toll. Maltin’s usual stoicism was challenged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waves of vulnerability and frustration. The illness stripped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away his professional armor, revealing a deeper layer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sensitivity and fear. He grappled with feelings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helplessness, anger, and despair, emotions that were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challenging to navigate as the physical symptoms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disease. Vanessa listened patiently, offering a safe space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to express his fears without judgment. She held him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cried, his tears a release of pent-up emotions. She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celebrated with him the small victories, the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respite from the relentless cycle of treatments and tests.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sons, Daniel and Ethan, initially hesitant, began to visit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regularly. The visits were not always easy. The years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estrangement cast a long shadow, but the shared experience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this crisis started to chip away at the ice that separated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them. They brought their father small gifts—his favorite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magazines, a comfortable blanket, a photo album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pictures of family gatherings from years past.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though initially tentative, slowly became a source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comfort for Maltin. They would sit by his bedside,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listening to his stories, sharing memories, building a fragile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bridge of reconciliation.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 Sharma, Maltin's colleague and friend, remained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constant source of support, both medically and emotionally.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expertise provided a comforting anchor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turbulent sea of uncertainty, her friendship a gentle guiding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light. She would drop by the hospital, offering a listening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ear, sharing updates on the latest research, and keeping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informed about Maltin's progress. Her presence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silent affirmation of her unwavering support, a reminder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they weren't alone in this struggle.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weeks turned into months, the treatments continuing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relentlessly. There were ups and downs, moments of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moments of despair. Maltin's strength would ebb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flow, his spirit sometimes flickering like a dying flame, then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flaring up again, fueled by Vanessa's unwavering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support. The physical challenges remained, but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landscape began to shift. The fear didn’t disappear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entirely, but it was replaced by a growing acceptance,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 born of shared struggle and profound love.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learned to live within the rhythm of the treatments,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anxieties, the moments of hope, and the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despair. She found solace in unexpected places –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shared with Sarah, the comforting companionship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colleagues at the hospital, the simple act of tending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garden, finding beauty in the blooming flowers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sterile environment of the hospital.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discovered the unexpected strength within herself,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unyielding capacity for love and resilience.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fight was far from over, the journey still uncertain,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midst of the chaos and uncertainty, Vanessa and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found something precious – a deepening of their love,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 bond forged in the crucible of adversity.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story, initially born amidst the shadows of loss and grief,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being rewritten, becoming a testament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indomitable human spirit, the strength found in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and the enduring power of love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mortality. Their journey, though fraught with challenges,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journey of transformation, a testament to the resilience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human heart and the enduring power of 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Support Network Rallies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outpouring of support began subtly, a quiet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 washing over them. Sarah, Maltin’s younger sister,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arrived unannounced one evening, her eyes brimming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concern and love. She brought with her a pot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famous chicken soup, a familiar comfort that warmed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their stomachs but also their hearts. She stayed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hours, listening patiently as Vanessa poured out her fears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anxieties, offering words of encouragement and practical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help. Sarah's presence was a lifeline, a tangible reminder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weren't alone in this battle. She organized a rota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meals, ensuring they wouldn't have to worry about cooking,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small act of kindness that significantly eased their burden.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 came the calls – a chorus of voices, each expressing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concern, offering support in their own unique way. Old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from medical school, colleagues from the hospital,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even former patients reached out, sharing stories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battles with illness, offering words of hope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inspiration. These calls, though sometimes brief,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reminders of the vast network of affection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surrounding them. Each message, whether a simple</w:t>
        <w:br/>
        <w:t xml:space="preserve">"thinking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you," or a detailed anecdote of overcoming adversity,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provided a small but significant boost to their spirits.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extended beyond phone calls and meals.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 of nurses from Palisades Medical Center, led by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close friend and colleague, Emily Carter,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organized a small fundraising event to help cover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mounting medical expenses. The event, held in a local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center, brought together a diverse group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people – doctors, nurses, patients, and friends – all united by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desire to help. The atmosphere was a potent mix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sorrow and solidarity, a poignant testament to the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impact Maltin had made on the lives of those around him.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money raised eased their financial burden, but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importantly, it served as a powerful reminder of the love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32" w:lineRule="exact" w:before="144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that surrounded them.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sons, initially hesitant and withdrawn, gradually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emerge from their shell. Their visits were initially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brief and awkward, filled with silences and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emotions. But as time went on, a tentative reconciliation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unfold. They started sharing stories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childhood, of their fond memories of their father, rekindling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connection that had been fractured by years of distance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resentments. Vanessa facilitated these interactions,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patience and understanding proving invaluable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bridging the gap between father and sons. Their visits,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 initially laced with sadness and regret,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evolve into moments of genuine connection and healing,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powerful reminder of the resilience of family bonds.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moving evening, Maltin's extended family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gathered at their apartment for a quiet dinner. Aunts, uncles,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cousins – people Vanessa had only met recently –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surrounded them with warmth and affection. They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about Maltin's childhood, anecdotes that revealed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playful, mischievous side to his personality that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hadn't known. The shared laughter and memories filled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apartment, temporarily eclipsing the sadness that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an unwelcome guest. The gathering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 family get-together; it was a powerful act of communal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healing, a shared experience that solidified the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community and support that was enveloping them.</w:t>
      </w:r>
    </w:p>
    <w:p>
      <w:pPr>
        <w:autoSpaceDN w:val="0"/>
        <w:autoSpaceDE w:val="0"/>
        <w:widowControl/>
        <w:spacing w:line="344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immediate family and friends, a more formal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network began to take shape. Vanessa connected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local cancer support group, a sanctuary where people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their experiences, offering solace and practical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advice. The meetings were a mix of tears, laughter,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wisdom, a reminder that they weren't alone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struggles. The support group provided Vanessa with a much-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needed outlet for her emotions, a space to express her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anxieties without judgment. The shared experiences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others helped to lessen the sense of isolation, replacing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 feeling of shared purpose and resilience.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groups also offered valuable insights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practical tips on managing Maltin's care, providing her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invaluable knowledge and tools that made the challenges 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daunting. It gave Vanessa a sense of empowerment, and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found herself sharing insights and support with others,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own journey of resilience transforming her into a source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strength for others. This reciprocal support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profoundly powerful; it reinforced the notion that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midst of adversity, kindness, shared experience and support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provide unexpected strength. It wasn’t just about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receiving help but about giving back, about fostering a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community and mutual support that extended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confines of their individual struggles.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Vanessa sat by Maltin's bedside, she noticed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small vase of sunflowers placed on the nightstand.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gesture, but it held profound meaning. It was a gift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Emily, a silent testament to the unwavering support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close-knit community at the hospital. The vibrant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yellow of the sunflowers, so bright and cheerful, stood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contrast to the sterile white walls of the hospital room,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subtle but powerful reminder of life's enduring beauty.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flowers, like the acts of kindness from their friends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family, were beacons of hope, illuminating the darkness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reaffirming the unwavering support that surrounded them.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extended beyond material aid and practical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assistance; it penetrated the very core of their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being. It provided a sense of security, a feeling of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loved and cherished, a sense of community in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adversity. The network wasn't just a collection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individuals; it was a tapestry woven with threads of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compassion, and shared experience, a powerful force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helped them navigate the turbulent waters of Maltin's illness.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collective outpouring of love became a shield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despair, a source of strength and resilience, allowing them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 moments of peace and joy amidst the overwhelming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sadness and uncertainty. The support network wasn't just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lifeline; it was a testament to the power of human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connection, a reminder of the enduring strength of the</w:t>
        <w:br/>
        <w:t xml:space="preserve">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spirit in the face of adversity.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period, though dominated by the harrowing reality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illness, became unexpectedly rich with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beauty. The small gestures, the quiet acts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kindness, the unwavering support of their friends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family– all combined to create a profound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and belonging, a profound testament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power of the human spirit. It was a reminder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in the darkest of hours, love and support can shine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through, offering</w:t>
        <w:br/>
        <w:t xml:space="preserve">strength and hope amidst the shadows.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 from their friends, family,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community, was not merely helpful, it was transformative.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shaped the way they approached Maltin's illness, the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navigated their shared grief, and the way they ultimately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defined their love and commitment in the face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unimaginable odds. It was a story of resilience, written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just by them, but by the</w:t>
        <w:br/>
        <w:t xml:space="preserve">collective love and support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embraced them.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9: Collaboration on a Research Project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Collaboration on a Research Project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fluorescent lights of the Palisades Medical Center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lab hummed a sterile symphony, a stark contrast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comforting warmth of Vanessa’s Hoboken apartment.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Rows of gleaming stainless steel equipment stood sentinel,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testament to the cutting-edge research taking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within. This was a world removed from the comforting chaos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hospital wards, a place of meticulous precision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controlled experiments. It was here, in this clinical sanctuary,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Vanessa found herself unexpectedly paired with Dr.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 Rebah on a groundbreaking clinical research project.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project, focused on a novel treatment for a particularly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aggressive form of lung disease, was ambitious,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audacious. The air crackled with a nervous energy,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palpable sense of anticipation amongst the researchers.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despite her experience in palliative care, felt a surge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exhilaration. This was a chance to contribute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significant, to make a real difference in the lives of patients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suffering from this devastating illness. It was a chance to use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skills and knowledge in a new and challenging way.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Rebah, on the other hand, seemed perpetually on edge,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usual intensity amplified tenfold by the pressure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project. His sharp gaze, usually softened by a hint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underlying warmth, was fixed on the data, his brow furrowed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concentration. He moved with a restless energy, his hands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constantly gesturing as he explained complex concepts,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a low, urgent hum. He possessed a brilliant mind,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encyclopedic knowledge of pulmonary medicine, and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dedication to finding a cure. But his demeanor</w:t>
      </w:r>
    </w:p>
    <w:p>
      <w:pPr>
        <w:autoSpaceDN w:val="0"/>
        <w:autoSpaceDE w:val="0"/>
        <w:widowControl/>
        <w:spacing w:line="344" w:lineRule="exact" w:before="256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intimidating, his perfectionism bordering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ruthlessness.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herself both challenged and intrigued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approach. He was a whirlwind of data and analysis, a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nature navigating the complexities of the research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almost terrifying efficiency. His methodology was rigorous,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leaving no stone unturned, no detail overlooked.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demanded perfection, pushing his team to their limits, often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point of frustration. Vanessa, accustomed to a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collaborative, empathetic approach in her nursing practice,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his style initially jarring. His relentless pursuit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results, his unwavering focus, sometimes felt impersonal,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almost cold.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beneath the gruff exterior, Vanessa sensed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a flicker of something deeper. She noticed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 his eyes softened when he spoke about his sons, a hint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sadness in his voice, a longing that resonated with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grief. The casual conversation revealed that he, like 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navigating the complexities of a broken heart.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divorce, a topic he rarely broached, had clearly left a deep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scar, mirroring her own journey of loss and rebuilding.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guarded, emotionally distant, but his actions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volumes, his relentless pursuit of excellence masking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sorrow.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initial interactions were characterized by a tense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distance, punctuated by brief, formal exchanges.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worked in tandem, their contrasting styles a curious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blend of precision and empathy. He provided the scientific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rigor, the meticulous analysis of data, the unwavering focus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achieving results. Vanessa, with her intuitive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patient needs and her knack for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connections between seemingly disparate pieces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information, offered a different perspective. She brought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touch to the sterile world of the lab, reminding him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real-life consequences of their research, of the patients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waiting for a cure.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would often gently challenge his assumptions, pointing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the potential impact of their decisions on individuals.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would, in turn, push her to consider the scientific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implications of her observations, forcing her to look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emotional aspect of their work. This dynamic, initially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tense, slowly evolved into a grudging respect.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disagreements, once explosive, became opportunities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productive dialogue, their different viewpoints enriching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collaboration. Vanessa learned to appreciate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dedication, his profound commitment to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cure. She saw that his intensity stemmed not from a lack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compassion, but from a profound urgency, a desperate need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make a difference. He, in turn, began to see the value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input, her ability to offer a human perspective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clinical work.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spent more time together, working late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night, fueled by caffeine and a shared sense of purpose,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walls of their professional reserve began to crumble.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discovered shared interests beyond medicine, finding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common ground in their love of old films, their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literature, their shared appreciation for the simple beauty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evening at home. The sterile environment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laboratory, initially a barrier, became a catalyst for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growing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 nights spent poring over data, hunched over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microscopes, yielded not only scientific breakthroughs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deeper understanding of one another. They'd share stories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past, their voices softer, their words more revealing.</w:t>
      </w:r>
    </w:p>
    <w:p>
      <w:pPr>
        <w:autoSpaceDN w:val="0"/>
        <w:autoSpaceDE w:val="0"/>
        <w:widowControl/>
        <w:spacing w:line="344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of Michael, the loss still fresh in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heart, the pain palpable in her hushed voice. He, in turn,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his sons, the ache in his voice a testament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longing. The shared experience of loss, the similar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trajectories of their lives, bound them together in a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neither had anticipated. It created a powerful undercurrent,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unspoken yet profoundly felt.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lab became a stage for the quiet drama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budding connection, their scientific collaboration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surprising prelude to a blossoming romance.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 for their work became an unexpected bridge,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spanning the chasm of their grief and forging a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deeper and more meaningful than either could have foreseen.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 hours, the collaborative discussions,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frustrations and triumphs – these became the building blocks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 relationship that was at once professional and intensely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personal. It was a connection built on mutual respect,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ambitions, and an unspoken understanding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clinical setting. The hum of the equipment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to their whispered conversations,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their growing affection. And amidst the meticulous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 of their research, a new kind of healing began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unfold, a healing that went beyond the laboratory walls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reached into the depths of their hearts. The shared pursuit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scientific progress became an unexpected journey towards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future, a future neither had imagined just a few short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weeks prior. The possibility of something extraordinary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bloom within the sterile precision of the lab,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nurtured by their shared passion and a burgeoning 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10: The Impact on their Relationship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Impact on their Relationship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antiseptic, once a familiar comfort,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hung heavy in the air, a constant reminder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precariousness of Maltin's situation. The hospital, once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 of healing and hope, had become a battleground,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war waged between hope and despair. Each day,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navigated the labyrinthine corridors, her steps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the rhythm of her anxious heart. She’d become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fixture in the oncology ward, a familiar face to the nurses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doctors, a silent guardian angel hovering over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shock of the diagnosis had given way to a numb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acceptance, a quiet resilience that surprised even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herself. She had faced loss before, the agonizing grief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widowhood still a fresh wound on her heart, but this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different. This was a slow, agonizing erosion of the life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painstakingly rebuilt, a creeping darkness threatening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engulf the hard-won happiness she’d found with Maltin.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days bled into weeks, each marked by tests,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consultations, and the relentless cycle of hope and fear.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the strong, stoic doctor, was vulnerable, his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control replaced by a raw, painful honesty. He was battling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only the disease, but also the crushing weight of his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mortality, the fear of leaving Vanessa alone, the guilt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potentially leaving his sons without a father.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conversations, once filled with light banter and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were now laced with a painful honesty,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confrontation with the reality of his illness.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in turn, found herself grappling with a unique set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challenges. She was a nurse, trained to provide care and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comfort, yet she felt helpless, a bystander in the fight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life. The hospital, once her sanctuary, now felt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cage, imprisoning them both in a cycle of uncertainty.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struggled to reconcile her professional detachment with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profound personal involvement, her heart aching for her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beloved while her mind meticulously monitored his vital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signs, his medication, his overall well-being. The line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caregiver and lover blurred, the roles constantly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shifting, demanding an exhausting level of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dexterity.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relationship, already forged in the crucible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 loss and healing, was being tested anew.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moments of intense intimacy, stolen kisses in the sterile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corridors of the hospital, hushed whispers of reassurance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dead of night. Their love, deepened by shared adversity,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silent language spoken through the touch of hands,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lingering gaze, the unspoken understanding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words. In the face of mortality, their bond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solidified, becoming an unbreakable chain linking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there were also moments of intense strain, of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resentments and simmering anxieties. Maltin’s gruff exterior,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usually a mask for his vulnerability, occasionally fractured,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a simmering anger directed at his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helplessness. Vanessa, overwhelmed by the emotional toll,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 snapped, her own frustrations spilling over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outbursts. They fought, their arguments fueled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exhaustion, fear, and the relentless pressure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situation. These were not the bitter arguments of lovers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brink of separation, but painful skirmishes in a war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neither had anticipated, battles fought in the trenches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shared, devastating reality.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 staff, witnessing their unwavering devotion,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often expressed their admiration. They were a beacon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a testament to the resilience of the human spirit,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story unfolding against the backdrop of clinical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 and medical interventions. Vanessa found solace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quiet encouragement, their whispered words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providing a much-needed boost amidst the crushing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weight of the circumstances.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turmoil, there were glimmers of hope.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victories—a successful round of chemotherapy, a slight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improvement in blood work—were celebrated as milestones,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reprieve in the ongoing battle. They clung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fleeting moments of positivity, cherishing them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jewels in the sea of uncertainty. They found solace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small acts of intimacy: a shared cup of coffee, a hand 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tight, a quiet moment of reflection by the hospital window.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were spent in their apartment, now imbued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new, quieter intimacy. The fireplace crackled merrily, casting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warm glow on their faces, a stark contrast to the cold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sterility of the hospital. They read, talked, reminisced,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a tapestry woven with memories, hopes, fears,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unwavering love. They discussed the research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been so passionate about, the legacy he hoped to leave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behind, his desire to leave his sons with something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than memories.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began to write letters to his sons, pouring his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onto the pages, revealing his vulnerabilities, his love,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fears. It was a way of processing his emotions, of leaving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legacy, a record of his life, his love, his hopes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future of his family. Vanessa helped him, gently guiding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through the process, her presence a silent reassurance,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encouragement a gentle push forward.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evening, as they sat by the fireplace,</w:t>
        <w:br/>
        <w:t xml:space="preserve">A palpable dread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abandoning Vanessa consumed Maltin; his apprehension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starkly visible in his haunted gaze. The significant 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gap – nearly two decades – cast a long shadow, a detail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lost on their circle.</w:t>
        <w:br/>
        <w:t xml:space="preserve">Torn between compassion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agonizing prospect of separation, Vanessa voiced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 history. She articulated the profound,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unbreakable affection that tethered them, the resilience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forged in each other's embrace.</w:t>
        <w:br/>
        <w:t xml:space="preserve">She emphasized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indelible mark he had already made on her life, his love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that would continue to guide her long after 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gone. She spoke of the beautiful life they had created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a life that would forever be etched in her memory,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of love and shared experiences. She assured him,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conviction, that she would be okay, that his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would forever be a source of strength and inspiration.</w:t>
        <w:br/>
        <w:t xml:space="preserve">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audacious boldness, she revealed her intention to maintain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 beyond the confines of his mortal existence,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promising a continued partnership even in the afterlife.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eyes, alight with a mixture of amusement and fervent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reflected the profound solace her words offered—a secure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place for him in her heart, even after death's embrace.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Boundless and unwavering, her love transcended earthly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limitations; this exquisite bond, she vowed, would never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severed.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comfort in their routines, in the simple acts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 they shared, in the small gestures that deepened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bond. They visited elderly patients at the nursing home,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their compassion and reminding themselves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preciousness of each passing day. They cherished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every shared experience, every quiet moment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 wasn't a tragedy and they knew it would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 with his passing; it was a testament to the enduring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connection, to the profound strength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 in the face of adversity. It was a tale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woven with threads of hope, faith,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devotion. Their love bloomed not in the absence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hardship, but in the face of it, a testament to the beauty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can emerge from even the most challenging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circumstances. And in that profound acceptance, in the midst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shared struggle, they found a peace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 understanding. Their journey, though fraught with pain,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ultimately a celebration of life, a love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boundaries of time and death itself.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11: A Growing Attraction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Growing Attraction</w:t>
      </w:r>
    </w:p>
    <w:p>
      <w:pPr>
        <w:autoSpaceDN w:val="0"/>
        <w:autoSpaceDE w:val="0"/>
        <w:widowControl/>
        <w:spacing w:line="332" w:lineRule="exact" w:before="2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following weeks blurred into a comfortable rhythm.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professional collaboration on the groundbreaking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research project demanded long hours, often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extending well into the evening. But instead of feeling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burden, the late nights spent poring over data and discussing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strategies felt… different. There was a shared energy,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palpable connection that transcended the purely professional.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They'd grab takeout, settling into Dr. Rebah’s sparsely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furnished office, the scent of spicy noodles mingling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sterile smell of antiseptic. These weren’t just working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dinners; they were stolen moments of shared laughter,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that drifted from complex medical studies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childhood memories, personal aspirations, and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vulnerabilities.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after a particularly grueling session, Dr. Rebah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surprised Vanessa with a small, perfectly brewed cup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chamomile tea. "For your nerves," he murmured,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softer than she'd ever heard it. The simple gesture, so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seemingly insignificant, resonated deeply. It was a tender 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care, an unspoken acknowledgment of the stress they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endured, a silent understanding that went beyond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confines of their professional relationship. The warmth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tea spread through her, soothing not only her frayed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nerves but also a deeper, more elusive ache within her.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at him, catching the warmth in his eyes, a gentleness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belied his often-stern exterior. For a moment, the sterile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of his office faded, replaced by a feeling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intimacy that was both surprising and intensely comforting.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informal interactions blossomed beyond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walls. They started taking lunch breaks together, strolling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 the Hoboken waterfront, the rhythmic lapping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waves against the pier a soothing counterpoint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animated conversations. The sun warmed their faces,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wind playfully tugging at their hair, and the view of the New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York City skyline provided a breathtaking backdrop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connection. Vanessa found herself looking forward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these walks, not just for the beautiful scenery, but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opportunity to be with him, to share quiet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that were as refreshing as the salty air.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laughter echoed across the waterfront, a joyous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sound that was a stark contrast to the quiet solemnity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past. He'd tease her about her meticulous attention to detail,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unwavering commitment to her patients, and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 overly cautious nature. She, in turn, would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playfully chide him about his intense work ethic,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tendency to be overly critical, and his occasionally grumpy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demeanor. These playful exchanges were small windows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growing understanding, a sign that the walls</w:t>
        <w:br/>
        <w:t xml:space="preserve">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were gradually crumbling, revealing the warmth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affection that lay beneath.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memorable afternoon, they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themselves sitting on a bench overlooking the water,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setting sun painting the sky in hues of orange, pink,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purple. A comfortable silence settled between them, broken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by the gentle sounds of the waves and the distant cries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seagulls. It was a silence filled with unspoken words,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understanding that transcended the need for verbal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communication. In that moment, sitting side-by-side,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watching the sun dip below the horizon, a tangible shift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occurred. It wasn't a dramatic declaration of love,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subtle, undeniable recognition of a growing attraction,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acknowledgment of the deepening connection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stolen moments, these brief glimpses into each other's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lives, were shaping something profound. Vanessa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captivated by his intelligence, his passion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medicine, his quiet strength, and the hidden vulnerability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occasionally peeked through his guarded exterior. He,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turn, seemed drawn to her warmth, her compassion,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resilience, and the quiet strength she possessed,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strength forged in the crucible of her grief.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their mutual understanding of loss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arduous path towards healing, had created a bond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deeper and more meaningful than anything either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anticipated.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after a particularly successful meeting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research team, Dr. Rebah suggested they celebrate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dinner. They chose a small, intimate Italian restaurant tucked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away on a quiet Hoboken street. The soft lighting, the aroma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garlic and herbs, and the cozy atmosphere created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perfect setting for their burgeoning connection. Over a bottle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wine and plates of pasta, they talked for hours, sharing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details of their lives, their hopes, their fears,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dreams.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evening progressed, their conversation shifted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discussions to personal anecdotes. He spoke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sons, his voice laced with a mixture of love and regret.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talked again about his failed marriage, his own struggles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grief and loss. Vanessa listened intently, offering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comfort and understanding, her own experiences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providing a unique perspective on his pain. She shared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stories, opening up about her life with Michael, the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shared, and the crushing weight of his loss.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confessed her fears, her insecurities, her doubts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future.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were long pauses, moments of intense eye contact,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smiles that hinted at something deeper than mere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friendship. The unspoken tension hung in the air,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electrifying. As they left the restaurant, walking hand-in-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along the moonlit street, the unspoken question hung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them – a question of potential, of possibilities,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that was now tinged with a sense of romantic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possibility. The air crackled with unspoken longing,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acknowledgment of the undeniable attraction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simmering beneath the surface for weeks. The touch of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hands, a simple gesture, sent a thrill through them,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 of something more.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filled with a new kind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anticipation, a nervous energy that added a delightful tingle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their already close working relationship.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took on a new dimension, filled with playful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banter and stolen glances, an unspoken understanding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 was evolving, shifting from a close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 to something deeper, something more complex,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ultimately, something more romantic. The natural beauty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Hoboken, the calming rhythm of the river, the charming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atmosphere of the city – all served as a perfect backdrop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growing feelings. Their shared experiences,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respect, and their unwavering support for each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creating a bond that was stronger, more profound,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promising than anything either could have imagined.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seeds of romance, carefully planted in the fertile ground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shared loss and healing, were beginning to blossom,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promising a future filled with love, laughter,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for a deep and enduring relationship. The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been difficult, filled with grief and uncertainty, but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stood on the precipice of something new,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beautiful, they embraced the possibility with open hearts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hopeful spirits. The air crackled with unspoken longing, the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a future entwined in the tapestry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lives.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13: First Date and Intimacy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First Date and Intimacy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nipped at Vanessa's cheeks as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waited by the pier, the Hoboken waterfront stretching before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like a painted canvas. The setting sun cast a warm,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golden glow on the Hudson River, the water reflecting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fiery hues in shimmering streaks. She adjusted her scarf,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 flutter in her stomach. This was it – her first official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date with Dr. Maltin Rebah. It felt surreal, almost dreamlike,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 weeks of shared glances, stolen moments, and hushed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amidst the controlled chaos of the hospital.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 had been a slow burn, a simmering ember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gradually ignited into a flame. She'd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looking forward to seeing him, not just as a colleague, but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someone she genuinely wanted to know.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arrived a few minutes later, his presence as commanding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yet oddly comforting as always. The tailored coat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wore couldn't quite conceal the weariness etched around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eyes, a familiar sign of his relentless dedication to his work.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there was a lightness in his step, a spark in his usually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guarded gaze that told her he was looking forward to this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much as she was. He offered her a warm smile, and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moment, the world around them seemed to fade away.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look beautiful, just beautiful,” he said, his voice a low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rumble that sent a shiver down her spine. The compliment,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delivered with sincerity and a touch of his usual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intensity, made her heart skip a beat.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walked along the pier, the rhythmic lapping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waves providing a soothing backdrop to their conversation.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awkwardness quickly dissolved,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comfortable ease that felt both natural and unexpected. They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talked about everything and nothing – their childhoods,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their fears. He spoke of his sons, always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mind, his voice softening as he shared memories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their shared love of baseball. The pain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divorce was still palpable, a quiet undercurrent in his words,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he spoke of it with a newfound acceptance, a hint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forgiveness in his tone.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in turn, shared her own story – the love she'd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Michael, the pain of his</w:t>
        <w:br/>
        <w:t xml:space="preserve">untimely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death, the quiet strength she'd found in facing her grief.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hesitated to unveil these vulnerabilities, afraid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 him, of scaring him away. But in his presence,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felt an unexpected sense of safety, a comfortable space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vulnerability wasn't weakness, but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humanity. He</w:t>
        <w:br/>
        <w:t xml:space="preserve">listened intently, his gaze unwavering,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empathy a</w:t>
        <w:br/>
        <w:t xml:space="preserve">tangible presence between them. He didn't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offer empty</w:t>
        <w:br/>
        <w:t xml:space="preserve">platitudes; instead, he shared his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experiences with loss, his own journey of healing.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stopped at a small, unassuming Italian restaurant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tucked away in a quiet corner of Hoboken. The aroma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garlic, oregano, and simmering tomato sauce filled the air,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scent that relaxed her tense muscles. Over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candlelit pasta and a bottle of crisp Italian wine,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 their conversation, delving deeper into their pasts,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hopes, and their dreams for the future. He confessed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 for his work, his unwavering commitment to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cures for debilitating respiratory diseases. She shared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for her patients, her dedication to providing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compassionate care, and her desire to contribute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meaningful research.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passion for medicine transcended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sphere, a common thread weaving through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lives. It was more than just a shared profession; it was a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calling, a shared dedication to making a difference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world. They talked about their respective career paths,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challenges they faced, and the triumphs they celebrated.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 flowed effortlessly,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understanding and mutual respect.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evening deepened, so did their intimacy. It wasn't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physical intimacy, not yet. It was an intimacy of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vulnerability, of mutual understanding, of a deep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connection that transcended the surface.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secrets, dreams, and anxieties, revealing the depths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souls in a way neither had ever done before.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 that she felt more seen, more understood, by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she had ever felt by anyone else. He saw her not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grieving widow or a hardworking nurse, but as a complex,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multifaceted woman with a rich inner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about his struggles to reconnect with his sons,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distance that had grown between them over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years. His voice was laced with regret and a deep longing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reconciliation. Vanessa offered him the comfort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her empathy, her understanding. She shared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struggles with loneliness, the ache of missing Michael,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challenge of rebuilding her life after such a devastating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experiences of loss and their mutual desire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move forward forged a powerful bond between them.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weren’t just two individuals sharing a romantic evening;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two souls seeking solace, companionship,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in the midst of life's complexities. Their first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date wasn’t just a romantic event; it was a profound moment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mutual disclosure and validation. It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capacity for empathy, their willingness to be</w:t>
        <w:br/>
        <w:t xml:space="preserve">vulnerable,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their recognition that true intimacy lies not just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physical touch, but in the sharing of hearts and souls.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evening drew to a close, they walked hand-in-hand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 towards her apartment, the lights of Hoboken twinkling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around them like a constellation of stars. The silence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them wasn't awkward; it was filled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comfortable intimacy, a silent acknowledgement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connection that had deepened between them.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leaned in, gently kissing her forehead, a gesture that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volumes without uttering a single word.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tender, chaste kiss, but it carried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emotions, the promise of a deeper connection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come. It was a seal of their shared evening, a quiet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declaration of their mutual feelings, a promise of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yet to blossom but felt so undeniably real. He walked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to her door, their hands lingering in a farewell clasp,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meeting in a silent conversation of understanding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attraction. It was a moment filled with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words, a culmination of weeks of shared moments,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pledge to explore the budding romance that had taken root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them. The night ended, but the anticipation for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meetings lingered in the air, a promise of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blossoming love story amidst the challenges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uncertainties of life. The seeds of romance planted earlier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indeed sprouted into a delicate but strong flower,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promising a garden filled with growth and a future rich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experiences, vulnerabilities, and love. The night’s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 wasn’t just about shared glances or whispered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words, it was a journey into the depths of their hearts,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reciprocal sharing of their souls, a bond that transcended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physical and reached into the core of their beings. It was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beginning of something profound, something real,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beautiful.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12: Overcoming Obstacles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Overcoming Obstacles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relentless pace of the hospital never ceased to intrude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upon their burgeoning relationship. The constant stream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emergencies, the demanding nature of their research,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ever-present pressure to succeed often left them exhausted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frayed. One particularly grueling week, Vanessa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working double shifts, juggling her regular patient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load with the extra demands of the clinical trial.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running on fumes, her usual cheerful demeanor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weariness that clung to her like a shadow. Dr. Rebah noticed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instantly. He found her in the break room,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slumped over a cup of lukewarm coffee, her eyes heavy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fatigue. Without a word, he gently took her hand, his touch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silent reassurance.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"You're pushing yourself too hard, Vanessa," he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low and concerned. "You need to rest."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sighed, a wave of self-reproach washing over 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he was right, but the guilt of letting her patients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down, the pressure to deliver results for their groundbreaking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research, it was all a suffocating weight.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know," she murmured, "but there's so much to do."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"And you can't do it all alone," he countered, his gaze steady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unwavering. "Let me help you. We can adjust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workload, delegate some tasks, find a way to make it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manageable."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offer wasn't just a practical solution; it was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 of care, a tangible demonstration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 to her well-being. It wasn't just about the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project anymore; it was about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each other's well-being, a recognition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partnership extended beyond the professional sphere.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allowed herself to lean into his support, accepting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 with a grateful heart.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weeks were a testament to their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 and their willingness to navigate challenges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They learned to prioritize, to delegate effectively,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to carve out small pockets of time for themselves,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moments stolen amidst the chaos. These stolen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became even more meaningful, imbued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deeper appreciation for the connection they shared.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cup of coffee in the break room, a quick text message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encouragement, a quiet moment of shared laughter –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seemingly small gestures became the cornerstones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growing relationship.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past traumas also cast long shadows, subtly impacting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present. Vanessa's grief over Michael remained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companion, a quiet ache that occasionally flared up,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reminding her of the void in her life. Dr. Rebah, too, carried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his past, the lingering pain of his divorce,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distance from his sons a constant undercurrent in his life.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during one of their quiet walks along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waterfront, Vanessa confessed her struggles.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"Sometimes," she admitted, her voice barely a whisper, "I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 like I'm drowning in grief. Like I'll never truly move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stopped walking, turning to face her, his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empathy. "I know the feeling," he said softly,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pain of loss, the weight of the past… it doesn't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disappear. But it can lessen. It can become something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carry, but not something that defines you."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from experience, his words carrying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own struggles. His honesty resonated deeply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creating a space for vulnerability and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understanding. They talked for hours that night, sharing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deepest fears and insecurities, acknowledging the pain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 lingered but also recognizing the strength they had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in overcoming adversity. Their shared vulnerability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 a bond that was stronger, more resilient, and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intimate than ever before.</w:t>
      </w:r>
    </w:p>
    <w:p>
      <w:pPr>
        <w:autoSpaceDN w:val="0"/>
        <w:autoSpaceDE w:val="0"/>
        <w:widowControl/>
        <w:spacing w:line="344" w:lineRule="exact" w:before="2" w:after="0"/>
        <w:ind w:left="864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professional challenges also tested their relationship.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disagreement arose during a crucial research meeting, a clash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opinions that threatened to derail their progress.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meticulous, insisted on a more cautious approach,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highlighting potential risks and emphasizing the importance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rigorous data analysis. Dr. Rebah, on the other hand,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favored a more ambitious, risk-taking strategy, driven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passion to find a breakthrough. The tension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palpable, the air thick with unspoken frustration.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 moment, Vanessa feared their differences might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irrevocably damage their bond. But instead of resorting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defensiveness or argument, they chose a different path.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stepped back, took a deep breath, and listened to each other.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acknowledged their differing perspectives,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motivations, and their shared goal of success. Through open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communication, mutual respect, and a willingness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compromise, they found a middle ground, a solution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incorporated the best aspects of both their approaches.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resolution of this conflict wasn’t just a professional victory;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testament to the strength of their relationship,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demonstration of their ability to navigate disagreements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empathy, understanding, and mutual respect.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 evolved, moving beyond the initial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attraction into a deeper, more meaningful connection.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connection built on shared experiences, mutual support,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deep understanding of each other's vulnerabilities.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wasn't a fairytale romance; it was a story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of healing, of two individuals finding solace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in each other's arms, amidst the chaos of life,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demands of their careers, and the weight of their past.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story was a testament to the power of human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a reminder that even in the face of adversity,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can blossom, heal, and endure. The seeds of romance,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planted in the fertile ground of shared loss and a journey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healing, had not only sprouted, but were flourishing, creating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future filled with potential and the promise of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withstand any storm. The future held uncertainties,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challenges undoubtedly lay ahead, but they faced them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their hands intertwined, their hearts united,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 beacon illuminating the path towards a future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hope and promise. The symphony of their lives, once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discordant melody of grief and loss, was now harmonizing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a beautiful, hopeful composition,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their strength, and their enduring love. The path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ahead was undoubtedly paved with challenges, but with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 they took together, hand in hand, their love grew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stronger, their bond unbreakable, and their future radiant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promise of a love story for the ages.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14: Celebrating Milestones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Celebrating Milestones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auditorium buzzed with anticipation. Vanessa smoothed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the wrinkles on her dress, a nervous flutter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stomach despite the countless hours of preparation. Tonight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the night – the culmination of months of relentless work,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 nights in the lab, and countless debates with Maltin.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groundbreaking research on a new treatment for a rare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lung disease was finally being presented at the national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pulmonology conference. The air crackled with energy,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tangible sense of excitement hanging heavy in the air.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ever the stoic professional, stood beside her, his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briefly brushing hers, a silent gesture of support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anticipation. His usual gruff demeanor was softened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hint of nervousness, a vulnerability that Vanessa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endearing.</w:t>
        <w:br/>
        <w:t xml:space="preserve">Though bolstered by Marah, Joe, and Hecky's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in the audience, a tremor of apprehension resonated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Maltin's core. This pivotal juncture demanded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fortitude, a façade he expertly maintained.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esteemed physician, outwardly resolute, concealed his inner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turmoil.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presentation went flawlessly. Vanessa's meticulous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attention to detail and Maltin’s insightful analysis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complemented each other perfectly. Their voices blended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harmonious rhythm, their presentation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collaborative synergy. The audience, initially captivated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innovative approach, erupted into thunderous applause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concluded. The subsequent Q&amp;A session was equally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successful, their responses sharp, informed, and confident.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feeling of accomplishment was immense,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victory that cemented their bond even further. As they left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stage, the waves of congratulatory handshakes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enthusiastic compliments were a testament to their hard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work and the significance of their research.</w:t>
        <w:br/>
        <w:t xml:space="preserve">Embraced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warmly by Hecky, Joe, and Marah, a tide of elation swept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 Maltin as they proceeded to a nearby sushi restaurant.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celebratory feast concluded with a deeply fulfilling,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flan, a perfect sweetness mirroring the profound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heart. In that moment, surrounded by the 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cherished individuals in his life – and his sons ever-present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thoughts – Maltin felt he'd reached the zenith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and professional achievements. A feeling of utter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completeness washed over him.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evening concluded, Maltin and Vanessa rejoiced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merely in their shared professional achievement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joyous gathering of loved ones, but also in the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culmination of their deeply entwined, soulful partnership.</w:t>
        <w:br/>
        <w:t xml:space="preserve">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wasn’t just the success of the research that they celebrated;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the culmination of their shared journey,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they had provided each other, the way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navigated professional challenges and personal struggles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hand-in-hand. It was a celebration of their resilience,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and the unbreakable bond that had formed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weekend brought a different kind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celebration. Maltin’s sons, initially hesitant and guarded,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finally agreed to a family dinner. The atmosphere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understandably tense at first. The years of distance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resentments hung heavy in the air, a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barrier between Maltin and his sons. Vanessa, ever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observer, sensed the underlying tension but chose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 the situation with her usual quiet grace.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the boys in conversation, discovering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interests, making them laugh with her gentle humor. Slowly,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ice began to thaw. She skillfully steered the conversation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away from potential points of friction, fostering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of acceptance and understanding. By the end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evening, the awkward silences were replaced by shared</w:t>
      </w:r>
    </w:p>
    <w:p>
      <w:pPr>
        <w:autoSpaceDN w:val="0"/>
        <w:autoSpaceDE w:val="0"/>
        <w:widowControl/>
        <w:spacing w:line="344" w:lineRule="exact" w:before="256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meaningful conversations. It wasn't a perfect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reconciliation, but it was a significant step forward,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sign of healing and progress. Maltin watched,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profound sense of gratitude filling him as he witnessed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quiet diplomacy, her ability to bridge the chasm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had separated him from his sons.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wasn't just about professional successes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 reunions; it was also about cherishing the small,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everyday moments. Their first anniversary as a couple 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went quietly, almost unnoticed in the midst of their busy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lives. Yet, it was a milestone nonetheless,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acknowledgment of the significant progress they had made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That evening, Maltin surprised Vanessa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but heartfelt dinner at home, a testament to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understanding of her need for quiet intimacy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thoughtful gestures. The meal was uncomplicated,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ordered sushi to be delivered, and the atmosphere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charged with emotion, a silent testament to the depth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affection. They shared stories, memories, and dreams,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intimacy deepening with each passing moment.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act of sharing a meal, a quiet evening together,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ritual, a silent affirmation of their love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months passed, the challenges continued, but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grew stronger. They navigated professional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setbacks with a newfound resolve, their mutual support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constant in their lives. They celebrated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victories, acknowledging their progress, both individually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a couple. They learned to communicate,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words, but through unspoken gestures,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that transcended spoken language. Their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deepened, strengthened by the shared experiences,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support, and the unwavering belief in the future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building together. They were more than just partners;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collaborators, confidantes, and companions,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 interwoven in a rich tapestry of shared experiences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mutual respect.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apartment, once a symbol of a new beginning,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reflected the depth of their evolving relationship. The bare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walls were adorned with photographs, mementos of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experiences, small tokens of their love story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unfolding. The once-quiet evenings were filled with laughter,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aroma of shared meals, the gentle touch of a hand,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warmth of a shared embrace – moments woven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fabric of their life together, the mortar and bricks of a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in the making. The challenges continued,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uncertainties lingered, yet they faced them together,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forged in the crucible of shared experiences,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strengthened by the power of their mutual support.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far from a fairytale, but it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strength of the human spirit, a celebration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an ode to the beauty of finding love and healing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most unexpected places.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future, though unwritten, held the promise of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celebrations, more challenges, and more moments of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 and quiet intimacy. They faced it together, hand-in-hand,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intertwined, their spirits soaring on the wings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unwavering love. Their love story wasn’t just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romance; it was a tapestry woven with threads of resilience,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and unwavering support, a love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tested, refined, and ultimately strengthened by the storms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life. Their journey was a testament to the power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a celebration of resilience, and a poignant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that love, even amidst loss and grief, can bloom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something beautiful, something profound,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truly remarkable. And as they stood on the precipice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future, they knew, with an unwavering certainty,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ready to face whatever life threw their way, together.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story, still unfolding, was a promise of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shared laughter, unwavering support,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contentment of a love that had blossomed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ashes of loss and found its strength in shared resilience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commitment.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15: Dealing with External Pressure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Dealing with External Pressure</w:t>
      </w:r>
    </w:p>
    <w:p>
      <w:pPr>
        <w:autoSpaceDN w:val="0"/>
        <w:autoSpaceDE w:val="0"/>
        <w:widowControl/>
        <w:spacing w:line="344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at Dr. Albright’s annual holiday party hung thick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scent of pine, cinnamon, and a subtle undercurrent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tension. Vanessa, arm in arm with Dr. Rebah, felt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all those scrutinizing eyes. It wasn't the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festive cheer that filled the room; it was a simmering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disapproval, thinly veiled behind forced smiles and polite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nods. Their relationship, still nascent, had become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elephant in the room, a topic of hushed whispers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pointed glances.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Albright, bless her heart, attempted to steer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 towards safer ground – the hospital’s new MRI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machine, the upcoming charity gala – but the undercurrent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judgment was inescapable. Vanessa caught snippets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– “I wouldn’t want my doctor involved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with…,” “...professional boundaries, you know…,” “...too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risky, too close…” The words stung, not because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particularly insightful, but because they resonated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unspoken anxieties simmering within her own heart.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Rebah, however, remained stoic, his hand resting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reassuringly on the small of her back. He’d anticipated some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resistance, even animosity, but the sheer volume of covert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disapproval surprised him. He’d seen colleagues stealing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glances, their expressions a mixture of curiosity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condemnation. It felt like walking a tightrope, every step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measured, every word carefully chosen.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navigated the crowded room, a particularly pointed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conversation reached their ears. Dr. Anya Sharma, a sharp-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tongued cardiologist known for her unwavering adherence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protocol, was addressing a small group. "Frankly," Anya's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voice, though muted, carried across the room with startling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clarity, "I find it completely unprofessional. The potential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conflict of interest is staggering. It's simply reckless."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felt a flush creep up her neck. She wanted to retort,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defend their relationship, but the words caught in her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throat. Rebah, however, remained outwardly calm, though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could feel the tension radiating from him.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"Anya," a softer voice interjected. It was Dr. Elias Thorne,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head of surgery and a known voice of reason within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hospital. "While I understand your concerns regarding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conduct, I think we should refrain from making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judgments based on speculation. Their relationship is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business."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Anya’s lips tightened. “It's not just speculation, Elias. It’s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potential ethical minefield.”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finally spoke, his voice low and controlled,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carrying an undeniable authority. "Perhaps," he said, his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sweeping across the room, "some of you could broaden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perspectives beyond the confines of medical regulations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allow space for human connection. Vanessa and I are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merely colleagues; we are individuals with complex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 growing bond. We are entitled to the same privacy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 as anyone else."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 fell silent. His words, though carefully chosen,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firm and unyielding. Anya looked taken aback,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usual sharp retort momentarily silenced.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 in the evening, away from the prying eyes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hushed whispers, Vanessa and Dr. Rebah found themselves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balcony, overlooking the glittering cityscape.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silence between them was comfortable, a contrast to the</w:t>
      </w:r>
    </w:p>
    <w:p>
      <w:pPr>
        <w:autoSpaceDN w:val="0"/>
        <w:autoSpaceDE w:val="0"/>
        <w:widowControl/>
        <w:spacing w:line="346" w:lineRule="exact" w:before="254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tense atmosphere inside. Vanessa turned to him,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heavy with the day's events.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didn't know it would be this difficult," she admitted,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barely a whisper. "The judgment, the scrutiny…it's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pulled her closer, his arms wrapping around her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comforting embrace. "It's not easy," he agreed, his voice soft.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it's worth it. I’m not going to let their opinions define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us or diminish what we share."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what if they're right?" she questioned, her voice laced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uncertainty. "What if it does jeopardize our careers?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 if this whole thing...falls apart?"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cupped her face in his hands, his gaze intense. "Then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we'll face it together," he said, his voice unwavering. "We’ll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navigate the challenges, we'll confront the obstacles.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Because what we have…it's worth fighting for. It's worth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risk."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leaned in, his kiss gentle yet profound, a silent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affirmation of his unwavering commitment. The city lights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twinkled in the background, a silent witness to their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resolve, their unwavering decision to overcome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external pressures.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few weeks proved challenging. Vanessa and Dr.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Rebah faced subtle and not-so-subtle forms of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disapproval. Assignments were redistributed, committees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reshuffled, and opportunities seemed to subtly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disappear. Whispers turned into veiled threats, and the once-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comfortable camaraderie within the hospital's walls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become strained. But through it all, Vanessa and Dr. Rebah</w:t>
      </w:r>
    </w:p>
    <w:p>
      <w:pPr>
        <w:autoSpaceDN w:val="0"/>
        <w:autoSpaceDE w:val="0"/>
        <w:widowControl/>
        <w:spacing w:line="344" w:lineRule="exact" w:before="256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steadfast, their commitment to each other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anchor amidst the storm.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refuge in quiet evenings, stolen moments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consultations and rounds, their connection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strengthening amidst the adversity. They discovered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ways of communication, their shared love becoming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project, a shared resilience. The more they faced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stronger their bond became. They created their own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havens, shared late-night coffee, whispered confidences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corners of the hospital, their love a quiet rebellion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against the oppressive atmosphere.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to navigate the social minefield, carefully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managing their public appearances and interactions.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chose their words carefully, and while they never directly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confronted their critics, they refused to be silenced.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actions spoke volumes – a quiet confidence, a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a mutual support that shone through, regardless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disapproval around them.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Dr. Thorne approached Vanessa, his expression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thoughtful. “I’ve been observing you both,” he said, a smile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playing at the corner of his lips. “The negativity 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unwarranted. Your work hasn't suffered; in fact,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collaboration on the new research project is exceptional. Let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petty jealousies fade away. You both are outstanding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professionals, and your relationship…it’s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 of the human spirit.”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were a quiet validation, a subtle shift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atmosphere. Other colleagues, too, began to see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initial apprehension. While some reservations remained,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open hostility gradually subsided, replaced by a grudging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acceptance, a quiet acknowledgement of the strength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authenticity of Vanessa and Dr. Rebah's love.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wasn’t easy; it was a continuous negotiation,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daily choice to stand their ground against those who sought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diminish them. But their shared passion for medicine,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coupled with their profound love, forged a resilience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negativity and paved the way for a lasting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enduring love story, a story that not only survived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thrived amidst the external pressure, a testament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strength of their bond. The seeds of romance,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fragile and hesitant, had blossomed into a powerful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resilient flower, proving that true love can withstand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strongest of storms, a beautiful testament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and love. The journey wasn't always easy,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they conquered the obstacles, transforming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negative energy into a force that only strengthened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Their story became an inspiring tale, a quiet victory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odds, a symbol of hope and resilience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chaos of life.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16: Overcoming Communication Barriers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Overcoming Communication Barriers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new apartment, a haven overlooking the Hudson,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became a testing ground for their evolving communication.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bliss of shared space gradually gave way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subtle friction of differing communication styles.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accustomed to direct, often blunt pronouncements honed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 in the demanding world of medicine, often left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 unheard or dismissed. Her carefully chosen words,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laced with a cautious optimism born from years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suppressing her emotions, sometimes seemed to vanish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ether, lost in the chasm between their different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approaches.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after a particularly grueling day at the hospital,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burst through the door, his usual controlled demeanor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simmering frustration. He launched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tirade about a difficult patient, his words tumbling over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 in a torrent of professional jargon and barely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suppressed anger. Vanessa, initially attempting to offer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comfort, found her own words catching in her throat. She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familiar wave of self-doubt wash over her, a chilling echo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grief. His words weren’t intended to hurt, she knew,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the impact was the same as if he'd thrown a punch.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silence that followed was thick with unspoken tension.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finally realizing the impact of his outburst, slumped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onto the sofa, the weight of his day visibly crushing him.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cautiously, approached him, her voice soft but firm.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"Maltin," she began, "I understand you had a rough day,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words… they hurt."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up, his eyes filled with a mixture of shame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exhaustion. "I'm sorry, Vanessa. I didn't mean to…" His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trailed off, unable to articulate the jumble of emotions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swirling within him.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a turning point. Vanessa gently explained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 between his direct style and her more nuanced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approach. She expressed her need for validation, for him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acknowledge her feelings before diving into problem-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solving. He, in turn, confessed his struggles with expressing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admitting that his gruff exterior was a shield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his own emotional pain. That night, they didn't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resolve everything, but they began a conversation that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redefine their relationship.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discussions extended beyond daily frustrations.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delved into the deeper wounds of their pasts, the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 and insecurities that lingered beneath the surface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burgeoning love. For Vanessa, it was the enduring pain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husband's death, the lingering guilt of not being 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save him. Maltin shared how</w:t>
        <w:br/>
        <w:t xml:space="preserve">Rosalita's departure inflicted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profound wound on him, a searing pain exacerbated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inexplicable nature of her actions. The cruel severance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 left him reeling in a desolate landscape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incomprehension.</w:t>
        <w:br/>
        <w:t xml:space="preserve">Sharing these vulnerabilities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painstaking process, a slow and deliberate unraveling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years of suppressed emotions.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poignant evening, curled up on their sofa,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shared the details of her husband's illness,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agonizing helplessness she felt as his condition worsened.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 streamed down her face as she described the final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moments, the profound sense of loss that had haunted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since. Maltin listened intently, his hand gently stroking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soft, blond hair, offering a silent solace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words. He shared his own story, the breakdown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marriage, the painful estrangement from his sons,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overwhelming sense of failure that had consumed him.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shared vulnerability forged a deeper connection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They learned to listen not just to the words, but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emotions behind them. They practiced empathy,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acknowledging the pain and fear that often masked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words. They discovered the power of silence, the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simply be present for each other without the need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constant verbal reassurance.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improved communication extended beyond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lives. It strengthened their collaboration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project. Instead of clashing over approaches,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to leverage their different strengths, creating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synergistic partnership that fueled their groundbreaking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work. They found new ways of discussing setbacks,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analyzing data, and navigating the complexities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medical field.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Conflicts still arose, but their approach had changed. Instead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escalating into arguments, disagreements became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opportunities for understanding. They learned to articulate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needs, setting boundaries and respecting each other's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limits. They developed a system of healthy conflict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resolution, based on mutual respect and the willingness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compromise.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a disagreement over a critical decision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threatened to derail their project. Initially,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opinions clashed fiercely, their emotions running high.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time, instead of resorting to defensiveness 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accusations, they took a step back. They consciously paused,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took deep breaths, and re-framed the conversation.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restated each other’s points, acknowledging the validity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concerns. They listened with genuine empathy, seeking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understand the other's perspective. Instead of trying to win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argument, they sought a solution that benefited both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goals and their relationship.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eventual resolution was not a compromise, but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synthesis of their ideas, a testament to their growing 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communicate effectively. This collaborative effort, born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 difficult confrontation, underscored the strength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evolving bond. They had transcended their initial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 barriers, transforming conflict into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collaboration, strengthening their partnership both personally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professionally. Their shared journey, marked by loss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healing, had brought them closer, forging a bond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both profound and resilient. The challenges they faced had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broken them, but rather, had refined and deepened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relationship, forging a love story rooted in empathy,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and the unwavering commitment to building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future together. Their ability to communicate, to truly listen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understand, was the bedrock upon which their shared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built, a testament to the power of vulnerability,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forgiveness, and the unwavering strength of their love.</w:t>
      </w:r>
    </w:p>
    <w:p>
      <w:pPr>
        <w:autoSpaceDN w:val="0"/>
        <w:autoSpaceDE w:val="0"/>
        <w:widowControl/>
        <w:spacing w:line="346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home, once a symbol of their fresh start, had evolved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a testament to their growth. The walls, initially a blank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canvas, now reflected the tapestry of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experiences. Each piece of furniture, each carefully chosen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item, represented a milestone in their journey. The softly 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evenings, the quiet conversations, the shared laughter,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tender moments of intimacy – all contributed to the richness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shared life, woven together by the thread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evolving communication. They had not only built a home;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built a sanctuary for their love, a foundation built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strength of their bond and the unwavering belief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their connection. Their journey was far from over,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they faced the future together, armed with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an unwavering commitment, and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been tested and emerged stronger than ever before. They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building a future, not just on the foundations of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shared dreams, but on the solid groundwork of effective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 and mutual understanding,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power of healing and connection. Their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overcome communication barriers was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of their bond, a symbol of the resilience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Their story was a testament to the fact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communication, while challenging at times, was the key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navigating the complexities of life together and forging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strong, lasting relationship, a testament to their enduring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power of building a future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17: Acceptance and Commitment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Acceptance and Commitment</w:t>
      </w:r>
    </w:p>
    <w:p>
      <w:pPr>
        <w:autoSpaceDN w:val="0"/>
        <w:autoSpaceDE w:val="0"/>
        <w:widowControl/>
        <w:spacing w:line="344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hum of the refrigerator was the only sound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small Hoboken apartment. She stared 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window, the city lights blurring into a hazy, indistinct glow.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celebratory buzz of Dr. Albright’s party felt like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memory, the tension and disapproval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solitude. The events of the evening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replayed in her mind – the whispers, the glares, the thinly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veiled accusations. It had been a stark reminder of the uphill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battle they faced. Yet, amidst the storm of disapproval,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certainty had taken root within her. She loved Maltin.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Deeply, fiercely, unconditionally.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picked up a framed photograph from her nightstand –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picture of her late husband, Michael, his smile warm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genuine. A wave of grief washed over her, a familiar ache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chest. The memory of his death, the sudden emptiness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consumed her, still lingered, a shadow that danced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 the edges of her happiness. Losing Michael had taught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fragility of life, the importance of seizing every moment,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embracing love with an unrestrained ferocity. And now,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Maltin, she was doing just that.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the risks. She knew the potential repercussions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relationship. The whispers weren't just idle gossip;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hinted at real professional consequences. But the fear, while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present, no longer paralyzed her. It had been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determination, a stubborn refusal to let fear dictate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choices. Maltin's love, his unwavering commitment,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given her the courage to face the challenges ahead.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morning, Vanessa found Maltin in his office,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usual air of controlled chaos surrounding him. He was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hunched over a mountain of papers, the faint scent of coffee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mingling with the sterile smell of antiseptic. He looked up,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gaze meeting hers, and a smile softened his usually stern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features. The weight of the previous evening hung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them, unspoken but palpable.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"Morning," he said, his voice a low rumble. He gestured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the chair opposite his desk. "Sit. Tell me what you're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thinking."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hesitated for a moment, then poured out her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anxieties, the words tumbling out in a rush. She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disapproval of their colleagues, the potential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repercussions, the fear of losing everything.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listened patiently, his expression thoughtful, his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resting gently on hers. When she finished, he said, "I know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it's not easy, Vanessa. But it's not about the ease of it, is it?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It's about the depth of it. About the connection we share,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passion, the shared purpose."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paused, his gaze intense. "We both know the risks. We're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naive. But the potential rewards…they far outweigh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risks. What we have is rare, Vanessa. It's something worth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fighting for, worth protecting."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resonated deeply within her, bolstering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resolve. They were more than just a romantic couple;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kindred spirits, bound by a shared passion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medicine, a shared drive to make a difference.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woven into the fabric of their lives, their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aspirations intertwined with their personal desires.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a depth of connection that transcended the mundane,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powerful synergy that fueled their individual strengths.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spent the next few days in quiet contemplation,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processing their feelings, their anxieties, their hopes.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long conversations, filled with shared vulnerabilities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growing sense of unity. Maltin revealed more about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painful divorce, the strain on his relationship with his sons,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loneliness that had haunted him for years. Vanessa,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turn, shared more about her grief, the lingering pain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Thomas's death, the struggle to rebuild her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vulnerabilities created an even stronger bond,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understanding that went beyond the surface, into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core of their beings. They were both flawed, both carrying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scars of past traumas, yet their imperfections only made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 more profound. They found solace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experiences, a comfort in the knowledge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alone in their struggles. They acknowledged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for conflict, the difficulties they would inevitably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face, but they were ready to navigate those challenges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 They were committed.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commitment wasn't a reckless leap into the unknown;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deliberate choice, a conscious decision to face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together, whatever it might hold. It was built 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respect, shared goals, and an unwavering belief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their connection. It wasn’t about ignoring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obstacles; it was about facing them head-on, together,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 source of strength and resilience. They were ready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fight for their happiness, to nurture their love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storm.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knew there would be moments of doubt,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fear, but they would face them together.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their quiet intimacy, their mutual support –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the things that would sustain them. The disapproval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colleagues would fade into insignificance, a mere ripple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vast ocean of their love.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sitting on the balcony of Maltin's apartment,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overlooking the glittering lights of the city, Vanessa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peace. The anxieties that had plagued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replaced by a quiet confidence, a certainty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was real, enduring, and strong enough to withstand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whatever challenges lay ahead. They had weathered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of disapproval, and emerged stronger, their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 in the crucible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396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turned to her, his eyes filled with a tender affection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transcended words. "I love you, Vanessa," he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low and heartfelt.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love you too - so much, Maltin," she replied,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thick with emotion. Their love was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a beacon of hope in the midst of uncertainty.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a love story unfolding amidst the sterile environment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hospital, a love story that defied the odds, a love story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inspire, touch hearts, and leave an indelible mark.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their story, their commitment, their legacy. And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only just beginning.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18: Planning for the Future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Planning for the Future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swirled fallen leaves around their feet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Maltin and Vanessa strolled through Hoboken’s charming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streets, the setting sun casting long shadows that stretched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intertwined like the threads of their burgeoning future.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awkwardness with his family had begun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dissipate, replaced by a tentative, yet growing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acceptance. The path hadn’t been easy, but the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victories– a shared laugh with Daniel, a heartfelt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conversation with Eleanor, the warm embrace from David –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small</w:t>
        <w:br/>
        <w:t xml:space="preserve">beacons of hope, illuminating the path towards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they were now daring to envision together.</w:t>
      </w:r>
    </w:p>
    <w:p>
      <w:pPr>
        <w:autoSpaceDN w:val="0"/>
        <w:autoSpaceDE w:val="0"/>
        <w:widowControl/>
        <w:spacing w:line="344" w:lineRule="exact" w:before="2" w:after="0"/>
        <w:ind w:left="1008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"I've been thinking," Vanessa began, her voice barely above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whisper, her gaze fixed on the swirling leaves. "About us.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future."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stopped, turning to face her, his hand gently resting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her arm. The warmth of his touch sent a shiver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 down her spine. "Me too," he replied, his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mirroring the warmth of the setting sun. "It feels…surreal,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doesn't it? To be planning a future after…after everything."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unspoken words hung in the air between them,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the grief and loss that had shaped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pasts. But now, hand in hand, they were looking forward,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cautiously, but with a newfound sense of hope and optimism.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 meandered, touching upon a myriad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topics – from the mundane to the profound. They discussed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professional aspirations, their individual desires,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delicate dance of balancing their careers with the dream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building a family. Vanessa, ever practical, voiced her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concerns about the demands of their research project,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hours, and the potential strain on their relationship.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the importance of creating a strong foundation,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 where they could retreat from the pressures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lives.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listened intently, his gaze unwavering, his expression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mixture of admiration and concern. He acknowledged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but his words were infused with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confidence, a belief in their ability to navigate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life together. He spoke of his desire to slow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and spend more time with Vanessa and his friends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family. He envisioned a life less defined by the demands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profession, more defined by the shared moments,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quiet evenings spent together, the warmth of family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extended beyond career goals;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delved into the practicalities of building a shared life.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search for a new apartment became a collaborative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adventure, a reflection of their evolving relationship.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explored various neighborhoods, each apartment viewed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canvas upon which to paint their future.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argued over kitchen countertops, debated the merits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hardwood floors versus carpet, and carefully weighed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pros and cons of each location, their differences merging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harmonious blend of individual preferences.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chilly Saturday, they found themselves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charming, sun-drenched apartment overlooking the Hudson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River. The city spread before them, a vibrant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lights and shadows, and the gentle lapping of the waves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shore created a soothing, meditative backdrop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conversation.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"It's…perfect," Vanessa breathed, her voice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wonder.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smiled, his eyes reflecting the city lights. "It is, isn't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it? A fresh start. A new chapter."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apartment was more than just four walls and a roof;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symbol of their journey, a tangible representation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future. It was a space where they could create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memories, build traditions, and nurture their love.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sanctuary, a haven from the storms of life, a place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could simply be themselves,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began to furnish their new home, each piece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furniture, each carefully chosen artwork, became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their evolving bond. Maltin's love for vintage finds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mingled with Vanessa's preference for minimalist designs,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creating a unique and eclectic space that mirrored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diverse personalities. The process of transforming the empty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apartment into a home was a reflection of their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 – from individual lives marked by loss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 to a shared life filled with hope and promise. The walls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painted in a soft, calming shade of gray, a backdrop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lives to unfold, allowing their vibrant personalities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shine through the choices they made together. A vintage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wooden bookshelf, discovered at a flea market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painstakingly restored by Maltin, housed their collection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books – a silent testament to their shared love of literature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learning. A vibrant, colorful rug, a gift from Hecky's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wife, adorned the living room floor, adding a touch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youthful energy to the otherwise serene space. Each element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to their shared history, their individual strengths,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aspirations for the future.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domestic space became a reflection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evolving relationship. The laughter and quiet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 created a space filled with warmth and love.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simple act of cooking dinner together, sharing a meal in their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dining room, became a cherished ritual,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of their love and their shared life. Evenings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spent curled up on the sofa, reading, talking, listening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music, sharing quiet moments of companionship, solidifying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foundation of their new shared home.</w:t>
      </w:r>
    </w:p>
    <w:p>
      <w:pPr>
        <w:autoSpaceDN w:val="0"/>
        <w:tabs>
          <w:tab w:pos="1022" w:val="left"/>
        </w:tabs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they sipped wine on their balcony,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overlooking the glittering city lights, Maltin turned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his eyes filled with a profound love and gratitude.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never thought I'd find this again," he confessed,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thick with emotion. "This happiness, this…peace, this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simplicity. It's all I've ever wanted."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leaned against him, her head resting on his shoulder.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"Me too," she whispered, a tear tracing a path down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cheek. "But here we are. Building a life together. A future."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been marked by loss, grief,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uncertainty. But through it all, their love had been a constant,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steadfast beacon guiding them through the darkness. Now,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looked towards the future, they did so with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confidence, a shared understanding, and a profound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been tested and strengthened by the fires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building more than just a home; they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building a life together, a future filled with love, laughter,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promise of a shared journey. The future stretched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them, an uncharted territory, yet filled with the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excitement of a life built on a foundation of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respect, unwavering love, and the strength to face any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that lay ahead, together. They were building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legacy, a family, a future that was theirs alone to create,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stronger than ever, was the foundation upon which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would build their dreams.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19: The Cancer Diagnosis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Cancer Diagnosis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air, usually a source of invigorating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energy, felt heavy, almost suffocating. Maltin sat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sterile, harshly lit office, the scent of antiseptic a stark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comforting aroma of their apartment.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doctor’s words echoed in his ears, a relentless drone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refused to fade: “Stage three lung cancer. Aggressive.”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felt alien, unreal, a cruel joke played by a malevolent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entity. He stared at the physician, his mind struggling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process the enormity of the diagnosis, the seismic shift it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caused in his carefully constructed world. The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confidence, the unwavering certainty that had defined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so long, crumbled into a fragile shell, revealing the raw,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vulnerable man beneath.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been waiting in the car, a nervous energy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thrumming beneath her calm exterior. The wait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agonizing, the silence punctuated only by the rhythmic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drumming of her fingers on the steering wheel. She'd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disquiet settle over her earlier that day, a premonition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chilled her despite her attempts to dismiss it as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anxiety. Maltin’s appearance, his ashen face and slumped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shoulders, confirmed her worst fears. She rushed to his side,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hand instinctively reaching for his, offering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reassurance, a palpable connection that transcended the need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words.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drive home was a blur, the vibrant autumn foliage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mocking display of life's relentless beauty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of their bleak reality. Maltin’s silence was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eloquent than any words, his withdrawn demeanor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his usual lively spirit. Vanessa remained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side, her presence a silent vow of unwavering support, her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gently resting on his arm, a constant reminder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journey.</w:t>
      </w:r>
    </w:p>
    <w:p>
      <w:pPr>
        <w:autoSpaceDN w:val="0"/>
        <w:autoSpaceDE w:val="0"/>
        <w:widowControl/>
        <w:spacing w:line="344" w:lineRule="exact" w:before="2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news hit their world like a tsunami, uprooting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carefully built foundations of their life together.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meticulously planned clinical trials, the shared dreams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expansion, even the quiet evenings spent in the comfort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 – all felt suddenly fragile, fleeting. The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routines, the sense of security they had cultivated, dissolved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uncertainty, replaced by the chilling specter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unknown. The hospital, once a place of healing and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become a symbol of fear and impending doom.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shock gave way to a torrent of emotions: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disbelief, anger, fear, and an overwhelming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helplessness. Maltin fought back the tears, the raw agony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buried beneath a stoic façade. He was a doctor, a man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science, trained to confront adversity with reason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precision. Yet, this challenge was unlike any other 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encountered. This was personal, deeply intimate, an invasion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the very core of his being. He felt stripped bare,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exposed, vulnerable.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ever the pragmatist, swung into action, her nurse's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instinct taking over. She made countless calls, arranging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appointments with oncologists, researching treatment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options, navigating the labyrinthine world of insurance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claims and medical procedures. She became his shield,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advocate, his unwavering rock. Her quiet strength, her calm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efficiency, provided a much-needed anchor amidst the storm.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immediate circle of friends and family responded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outpouring of love and support. His sons, still grappling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their own issues, were shaken by the news. The initial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awkwardness and resentment melted away as they rallied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around their father, their concern palpable, their bond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strengthened by shared adversity. They spent hours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hospital, their presence a tangible reminder of the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that surrounded him. Their shared meals, their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together, became precious, fleeting instances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a balm to the raw wounds inflicted by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diagnosis.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friends from the hospital, a collection of doctors,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nurses, and support staff, offered practical and emotional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assistance, sharing their experiences, their empathy,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support. The once-busy corridors of the hospital,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places where life was fought for and often lost, now served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a backdrop to their emotional struggle, the muted sounds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activity a mournful soundtrack to their personal tragedy.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atmosphere shifted, the cheerful camaraderie giving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a shared sense of concern and sorrow, a collective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prayer for their friend and colleague.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turned into weeks, each appointment, each test,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consultation laden with anxiety and uncertainty. The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jargon, once a familiar language, became a foreign tongue,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fear and dread. The hope that had once fueled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research, their dreams, their relationship,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dwindle, replaced by a chilling uncertainty. Yet,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adversity, their love remained an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constant, a beacon of hope in the storm.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moments between them became even more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precious, the shared silences carrying more weight than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words. They held each other, their bodies a source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comfort, their hearts entwined in mutual support.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reminisced, reliving shared memories, their laughter a fragile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the ever-present fear. They shared fears,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and hopes for the future, the uncertainties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anxieties forming a strangely intimate bond.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city lights twinkled outside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window, Maltin turned to Vanessa, his eyes filled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fear and gratitude. “I’m terrified, Vanessa,”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confessed, his voice choked with emotion. “Terrified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leaving you, of leaving them…” He gestured vaguely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the photo of his sons, a cherished picture sitting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nightstand.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held him close, her embrace a silent vow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commitment. “You’re not leaving me,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Maltin,”she whispered, her voice trembling slightly. “We’ll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this together. We always have.” And in that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embrace, amidst the fear and uncertainty, their love shone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brightly, a testament to the unwavering strength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bond, a</w:t>
        <w:br/>
        <w:t xml:space="preserve">promise of resilience in the face of the inevitable,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 in the darkness. Their journey was far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over, but they would face whatever came next, hand in hand,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love an unbreakable shield against the storms of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story, a poignant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connection and the resilience of the human spirit,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far from finished. It was just beginning its most challenging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chapter yet.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20: Moments of Despair and Hope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Moments of Despair and Hope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the hospital, a familiar foe now, clung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like a second skin. Each visit felt like a descent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chilling abyss, the white walls reflecting his own fading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strength. The rhythmic beeping of machines, once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 in the background, now felt like a relentless drumbeat,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counting down the seconds, the minutes, the hours.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vigilant, sat beside him, her hand resting on his,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unwavering support. His breathing was labored,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each inhalation a struggle, each exhalation a release of pain.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hope that flickered brightly just weeks ago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dwindle with each passing day, replaced by a creeping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despair that threatened to engulf them both.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 afternoon, the despair felt insurmountable.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normally sharp eyes were clouded with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weariness, his gaze distant and unfocused. He barely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responded to Vanessa's gentle touch, his hand limp in hers.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silence in the room felt heavy, oppressive, punctuated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by the relentless beeping of the machines.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fought back tears, the weight of his illness pressing down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with unbearable force. She silently whispered prayers,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clutching his hand, her own heart aching with a pain so deep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felt physical. The fear that gnawed at her was relentless,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undercurrent of dread that threatened to consume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her. She imagined a life without him, a future devoid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his warmth, his unwavering love, and the chilling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emptiness threatened to overwhelm her. The cold sterility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 room seemed to amplify her fear, mirroring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stark reality of their situation.</w:t>
      </w:r>
    </w:p>
    <w:p>
      <w:pPr>
        <w:autoSpaceDN w:val="0"/>
        <w:autoSpaceDE w:val="0"/>
        <w:widowControl/>
        <w:spacing w:line="344" w:lineRule="exact" w:before="0" w:after="0"/>
        <w:ind w:left="1296" w:right="1296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 that evening, back in the familiar comfort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apartment, the contrast was jarring. The warm, inviting</w:t>
      </w:r>
    </w:p>
    <w:p>
      <w:pPr>
        <w:autoSpaceDN w:val="0"/>
        <w:autoSpaceDE w:val="0"/>
        <w:widowControl/>
        <w:spacing w:line="344" w:lineRule="exact" w:before="256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atmosphere of their home, usually a haven, felt strangely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suffocating. The silence, once a peaceful respite,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mocked their sorrow, amplifying the emptiness that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threatened to swallow them whole. Maltin lay in bed,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breathing shallow, his body racked with a persistent cough.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exhausted but resolute, sat beside him, her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gently stroking his forehead. She longed for a respite,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of peace, a sliver of hope to pierce the darkness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enveloped them.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if reading her thoughts, Maltin stirred. His eyes, though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 weary, held a spark of recognition. He reached for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his grip surprisingly strong, and squeezed gently.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faint smile touched his lips. "The gardenias are blooming,"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whispered, his voice barely audible.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simple statement, almost inconsequential, was a lifeline.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connection to life, a reminder of beauty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encroaching darkness. The gardenias, her beloved gardenias,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been a source of comfort and renewal throughout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ordeal. Their delicate fragrance, their vibrant blossoms,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provided a much-needed escape from the sterile reality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hospital. Now, their image, conjured by Maltin's words,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 a moment of reprieve, a small flicker of hope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overwhelming darkness.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leaned closer, pressing a gentle kiss to his forehead.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"Yes," she whispered, her voice choked with emotion. "They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are." She shared stories of the garden, of the vibrant colors,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intoxicating scents, painting vivid pictures with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to rekindle a sense of life and beauty within him.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the hummingbirds that frequented the blossoms,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butterflies that danced amongst the fragrant petals,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creating a vivid tapestry of life that contrasted sharply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stark reality of their present circumstances.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memories, the shared appreciation for the beauty of nature,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bridge, connecting them to a sense of normalcy,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world beyond the walls of their home and the confines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illness.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those shared moments of remembrance, amidst the pain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fear, they found a fragile hope, a reminder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power of love and the unyielding resilience of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spirit. It was a quiet hope, a subtle shift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landscape, but it was enough. It was enough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sustain them through the darkest hours, enough to provide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with the strength to face the challenges that lay ahead.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following days brought a mixture of ups and downs.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were times when Maltin's strength seemed to return,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he could engage in conversation, share stories from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past, reminisce about the travels they had shared, or laugh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softly at some shared memory. He expressed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appreciation for life, for the small moments of joy,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they shared. These moments were precious jewels,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treasured deeply, providing a glimmer of hope that pushed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back against the shadows of despair.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illness relentlessly tightened its grip. There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when his weakness returned with renewed ferocity.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was relentless, the exhaustion overwhelming.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breathing became increasingly labored, his body frail,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powerful frame now stooped under the weight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disease. The despair returned in waves, threatening to engulf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once more, each wave stronger and more powerful than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last. Vanessa fought back, her determination fueled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faith, and the memory of the shared moments of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helped them navigate the darkness.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even in the deepest moments of despair, hope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unexpectedly resurfaced. It was found in the kindness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nurse, a shared smile, or a simple act of compassion from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 or family member. It was the small act of sharing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favorite book, a gentle touch, the soft melody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songs, all small gestures and expressions of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rekindled a sense of normalcy and calm. The simple act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watching the sunrise together, the gentle warmth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morning sun on their faces, was enough to momentarily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banish the shadows, replacing them with a tender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peace and hope. It was the quiet acknowledgment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journey, the shared burden of their pain, that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together in a love that transcended the ravages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illness. These small moments, precious and fleeting,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beacons of hope, guiding them through the stormy waters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illness. They were reminders of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the profound resilience of the human spirit,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remarkable capacity of the heart to find hope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darkest of times.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fight was relentless, a constant battle against despair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hopelessness. But within the heart of that struggle,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flourished, growing stronger and deeper with each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of joy, each shared tear, each shared prayer.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strength of their bond, the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each other, and their mutual acceptance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life’s harsh realities. Their love story, once a promising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beginning, was now a testament to the enduring power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spirit, a story of resilience and hope, written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adversity. It was a love story forged in the crucible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illness, a story of shared vulnerability, and a celebration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indomitable human heart. It was a story of resilience,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hope, and of a love that refused to surrender.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21: Vanessa's Unwavering Support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unwavering Support</w:t>
      </w:r>
    </w:p>
    <w:p>
      <w:pPr>
        <w:autoSpaceDN w:val="0"/>
        <w:autoSpaceDE w:val="0"/>
        <w:widowControl/>
        <w:spacing w:line="346" w:lineRule="exact" w:before="27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 clung to Maltin like a second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skin. Each day in the hospital was a stark reminder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mortality, a relentless counterpoint to the vibrant life 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known. But Vanessa was always there,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a soothing balm against the harsh realities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diagnosis. She navigated the labyrinthine corridors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 with a practiced ease, her nurse's intuition guiding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through the maze of appointments, tests,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consultations. She was his advocate, his shield,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anchor in a sea of uncertainty.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days were a carefully orchestrated dance between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fear. The mornings began with a quiet cup of coffee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in their apartment, a moment of stolen intimacy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the day’s onslaught of medical procedures.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prepare his favorite breakfast – huevos rancheros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sprinkle of everything bagel seasoning, a small act of love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face of immense adversity. These simple rituals,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taken for granted, were now imbued with a poignant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significance, a testament to their enduring bond.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chemotherapy infusion room that was created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office at the hospital became their temporary sanctuary,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space where their love blossomed in the midst of sterile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environments. Vanessa would sit by his recliner, reading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from his favorite books, their fingers sometimes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intertwining as she traced the words with her fingertip.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 softly, her voice a gentle melody that soothed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anxieties, the notes weaving a tapestry of calm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whirlwind of his treatment. She brought in his favorite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paintings, transforming the stark white walls into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comforting gallery of colors and emotions. Small touches,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acts of love, were the threads that wove a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hope in the cold, impersonal space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hospital.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found them back in their Hoboken apartment,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comfort of their home a welcome respite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sterile environment of the hospital. Vanessa transformed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apartment into a haven, a sanctuary from the storm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raging around them. She’d light scented candles, the warm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 casting dancing shadows on the walls, creating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ambiance. She’d play soft classical music,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melodies filling the air with a sense of peace.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prepare his favorite meals, her culinary skills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love and devotion. These small acts of love were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anchors that held them steadfast in the turbulent waters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illness.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Hoboken itself became a backdrop to their journey. They’d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take quiet walks along the waterfront, the Hudson River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flowing alongside their shared journey. Vanessa would point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details Maltin might have missed in his preoccupied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state- the way the sunlight glinted off the water, the playful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dance of the seagulls, the changing hues of the sky.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seemingly insignificant details became precious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experience, a reminder of the beauty that still existed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world. Even amidst the shadow of his illness,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ensured that their love story continued, its narrative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interwoven with the vibrant fabric of their city.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during a particularly difficult period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treatment, Maltin found himself overwhelmed by self-pity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despair. The chemo was taking its toll, his body ravaged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 treatments, his spirit weary. He felt like a broken man,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professional pride shattered, his future uncertain.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sensing his despair, sat beside him on the couch,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hand gently resting on his. She didn't offer platitudes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empty reassurances. Instead, she simply listened,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a silent testament to her unconditional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support. She let him weep openly, his tears a release of pent-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up emotions, his sobs a symphony of pain and fear.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feel so useless," Maltin confessed, his voice barely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whisper. "I'm a doctor, Vanessa. I'm supposed to heal people,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be the one who needs healing."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gently squeezed his hand. "You are healing, Maltin,"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said softly. "You're healing emotionally, physically,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spiritually. And I'm here to help you through every step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way. Your strength isn't measured by your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practice medicine right now. Your strength is in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resilience, your willingness to fight, your unwavering spirit.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 see it every day."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recounted their journey – from their first hesitant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 at the hospital to the burgeoning love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blossomed between them. She spoke of his brilliance,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dedication, his unwavering commitment to his work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family. She spoke of his love, his compassion, his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heart, which shone brighter than ever in the face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became a chronicle of their journey,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strength of their love. Vanessa helped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reconnect with his sons, nurturing a renewed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familial connection. She organized family dinners, carefully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planning the meals to accommodate dietary restrictions.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facilitated video calls, ensuring that they maintained a strong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despite the physical distance. She even managed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facilitate a trip to the beach with the boys, a much-needed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respite from the sterile hospital environment. It was in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moments, outside the clinical confines of the hospital, that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found a renewed sense of purpose, a glimpse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they were still fighting to build.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support wasn't just emotional; it was practical.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meticulously managed his medical appointments, researched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trials, negotiated with insurance companies,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navigated the complex world of healthcare with the skill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seasoned professional. She was his advocate, fighting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with an unwavering determination. She ensured that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needs were met, from his nutritional needs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support he required, demonstrating a level of care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transcended the boundaries of a simple romantic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relationship. It was a testament to the depth of her feelings,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that extended beyond the confines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present circumstances.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frigid evening, after a grueling session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chemotherapy, Maltin felt utterly depleted. The pain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relentless, his body aching, his spirit weary. Vanessa, sensing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distress, gently bathed him, her touch as soothing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 water. She washed away the grime and exhaustion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day, wiping away not only the physical impurities,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the invisible weight of fear and uncertainty that clung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quiet intimacy of that shared moment, Maltin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gratitude. He knew, without a doubt,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 loved, cherished, and supported. Vanessa's love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a fragile flame easily extinguished by adversity;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an unyielding fire, a steadfast beacon that shone brightly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in the darkest of nights. Her love, her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gave him the strength to continue his fight,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endure the pain, to face the future, no matter how uncertain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might be.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weeks bled into months, the stark reality of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illness became intertwined with their daily lives. Yet,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story continued, evolving into a poignant narrative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resilience, strength, and unwavering commitment.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love became the anchor that held Maltin steady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amidst the turbulence of his treatment. Her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was not merely a gesture of affection, but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depth of her commitment, a declaration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that resonated with quiet dignity and strength.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adversity, their love story was not just surviving,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thriving, transforming into a powerful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spirit's ability to find solace and strength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darkest of times. The journey was arduous, but their love,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constant, unwavering presence, provided the strength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navigate every challenge they faced.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22: Vanessa's Role as Caregiver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Role as Caregiver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transition from hospital to home was jarring. The sterile,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environment, while undeniably challenging,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provided a structure, a routine. At home, the silence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deafening, broken only by the rhythmic tick-tock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grandfather clock in the hall, a stark contrast to the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beeping of hospital monitors. Maltin's weakened state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more apparent in the familiar surroundings,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comfortable armchair, the bookshelves overflowing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medical texts – all silent witnesses to his decline.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transformed their home into a sanctuary of healing.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rearranged furniture to maximize accessibility,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eliminating tripping hazards and ensuring easy movement.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stocked the pantry with bland, easily digestible foods,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far cry from Maltin's usual culinary adventures. Gone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spicy curries and the rich pasta dishes, replaced by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steamed vegetables and broth-based soups. She even learned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make his favorite chamomile tea just the way he liked it –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soothing ritual that brought a flicker of normalcy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physical care was demanding. Maltin's body was frail,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strength depleted. Vanessa helped him bathe, dressed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him, and assisted him with every aspect of daily life.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monitored his medication meticulously, meticulously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tracking his intake and recording his responses. She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intimately familiar with the subtle changes in his breathing,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tremor in his hands, the subtle shift in his expression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indicated pain or discomfort. She learned to anticipate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needs before he could articulate them, anticipating his thirst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he reached for a glass of water, adjusting his pillows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before he shifted restlessly.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emotional toll was equally taxing. Maltin's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stoicism had begun to crumble under the weight of illness.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man who had always been in control, the brilliant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physician who commanded respect and admiration, was now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vulnerable, dependent, and at times, frighteningly fragile.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wrestled with anger, frustration, and a deep-seated fear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mortality. He would lash out, his words sharp and cutting,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stark contrast to the gentle soul Vanessa knew and loved.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outbursts, born from pain and helplessness,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difficult to bear. Yet, Vanessa met his anger with patience,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fear with unwavering reassurance, and his vulnerability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unconditional love.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became his confidante, his advocate, his rock.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listened patiently as he shared his fears, his regrets, his hopes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 future, his anxieties about his sons, and his</w:t>
        <w:br/>
        <w:t xml:space="preserve">unyielding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for her. She absorbed his pain, her own grief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momentarily overshadowed by his immediate needs.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nights when she slept lightly, listening for his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breath, a silent vigil of love and concern. She learned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decipher his sighs, his groans, and his unspoken requests,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anticipating his needs before he even realized them himself.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love, previously a vibrant flame, became a steadfast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beacon, guiding them both through the stormy waters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illness.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she helped him into bed, Maltin reached 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grasped her hand, his touch weak but resolute. "You’re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 angel," he whispered, his voice raspy with exhaustion.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words, though simple, spoke volumes. They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her unwavering dedication, her boundless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compassion, and the depth of her love. They were a balm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weary soul, a reminder that her sacrifices were not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vain.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routine of care became a sacred ritual, a silent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communion between two souls deeply connected.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strength in the small victories – a slightly improved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appetite, a longer walk around the garden, a moment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laughter. These small moments of respite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treasures, precious jewels amidst the overwhelming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challenges. She documented everything—his medication,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food intake, his moods, his pain levels—all recorded in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meticulous journal, a testament to her commitment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lifeline for medical professionals.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role as caregiver extended beyond the physical.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Maltin’s emotional anchor. She read to him,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a soothing balm against the anxieties that plagued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mind. She played his favorite music, filling their home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melodies that brought back memories of happier times.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him in light conversations, sharing anecdotes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life and eliciting stories from his past. She gently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encouraged him to reconnect with his sons, gently nudging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him to bridge the chasm that had separated them for years.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sons, Daniel and Ethan, initially reluctant and distant,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gradually began to visit more frequently. Vanessa welcomed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with open arms, creating a welcoming environment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encouraged interaction and eased their anxieties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seeing their father so frail. She facilitated conversations,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gently reminding them of their father's strengths, and helping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navigate the complex emotions that arose. Their visits,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initially fraught with awkward silence and strained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interactions, slowly blossomed into genuine connections,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healing years of emotional distance.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understood the importance of maintaining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well-being. She carved out small pockets of time for herself,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engaging in activities that brought her peace and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strength. She would retreat to her garden, tending to her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flowers, finding solace in the quiet beauty of nature,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sterile reality of their home. She connected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friends, sharing her experiences and receiving much-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needed support and encouragement. She found strength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community, knowing that she wasn't alone in this journey.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weeks melted into months. The physical demands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continued, but the emotional landscape shifted.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anger diminished, replaced by a growing acceptance.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 remained, but they were softened by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of Vanessa and the rekindled relationship with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sons. Vanessa had become more than a caregiver; she had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his partner in life, his confidante,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in the face of mortality.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as the sun streamed through the window,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illuminating dust motes dancing in the air, Maltin looked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his eyes filled with a depth of gratitude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words. "I don't deserve you," he whispered,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thick with emotion.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smiled, her heart swelling with a love that knew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bounds. "You deserve everything," she replied, her voice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 firm. "And I'll give you everything I have." In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amidst the challenges and the uncertainty,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not just a refuge, but a testament to the profound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of the human spirit, a beacon of hope shining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brightly in the face of adversity. Their journey was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fighting for life; it was about discovering the depths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 love that had transformed them both, and given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strength they never knew they possessed. The fight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was not a solo endeavor; it was a shared journey,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love, compassion,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dedication. It was a love story rewritten, chapter by chapter,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crucible of illness and recovery, etched in the shared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 of vulnerability and the enduring strength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heart.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23: Building a Connection Beyond Work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Building a Connection Beyond Work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connection, initially forged in the crucible of intense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scientific collaboration, began to extend beyond the sterile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confines of the Palisades Medical Center. One crisp autumn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afternoon, Vanessa found herself drawn to the quaint coffee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shop on Washington Street, a haven for Hoboken's literary-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minded residents. She was engrossed in a book, a worn copy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"A Room of One's Own," when she saw him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room.</w:t>
        <w:br/>
        <w:t xml:space="preserve">Stripped of his crisp, formal shirt and the usual fiery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glint in his gaze, Dr. Rebah presented a surprisingly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unremarkable figure.</w:t>
        <w:br/>
        <w:t xml:space="preserve">He was reading a newspaper,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surprisingly domestic image that disarmed her initial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apprehension. He looked up, their eyes met, and a slow smile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spread across his face. He waved her over, and she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joining him, the aroma of freshly brewed coffee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mingling with the comforting scent of old books.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conversation flowed effortlessly, unburdened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formalities of the laboratory. They talked about books,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vibrant literary scene of Hoboken, about their shared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quiet moments of reflection. He revealed a</w:t>
        <w:br/>
        <w:t xml:space="preserve">surprising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tenderness as he spoke of his sons, the</w:t>
        <w:br/>
        <w:t xml:space="preserve">disappointment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tinged with a longing for</w:t>
        <w:br/>
        <w:t xml:space="preserve">reconciliation. Vanessa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listened, offering words of empathy born from her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 with loss and grief. It was a conversation devoid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sharp intellect that characterized their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interactions, replaced by a quiet intimacy that spoke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growing emotional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Another weekend found them strolling through Pier A Park,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Hudson River glittering under the afternoon sun.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walk, a shared appreciation of the city's beauty,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silence that was more communicative than words.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a comfortable rhythm to their steps,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interwoven with the sounds of the city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lapping of waves against the shore. The casual setting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stripped away the professional barriers, revealing two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 who found comfort and solace in each other's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company. He shared his anxieties about the ongoing clinical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trial, the pressure of meeting deadlines, the inherent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uncertainties of scientific research. She listened patiently,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insights gleaned from her own experiences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field, her voice a comforting counterpoint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anxieties.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dates, as they became, were a far cry from the formal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dinners or the rushed lunches that often characterized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 interactions. They found a quiet Italian restaurant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tucked away in a side street, the aroma of garlic and basil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filling the air. The restaurant offered a stunning view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Manhattan skyline, the city lights twinkling like distant stars.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low lighting and soft music created an atmosphere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intimacy, perfect for conversations that went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bounds of their professional lives. They talked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aspirations, their hopes for the future, their dreams.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revealed aspects of themselves that they hadn't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anyone else – vulnerabilities and insecurities that only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the safety of their newfound connection.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spoke about their families, their past experiences,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impact of loss on their lives. Dr. Rebah’s divorce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subject he approached with a quiet honesty, revealing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and the challenges of rebuilding his life after years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marital strife. His sons, he admitted, remained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sorrow and hope. He spoke of the guilt he carried,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longing for reconciliation, the challenges of maintaining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 with them amidst the emotional turmoil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separation. He wasn’t expecting any solutions, just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listening ear, a quiet understanding. Vanessa listened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empathetically, sharing her own journey of grief after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loss of her husband, her words laced with a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heartbreak and the long road to healing.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testament to their growing bond that they could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such profound vulnerabilities without judgment or hesitation.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also revealed a surprising convergence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values. Both shared a deep commitment to their work,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 to finding innovative solutions to complex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problems. They both valued honesty, integrity,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commitment to excellence. They found a synergy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philosophical approaches, each challenging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inspiring the other, building upon their mutual respect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intellectual partnership. Their shared commitment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 also extended to their personal lives; their drive,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and passion were deeply intertwined.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 intensely driven people who understood the value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hard work and commitment.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during a quiet dinner at a small restaurant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overlooking the Hudson River, Dr. Rebah confessed that 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reluctant to let their relationship become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than professional. He admitted to being intimidated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strength and quiet resilience, her capacity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empathy and understanding. He admitted to having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afraid to open himself up to another person, scared of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hurt again. His confession, delivered with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that disarmed Vanessa, showed a depth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 she hadn't anticipated. She, in turn, confessed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reservations, her own fear of vulnerability, her fear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losing another person she cared about. Their mutual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confessions, delivered in the hushed intimacy of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restaurant, created a powerful bond of shared vulnerability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newfound trust.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shared vulnerability forged between them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catalyst to a deeper connection. It wasn't just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 of loss and grief that brought them closer,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also the courage to face their fears, their anxieties,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insecurities together. The trust established through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conversations was the foundation upon which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profound connection bloomed. The depth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of their shared values, of their mutual respect,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their capacity for genuine empathy, allowed them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move beyond their initial professional interactions and build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life beyond their clinical trials, their research projects,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demanding environment of the hospital. Their love 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unfolding, not amidst dramatic gestures or grand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pronouncements, but in the shared quiet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intimacy, in the unspoken understanding that bloomed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two souls navigating the complexities of life,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loss.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burgeoning romance wasn't without its challenges.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demands of their work, the pressures of their respective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lives, and the inherent uncertainties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continually tested the boundaries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developing relationship. Yet, they persevered,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 and commitment providing an unyielding anchor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amidst the swirling complexities of their lives. They learned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navigate the delicate balance between their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personal lives, their bond strengthened by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both. The challenges only served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 the bonds between them, forging a relationship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built on mutual respect, unwavering support, and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appreciation for life's simple pleasures.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intensity of their work became a common ground rather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a source of contention. Their late-night brainstorming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sessions often extended into hours of laughter and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conversations, their shared passion for medicine intertwining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growing affection. The long hours, the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frustrations, and the eventual victories, all contributed to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increasingly stronger bond, turning their challenges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opportunities to grow closer. Their connection deepened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tackled problems both big and small, their teamwork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translating into a seamless partnership both professionally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personally. Their shared journey was a powerful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strength of their bond.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was a quiet narrative of resilience and healing,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tale of two souls finding solace and fulfillment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most unexpected of places – within the walls of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bustling city hospital and the quiet corners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lives. Their connection, carefully nurtured and tenderly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protected, became the foundation of their shared future,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guiding them through life’s stormy waters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leading them towards a shared destiny rich with love,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and the unwavering support that only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could provide.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24: Introducing Families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Introducing Families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aroma of roasted lamb and rosemary filled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 home, a sprawling Victorian in a quiet, affluent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neighborhood bordering the Palisades. Vanessa felt a knot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apprehension tighten in her stomach. This was it –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introduction to the Rebah family. She’d envisioned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countless times, each scenario playing 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differently in her mind, ranging from warm acceptance to icy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disapproval. Maltin squeezed her hand reassuringly as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approached the imposing front door, his touch a silent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 of support.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house was filled with a vibrant, chaotic energy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in stark contrast to the controlled environment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Maltin’s office.</w:t>
        <w:br/>
        <w:t xml:space="preserve">Children’s laughter mingled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clinking of glasses and the murmur of adult conversation.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mother, Marah, a striking woman with silver hair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piercing dark eyes, greeted them at the door,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 a careful blend of curiosity and reserve.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petite frame, clothed in exquisite attire, radiated refinement,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 a rigid formality permeated her bearing, a carefully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constructed barrier suggesting emotional reserve. Dr. Rebah,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eager to introduce Vanessa to his cherished friends, soon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steered the conversation towards his social circle.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proudly introduced Vanessa to Joe Brandis, a jovial man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flour dusting his apron, the owner of a beloved New York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City pizza shop and a close friend. Joe, instantly</w:t>
        <w:br/>
        <w:t xml:space="preserve">charmed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warmth and intelligence, declared her "just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right kind of woman for Rebah." Later, Dr. Rebah introduced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to Manuel Heckson, a successful</w:t>
        <w:br/>
        <w:t xml:space="preserve">businessman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reserved demeanor, who owned five independent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emergency rooms across Manhattan. Manuel, initially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cautious and assessing, observed Vanessa's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 with others. He watched as she effortlessly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with Marah, subtly easing the older woman's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guardedness. Gradually, his initial hesitation melted away,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grudging respect and then a quiet acceptance.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Rebah, beaming with satisfaction, observed his friends'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evolving opinions of Vanessa, his heart swelling with the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seeing them all connect.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“Maltin, dear,” she said, her voice melodious yet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measured.“And…Vanessa. It’s a pleasure to finally meet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woman who has captured my son’s heart.” Her words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polite, even cordial, but lacked the warmth Vanessa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hoped for.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introduction to the rest of the family was a whirlwind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polite greetings and awkward silences. Maltin’s two sons,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a brooding teenager with an air of quiet rebellion,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a younger, more outgoing boy who seemed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perpetually on the verge of laughter, were initially guarded.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offered curt nods and minimal engagement, their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darting around the room, their discomfort palpable.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strained atmosphere was thick with unspoken tensions,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of Maltin’s painful divorce. It was evident that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not a family that easily embraced change or outsiders.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Dinner was a tense affair, the conversation a stilted dance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around sensitive topics. Marah’s questions about Vanessa’s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background were politely probing, veiled attempts to gauge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suitability for her son. She spoke of old friends,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societal expectations, of the importance of maintaining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appearances – a subtle reminder of the chasm that lay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her traditional values and Vanessa’s more modern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outlook.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Joe, Dr. Maltin's close friend and a jovial, easygoing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leaned forward, a warm smile on his face. "So,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Vanessa," he began, his voice friendly and engaging, "what's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most interesting thing you've ever done?" His directness,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stark contrast to Marah's subtle inquiries, made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slightly uncomfortable, but also relieved; she liked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straightforward nature.</w:t>
        <w:br/>
        <w:t xml:space="preserve">Maltin's reticent companion, whom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fondly nicknamed "Hecky," witnessed the transaction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an air of courteous, yet subtly detached, contemplation.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softly stammered a thoughtful career question to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revealing a sincere, if less urgent, interest.</w:t>
        <w:br/>
        <w:t xml:space="preserve">Joe's casual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interest contrasted sharply with Hecky's deeper worry: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sudden infatuation with Vanessa threatened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precious, long-standing friendship.</w:t>
        <w:br/>
        <w:t xml:space="preserve">Joe, meanwhile,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charming Vanessa with anecdotes about his own life, clearly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smitten. The contrast between Joe's open affection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Manuel's quiet observation made the already strained dinner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more complex.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sullen and withdrawn, barely spoke, picking at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food and avoiding eye contact. His resentment towards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father, and by extension, Vanessa, was palpable. He mirrored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chilly reserve of his grandmother, creating a united front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against the intrusion of Vanessa into their family dynamic.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on the other hand, was more open, his youthful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 overriding his initial apprehension. He asked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about her work, her life in Hoboken, her late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husband, his questions revealing a surprising empathy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maturity for his age. His simple, innocent questions created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pocket of warmth amidst the icy politeness of the rest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dinner.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twilight deepened, the house fell silent save for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Vanessa. Following the departure of Joe and Hecky,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family's retreat to their rooms, the couple lingered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veranda, the gentle night breeze a balm to their exhausted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spirits.</w:t>
        <w:br/>
        <w:t xml:space="preserve">The evening unfolded far from ideally. "Only Joe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extended common courtesy, leaving me feeling profoundly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alienated and I worry about your kids not wanting me to be a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 of your life. Hecky also seemed nervous,"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whispered, her voice heavy with unspoken anguish.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ordeal left her emotionally drained and utterly disheartened.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reached for her hand, his touch comforting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reassuring. “Their acceptance isn’t something you can force,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Vanessa,” he said gently. “They’re still adjusting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changes in our lives, the changes I’ve made. Give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time.”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about his divorce, the bitterness and resentment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lingered between him and his ex-wife, Rosalita,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infidelities, the emotional toll it had taken on his sons.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described the pain of seeing his family fractured, his role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father diminished and distorted. He spoke of his hopes to re-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establish a loving connection with his sons, and his desire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to become a part of their lives.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listened patiently, her heart aching for the pain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endured. She understood the complexities of family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dynamics, the deep-seated wounds that could fester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years, even generations. She shared her own experiences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 and loss, the difficulties of rebuilding her life after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Thomas’s death. They talked late into the night, the cool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night air a witness to their shared vulnerabilities,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understanding creating a powerful bond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surpassed the initial discomfort of the evening.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few weeks were a blur of family dinners, casual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gatherings, and carefully orchestrated encounters designed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bridge the gap between Vanessa, Hecky, Joe, and the Rebah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family.</w:t>
        <w:br/>
        <w:t xml:space="preserve">Vanessa deliberately cultivated relationships,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demonstrating sincere curiosity about their individual lives.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a clandestine devotee of her baked goods,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regularly treated to her delectable cookies. She actively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assisted Ethan with his studies, exhibiting keen fascination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his academic pursuits. With Marah, she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engaging dialogues, their mutual appreciation for art forming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strong bond. Her conversations with Joe extended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pleasantries; she delved into the intricacies of his pizza-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making, uncovering the rich history of "Joe's Pizza,"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born from his father's Sicilian immigration.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unearthed the compelling narrative of Hecky's journey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Texas, learning how Dr. Rebah's mentorship ignited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vision for independent emergency rooms. This enterprise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flourished, fueled by Dr. Rebah's staunch advocacy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Hecky's exceptional dedication to patient well-being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safety.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Slowly, subtly, the walls began to crumble.</w:t>
        <w:br/>
        <w:t xml:space="preserve">Liam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hesitantly, while Ethan's comfort grew, confiding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ambitions. Marah, though reserved, showed subtle approval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—a softer smile, eased stance, warmer tone. Hecky sought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business advice, and Joe enthusiastically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pizza creations.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wasn’t dramatic, but it was undeniable. It was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shared laughter at a family picnic, the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camaraderie during a board game night, the hesitant smiles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exchanged during casual conversations. It was in the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gestures of affection, the subtle shifts in body language,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quiet moments of understanding.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Sunday afternoon, while helping Marah with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gardening, Vanessa found herself opening up about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childhood, sharing memories that had been locked away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years. Eleanor listened intently, offering words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encouragement and empathy. As they worked side-by-side,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rich soil beneath their hands seemed to symbolize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fertile ground upon which a new family was slowly taking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root.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time, even Liam’s resistance began to waver. 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himself drawn to Vanessa's quiet strength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for his father. He saw in her not a threat, but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source of healing and understanding. He started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 in small conversations with her, sharing details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that he’d previously kept hidden. He had discovered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with this caring stranger who wasn't trying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 him. He began to see that she, too, was hurting.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he saw someone he could relate to, someone who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capable of understanding his own struggles.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uncovered Liam's hidden tenderness, a mirror image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his father, a man she cherished. His anger masked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stemming from his parents' acrimonious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divorce—a separation possibly fueled by Rosalita's infidelity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New York mayor while Maltin toiled tirelessly.</w:t>
        <w:br/>
        <w:t xml:space="preserve">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didn't try to force him to open up; instead, she offered him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space to do so at his own pace. She let him know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accepted him just as he was, scars and all. She offered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and kindness, qualities he had not previously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experienced within the family dynamics.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became a cherished companion to Hecky, Joe,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joining their midday excursions and weekend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escapades. These forays into New York City,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invigorating walking tours and delectable culinary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explorations, sparked unrestrained laughter and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 for uncovering the city's rich historical tapestry—a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pursuit Maltin found particularly captivating.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wasn't easy, but it was filled with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growth and understanding. It was a testament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of the human spirit, the capacity for healing,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extraordinary power of love. Vanessa and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 was not just a love story; it was a story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family, of forgiveness, of reconciliation, and of the slow,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painstaking process of building a future from the fragments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past. The path ahead would undoubtedly have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but they faced them together, their love a beacon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 in the midst of the uncertainty. They had created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family, a blended unit forged in the fires of adversity,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 that was slowly, steadily, learning to trust, to forgive,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to 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Glimpses into Dr Rebahs Personal Life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25: Glimpses into Dr. Rebah's Personal Life</w:t>
      </w:r>
    </w:p>
    <w:p>
      <w:pPr>
        <w:autoSpaceDN w:val="0"/>
        <w:autoSpaceDE w:val="0"/>
        <w:widowControl/>
        <w:spacing w:line="344" w:lineRule="exact" w:before="30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city lights twinkled below, a glittering tapestry spread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Hudson. Dr. Maltin Rebah stood by his expansive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window, a glass of amber liquid swirling in his hand,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city’s nocturnal hum a counterpoint to the quiet solitude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apartment. It was a stark contrast to the frenetic energy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Palisades Medical Center, a sanctuary of minimalist design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muted tones, reflecting the controlled exterior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carefully cultivated. The apartment, a high-rise perch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overlooking the Hoboken skyline, was more a functional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space than a home, a testament to his dedication to his career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reflection of the emotional distance he maintained.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divorce papers, still neatly filed in a drawer, felt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a recent wound than a settled matter. The legal battles,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acrimonious exchanges, the bitter fight over custody –the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still stung, a raw ache beneath the surface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composure. His sons, now teenagers,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figures in his life, their silence a constant reminder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failings as a husband and father. He knew he'd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consumed by his work, his ambition eclipsing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importance of family, and the regret gnawed at him,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persistent undercurrent to his otherwise successful life.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tried to call them, often, but the conversations were strained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short, their responses terse, their affection as thin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winter air. He longed for the easy banter, the shared jokes,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uncomplicated love he remembered from their younger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years, but that time seemed irrevocably lost, swallowed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chasm of his past mistakes.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took a slow sip of his rum, the burn of the alcohol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temporary balm to the deeper, more persistent pain.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phone buzzed, a text from his administrative assistant, Sarah.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routine update on his schedule, but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mundane, he sensed a subtle undercurrent of apprehension,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hesitation that spoke volumes about her perception of him.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knew he could be demanding, even brusque,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expectations high and his patience thin. He pushed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 aside, telling himself it was merely the pressure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job, the weight of responsibility that demanded this kind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controlled detachment. But even he knew that wasn’t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whole truth. Behind the steely façade of the renowned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pulmonologist, a loneliness resided, a profound emptiness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no amount of professional success could fill.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often found himself staring at old photographs, faded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images of happier times, his sons nestled in his lap, his ex-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wife's laughter echoing in the silence of his apartment.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trace the lines of their faces, the familiar features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becoming increasingly distant, the memories sharp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vivid, yet almost unreal, like a dream from a distant life.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He’d try to reach out, wanting to bridge the gap, but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always seemed inadequate, his attempts 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reconciliation falling flat. The chasm between them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grow with each passing day, leaving him feeling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increasingly isolated, a solitary figure in the bustling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cityscape.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Later, as he prepared for bed, he caught a glimpse of himself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mirror. The reflection was a man etched with fatigue,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eyes shadowed with a weariness that went far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demands of his profession. The sharp lines around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mouth, the subtle creases around his eyes—they spoke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sleepless nights, of unspoken worries, and of a heart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burdened by regret. He ran a hand through his thinning hair,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gesture of self-deprecation, a silent acknowledgment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toll his life had taken. He felt the weight of his choices,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consequences of his ambitions, the loneliness of his success.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closed his eyes, the image of his sons' faces lingering in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mind's eye, a poignant reminder of the love he yearned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and the connection he had lost. Sleep, however, remained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elusive, the quiet of the night filled with the echoes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 mistakes and the anxieties of his present reality.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silence was heavy, a stark contrast to the symphony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beeping monitors and hurried footsteps he was used to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hospital.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day was a whirlwind of consultations, surgeries,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administrative duties. He moved through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practiced efficiency of a seasoned professional,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demeanor outwardly calm, even detached. Yet, underneath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controlled exterior, a quiet desperation simmered,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persistent ache in his chest that no amount of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success could alleviate. He found himself seeking out Sarah,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administrative assistant, more often than usual, relying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calm presence to anchor him in the midst of the chaos.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Sarah, with her quiet competence and unfailing</w:t>
        <w:br/>
        <w:t xml:space="preserve">loyalty,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an unexpected source of support, her presence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quiet contrast to the demands of his life.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interactions were mostly professional, but she noticed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subtle shifts in his demeanor, the fleeting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that pierced through his carefully constructed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persona. She saw the weariness in his eyes, the way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shoulders slumped after a particularly difficult case,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subtle tremor in his hands when he spoke of his sons. 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 in her occasionally, sharing snippets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frustrations, venting about the pressures of his work,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occasionally mentioning the strain in his relationship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children. These moments were rare, carefully guarded,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they offered a glimpse into the man behind the mask,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 battling inner demons that his professional exterior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couldn’t fully conceal.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During one particularly stressful afternoon, he found Sarah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alone in her cubicle, quietly organizing his files. The office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quiet, the usual hum of activity replaced by an unusual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stillness. He leaned against the doorframe, the weight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 visibly etched on his face. “Sarah,” he began,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softer than usual, “Sometimes… sometimes I feel like I’m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drowning.” The words hung in the air, a stark confession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 man who was typically known for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composure. Sarah looked up, her eyes filled with a quiet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her expression a gentle mix of sympathy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concern. “I know, Doctor Rebah,” she replied softly, “It's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lot to carry.” He didn’t respond, simply nodded, the weight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his unspoken burdens palpable in the silence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followed. He found comfort in her presence,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a silent affirmation that he wasn't alone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struggles. The simple act of acknowledging his burden,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even a fraction of his emotional turmoil, provided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sliver of relief, a small crack in the formidable wall 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built around himself.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left the office later that evening, the city lights blurring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streaks of color as he drove home. The city's energy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mirror his own internal turmoil, a relentless hum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activity that both comforted and unsettled him. He pulled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the parking garage beneath his building, the silence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enclosed space amplifying the quiet turmoil within him.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he stepped out of the elevator and entered his apartment,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noticed a single, wilting sunflower sitting on his kitchen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counter. He hadn’t bought it, nor did he recognize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handwriting on the accompanying note. He picked it 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carefully, the fragile stem delicate in his hand. The note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simply read: “Thinking of you.” The sender remained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anonymous, but the gesture, small as it was, pierced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emotional defenses, a silent message of hope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pervasive loneliness. He felt a flicker of warmth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cold, clinical precision of his life, a sign that perhaps, even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midst of his turmoil, there was still room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for healing, and for a new beginning.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sunflower, a fragile symbol of resilience and hope,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promise of better things to come. And for the first time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a long time, Dr. Rebah allowed himself to believe it.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Rediscovering Lifes Priorities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26: Rediscovering Life's Priorities</w:t>
      </w:r>
    </w:p>
    <w:p>
      <w:pPr>
        <w:autoSpaceDN w:val="0"/>
        <w:autoSpaceDE w:val="0"/>
        <w:widowControl/>
        <w:spacing w:line="344" w:lineRule="exact" w:before="30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antiseptic, once a familiar comfort,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oppressive. The rhythmic beeping of the heart monitor,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once a background hum, now grated on Vanessa's nerves.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relentless anxiety and the ever-present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of Maltin’s illness, a different kind of rhythm began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emerge – a quiet, steady beat of shared intimacy. It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grand gestures or sweeping pronouncements, but the subtle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nuances of everyday life that became their solace.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shared cup of tea in the early morning, the warmth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mug mirroring the warmth of their touch. The quiet rustling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pages as they read side-by-side, their bodies close enough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feel the rhythm of each other’s breaths. These moments,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taken for granted, now possessed a preciousness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their simplicity. They were anchors in the storm,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but powerful reminders of the enduring strength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bond.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Maltin surprised Vanessa with a simple picnic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small apartment. He insisted they eat by candlelight,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despite the bright afternoon sun streaming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window. The aroma of freshly baked bread and the taste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cheese and tomatoes filled the air, momentarily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transporting them away from the stark reality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situation. As they ate, they talked not about treatments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tests, but about their childhood memories, silly anecdotes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brought peals of laughter to their faces. The laughter,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genuine and unrestrained, was a balm to their souls,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temporary respite from the constant weight of worry.</w:t>
      </w:r>
    </w:p>
    <w:p>
      <w:pPr>
        <w:autoSpaceDN w:val="0"/>
        <w:autoSpaceDE w:val="0"/>
        <w:widowControl/>
        <w:spacing w:line="344" w:lineRule="exact" w:before="0" w:after="0"/>
        <w:ind w:left="1152" w:right="1152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walks along the Hoboken waterfront became sacred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rituals. The gentle sway of the river, the distant sounds of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city life, the crispness of the autumn air – these elements,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simply part of their everyday existence, now held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significance. They weren't just walks;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opportunities for quiet reflection, for sharing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thoughts and feelings. Walking hand-in-hand, they found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the rhythmic movement, their footsteps echoing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steady beat of their shared journey.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discovered a newfound appreciation for the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pleasures of life – the joy of a perfectly brewed cup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coffee, the comfort of a warm blanket on a chilly evening,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beauty of a sunset over the Hudson River. These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moments, often overlooked in the whirlwind of their busy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lives, now held a profound significance. They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reminders of life’s inherent beauty, a counterpoint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harsh reality of Maltin’s illness.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too, began to appreciate the simple things. 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 in the warmth of Vanessa's embrace, the gentle touch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hand on his arm. He treasured the quiet moments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shared, the conversations that flowed effortlessly,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silences that spoke volumes. His perspective shifted;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grand ambitions of his medical career faded into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background, replaced by a deeper appreciation for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profound beauty of their shared life.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rainy afternoon, they found themselves huddled</w:t>
        <w:br/>
        <w:t xml:space="preserve">together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couch, watching an old movie. The flickering light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television cast shadows on their faces, but their eyes 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depth of affection and shared understanding. They 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hands, their fingers intertwined, their bodies close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 comfort in each other's presence. It wasn’t the movie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mattered; it was the intimacy of their shared experience,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silent connection that transcended words.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conversations they shared were no longer dominated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jargon and anxieties. They delved into deeper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topics– their dreams, their fears, their hopes for the future.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reminisced about shared experiences, their laughter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through the apartment. These conversations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woven with threads of love, shared history,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mutual understanding. They were reaffirmations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bond, a recognition of the unbreakable connection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 them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started to notice the subtle changes in Maltin.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gruff exterior, once a barrier to intimacy, began to soften.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more expressive, more vulnerable. He shared stories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his childhood, his dreams, his regrets. These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revelations weren’t just details about his past;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glimpses into the soul of the man she loved. She saw a depth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emotion she hadn’t previously witnessed, a vulnerability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both captivated and touched 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story, once defined by professional ambitions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breakthroughs, took a new turn. It wasn’t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career achievements or scientific accolades; it was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moments, quiet conversations, and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of their connection. Their love was being redefined,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diminished, by the challenges they faced. It was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refined, made stronger, deeper, more meaningful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crucible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Cooking became a shared passion. Vanessa, who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favored convenience over culinary creativity,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experimenting in the kitchen. She baked bread, prepared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elaborate meals, and discovered a hidden talent for creating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dishes that nourished not only their bodies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their spirits. Maltin, always appreciative of good food,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devoured her creations with relish. These meals weren't</w:t>
      </w:r>
    </w:p>
    <w:p>
      <w:pPr>
        <w:autoSpaceDN w:val="0"/>
        <w:autoSpaceDE w:val="0"/>
        <w:widowControl/>
        <w:spacing w:line="346" w:lineRule="exact" w:before="254" w:after="0"/>
        <w:ind w:left="1000" w:right="244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merely sustenance; they were acts of love,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experiences that bound them even more closely.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 became a form of solace. They listened to old records,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rediscovering forgotten songs that held memories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emotions. They sang along, their voices a blend of joy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melancholy, their laughter often punctuating their off-key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harmonies. Music became a soundtrack to their journey,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rhythm that pulsed through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existence.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spent watching the stars from their balcony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 into intimate moments of connection.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lie side by side, wrapped in each other’s arms, gazing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at the celestial canvas above. The quiet beauty of the night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sky, the twinkling stars, became symbols of hope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resilience. They were a reminder that even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there was always light, always beauty,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moments, the shared silences, the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understandings – these were the threads that wove a rich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of intimacy. They became the building blocks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renewed love, a love tested but not broken, refined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diminished, strengthened by the fires of adversity.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weren't just moments of solace; they were the essence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relationship, redefined and re-energized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struggle. They were reminders that true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about grand gestures or extravagant displays,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quiet moments of shared intimacy, the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the unyielding support,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 in the face of life's most challenging moments.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story, once focused on ambitions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achievements, was now rooted in the profound beauty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journey, a journey that was strengthening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 and deepening their connection. Their rediscovery of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life's simple pleasures wasn't just about finding solace;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discovering the true essence of their love,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being forged anew in the heart of adversity.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27: Adapting to a New Reality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Adapting to the New Reality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fresh paint still clung faintly to the air,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recent renovations. Maltin’s wheelchair,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sleek and modern, sat silently beside the newly installed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ramp leading to their apartment. The changes weren't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dramatic, but they were significant, each a small victory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ongoing battle against the insidious creep of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illness. The widening of doorways, the installation of grab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bars in the bathroom, the strategically placed furniture –these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concessions to defeat, but rather proactive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measures, a testament to their shared determination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navigate this new reality with grace and resilience.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initially resisted the changes. The ramp felt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stark reminder of Maltin’s vulnerability, a jarring visual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representation of the illness that threatened to consume him.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She’d found herself lingering in the old familiar spaces,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clinging to the vestiges of their life before the diagnosis.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with his characteristic blend of gruff determination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unexpected tenderness, had gently urged her to accept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changes. He pointed out the practical advantages –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ease of movement, the increased safety, the enhanced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comfort. He spoke of preserving their intimacy, of making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life as easy and joyful as possible, even amidst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uncertainty. His words, delivered with a quiet intensity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resonated deeply within her, had softened her resistance.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hospital, once Maltin's domain, now felt different.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familiar corridors, the bustling wards, the scent of antiseptic–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all held a new significance. It was a place of both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fear, a place where he fought for his life and she fought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alongside him. Vanessa, now a regular visitor, had witnessed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ebb and flow of his treatments, the moments of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progress and the moments of setback. She navigated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 medical terminology, learning the nuances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condition, becoming his advocate, his confidante, his rock.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216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presence was a constant reassurance, a tangible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manifestation of their unbreakable bond.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work schedules had undergone a dramatic overhaul.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research projects, once his consuming passion,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carefully managed, prioritized, and adapted to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fluctuating energy levels. Vanessa, ever resourceful,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adjusted her nursing shifts, creating a flexible schedule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allowed her to be present for Maltin's appointments,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treatments, and most importantly, his quiet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recuperation. They had learned to prioritize, to delegate,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conserve energy. Their shared life, once a vibrant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ambition and accomplishment, had been carefully rewoven,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thread now infused with a newfound appreciation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simple beauty of being together.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Cooking, once a shared pastime, had undergone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transformation. Vanessa, now acutely aware of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dietary needs, had become a culinary alchemist,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transforming simple ingredients into nutritious and appealing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meals designed to support his recovery. She had researched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recipes, experimented with flavors, and discovered a hidden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talent for creating meals that were both satisfying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therapeutic. The meals, prepared with love and intention,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more than just sustenance; they were acts of devotion,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expressions of her unwavering commitment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well-being.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Evenings, once filled with ambitious conversations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research and career goals, now took on a more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rhythm. They would sit together on the couch,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wrapped in a soft blanket, his body resting comfortably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embrace of his wheelchair. They would read aloud to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other, their voices a soft counterpoint to the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crackling of the fireplace. Sometimes, they would simply sit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silence, their hands intertwined, the unspoken comfort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other's presence filling the space between them.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silences, far from being empty or awkward, held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depth of intimacy, a tacit acknowledgment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journey.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walks along the Hoboken waterfront, once invigorating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excursions, now took on a more contemplative pace.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wheelchair, would slowly navigate the gentle slopes,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walking alongside, her hand resting gently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arm. The familiar sights and sounds of the city –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rhythmic lapping of the waves, the distant cries of seagulls,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gentle breeze carrying the scent of salt and sea –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held a deeper significance. They were reminders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beauty of life, a stark contrast to the harsh realities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Maltin’s illness.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balcony, once a haven for romantic stargazing,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served as a quiet sanctuary for reflection. They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 together, wrapped in each other’s arms, gazing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expansive view of the Hudson River. The setting sun,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painting the sky in hues of orange and gold, seemed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 the warmth and resilience of their love. They spoke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hopes, their fears, their dreams for the future. They 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 close, finding strength in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vulnerability, their love a beacon in the face of uncertainty.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and family rallied around them, their support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source of comfort and strength. They offered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practical assistance, lending a helping hand with chores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errands. They offered emotional support, offering words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encouragement and understanding. They visited, bringing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light into their lives, reminding them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weren't alone in this battle. Their support network, once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periphery to their busy lives, now formed a vital core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existence.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discovered a newfound strength, a resilience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hadn’t known she possessed. She had faced grief before,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different. This wasn't the finality of death, but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slow, agonizing erosion of health. It was a battle fought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on the medical front, but on the emotional and spiritual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as well. And in the heart of this battle, she discovered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depth of compassion, empathy,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She embraced her role as caregiver, not as a burden,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an opportunity to express the depth of her feelings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man she loved.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too, had undergone a transformation. His gruff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exterior, once a shield against vulnerability, had softened,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a depth of tenderness and gratitude that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never witnessed before. He appreciated the small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gestures, the simple acts of kindness, the unwavering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sustained him. He expressed his feelings, not with grand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pronouncements, but with quiet acts of affection, with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touches, with heartfelt words whispered in the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moments shared between them.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story, once a vibrant narrative of ambition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achievement, had been rewritten. It wasn't a story of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breakthroughs or career success, but a story of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commitment, of shared resilience, of profound love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adversity. It was a story that was still being written,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day a new chapter, each moment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strength and the unbreakable bond that tied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 uncertainty remained, a constant companion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journey. But their love, tested and refined by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crucible of adversity, shone brighter than ever before,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 and resilience in the face of life's 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challenging storms. Their story was a testament to the</w:t>
      </w:r>
    </w:p>
    <w:p>
      <w:pPr>
        <w:autoSpaceDN w:val="0"/>
        <w:autoSpaceDE w:val="0"/>
        <w:widowControl/>
        <w:spacing w:line="344" w:lineRule="exact" w:before="256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spirit's capacity for love, adaptation, and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in the face of profound uncertainty. The uncertainty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didn't define them; their love did.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Spiritual Growth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28: Spiritual Growth</w:t>
      </w:r>
    </w:p>
    <w:p>
      <w:pPr>
        <w:autoSpaceDN w:val="0"/>
        <w:autoSpaceDE w:val="0"/>
        <w:widowControl/>
        <w:spacing w:line="344" w:lineRule="exact" w:before="30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hushed reverence of St. Michael’s Church offered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contrast to the sterile environment of the hospital.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seeking solace amidst the storm of Maltin’s illness,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herself drawn to the quiet sanctuary. The stained-glass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windows, depicting scenes of biblical resilience,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 stories of hope and perseverance, mirroring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internal struggle. The rhythmic chanting of the evening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prayers, the scent of incense, and the flickering candlelight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created a space where anxieties could be gently laid down,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weight of uncertainty felt less crushing.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wasn’t a devout woman, not in the traditional sense, but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act of sitting in the pews, allowing herself to simply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be, provided a profound sense of peace.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16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ever the pragmatist, initially resisted her suggestions.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Despite his Jewish heritage, h</w:t>
        <w:br/>
        <w:t xml:space="preserve">e’d always considered himself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man of science, finding comfort in logic and empirical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evidence. Faith, to him, felt like a leap of faith too far,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surrender to the unknown that he was ill-equipped to make.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witnessing Vanessa's quiet strength, finding peace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hushed sanctuary, he began to understand her need,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perhaps, his own. He accompanied her on subsequent visits,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sitting beside her, listening to the hymns, feeling a strange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calm wash over him. It wasn't a conversion,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exactly, but a subtle shift, a</w:t>
        <w:br/>
        <w:t xml:space="preserve">willingness to explore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beyond the confines of his scientific worldview.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Sunday afternoon, after a particularly trying week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treatments, Maltin surprised Vanessa by suggesting a walk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Hoboken Cemetery, a place that overlooked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Hudson River, offering a panoramic view of the city skyline.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peaceful atmosphere, the rows of headstones marking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lives lived and lost, triggered a conversation about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mortality, about the preciousness of life, and about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they were building together. They talked about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hopes and dreams, not just for the future but for the life they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already shared, the memories that would forever bind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 quiet solemnity of the place fostered a deep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acceptance, a recognition of their vulnerability,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appreciation for the ephemeral nature of existence.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evolved, moving beyond the practical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concerns of Maltin's treatment to deeper questions about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death, and the meaning of it all. They began to read books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spirituality, exploring different philosophies and belief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systems, seeking answers to questions that had always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unanswered. They discovered a shared interest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mindfulness practices, learning meditation techniques to help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manage their anxieties and find moments of inner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peace amidst the chaos.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while walking along the waterfront,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encountered an elderly woman sitting on a bench,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closed, seemingly lost in deep meditation. Drawn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serenity, Vanessa approached her and initiated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conversation. The woman, a retired yoga instructor,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wisdom, offering guidance on mindfulness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importance of finding inner peace. Their encounter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turning point, opening a new chapter in their journey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spiritual growth.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elderly woman introduced them to a local meditation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group, where they found a community of like-minded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 who understood their struggles. The group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meetings became a source of support, a space where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share their fears and anxieties, and find solace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 of others. The quiet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meditation, guided by the experienced instructors, taught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how to quiet the relentless chatter of their minds,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 stillness amidst the turmoil. They learned to focus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breath, to ground themselves in the present moment,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detach from the anxieties about the future and the regrets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past.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transformation wasn’t immediate. There were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doubt, moments when the fear threatened to overwhelm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But their shared journey, their mutual support,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spiritual practices provided them with tools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 the challenges with grace and resilience.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to accept the uncertainty, not as a burden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carried, but as an integral part of life’s journey.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 the fragility of existence, not with despair,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profound appreciation for the preciousness of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spirituality didn't replace their medical treatments, nor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did it diminish their reliance on medical science. Instead,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complemented their scientific approach, adding a layer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and spiritual support. It became a source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resilience, empowering them to face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with newfound courage and determination.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spiritual growth wasn't about finding answers to all life's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questions; it was about finding a sense of peace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acceptance in the face of uncertainty.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moments, shared in the hushed sanctuary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church, the tranquil setting of a cemetery, the serene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atmosphere of a meditation group, all contributed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spiritual awakening. It wasn't a sudden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transformation; it was a gradual unfolding, a slow but steady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process of growth, of healing, and of self-discovery.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comfort in the simple acts of prayer, meditation,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reflection, transforming moments of anxiety and fear</w:t>
      </w:r>
    </w:p>
    <w:p>
      <w:pPr>
        <w:autoSpaceDN w:val="0"/>
        <w:autoSpaceDE w:val="0"/>
        <w:widowControl/>
        <w:spacing w:line="346" w:lineRule="exact" w:before="254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opportunities for spiritual growth and deepened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already profound, deepened further through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spiritual exploration. They found a common ground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shared vulnerability, a shared desire to find meaning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purpose amidst the uncertainty. They learned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communicate on a deeper level, sharing their innermost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thoughts and feelings with a vulnerability that strengthened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bond.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uncertainty of Maltin's illness remained,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companion on their journey. But the spiritual grounding they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cultivated provided them with the resilience to face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head-on. Their shared spirituality wasn’t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escaping reality; it was about finding a way to live 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it, embracing both the joys and the sorrows,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triumphs and the setbacks. It was about finding peace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storm, and knowing that even in the face of the unknown,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each other, their love, and their shared belief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greater than themselves. And that,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discovered, was more powerful than any fear.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of spiritual growth became an integral part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story, shaping their understanding of life, death,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power of human connection. It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resilience, their unwavering love,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transformative power of facing uncertainty hand-in-hand.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29: Emotional Rollercoaster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Emotional Rollercoaster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nipped at Vanessa’s cheeks as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walked alongside Maltin, his arm resting lightly on hers.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path along the Hoboken waterfront, once a symbol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shared ambitions, now felt like a pilgrimage,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 a testament to their enduring love. The setting sun cast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shadows, painting the sky in hues of fiery orange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violet, a breathtaking spectacle that offered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momentary escape from the weight of their reality. But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beauty of the sunset couldn’t entirely mask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underlying current of anxiety that pulsed beneath the surface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their quiet companionship.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latest scan results had been inconclusive.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doctors spoke in cautious terms, hedging their words,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offering hope while acknowledging the ever-present threat.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uncertainty was a constant companion, a shadow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stretched long and dark across their days. One moment,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basking in the warmth of their love, their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filled with a depth of intimacy they hadn't known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possible. The next, they were grappling with the cold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 that gnawed at their hearts, the fear of the unknown,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 of losing him.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evening, back in their cozy apartment, the atmosphere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thick with unspoken anxieties. Vanessa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endlessly rearranging flowers Maltin had brought home,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 habit she hadn’t realized she'd developed.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blooms, once a symbol of hope, now felt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fragile reminder of the precariousness of their situation.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watched her, his eyes filled with a mixture of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sorrow. He reached out, his hand gently covering hers,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silencing the frantic movements of her fingers.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 okay," he whispered, his voice raspy but firm, "to feel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uncertainty. It's part of this journey."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words, meant to comfort, only amplified the turmoil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within her. How could she possibly be okay with this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uncertainty? How could she accept the possibility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losing him, of losing the life they had so carefully rebuilt?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tears welled up, hot and relentless, threatening to spill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pulled her close, his embrace a haven from the storm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raging within her. His touch, once a source of exhilaration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passion, now offered solace, a grounding force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her overwhelming fear. They sat in silence for a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time, the only sound the gentle rhythm of their breaths,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symphony of shared anxieties and unspoken love.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few weeks were a blur of medical appointments,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consultations, and hushed conversations with specialists.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hospital, once a place of professional achievement,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a battleground, a space where hope and despair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clashed in a relentless dance. Vanessa became Maltin's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steadfast companion, a shadow that followed him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corridors, her presence a constant reassurance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sea of uncertainty. She learned the language of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jargon, the cryptic pronouncements, the subtle shifts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doctors' expressions, becoming his advocate, his translator,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shield against the cold reality of his illness.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harrowing day, after a particularly grueling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examination, Maltin sat defeated on a hospital bed,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his illness heavy on his shoulders. His usual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stoicism had crumbled, revealing a raw vulnerability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frightened and captivated Vanessa. He looked at her,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 filled with a deep sadness that mirrored her own.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“I’m scared, Vanessa,” he confessed, his voice barely above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whisper. "Scared of what the future holds, scared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leaving you."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vulnerability broke down the walls of her own carefully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constructed composure. She knelt beside him, taking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in hers, her touch a silent promise of unwavering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support.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scared too, Maltin," she admitted, her voice trembling.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"But I'm not scared of facing this with you. We'll face this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just like we've faced everything else."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vulnerability became a bridge, connecting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a deeper level than ever before. Their love, tempered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fires of adversity, burned brighter than ever. In the sterile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of the hospital, surrounded by the cold clinical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instruments, their love blossomed with an unexpected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intensity, a testament to the power of human connection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face of unimaginable challenges.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at home were punctuated by bouts of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contemplation, punctuated by bursts of laughter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memories. The anxieties were still there, lurking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but they were no longer the dominant force.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resilient and strong, shone through, illuminating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journey with a beacon of hope. They talked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hopes and dreams, both for the future and for the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shared so far. They recounted memories,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reminiscing about their travels, their early dates,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laughter and joy. These moments, these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became the anchors that helped them navigate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uncertain waters of Maltin's illness.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poured her love into creating meals that nourished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body and soul, infusing every dish with a fierce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determination to provide him with the strength he needed.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walks along the waterfront, once a symbol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ambition, became quiet meditations, a time for reflection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appreciation for the simple beauty of the natural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The sunsets continued to paint the sky in vibrant hues,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their significance had deepened, each one a</w:t>
        <w:br/>
        <w:t xml:space="preserve">reminder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preciousness of time, the fragility of life,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strength of their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friends and family continued to provide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their presence a constant reassurance that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alone. The practical assistance, the emotional support,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shared laughter – all were gifts that sustained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darkest of times. Their love story, initially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marked by professional ambition, had evolved into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poignant tale of resilience, a tribute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human spirit. The uncertainty remained, a shadow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stretched across their days, but their love, forged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crucible of adversity, had become stronger than ever before.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wasn’t just about overcoming Maltin's illness;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about learning to live with uncertainty, to find joy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simple moments, to cherish each other's presence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intensified appreciation. It was a journey of self-discovery,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confronting their deepest fears, and of finding strength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vulnerability. It was a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a love that shone brightly even in the face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unknown. The uncertainty didn't define them; their love did.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that love, nurtured in the quiet moments, in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struggles, in the unwavering commitment to each other, was,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would always be, stronger than any storm.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30: Finding New Strengths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Finding New Strengths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hum of the refrigerator was the only sound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otherwise still kitchen. Vanessa, perched on a stool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island, watched Maltin meticulously arrange a small bouquet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wildflowers he'd picked during their last afternoon walk.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movements were slow, deliberate, each action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his ongoing fight. The flowers, a splash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color against the cool grey of the kitchen counter,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mirror the fragile beauty of their current life.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the life they’d planned, the bustling, ambitious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once envisioned, but it was theirs, woven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threads of love, resilience, and an unexpected depth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intimacy.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smiled, a small, hesitant smile that reached his eyes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crinkled the corners, a smile that could melt the winter frost.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"They remind me of you," he said, his voice a low murmur,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"vibrant and tenacious, even in the face of adversity."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heart swelled. She’d never considered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particularly tenacious, more inclined to quiet observation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steady support. But looking at Maltin, at the quiet strength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gaze, at the unwavering love in his heart, she saw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reflection of herself, a strength she hadn’t known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possessed. It wasn't a brash, outward strength, but a quiet,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inner resilience, the kind that bloomed in the face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adversity, nurtured by shared love and profound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home, once a symbol of their shared aspirations,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 into a sanctuary of healing and love. The newly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renovated spaces, once symbols of Maltin's vulnerability,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become havens of comfort and intimacy. The widening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doorways, the installation of grab bars, the carefully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placed furniture – these were not concessions to defeat,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acts of love, a shared effort to adapt and thrive within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confines of their new reality. They had learned to create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beauty within the limitations, to find joy in the simple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moments, to cherish each other's presence with a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 of appreciation.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evenings, once filled with ambitious discussions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papers and grant proposals, now unfolded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gentler rhythm. They read to each other, their voices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weaving a tapestry of words and emotions. They played old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records, their shared love of music transcending the physical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limitations imposed by Maltin’s illness. They talked, sharing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memories, dreams, anxieties, and hopes, their words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strength of their bond. Sometimes,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simply sat in comfortable silence, their hands intertwined,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unspoken comfort of their presence a refuge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raging outside. These moments, once considered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unproductive, had become the heart of their shared</w:t>
        <w:br/>
        <w:t>existence.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discovered a new creative outlet in cooking.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poured her love and anxieties into creating meals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nourished Maltin's body and soul. She experimented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recipes, adapting them to his dietary needs, and found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satisfaction in creating meals that were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sustenance but acts of devotion. The kitchen, once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space for quick dinners and late-night snacks, transformed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a laboratory of love, a space where she could express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care through flavors and aromas.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walks along the Hoboken waterfront took on a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significance. The rhythmic lapping of waves, once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to their lively conversations, now provided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soothing soundtrack to their contemplative walks. They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paused to watch the sunset, the colors painting the sky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masterpiece of orange, pink and gold. Maltin would point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the details – the flight of a bird, the distant tugboats,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changing hues of the sky – filling their moments with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appreciation for the beauty of the natural world.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balcony, once a romantic spot for stargazing,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sanctuary for quiet reflection. They would sit together,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wrapped in each other's arms, gazing at the expanse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Hudson River. The city lights twinkled below, a testament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vibrancy of life, while the vastness of the river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represented the immensity of their journey. They talked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past, present, and future, their fears and hopes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intermingled, their love a beacon guiding them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unknown.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friends and family rallied around them, their support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lifeline in the storm. Practical help with errands and chores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abundant, but more impactful were the emotional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gestures – the listening ear, the shared laughter,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belief in their resilience. They were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of love, providing comfort, understanding,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constant reminder that they weren't alone.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hospital, once a place of professional ambition,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a space of shared struggle and unexpected intimacy.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presence at Maltin’s appointments became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support system, but a shared experience of his journey.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the language of medicine, becoming his advocate,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interpreter, his unwavering champion. This new role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empowered her, giving her a sense of purpose beyond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grief and anxieties. She witnessed his strength,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his unwavering will to fight, and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 grew in tandem.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gruff exterior, once a shield against vulnerability,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softened, revealing a depth of tenderness and gratitude.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began to express his love not through grand gestures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small acts of kindness, a gentle touch, a heartfelt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 whispered in the quiet moments they shared.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 the vulnerability that illness forced upon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allowing himself to receive the love and support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surrounded him.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 had been rewritten, not a narrative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ambition and achievement but a testament to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and unwavering commitment. It was a story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love in the face of adversity, of finding strength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of cherishing the quiet moments, of creating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beauty amidst uncertainty. The uncertainty remained,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companion on their journey, but their love, tested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refined, shone brighter than ever before. It was a beacon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 and resilience, a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human spirit. Their story, still being written,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unbreakable bond, their enduring strength,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their unwavering love in the face of life's greatest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challenges. It was a story of finding new strengths, not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spite of uncertainty, but because of it. The uncertainty didn't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define them; their love did. And that love, nurtured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moments, in the shared struggles, in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 to each other, was stronger than any storm.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31: Acceptance and Peace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Acceptance and Peace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freshly brewed coffee hung in the air,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aroma that often marked the start of their day.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his face pale but his eyes holding a spark of defiance,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sat at the kitchen table, slowly sipping his tea. Vanessa,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resting gently on his, watched him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concern. The silence between them wasn't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awkward; it was a shared understanding,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acknowledgment of the reality they were navigating. The sun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streamed through the window, painting stripes of golden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across the worn wooden floorboards, illuminating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small, intimate space that had become their sanctuary.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home, once a place of bustling activity and laughter,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held a different kind of energy, a quieter, more introspective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peace.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days were filled with a new rhythm, a delicate balance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medical appointments, research projects, and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shared intimacy. They found solace in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rituals: a shared walk along the Hudson River at sunset,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watching the city lights twinkle across the water;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 reading together, curled up on the sofa, their bodies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close, their spirits intertwined; a Sunday morning spent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tending their small herb garden, their hands working together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soil, their conversations flowing effortlessly.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moments became their refuge, a space where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escape the anxieties of Maltin's illness and simply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crisp autumn afternoon, they found themselves wrapped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blankets on the living room floor, a pile of books scattered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around them. Maltin, his breathing slightly labored, leaned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against Vanessa's shoulder as she read aloud from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collection of poetry. Her voice, soft and gentle, filled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room, each word carrying a sense of comfort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reassurance. They were surrounded by the tangible evidence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their love story: photographs on the mantelpiece, books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read together, shared memories woven into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fabric of their home. The beauty of their shared present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eclipsed the fear of the future.</w:t>
      </w:r>
    </w:p>
    <w:p>
      <w:pPr>
        <w:autoSpaceDN w:val="0"/>
        <w:autoSpaceDE w:val="0"/>
        <w:widowControl/>
        <w:spacing w:line="346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didn't shy away from discussing his condition,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uncertainty of the prognosis, the potential for setbacks.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conversations were never easy, but they faced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their honesty and vulnerability strengthening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bond. They didn't pretend that everything was fine;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acknowledged the fear, the pain, the uncertainty, but they did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 with a tenderness that helped to alleviate the weight.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was not a shield against reality; it was a sturdy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foundation upon which they could build their resilience.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acceptance wasn’t a passive resignation to fate;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active choice, a conscious decision to live fully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 moment, to appreciate the preciousness of each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breath. It was about finding joy in the small things,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simple act of holding hands, in the shared laughter over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silly movie, in the comfort of knowing that even in the 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adversity, they were not alone.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they sat on their porch, watching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fireflies dance in the twilight, Maltin looked at Vanessa,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filled with a profound gratitude. "You know," he said,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voice husky with emotion, "I never thought I could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kind of peace, this kind of acceptance, in the face of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smiled, her eyes reflecting the shimmering lights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fireflies. "We found it together," she said, her voice soft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firm. "We created it. It wasn't given to us; we built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brick by brick, moment by moment."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acceptance didn't erase the uncertainty; it reframed it.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wasn't about denying the reality of Maltin's illness;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finding a way to live with it, to integrate it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of their lives, without letting it define them.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strength in their shared experiences, in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 to each other, and in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newfound appreciation for the preciousness of life.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fear still lingered, occasionally surfacing in the form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sleepless nights or anxious moments. But they had learned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manage these feelings, to acknowledge them without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consumed by them. They practiced mindfulness, focusing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breath, on the rhythm of their hearts, on the tangible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evidence of their love. They found comfort in nature,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solace in the quiet beauty of their garden,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calming expanse of the Hudson River, in the rustling leaves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trees.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created rituals that helped them to maintain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normalcy amidst the chaos. They continued to work 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research, their shared passion providing a sense of purpose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focus. They attended their meditation group,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the shared experiences of others. They maintained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connection with family and friends, drawing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from the support of their community.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 became a sanctuary, a space filled with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and a quiet sense of peace. They made a conscious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effort to focus on the positive aspects of their lives,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of the present moment. They celebrated milestones,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 matter how small: a successful treatment, a particularly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beautiful sunset, a shared meal. These small victories,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accumulated over time, provided them with a sense of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resilience.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role shifted, becoming not just a lover, but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anchor, navigating the emotional and logistical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demands of Maltin’s treatment with unwavering grace.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his advocate, his voice when fatigue dulled his own.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fiercely protected his spirit, nurturing his creativity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intellectual curiosity when the physical challenges</w:t>
        <w:br/>
        <w:t xml:space="preserve">threatened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overwhelm him. This shared struggle, this relentless effort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find normalcy and joy within a</w:t>
        <w:br/>
        <w:t xml:space="preserve">challenging reality,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deepened their love immeasurably.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was arduous, filled with ups and downs,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despair and moments of profound joy. But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their resilience, and their unwavering commitment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 carried them through. They found solace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faith, not in a dogmatic sense, but in a belief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love, in the beauty of human connection, and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spirit of the human heart.</w:t>
      </w:r>
    </w:p>
    <w:p>
      <w:pPr>
        <w:autoSpaceDN w:val="0"/>
        <w:autoSpaceDE w:val="0"/>
        <w:widowControl/>
        <w:spacing w:line="346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story wasn't just about battling cancer; it was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learning to live with uncertainty, about finding peace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the unknown, about discovering the resilience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spirit, and about the unwavering power of love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heal, to comfort, and to inspire. It was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ability to find beauty and grace in the midst of life’s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inevitable storms, a beacon of hope in the face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uncertainty, reminding us that even in the darkest of times,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can illuminate the path forward. Theirs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human spirit's capacity for hope, resilience,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transformative power of finding peace and acceptance,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facing the unimaginable. The quiet moments, shared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home, in nature, in the silence of shared understanding,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volumes more than words ever could, painting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portrait of a love story that defied the odds, a testament to</w:t>
      </w:r>
    </w:p>
    <w:p>
      <w:pPr>
        <w:autoSpaceDN w:val="0"/>
        <w:autoSpaceDE w:val="0"/>
        <w:widowControl/>
        <w:spacing w:line="344" w:lineRule="exact" w:before="256" w:after="0"/>
        <w:ind w:left="1000" w:right="244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enduring power of human connection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strength of the human heart.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32: Renewed Appreciation for Life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Renewed Appreciation for Life</w:t>
      </w:r>
    </w:p>
    <w:p>
      <w:pPr>
        <w:autoSpaceDN w:val="0"/>
        <w:autoSpaceDE w:val="0"/>
        <w:widowControl/>
        <w:spacing w:line="346" w:lineRule="exact" w:before="27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freshly brewed coffee, usually a mundane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morning ritual, now held a profound significance.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sitting at their kitchen table, his hand gently cradling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steaming mug, watched the sunlight stream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window, illuminating the dust motes dancing in the air.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simple scene, an ordinary moment, yet it resonated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depth of emotion that had been absent from their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before. He looked at Vanessa, her face bathed in the golden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light, and felt a wave of overwhelming gratitude wash over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him. He’d almost lost her – lost the simple joy of watching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smile, the comfort of her presence, the love that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together. He’d been so focused on the battle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disease, on the medical milestones, that he'd almost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overlooked the immeasurable gift of her love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companionship.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Vanessa, sensing his gaze, met his eyes with a tender smile.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saw in his eyes not just the relief of surviving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deeper understanding, a quiet appreciation for the beauty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ordinary life. The chipped mug in his hand, the worn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wooden table, the dust motes dancing in the sunlight –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mere objects; they were symbols of their resilience,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journey, their shared life. They were the tangible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reminders of their love story, etched not in grand gestures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extravagant celebrations but in the quiet moments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walks along the Hoboken waterfront, once a routine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escape, transformed into sacred rituals. They would stroll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hand-in-hand, their silence filled with unspoken affection,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eyes absorbing the breathtaking panorama of the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York City skyline. The rhythmic lapping of the waves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shore became a soothing melody, their feet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 comfort in the familiar path, their hearts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each other's presence. They savored each gust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wind, the salty spray on their faces, the vibrant hues of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setting sun – appreciating the simple gifts of nature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been almost lost to them.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at home were no longer filled with anxious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 or the dread of impending news.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the warmth of shared laughter, the comfort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intimacy. Maltin, his strength gradually returning,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rediscovered his love for cooking. His culinary creations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weren't gourmet masterpieces, but simple, comforting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meals– pasta with homemade sauce, roasted vegetables, 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omelet – imbued with a love that transformed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most ordinary ingredients into culinary delights.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weren't just meals; they were tangible expressions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his way of nurturing her, of expressing his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gratitude for their shared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rediscovered the joy of simple pleasures. A shared cup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tea on their porch, watching the children play in the park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street, reading together by the fireplace –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moments, once taken for granted, now held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preciousness that words couldn't capture. They found joy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mundane, appreciating the simple blessings that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offered, appreciating the gift of their love, the gift of another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 together.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once-dreaded silence of their home was now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comforting quietude, a sanctuary of peace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 They talked – about everything and nothing.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shared stories, dreams, and fears, a tapestry woven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threads of their shared past and their hope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future. They talked about their fears, anxieties,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uncertainties that still lingered, but they also talked about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dreams, their aspirations, their hopes for the future,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within the comforting embrace of their shared love.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sitting on their porch, Maltin looked out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twinkling lights of the city, a panorama usually perceived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symbol of the bustling city life. But this evening,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sight that filled him with an overwhelming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gratitude. He looked at Vanessa, her face softly illuminated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 city lights, and whispered, "I never thought I'd see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again. I almost lost it all." Vanessa squeezed his hand,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reflecting his emotion. The city lights weren't just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lights; they were symbols of resilience, of overcoming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adversity, and of the enduring power of love. They were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beacons of hope guiding them towards their shared future.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renewed appreciation for life wasn't solely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absence of illness; it was about the presence of love,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depth of their bond, about their shared understanding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joy in ordinary moments. It was about the power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connection, the strength they found in each other,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ability to find beauty and gratitude in the simplest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things. Their journey was far from over, their battles far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won, but they had found a new perspective, a new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appreciation for the gift of life, a profound understanding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importance of living in the present, of cherishing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of appreciating the simple pleasures that life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offered.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research project, initially a source of stress and anxiety,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now became a source of shared joy and accomplishment.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collaboration, fueled by their renewed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purpose and their unwavering faith in each other, flourished.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hours spent together, immersed in their work, were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longer a burden but an opportunity to connect, to create,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 their passion for medicine and for life itself.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research wasn't just about scientific breakthroughs; it was</w:t>
      </w:r>
    </w:p>
    <w:p>
      <w:pPr>
        <w:autoSpaceDN w:val="0"/>
        <w:autoSpaceDE w:val="0"/>
        <w:widowControl/>
        <w:spacing w:line="346" w:lineRule="exact" w:before="254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their shared journey, their shared commitment,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unwavering belief in their partnership.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nursing skills, honed over years of experience,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served a different purpose. She wasn’t just monitoring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medical progress; she was actively participating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it, her presence a source of strength and support,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 a constant beacon of hope. She became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advocate, his protector, his constant companion 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journey, always watching over him with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tenderness.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in turn, found new strength in Vanessa's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support. He didn’t just depend on her physically;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leaned on her emotionally, allowing himself to be</w:t>
        <w:br/>
        <w:t xml:space="preserve">vulnerable,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loved, to be cared for. He felt a love so deep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profound, a love that healed wounds, that</w:t>
        <w:br/>
        <w:t xml:space="preserve">nourished his soul,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love that gave him the strength to face each new day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 and courage.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discovered that life's most precious gifts weren't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wrapped in fancy bows or tied with elaborate ribbons;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the simple gestures of love, the quiet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intimacy, the simple acts of kindness and compassion.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laughter they shared, the tears they cried, the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shared understanding – these were the precious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gifts that enriched their lives, the treasures that deepened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and the memories that would forever bond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Their shared journey, though marked by adversity,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revealed the beauty of simplicity, the profundity of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enduring strength of the human spirit.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small victories they celebrated – a longer walk,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meal, a quiet evening together – were not just milestones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recovery; they were celebrations of their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their unwavering commitment to each other, and their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renewed appreciation for the preciousness of life.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sunset, each shared laugh, each shared tear,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silence was a testament to their resilience, their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their profound gratitude for the simple joys of living.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found a new way of living, a way of appreciating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simple pleasures, the quiet moments, the preciousness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and every day, a way of celebrating life in all its beauty,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simplicity, and glory. Their journey, though marked by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was now a testament to their enduring love,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of life, a hymn to hope. And as they stood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hand-in-hand, watching the sun set over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Hudson River, they knew that their journey, though arduous,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been, and continued to be, profoundly worth it.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33: Medical Milestones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Medical Milestones</w:t>
      </w:r>
    </w:p>
    <w:p>
      <w:pPr>
        <w:autoSpaceDN w:val="0"/>
        <w:autoSpaceDE w:val="0"/>
        <w:widowControl/>
        <w:spacing w:line="344" w:lineRule="exact" w:before="27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 hung heavy in the air,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comforting aroma of home. Maltin sat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examination table, his usual sharp gaze softened,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nervousness in his eyes. Dr. Anya Sharma, his oncologist,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woman whose unwavering professionalism masked a deeply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empathetic heart, reviewed his latest scans. Vanessa sat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beside him, her hand clasped tightly in his, her silent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presence a beacon of strength.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tumor," Dr. Sharma began, her voice measured, "has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shrunk. Significantly."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words hung in the air, a weightless yet profound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declaration. A wave of relief washed over Vanessa, so potent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almost knocked her off her feet. Maltin, however,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stoic, his emotions carefully guarded. He’d learned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temper his exuberance, to avoid the pitfalls of premature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celebration. Yet, a subtle shift in his posture, a barely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perceptible softening of his jaw, betrayed the inner tide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 surging through him.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excellent news, Maltin," Dr. Sharma continued,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smile warm. "The chemotherapy is working as we hoped.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is a significant milestone, a testament to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perseverance and your body's response to treatment."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subsequent days were a blur of tests and consultations,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one meticulously documented, each one a small victory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adding up to a significant win. The blood tests, initially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painting a grim picture, began to show improvement –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markers of cancer slowly receding. Vanessa, her nurse's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instincts honed to razor sharpness, meticulously recorded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detail, her careful observations providing crucial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context to the medical reports. She found herself once again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immersed in the world of medicine, not as a participant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daily struggles of the hospital, but as a vigilant guardian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Maltin’s health.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atmosphere in the doctor's office shifted, too. The grim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pronouncements were replaced with cautious optimism.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tone of the conversations changed from one of managing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inevitable to planning for the future. They started talking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potential next steps – targeted therapies,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immunotherapy, a carefully orchestrated plan to manage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side effects. The discussions, once dominated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looming specter of death, now centered on life,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possibility of extending it, enriching it, celebrating it.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poignant afternoon, Dr. Sharma showed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a new scan. The image, stark against the white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backdrop, revealed a noticeable reduction in the size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tumor. It was a visual representation of their progress,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symbol of their hard work and unwavering faith.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felt tears welling up in her eyes, a mixture of relief,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gratitude, and a profound sense of hope. Maltin, his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fixed on the image, remained outwardly calm, but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see the emotion swirling within him, a potent cocktail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relief and a cautious optimism.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“This is remarkable,” Dr. Sharma said, her voice filled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awe. “Your body is responding incredibly well. We're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seeing a significant decrease in the tumor size, much faster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than anticipated.”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small victories continued to accumulate. Maltin’s energy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levels, once severely depleted, began to improve.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breathing became easier, the persistent cough that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plagued him for weeks slowly subsided. He began to engage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fully in their research project, his intellect,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sharp, now sharpened further by the intensity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experience. He started to contribute again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groundbreaking work, his ideas flowing once more, fueled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by a renewed sense of purpose.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seemingly insignificant milestones held immense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significance. The day Maltin was able to walk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their bedroom to the kitchen without stopping to catch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breath felt like a marathon victory. The evening 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managed to cook them a simple dinner, his hands a little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shaky but his heart overflowing with love,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resilience. The quiet moments they shared on their porch,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watching the sunset paint the sky with vibrant hues,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a profound gratitude for the gift of life, a precious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commodity they were learning to cherish in a new way.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weren't just medical victories; they were personal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triumphs. They were moments of shared joy, of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of quiet intimacy. They were the building blocks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new reality, a reality crafted in the crucible of illness,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strengthened by love, and fueled by an unwavering faith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each other and in the power of their connection.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milestone, however small, was met with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– a shared meal, a stroll along the Hudson River,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quiet evening spent reading poetry. These rituals weren’t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grand gestures; they were simple acts of love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appreciation, a way of acknowledging the progress,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nurturing the hope that was slowly blooming within them.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celebrations of their shared journey,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their enduring love and their unwavering commitment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each other.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hospital, once a place of apprehension and fear, slowly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transformed into a place of hope and healing. The clinical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setting, usually stark and sterile, became imbued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warmth, a tenderness, fostered by their shared experience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by the unwavering support of the medical team.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doctors and nurses, initially detached professionals,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allies in their struggle, their compassion and professionalism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forming a support system around them. The sterile hallways,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symbols of dread, started to echo with the sound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laughter, their whispered conversations, their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moments of shared strength.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witnessing Maltin’s gradual recovery, felt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 sense of gratitude. She had braced herself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worst, prepared herself for the heartache and the loss.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Yet, here they were, not only surviving but thriving, finding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joy amidst the pain, building a life together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medical realities of Maltin’s illness.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had not merely endured; it had deepened, strengthened,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evolved, forged in the fires of their shared adversity.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 had transitioned into a profound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unshakeable bond, an intricate tapestry woven from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respect, unwavering support, and a profound appreciation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precious gift of each shared moment. The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milestones were not just about Maltin’s physical recovery;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about the reaffirmation of their love, a celebration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resilience, and a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human spirit. They were the stepping stones on a path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a future they had once doubted was possible,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built on the foundation of their love, hope,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belief in each other. The journey was far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over, but with each small victory, their confidence in the 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adversity grew, their love deepened, and their hope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together burned brighter than ever before.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Strengthening Family Bonds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34: Strengthening Family Bonds</w:t>
      </w:r>
    </w:p>
    <w:p>
      <w:pPr>
        <w:autoSpaceDN w:val="0"/>
        <w:autoSpaceDE w:val="0"/>
        <w:widowControl/>
        <w:spacing w:line="344" w:lineRule="exact" w:before="30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warmth of the autumn sun filtered through the leaves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oak tree in Maltin’s parents' backyard, casting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dappled shadows on the checkered picnic blanket spread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beneath it. The air hummed with the laughter of children –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sons, Daniel and David, chasing each other,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youthful energy a stark contrast to the quiet solemnity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once permeated their family gatherings. This wasn’t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strained, awkward silence of a family fractured by divorce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illness, but the comfortable, easy camaraderie of people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truly cherished each other’s company. Maltin watched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them, a profound sense of peace settling over him. He hadn't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 how much he had missed this – the simple joy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being a father, the comforting presence of his family.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sat beside him, her hand resting gently on his.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too was savoring the moment, the shared joy radiating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outward, encompassing everyone present. She’d become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figure in their family gatherings, her presence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accepted, even welcomed, by Maltin's parents and his sons.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awkwardness had long since dissipated, replaced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 genuine affection that transcended the complexities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relationship. She felt a sense of belonging, a feeling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hadn't dared to hope for after the loss of her own husband.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Daniel, the elder son, approached them, his eyes bright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mischievous glint. "Dad, you wouldn't believe the soccer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game I had today," he began, launching into a detailed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account of his team's victory, peppered with exclamations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vivid descriptions of his own impressive goals.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listened with rapt attention, responding with genuine interest,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proud smile on his face a testament to the bond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rebuilding.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David, usually shy, was surprisingly talkative, chattering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excitedly about his new science project, a miniature volcano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erupting with baking soda and vinegar. Vanessa chuckled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enthusiasm, her eyes twinkling with amusement. She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engaged him in a conversation about the science behind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volcano, her explanations simple and clear, her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making him feel comfortable and confident.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parents, initially reserved, had also embraced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recognizing the profound impact she had 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life and well-being. They saw in her not just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companion but a source of strength, a beacon of hope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illuminated their son's world. Their acceptance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yet profound, evident in their gentle smiles,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glances, and their quiet gestures of approval.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grateful for her presence, grateful for her love, grateful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 renewed joy in their son's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afternoon flowed by, marked by shared laughter, casual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conversations, and the gentle clinking of silverware as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a simple yet delicious meal prepared by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mother. It was a meal that wasn't merely sustenance;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feast of connection, a testament to the power of family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healing power of shared experiences. The casual chatter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ranged from football games and school projects to plans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family vacations, bridging the gap between their pasts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their hopes for the future.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Later, as the sun began to dip below the horizon, casting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across the lawn, Maltin and Vanessa sat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porch, watching their children play. A comfortable silence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settled between them, a silence filled not with awkwardness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 tension, but with shared contentment. "I never thought I’d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 this again," Maltin whispered, his voice filled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emotion. Vanessa squeezed his hand, understanding the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depth of his words. He hadn’t just meant the joyful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reunion of his family; he meant the possibility of happiness,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love, of a future he’d almost given up 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 had become a catalyst for healing,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for Maltin and Vanessa but for their entire families.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fractures that had once seemed insurmountable were slowly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mending, replaced by a growing sense of unity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purpose. They had created a new family structure, a new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network of support, encompassing not just immediate family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members but also close friends and colleagues.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Ramirez, Maltin's colleague and close friend,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regular visitor at the hospital, his cheerful presence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welcome distraction from the sterile environment. His visits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weren't just professional check-ups; they were opportunities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Maltin to vent his frustrations, to share his anxieties,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draw strength from the unwavering friendship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endured through thick and thin. Dr. Ramirez's wife, Maria,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often accompany him, her gentle presence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support, her kind words offering solace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encouragement.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close friend Sarah, a fellow nurse from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previous hospital, had also become a valuable part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system. Her visits were a mix of practical assistance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emotional support, her steady presence a comforting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anchor in the sometimes turbulent waters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journey. Sarah had witnessed firsthand Vanessa's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 to Maltin, her empathy and understanding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providing much-needed emotional support during difficult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times. They understood each other's unspoken anxieties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experiences, their friendship a source of strength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helped them navigate the challenges ahead.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friendships weren't simply casual acquaintances;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anchors in a storm, unwavering sources of support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during times of uncertainty. The shared meals, the casual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conversations, the unwavering presence of friends in times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need – these were the building blocks of a network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that was vital in their journey of healing and self-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discovery. These were the moments that cemented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and Vanessa’s bond but also the connections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 with their families and friends.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visits from friends and family weren’t just a break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hospital's routine; they were a reminder of the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that surrounded them. They were a symbol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 of the human spirit, of the healing power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of the importance of fostering meaningful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relationships. These relationships weren't merely social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interactions; they were vital life rafts that kept them afloat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during the rough seas of illness, grief, and uncertainty.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weeks turned into months, Maltin’s health continued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improve. The cancer was still present, but it was under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control, a manageable part of their lives rather than a life-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altering threat. Their newfound appreciation for life's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pleasures – a shared sunset, a family gathering,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 together – intensified their bonds with their families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friends. They savored every moment, cherishing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connections that had been strengthened through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trials and triumphs.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small victories – a longer walk, a shared laugh,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successful research meeting – were no longer just personal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milestones but moments of shared joy, celebrated not only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and Vanessa but by their expanded family and close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friends. These celebrations, however small, reaffirmed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and highlighted the unwavering love and support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surrounded them. Each shared sunset, each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laugh, each shared moment of quiet understanding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just symbols of individual recovery but testaments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power of human connection and the indomitable spirit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love. Their journey had transformed into a profound 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healing, hope, and the enduring strength of family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friendship. Their love story had become a beacon, shining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brightly not just for them, but for all those who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fortunate enough to be touched by its light.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35: Adjusting to a New Normal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Adjusting to a New Normal</w:t>
      </w:r>
    </w:p>
    <w:p>
      <w:pPr>
        <w:autoSpaceDN w:val="0"/>
        <w:autoSpaceDE w:val="0"/>
        <w:widowControl/>
        <w:spacing w:line="344" w:lineRule="exact" w:before="27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freshly brewed coffee hung in the air, a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in the quiet of their Hoboken apartment. Sunlight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streamed through the large windows, illuminating dust motes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dancing in the golden rays. Maltin sat at the kitchen table,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laptop open before him, reviewing research data. 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returned to work part-time, a carefully orchestrated transition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designed to balance his health needs with his passion for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work. Vanessa, ever practical, had reorganized their home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office, creating a space that was both functional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comfortable, a sanctuary where Maltin could retreat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fatigue set in. His workspace was now less a sterile office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more a cozy alcove, complete with a plush armchair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small, hand-carved wooden desk that Vanessa had found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local antique store.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glanced up as Vanessa entered the kitchen, her hair pulled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 in a loose bun, her eyes reflecting the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 that had become her hallmark. She carried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steaming mug of coffee for him and a plate of freshly baked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blueberry muffins, their sweet aroma further enhancing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cozy atmosphere. The muffins weren’t just a delicious treat;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a symbol of her unwavering love and support,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way of showing him that he was cherished, cared for,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appreciated. Their mornings had become a ritual,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affirmation of their commitment to each other,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life, their new normal.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 normal wasn't easy. There were days when fatigue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overwhelmed Maltin, days when the pain was relentless.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were appointments, treatments, and the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vigilance required to manage his condition. But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found a rhythm, a balance, a way to navigate the challenges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without losing sight of the joy in their shared life.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learned to anticipate his needs, to adjust their daily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routines to accommodate his limitations. She had become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expert in managing medications, monitoring his vital signs,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ensuring that he received the best possible care,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professionally and personally.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home, once a haven of quiet solitude, had been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 into a space that reflected their evolving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 and Maltin’s health needs. The living room,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sparsely furnished, now included comfortable seating,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 blankets, and carefully selected books and magazines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keep Maltin occupied during his moments of rest.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also created a small meditation corner near the window,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quiet refuge where he could find moments of peace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stillness amidst the activity of their shared life. The changes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subtle, almost imperceptible to an outside observer,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spoke volumes of their commitment to each other,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adaptability, and their shared determination to make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new normal work.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Evenings were often spent curled up on the couch, watching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movies or reading aloud to each other. These quiet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intimacy were precious, a testament to their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bond, their love growing stronger in the face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discovered a hidden talent for knitting,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she’d started making scarves and blankets, her fingers deftly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manipulating the yarn, creating cozy and comforting gifts.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in turn, would read to her, his voice a soothing balm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evenings when the exhaustion settled over him.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 of their life was interspersed with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shared confidences, and the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 that characterized their relationship.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Weekends were dedicated to activities that Maltin could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manage – gentle walks along the Hoboken waterfront,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leisurely brunches at local cafes, quiet afternoons spent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reading in the park. They had discovered a new appreciation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the simple pleasures of life, for the beauty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surroundings, and for the immeasurable value of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moments. Their relationship had deepened, their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strengthened by the shared challenges they had faced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overcome.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friends continued to be a source of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support. Sarah, ever practical, would drop off meals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assist with household chores, freeing Vanessa to focus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care. They would often chat late into the night,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sharing stories and offering each other emotional support.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weren't solely about Maltin’s illness;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included discussions of careers, family, and life's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challenges. Vanessa found solace in their friendship,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 a source of strength and understanding.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Ramirez and Maria also remained close, their presence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reminder that they weren't alone. Dr. Ramirez's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expertise provided Maltin with an invaluable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system, ensuring that he received the best possible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 and advice. Maria, in turn, provided Vanessa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lifeline, offering support and understanding.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 transcended the professional boundaries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hospital; it was a genuine and lasting bond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 in the crucible of shared experiences.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sons, Daniel and David, had become a vital part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new normal. They visited regularly, bringing with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welcome dose of youthful energy and laughter.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brightened Maltin’s days, their affection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immense joy and comfort. Vanessa had become a cherished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figure in their lives, a motherly presence who nurtured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supported them. Their connection was deeply meaningful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reciprocal; they were a family, bound together by love,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experiences, and the unwavering commitment to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they sat together on their balcony, watching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city lights twinkle in the distance, Maltin reached out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gently took Vanessa's hand. "I never imagined this is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'happily ever after' would look like," he said, his voice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emotion.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squeezed his hand, a silent affirmation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journey. "It's not always easy," she responded, "but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it’s beautiful. We’re together, we're healthy, we have love,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we have each other. That's more than I ever could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dreamed of."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 normal wasn't a fairy tale ending; it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resilience of the human spirit,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and the extraordinary capacity to find joy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adversity. Their shared life was a tapestry woven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threads of challenges and triumphs, a poignant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beautiful story of second chances, enduring love,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found in human connection. Their journey was far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over, but they faced the future with unwavering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filled with a love that transcended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their lives. It was a love that had nurtured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them, healed them, and ultimately transformed them, forging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new normal that was undeniably, uniquely, and beautifully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36: Maintaining Hope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Maintaining Hope</w:t>
      </w:r>
    </w:p>
    <w:p>
      <w:pPr>
        <w:autoSpaceDN w:val="0"/>
        <w:autoSpaceDE w:val="0"/>
        <w:widowControl/>
        <w:spacing w:line="344" w:lineRule="exact" w:before="27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carried the scent of woodsmoke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fallen leaves as they walked hand-in-hand along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Hoboken waterfront. The sun, a mellow orb sinking towards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horizon, painted the sky in hues of orange, pink,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gold, a breathtaking spectacle that mirrored the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blooming in their hearts. This was their sanctuary,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escape from the sterile environment of the hospital,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they could simply be, just Maltin and Vanessa,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a silent, comforting presence between them.</w:t>
      </w:r>
    </w:p>
    <w:p>
      <w:pPr>
        <w:autoSpaceDN w:val="0"/>
        <w:autoSpaceDE w:val="0"/>
        <w:widowControl/>
        <w:spacing w:line="348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leaning slightly on Vanessa’s arm, breathed deeply,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chest rising and falling with a rhythm that was,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thankfully, becoming more regular. The pain was still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companion, a subtle throb beneath the surface, but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 longer dictated their lives. They had learned to live</w:t>
        <w:br/>
      </w:r>
      <w:r>
        <w:rPr>
          <w:rFonts w:ascii="LiberationSerif" w:hAnsi="LiberationSerif" w:eastAsia="LiberationSerif"/>
          <w:b w:val="0"/>
          <w:i/>
          <w:color w:val="000000"/>
          <w:sz w:val="30"/>
        </w:rPr>
        <w:t xml:space="preserve">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it, not</w:t>
        <w:br/>
      </w:r>
      <w:r>
        <w:rPr>
          <w:rFonts w:ascii="LiberationSerif" w:hAnsi="LiberationSerif" w:eastAsia="LiberationSerif"/>
          <w:b w:val="0"/>
          <w:i/>
          <w:color w:val="000000"/>
          <w:sz w:val="30"/>
        </w:rPr>
        <w:t>because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it. This walk, this shared moment of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contemplation, was a testament to their resilience, a tangible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symbol of their refusal to be defined by his illness.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squeezed his hand, her touch a gentle reassurance.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She’d learned to read his subtle cues, the slight tremor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the barely perceptible wince, the subtle shift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weight. She anticipated his needs before he even voiced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them, a silent dance of unspoken communication honed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shared experience and unwavering love.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had deepened in ways she hadn't imagined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possible, their bond forged in the crucible of adversity,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stronger and more resilient than either could have predicted.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paused at a bench overlooking the Hudson River,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glittering expanse of water reflecting the city lights.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gentle lapping of the waves against the shore provided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soothing soundtrack to their quiet moment. Maltin watched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flock of geese fly in formation, their graceful movements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poignant metaphor for their own journey. They had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storms, turbulent times that tested their strength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challenged their resolve. But like the geese, they had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rhythm, their direction, and continued to fly towards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shared horizon.</w:t>
      </w:r>
    </w:p>
    <w:p>
      <w:pPr>
        <w:autoSpaceDN w:val="0"/>
        <w:autoSpaceDE w:val="0"/>
        <w:widowControl/>
        <w:spacing w:line="346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“Remember that first awkward encounter at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hospital?”Maltin chuckled, a sound that still held a trace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usual gruffness, though now softened by a warmth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reached her heart.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laughed, the sound echoing the joy that filled 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“How could I forget? You were so intimidating, so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completely wrapped up in your work, I hardly dared to speak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you.”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“And you, you were this quiet, efficient nurse, a whirlwind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controlled chaos, getting things done with remarkable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grace.” He smiled, the lines around his eyes crinkling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 that made her heart melt. "I thought I'd never get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chance to know the amazing woman you are.”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 meandered through the past, recounting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early memories – their hesitant first dates, the tentative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exploration of their burgeoning feelings, the slow, steady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development of their love. They revisited the moments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doubt, the anxieties, the fears, acknowledging them without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dwelling on them. They had learned to accept the challenges,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integrate them into their narrative, to transform them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stepping stones on their journey towards a future built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resilience, and shared dreams.</w:t>
      </w:r>
    </w:p>
    <w:p>
      <w:pPr>
        <w:autoSpaceDN w:val="0"/>
        <w:autoSpaceDE w:val="0"/>
        <w:widowControl/>
        <w:spacing w:line="344" w:lineRule="exact" w:before="0" w:after="0"/>
        <w:ind w:left="1008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focus was no longer solely on the illness. They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research company, of its progress, of the potential to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revolutionize pulmonary care. Maltin, despite the physical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demands of his treatment, remained intellectually engaged,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mind sharp and his insight invaluable. He found solace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work, a way to channel his energy, his passion,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 to medicine. He'd found a new perspective,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renewed appreciation for the value of life, the preciousness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each breath, each moment.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too, had found a new purpose. She had channeled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energies into supporting Maltin, ensuring that he had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best possible care, while simultaneously nurturing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aspirations. She had begun volunteering at a local hospice,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 fulfillment in providing comfort and support to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 and their families. Her work brought her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purpose, a way to connect with others and share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lessons she had learned on her own difficult path.</w:t>
      </w:r>
    </w:p>
    <w:p>
      <w:pPr>
        <w:autoSpaceDN w:val="0"/>
        <w:autoSpaceDE w:val="0"/>
        <w:widowControl/>
        <w:spacing w:line="334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conversation turned to their sons, Daniel and David.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visits were a regular source of joy, their youthful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 a balm on their souls. Vanessa cherished her role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supportive presence in their lives, finding immense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satisfaction in their affection and the warmth of their family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bond. They had created a family, a unit of love and support,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testament to the power of connection and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stars began to appear, scattering diamonds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darkening sky, they walked back towards their apartment,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in hand. The city lights twinkled, a beacon of hope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vast darkness, mirroring the strength and resilience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found within themselves. Their journey had been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arduous, filled with challenges and uncertainties. But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navigated the storm, their love guiding them, their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compass, and their shared dreams a radiant light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illuminated their path.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evening, nestled on their couch, a soft blanket draped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them, they watched a movie, their bodies close,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hearts even closer. It was a simple pleasure, a quiet moment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shared joy, a testament to their enduring love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that had shaped their lives. The quiet contentment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surrounded them was a palpable thing, an atmosphere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created not by material possessions or grand achievements,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by the deep and abiding love that held them together.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'happily ever after' wasn't a fairy tale, but a complex,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beautiful, and deeply satisfying reality –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love, the strength of their bond, and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that had guided them through their darkest hours.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story was far from over; it was just beginning to unfold in its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most beautiful and poignant chapter. Their future wasn't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horizon; it was a vast, boundless ocean of possibilities,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waiting to be explored together, hand in hand, their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a quiet, profound, and unwavering hope.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victories, the shared moments of laughter,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found in each other’s arms – these were the building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blocks of their new reality, their enduring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transformative power of love, resilience, and the simple,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extraordinary, beauty of shared life. The future stretched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them, uncertain yet promising, a tapestry waiting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woven with the threads of their shared dreams, a legacy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built not just on survival, but on thriving, on celebrating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victories, and on cherishing the immeasurable gift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that had healed, transformed, and ultimately saved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 journey had been long and arduous, but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destination – their shared future – was a beacon of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shining brilliantly in the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37: Confronting Past Trauma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Confronting Past Trauma</w:t>
      </w:r>
    </w:p>
    <w:p>
      <w:pPr>
        <w:autoSpaceDN w:val="0"/>
        <w:autoSpaceDE w:val="0"/>
        <w:widowControl/>
        <w:spacing w:line="346" w:lineRule="exact" w:before="27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 afternoon sun cast long shadows across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Hoboken waterfront as Vanessa walked along the pier,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chill wind whipping through her hair. She hadn't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to this spot since… since before. Before the accident,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the emptiness that had swallowed her whole. This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spot, a place where Michael, her late husband,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often sit, sketching the ever-changing cityscape, his brow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furrowed in concentration, his lips moving silently as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muttered to himself, lost in the beauty of the scene.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remembered the way the sunlight used to catch the silver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hair, the way his eyes would crinkle at the corners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smiled, a smile that had been absent from her life for far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too long. A wave of grief washed over her, a familiar ache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chest that she'd learned to live with, but never truly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overcome.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closed her eyes, breathing in the salty air, the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scent of the river, a scent that held both happy memories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crushing weight of loss. She pictured Michael beside 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hand gently resting on her back, his presence a phantom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limb, a constant reminder of what she’d lost. The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colors of the sunset painted a melancholic canvas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sky, mirroring the complex emotions swirling within 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allowed herself to grieve, to let the tears flow freely,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letting the sadness wash over her, cleansing her of the built-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 emotional residue that she had been so diligently trying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suppress. It wasn't a breakdown, not exactly; more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release, a quiet surrender to the pain that still clung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her.</w:t>
      </w:r>
    </w:p>
    <w:p>
      <w:pPr>
        <w:autoSpaceDN w:val="0"/>
        <w:autoSpaceDE w:val="0"/>
        <w:widowControl/>
        <w:spacing w:line="344" w:lineRule="exact" w:before="2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spent a long time there, sitting on one of the park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benches, watching the boats glide across the water, their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wake disturbing the otherwise serene surface. The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 of the waves seemed to lull her into a state of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contemplation, a space where she could confront the ghosts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her past without being overwhelmed by them. She thought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Michael, his kindness, his humor,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love– a love that continued to sustain her even in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absence. She reflected on their life together, cherishing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while acknowledging the pain of his loss.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a silent promise to him, a vow to live her life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fullest, to honor his memory, and to find happiness again.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 that evening, she found herself calling Dr. Rebah.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hadn't intended to, but the emotions of the afternoon had left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feeling vulnerable, and the need for connection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overwhelming. He picked up on the first ring,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surprisingly tender, "Vanessa? Is everything alright?"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 was palpable, and it offered a solace she hadn't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expected.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confessed her afternoon at the pier, her voice thick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emotion. He listened patiently, offering words of comfort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understanding, his own experiences of loss giving him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unique perspective on her grief. He understood the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language of sorrow, the way it could grip a person and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truly let go.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"Sometimes," he said softly, his words like a balm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wounds, "the only way to heal is to confront the pain head-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on. To allow yourself to feel it, to process it, without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judgment."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 lasted for hours, a seamless weaving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of shared experiences and mutual support.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conversation, not just about the past but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future, about their shared hope for healing, for finding solace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each other's company. It cemented their bond, solidifying</w:t>
      </w:r>
    </w:p>
    <w:p>
      <w:pPr>
        <w:autoSpaceDN w:val="0"/>
        <w:autoSpaceDE w:val="0"/>
        <w:widowControl/>
        <w:spacing w:line="346" w:lineRule="exact" w:before="254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friendship that was quickly evolving into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deeper, something more significant.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weekend, Dr. Rebah made a quiet trip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sons. It had been months since he had last seen them,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painful silence that weighed heavily on his heart. He carried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bouquet of their favorite flowers – sunflowers for eight-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year-old Ethan, vibrant red roses for fifteen-year-old Liam.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air in the house felt heavy with unspoken words, a tense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atmosphere that mirrored the distance that had grown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them.</w:t>
      </w:r>
    </w:p>
    <w:p>
      <w:pPr>
        <w:autoSpaceDN w:val="0"/>
        <w:autoSpaceDE w:val="0"/>
        <w:widowControl/>
        <w:spacing w:line="346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found them in the backyard, engrossed in a video game,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faces illuminated by the glow of the screen. He cleared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throat, and their heads snapped up. Ethan, ever the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outgoing of the two, ran to him, his small arms wrapping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around his legs. Liam, however, remained where he was,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 fixed on the ground. His silence spoke volumes,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contrast to Ethan's effusive welcome.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spent the afternoon trying to bridge the gap,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reconnect with his sons, to mend the broken threads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relationship. He spoke to them about their interests,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their lives. He apologized for his absences,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distance that had grown between them,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turmoil he had brought into their lives. He offered no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excuses, only apologies and a genuine desire to rebuild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relationship.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afternoon was difficult, laced with tense silences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awkward conversations. But beneath the surface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strained interactions, there was a glimmer of hope. He saw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flicker of recognition in Liam's eyes, a hint of warmth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previously distant demeanor. Ethan, as always, was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willing to forgive, more willing to embrace the change.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saw the beginnings of reconciliation, a promise of a future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they could rebuild their bond, a future where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painful distance between them could finally melt away.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evening, Dr. Rebah reflected on the experience, the raw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emotion of his visit leaving him both drained and hopeful.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thought of Vanessa, of her own journey through grief,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unwavering support she had offered him. He picked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 his phone and called her, his voice echoing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his experiences. He recounted his visit, his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laced with a vulnerability that allowed Vanessa to 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comprehend the depth of his pain. They talked late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night, sharing their experiences, their struggles, their hopes.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pain, their shared journeys through loss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healing, only served to strengthen their bond. It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connection that they could share such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details of their lives, that they could offer each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support without judgment or reservation.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recognized a kindred spirit in each other, a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the pain of loss and the arduous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healing. Their mutual empathy forged a strong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foundation of trust, a foundation upon which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burgeoning relationship continued to flourish. It was in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shared vulnerability, of mutual understanding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unconditional support that their love story truly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take shape. Their healing was intertwined, their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journeys now shared, each moment of their shared pain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healing strengthening their connection in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ways, as they gently and tenderly walked their respective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paths towards a future where love, healing, and hope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intertwine. Their future was uncertain, yes, but with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other, they faced the uncertainty with a quiet,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and a love that was beginning to heal the wounds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past.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Grief and Healing Process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38: Vanessa's Grief and Healing Process</w:t>
      </w:r>
    </w:p>
    <w:p>
      <w:pPr>
        <w:autoSpaceDN w:val="0"/>
        <w:autoSpaceDE w:val="0"/>
        <w:widowControl/>
        <w:spacing w:line="346" w:lineRule="exact" w:before="30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Hoboken apartment, small but filled with sunlight,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like a refuge than a home. It was a deliberate choice,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clean slate, a departure from the life she’d known before.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freshly brewed coffee, a ritual she'd adopted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start her days, mingled with the faint aroma of lavender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small sachet tucked away in a drawer. The scent,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her late husband, Michael's favorite, was both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a pang of grief. It was a constant reminder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life that was, and the life she was painstakingly building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now.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spent many evenings sitting by the window, the Hudson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River shimmering under the city lights. The rhythmic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lapping of the water against the shore was a soothing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the turbulent emotions that still raged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her. She'd lost Michael six months prior, a sudden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attack that had left her reeling, disoriented, and utterly lost.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shock had given way to an almost unbearable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grief, a constant ache in her chest that mirrored the physical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pain of her own healing wounds.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days were spent at Palisades Medical Center,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whirlwind of activity that kept her busy, almost numb.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routine, the comforting structure of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provided a necessary distraction from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internal turmoil. She immersed herself in her work,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the rhythm of tending to others, a therapeutic outlet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both fulfilled and drained her. The empathy she showed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patients, a deep-seated compassion honed over years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nursing, was her armor and her balm. It was in caring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that she slowly, tentatively, began to care for herself.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the quiet moments were the hardest. The silence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apartment, the emptiness of her bed, the stark absence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Michael's familiar presence - these were the moments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carefully constructed walls crumbled. She'd curl up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worn couch, clutching a faded photograph of herself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Michael on their wedding day, the image a bittersweet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a love that had been abruptly and devastatingly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ended.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Flashbacks, vivid and intrusive, would often haunt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waking hours. She’d see Michael, his eyes twinkling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as they shared a quiet moment on their balcony,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 arms wrapped around her, holding her close.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 his voice, his quiet reassurances, the gentle rhythm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breathing next to her in bed. She’d remember the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 of their shared life, the mundane moments of ordinary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happiness that now felt like precious jewels, lost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irretrievable. These memories, once sources of comfort,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potent reminders of her loss, waves of grief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threatening to engulf her entirely.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Sometimes, she'd retreat to the Hoboken park, a tranquil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oasis a short walk from her apartment. The gentle sway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trees, the whisper of the wind through the leaves,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chatter of the squirrels, all served as a soothing balm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frayed nerves. She'd find a secluded bench, the late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afternoon sun warming her face, and simply sit, letting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embrace her. She'd close her eyes, trying to focus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present, the feel of the sun on her skin, the scent of fresh-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cut grass, trying to find pockets of peace in the midst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storm within.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discovered a small, hidden grove nestled deep within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park, a secluded sanctuary of towering oaks and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maples. The dappled sunlight filtering through the leaves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created an ethereal atmosphere, a space where time seemed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slow down, where the weight of her grief felt less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oppressive. She brought a worn copy of her favorite poetry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book, finding comfort in the rhythm and cadence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words, the universal themes of loss and longing offering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strangely reassuring companion.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healing process wasn't linear, it wasn't a smooth,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predictable journey. It was a chaotic jumble of good days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bad, of moments of clarity and episodes of profound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despair. There were days when she'd wake up feeling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reasonably calm and focused, only to be hit by a sudden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wave of overwhelming grief later in the day, the pain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sharp that it would leave her breathless. Other days, she'd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 herself inexplicably paralyzed, unable to move from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bed, her energy depleted, and the simple act of showering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unimaginable task.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struggle, there were also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grace. A kind word from a colleague,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 with a friend, the unexpected warmth of a stranger’s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 – these small acts of kindness served as a lifeline,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that she wasn’t alone in her suffering. She found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group for widows, a safe space to share her feelings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experiences, to find solace in the shared stories of others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understood her pain. The vulnerability felt unnerving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first, but soon it provided a sense of belonging, a reassurance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her grief was not something to be ashamed of, or to bear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alone.</w:t>
      </w:r>
    </w:p>
    <w:p>
      <w:pPr>
        <w:autoSpaceDN w:val="0"/>
        <w:autoSpaceDE w:val="0"/>
        <w:widowControl/>
        <w:spacing w:line="344" w:lineRule="exact" w:before="2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started volunteering at a local hospice, a conscious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decision to channel her grief into something meaningful.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Caring for the dying, witnessing their final moments,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paradoxically brought her a sense of peace and perspective.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reminded her of the preciousness of life, the importance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cherishing each moment, and the significance of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beauty in even the most difficult circumstances. Through</w:t>
      </w:r>
    </w:p>
    <w:p>
      <w:pPr>
        <w:autoSpaceDN w:val="0"/>
        <w:autoSpaceDE w:val="0"/>
        <w:widowControl/>
        <w:spacing w:line="344" w:lineRule="exact" w:before="254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stories, she found echoes of her own journey,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reflection of the resilience of the human spirit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 of human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work was challenging, emotionally draining, but also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deeply rewarding. The gratitude she received from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patients, their families, their friends - it nourished her soul.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in this work, in the silent moments shared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dying, that she found a profound sense of purpose, a feeling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her life still held meaning and value. She was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again, not in a clean break from her past but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gradual, transformative integration of grief, healing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purpose. The journey was arduous, but she began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recognize the resilience within her, a strength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never suspected existed. It was a new beginning indeed,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 in the crucible of grief and a testament to her spirit's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indomitable capacity for healing. The path ahead was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uncertain, but she was beginning to believe she could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 it, with strength, and grace. The city lights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twinkled from her window, but now they felt less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spectacle, and more like a beacon, guiding her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filled with hope, healing and possibility. The echoes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grief would always be present, but the vibrant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around her began to infuse her soul with a new, more</w:t>
        <w:br/>
        <w:t xml:space="preserve">hopeful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melody.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Continuing Research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39: Continuing Research</w:t>
      </w:r>
    </w:p>
    <w:p>
      <w:pPr>
        <w:autoSpaceDN w:val="0"/>
        <w:autoSpaceDE w:val="0"/>
        <w:widowControl/>
        <w:spacing w:line="344" w:lineRule="exact" w:before="30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fluorescent lights of the lab hummed a steady, almost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drone, a counterpoint to the rhythmic tap-tap-tap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Maltin’s fingers on the keyboard. He sat hunched over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computer, the glow illuminating his face, etching deeper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lines of weariness etched by his illness, yet somehow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highlighting the unwavering intensity in his eyes. The air,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thick with the scent of antiseptic and the faint whiff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coffee, held a palpable energy – the quiet intensity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focused dedication. This wasn’t a sterile environment;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crucible, a place where ideas were forged and hopes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kindled. Here, amidst the whirring of centrifuges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hiss of liquid nitrogen, Maltin found his sanctuary,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refuge from the physical toll of his illness.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He’d insisted on coming to the lab, even on days when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was particularly acute. Vanessa had argued, pleaded,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threatened, but his resolve had been unshakeable.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wasn’t just work; it was his legacy. It was a way to channel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energy, his passion, his unwavering commitment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life’s work, even as life itself seemed to be slipping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fingers. He wasn't just fighting for his own survival;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fighting for a future where others wouldn't have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endure the same suffering that he was facing.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research project – a novel approach to pulmonary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rehabilitation using targeted gene therapy – was consuming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him, driving him forward, giving him a purpose beyond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mortality. The countless hours spent poring over data,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analyzing results, and refining his methodology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his unwavering dedication. He had assembled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crack team, hand-picking researchers who shared his vision,</w:t>
      </w:r>
    </w:p>
    <w:p>
      <w:pPr>
        <w:autoSpaceDN w:val="0"/>
        <w:autoSpaceDE w:val="0"/>
        <w:widowControl/>
        <w:spacing w:line="346" w:lineRule="exact" w:before="254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passion, and his unwavering belief in the potential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work.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Anya Sharma, his lead researcher, a brilliant young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woman with an infectious enthusiasm, paused by his desk.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"Maltin," she said softly, her voice laced with concern. "You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 drained. You should really go home."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up, his eyes meeting hers. A faint smile flickered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his lips. "I'm fine, Anya. Just a little tired. We're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verge of a breakthrough. I can feel it."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 knew better than to argue. She had witnessed firsthand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resilience, his tenacity, his unwavering belief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his research. He was a force of nature, a whirlwind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intellect and passion, even as his body betrayed him.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his dedication wasn't just about science;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leaving a lasting mark on the world, a legacy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would extend beyond his own lifespan.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lab itself was a reflection of Maltin's dedication.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just a workspace; it was a testament to his vision.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equipment was state-of-the-art, the atmosphere buzzing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intellectual energy, the walls adorned with graphs, charts,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equations that spoke volumes about the tireless work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went on within its confines. Every corner of the lab,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piece of equipment, every carefully organized file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of Maltin's unwavering commitment to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research.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continued to work late into the night, fueled by caffeine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an almost reckless determination. The silence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empty lab, broken only by the hum of the machinery,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conducive to his focused concentration. He was lost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of data, immersed in the intricate details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research, as if the scientific process itself was a form of</w:t>
      </w:r>
    </w:p>
    <w:p>
      <w:pPr>
        <w:autoSpaceDN w:val="0"/>
        <w:autoSpaceDE w:val="0"/>
        <w:widowControl/>
        <w:spacing w:line="344" w:lineRule="exact" w:before="256" w:after="0"/>
        <w:ind w:left="1000" w:right="230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meditation, a way to escape the relentless pain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uncertainty that plagued his waking hours.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would often find him asleep at his desk, his head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resting on a pile of papers, a faint smile playing on his lips.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would gently awaken him, coax him home,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never tried to dissuade him from his work. She understood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profound sense of purpose it gave him, the escape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provided from the harsh realities of his illness. His research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more than a project; it was his therapy, his solace,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reason for living.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Vanessa helped him pack up his things,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paused, staring at the complex equations displayed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monitor. "This," he said, his voice thick with emotion, "this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 my legacy. This is what I want to leave behind."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reached out and placed her hand on his, her touch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reassurance. "And it's going to be extraordinary,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love," she whispered, her voice filled with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conviction.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smiled, a weary but contented smile, and leaned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his body trembling slightly with fatigue.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illness was still there, heavy and oppressive, but it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longer held the same power over him. His work, his legacy,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given him a new strength, a new resilience, a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purpose that transcended the confines of his physical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limitations.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weeks were a blur of activity. The team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worked tirelessly, fueled by Maltin's unwavering leadership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inspired by his dedication. The breakthroughs came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 another, each small victory fueling their momentum,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giving them a renewed sense of hope and purpose. The lab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became a hub of excitement, a testament to the power of</w:t>
      </w:r>
    </w:p>
    <w:p>
      <w:pPr>
        <w:autoSpaceDN w:val="0"/>
        <w:autoSpaceDE w:val="0"/>
        <w:widowControl/>
        <w:spacing w:line="344" w:lineRule="exact" w:before="256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collaborative effort and the transformative potential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scientific innovation.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melted into nights, and nights into days, as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worked towards their shared goal. The exhaustion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palpable, yet the atmosphere was charged with an electric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energy. Every successful experiment, every promising result,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victory, not just for the research team, but for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himself. He felt he was fighting for more than just his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survival; he was fighting for the future of pulmonary care.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 fighting for a legacy that would outlive him, a legacy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would touch the lives of countless others.</w:t>
      </w:r>
    </w:p>
    <w:p>
      <w:pPr>
        <w:autoSpaceDN w:val="0"/>
        <w:autoSpaceDE w:val="0"/>
        <w:widowControl/>
        <w:spacing w:line="344" w:lineRule="exact" w:before="0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final presentation to the board was a momentous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occasion. Maltin, pale but resolute, stood before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assembled executives, his voice clear and strong as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presented their findings. He spoke with passion,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conviction, with the unwavering authority of a man who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dedicated his life to his work. The room was silent,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captivated by his presentation, awestruck by the potential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discovery.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applause that followed was deafening,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monumental achievement they had accomplished.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of triumph, a moment of shared celebration,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that transcended the personal struggles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they had overcome. It was a moment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validated Maltin's unwavering dedication, his resilience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face of adversity, and his profound commitment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leaving a lasting impact on the world.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quiet aftermath, as the celebratory buzz subsided,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leaned against Vanessa, exhausted but profoundly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content. He had done it. He had left his mark. His legacy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secure, etched not just in scientific journals and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textbooks, but in the hearts and minds of everyone he had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touched. His journey had been arduous, filled with pain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uncertainty, but it had also been a testament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indomitable human spirit, a story of resilience, dedication,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transformative power of love. And as he looked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her face radiant with pride and affection, 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his greatest legacy wasn't just his research, but the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shared, the life they had built together, a life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as rich and complex as the research that had consumed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last months. The future remained uncertain, but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he had created, the impact he had made,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remain for generations to come. His work, his love, his life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—it was all a testament to the extraordinary power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spirit.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40: Facing Mortality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Facing Mortality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nipped at their faces as they walked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 the Hoboken waterfront, the Hudson River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shimmering ribbon of silver under the pale sunlight. Silence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settled between them, a comfortable silence born not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awkwardness, but of shared understanding. It wasn't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 of despair, but a quiet contemplation, a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breathing space amidst the storm of Maltin's illness.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squeezed his hand, her touch a silent reassurance.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walked this path countless times, their footsteps etching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rhythm into the pavement, each stride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enduring journey. But today, the familiar scenery held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weight, a poignant reflection of their changed reality.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 stopped, gazing out at the endless expanse of water.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vastness of the river mirrored the vastness of his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uncertainty, the unpredictable currents reflecting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unpredictable nature of his illness. He'd always been a 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control, a physician accustomed to wielding knowledge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skill to navigate the complexities of the human body.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Now, faced with an enemy he couldn't conquer, he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helplessness. His gaze drifted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shoreline, the hazy outline of the New York City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skyline a stark reminder of the life he might not live to see.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followed his gaze, understanding the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 hanging in the air. She didn't try to minimize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fear, to brush aside his anxieties with empty reassurances.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Instead, she simply sat beside him, her presence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affirmation of their shared reality. She placed her head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shoulder, feeling the familiar warmth of his body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hers. The vulnerability was raw, palpable, yet strangely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comforting. It was in these moments of shared vulnerability</w:t>
      </w:r>
    </w:p>
    <w:p>
      <w:pPr>
        <w:autoSpaceDN w:val="0"/>
        <w:autoSpaceDE w:val="0"/>
        <w:widowControl/>
        <w:spacing w:line="344" w:lineRule="exact" w:before="256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their love deepened, its roots anchoring them to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 amidst the shifting sands of uncertainty.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 beautiful, isn't it?" she whispered, her voice barely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audible above the gentle lapping of the waves against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32" w:lineRule="exact" w:before="144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shore.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nodded, his voice thick with emotion. "It is. But it makes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 think… how much time do we have? The clock 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ticking, Vanessa."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question hung in the air, heavy with unspoken fears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anxieties. Vanessa didn't flinch. She held his gaze,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reflecting the strength and unwavering love that had become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hallmark.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have now," she said softly, her voice unwavering. "And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that's what matters. We have each other, this moment,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walk, this love. We'll make the most of every single day,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single breath."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spent the rest of the afternoon in companionable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silence, sharing quiet moments of reflection, their hands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 like two branches of a sturdy oak, weathering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together. They talked about their lives, their hopes,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fears – not in grandiose pronouncements, but in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whispers, intimate confessions that laid bare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vulnerabilities. They reminisced about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adventures, their laughter echoing against the backdrop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serene waterfront. They relived the simple joys,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everyday moments that had woven themselves into the rich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of their lives. Each shared memory was a precious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jewel, carefully placed into the treasure chest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history. They were not merely recounting the past;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solidifying their present and nurturing their future.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evenings, they would sit by the fireplace in their cozy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apartment, the dancing flames casting a warm glow 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faces. They would read aloud to each other, their voices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blending in a harmonious duet, sometimes their fingers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brushing as they turned the pages. They talked about life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death, their beliefs, their hopes, their fears. Maltin,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pragmatist, confronted his mortality with a surprising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openness, his vulnerabilities laid bare in the intimate setting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home. Vanessa listened patiently, her presence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silent testament to her unconditional love and support.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were not debates, but explorations,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into the unknown territories of their minds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Maltin confessed his fear of leaving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alone. The thought of a future without him filled him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guilt and sorrow. He worried about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happiness, her well-being, her future.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held his gaze, her eyes brimming with tears, but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remained steady. "Babydoll," she said gently, "I don't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 how, but one way or another I will be okay. I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cherish the time we've had together. And your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 remain an eternal flame in my heart. Your memory,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spirit, your love will continue to guide and inspire me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single day. Don't think about that, because we will always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and life is short I'll be with you before you know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if you leave this earth first. Let our love be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for both of us, a testament to what we have shared,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life we've created."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his worry seemed to ease slightly. He knew,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certainty that transcended words, that his love for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would remain a beacon, a guiding light in her future.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started a new routine. Each morning, at Vanessa's su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would write down three things they were grateful for.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simple act, but it served as a powerful reminder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still present in their lives, a conscious effort to focus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positive, to find joy amidst the sorrow. They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small acts of kindness, simple gestures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deepened their bond. They volunteered at a local soup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kitchen, their shared purpose providing a sense of meaning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their personal struggles. They visited the elderly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residents in their nursing home, their compassion a balm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own hearts.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also started to reminisce over old photos, revisiting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joy, laughter, and shared dreams. They laughed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at the funny memories, cried at the sad ones, and cherished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moment, every shared experience. It was a journey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self-reflection, a journey of healing, a journey of love.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Maltin received a letter from his sons, expressing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gratitude for Vanessa's support and love. It was a small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 of recognition, but it meant the world to him. 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he had left a legacy of love, a legacy of resilience,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legacy of unwavering support.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couple's journey wasn't about avoiding the reality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mortality; it was about embracing it, about living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with intention, with gratitude, with love.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wasn't a tragedy; it was a testament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connection, to the strength of the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 in the face of adversity. It was a tale of resilience,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of love, a narrative woven with the threads of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faith, and unwavering devotion. It was a love that bloomed,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in the absence of hardship, but in the face of it,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beauty that can emerge from even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challenging circumstances. Their journey, though painful,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ultimately a celebration of life, a profound appreciation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every precious moment they shared, a love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boundaries of time and death. And in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acceptance, they found a peace that surpassed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41: Seeking Support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Seeking Support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Maltin’s diagnosis settled heavily on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physical pressure in her chest that mirrored the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turmoil swirling within her. The initial shock had subsided,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relentless tide of anxiety that threatened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engulf her. She knew she couldn't face this alone.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despite his stoicism, needed support, a network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to cushion the blow of his mortality. And she,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her own quiet desperation, needed the same.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first instinct was to reach out to her sister, Sarah. Sarah,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practical and unwavering in her support, lived several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states away, but a phone call felt inadequate for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magnitude of the situation. Vanessa booked a flight, needing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physical presence of her sister, the comfort of a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embrace. Sarah arrived with a comforting warmth,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a palpable balm against the pervasive chill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hospital. Their conversations, held in hushed tones amidst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quiet of Vanessa's apartment, were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tears, shared anxieties, and quiet determination. Sarah,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successful lawyer, offered a pragmatic perspective, helping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navigate the complexities of insurance,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bills, and the myriad legal considerations that came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illness. More importantly, Sarah listened, offering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empathy that allowed Vanessa to express her fears,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guilt, and her profound love for Maltin without judgment.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reminded Vanessa of her own strength, of her resilience,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of the unwavering love that bound her to Maltin.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warmth of Sarah's presence was a lifeline, a tangible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reminder that she wasn't alone in this battle.</w:t>
        <w:br/>
        <w:t xml:space="preserve">Vanessa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confided in Maltin about her profound connection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a bond deeply cherished. Maltin, ever attentive,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absorbed Vanessa's poignant descriptions of her yearning for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now immersed in family life in Columbus, Ohio.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Finally, Sarah extended the crucial assistance her elder sister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desperately required.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Next, Vanessa turned to Dr. Anya Sharma, Maltin’s closest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colleague and friend at Palisades Medical Center. Anya,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brilliant oncologist, possessed a wealth of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knowledge, but more importantly, she understood Maltin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personal level. Their conversation took place in Anya's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office, a space usually filled with the buzz of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discussions, now imbued with a somber quietude. Anya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provided Vanessa with a realistic assessment of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condition, explaining the treatment options in clear, concise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terms, avoiding the sugar-coated pronouncements that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easily lull someone into false hope. She acknowledged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gravity of the situation, but also emphasized the advances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cancer treatment, holding onto a flicker of hope while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simultaneously preparing Vanessa for the realities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ahead. Anya’s professional expertise was seamlessly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 with her personal compassion, her friendship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a crucial bridge between medical facts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support. She became a vital part of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system, a trusted confidante who understood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intricacies of both the illness and the relationship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 and Vanessa.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contacted Joe and Hecky, inquiring if Maltin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his grim prognosis. Both confirmed Maltin's call,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conveying the devastating news of his cancer diagnosis,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assuring them of his unwavering strength, he did not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details of the illness. Overwhelmed with gratitude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thoughtful outreach, Joe and Hecky pledged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support, not only to Maltin in his arduous battle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disease, but also to Vanessa, his steadfast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caregiver, confidante, and partner, offering assistance in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capacity throughout this challenging odyssey.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Reaching out to Maltin's sons, Liam and Ethan, proved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challenging. Their strained relationship with their father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presented a significant hurdle. Vanessa knew that engaging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required delicacy, understanding, and an acceptance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complex emotions. She started with emails, cautiously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broaching the subject of their father's illness. The initial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responses were hesitant, laced with apprehension and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noticeable lack of warmth. However, Vanessa's persistence,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coupled with her heartfelt sincerity, gradually chipped away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 their resistance. She acknowledged their hurt, their anger,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years of estrangement from their father. She painted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picture of Maltin's deep love for them, his unwavering desire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mend their fractured relationship. Eventually, she arranged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video call. The initial awkwardness slowly dissipated,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tentative sharing of feelings. Daniel and Ethan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expressed their regrets, their unspoken wishes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reconciliation. The call was a turning point; a fragile bridge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built on acceptance and the shared desire to make amends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before it was too late.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network extended beyond immediate family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 friends. Vanessa found solace in the unexpected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corners of her life. Her volunteer work at the local soup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kitchen provided a sense of purpose amidst the chaos,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welcome distraction from the anxieties that constantly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threatened to overwhelm her. The camaraderie with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fellow volunteers, their shared commitment to serving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community, offered a sense of belonging, a refuge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isolation she often felt. The simple acts of kindness,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laughter, and the quiet moments of reflection amidst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bustling activity of the kitchen provided a restorative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balm for her weary soul. In the act of giving, she discovered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renewed sense of purpose and strength.</w:t>
      </w:r>
    </w:p>
    <w:p>
      <w:pPr>
        <w:autoSpaceDN w:val="0"/>
        <w:autoSpaceDE w:val="0"/>
        <w:widowControl/>
        <w:spacing w:line="332" w:lineRule="exact" w:before="26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Maltin's colleagues at the hospital also rallied around them.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nurses on the oncology ward became a source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encouragement. They shared stories of patients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had battled cancer and survived, offering glimpses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amidst the sea of uncertainty. Their quiet gestures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the extra blanket placed on Maltin's bed,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words of encouragement, spoke volumes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compassion and empathy. Even the doctors, usually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preoccupied with the demanding nature of their profession,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took the time to offer words of support, sharing their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expertise and their personal experiences with loss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healing. The collective support of the hospital staff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testament to the power of community, a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reminder that they weren't alone in their struggle.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not without its challenges. There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profound despair, moments when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situation threatened to crush them. But through it all,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 of family, friends, and colleagues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beacon of hope, a constant reminder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weren't facing this crisis in isolation. The combined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support network provided the scaffolding upon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which they rebuilt their strength, their love, and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faith in the resilience of the human spirit.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testament to the healing power of human connection,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affirmation of the profound importance of community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times of profound crisis. The strength found within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network of compassion allowed them to navigate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emotional maelstrom, to face their fears, and to cherish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moment with renewed hope and profound gratitude.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they received wasn't just about medical care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practical assistance; it was about a profound sharing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a collective acknowledgment of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humanity, and the unwavering belief in the transformative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love and resilience. It was in this tapestry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that Vanessa and Maltin found not only the strength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face their present reality, but also the enduring hope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future, however uncertain it may be.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42: Strengthening Their Bond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Strengthening Their Bond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weeks were a blur of late nights at the lab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stolen moments of quiet intimacy. The research project,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initially a source of stress, became a shared arena of triumph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frustration, binding them together in a way that went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professional collaboration. Vanessa, meticulous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detail-oriented, complemented Maltin's intuitive grasp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 medical phenomena. They debated,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challenged, they celebrated small victories, and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weathered setbacks together, their resilience fueled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understanding of each other’s strengths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weaknesses. The hospital, once a source of anxiety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exhaustion, became a shared battleground where they fought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their patients and, in a way, for each other.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hectic evening, after a long and emotionally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draining shift, Maltin found Vanessa sitting on their balcony,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staring at the twinkling lights of the Manhattan skyline.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joined her, the cool night air a welcome contrast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stifling atmosphere of the hospital. Without a word,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wrapped his arms around her, the familiar comfort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washing over her like a soothing balm. He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 her trembling, the residual stress of her day palpable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rigid posture. He held her tighter, murmuring words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reassurance, his voice low and soothing. It wasn't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fixing anything, it was simply about being there,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 strength of their bond.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Later, curled up on the sofa, sharing a cup of tea, they talked,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about the complexities of their research or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demanding nature of their jobs, but about simpler things: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of the sunset they had witnessed earlier, a funny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incident that had happened at the hospital, a shared memory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brought a smile to their lips. These seemingly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insignificant moments, these quiet exchanges, were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threads that wove the fabric of their deepening connection.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building a shared narrative, a life together, brick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by brick, moment by moment.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challenges continued, of course. Maltin’s strained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 with his sons remained a source of tension,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reminder of the pain he carried within him. 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often withdraw into himself, his usual gruff demeanor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intensifying, a shield against the vulnerability he struggled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confront. Vanessa, recognizing his silent struggle,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approached him with a gentle patience that surprised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herself. She didn't push him to talk, she simply offered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her unwavering support, her silent reassurance.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learned to read the unspoken language of his emotions,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subtle shifts in his expression, the almost imperceptible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tightening of his jaw, the way his shoulders slumped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was overwhelmed.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after a particularly difficult phone call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eldest son, Liam, Maltin found Vanessa waiting for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 home. She'd prepared his favorite meal, a simple but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dish of veal piccata and flan that spoke volumes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unspoken empathy. He didn't say a word, simply sat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at the table, the aroma of the food a soothing balm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troubled soul. As they ate, Vanessa shared a story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childhood, a light-hearted anecdote that brought a smile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his face, a small crack in the armor he usually wore.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subtle shift, a small victory, but it was a sign of progress,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 power of their growing understanding.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mutual support extended beyond their personal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struggles. They faced professional challenges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tackling setbacks with a newfound resilience born from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experiences. They celebrated successes, both big and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small, their joy amplified by the shared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accomplishment. They had learned to communicate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words, but their emotions, creating a bond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resilient and profoundly intimate.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apartment, initially a symbol of their fresh start,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transformed into a sanctuary, a testament to the depth of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evolving relationship. The walls, once bare, were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adorned with photographs, souvenirs from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small tokens of their growing love story.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kitchen, once a space of solitary preparation, was now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laughter and the aroma of shared meals, the simple 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cooking together becoming a ritual of connection.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evenings spent reading, the shared silences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affection, the gentle touch of a hand, the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 shared embrace—these moments were the bricks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mortar of their evolving relationship.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they sat on their balcony, watching the city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lights shimmer in the distance, Vanessa leaned against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her head resting on his shoulder. He gently stroked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shoulders and back, his touch a silent affirmation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In that moment, amidst the quiet hum of the city,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felt a profound sense of peace, a quiet contentment born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strength of their bond, the unwavering support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 each other, and the unwavering belief in the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building together. The challenges remained,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uncertainties lingered, but they faced them together,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forged in the crucible of shared experiences,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strengthened by the power of their mutual support.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not a fairytale, but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of the human spirit and the transformative power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love, a love that had been tested, refined, and strengthened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storms of life, a love that had found its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foundation in understanding, empathy,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mutual support. Their story wasn't just a romance; it was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strength of human connection, a celebration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resilience, and an ode to the beauty of finding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 in the most unexpected of places. The future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unwritten, full of possibilities and uncertainties,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they faced it together, hand in hand, their hearts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intertwined, their spirits soaring on the wings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love. The journey had just begun, and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ready, together, to face whatever came next. Their love story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over; it was just beginning to blossom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truly remarkable.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43: Navigating the Hospital's Dynamics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Navigating the Hospitals Dynamics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blurred into a rhythm of beeping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monitors, hushed conversations, and the ever-present scent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antiseptic. Vanessa found herself falling into a routine,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initial disorientation slowly giving way to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familiarity. The intensive care unit, initially a daunting maze,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landscape she navigated with increasing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confidence. She learned the nuances of the hospital's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intricate systems, the unspoken codes of conduct,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subtle power dynamics at play. She discovered that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 wasn't just a place of healing; it was a microcosm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society, with its own hierarchies, alliances, and rivalries.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Among the staff, she encountered a spectrum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personalities. There was Ms. Eleanor Vance, a veteran nurse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decades of experience, whose wisdom and kindness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as soothing as the balm she applied to chapped lips.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Eleanor became Vanessa's confidante, a quiet anchor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swirling currents of her new life. She offered a listening ear,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practical advice, and the comforting presence of someone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who understood the emotional toll of the profession.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Eleanor's gentle guidance eased Vanessa's transition, helping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navigate the complexities of the hospital's routines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rules. They shared stories over lukewarm coffee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break room, finding solace in shared experiences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unspoken camaraderie of women in a male-dominated field.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contrast to Eleanor's warmth, there was Nurse Patricia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Harding, a younger nurse whose ambition overshadowed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compassion. Patricia was fiercely competitive,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constantly scanning the floor for opportunities to advance,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demeanor laced with an underlying tension that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found unsettling. Patricia's ambition, while admirable,</w:t>
      </w:r>
    </w:p>
    <w:p>
      <w:pPr>
        <w:autoSpaceDN w:val="0"/>
        <w:autoSpaceDE w:val="0"/>
        <w:widowControl/>
        <w:spacing w:line="344" w:lineRule="exact" w:before="256" w:after="0"/>
        <w:ind w:left="1000" w:right="1280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 veered into a disregard for the well-being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colleagues, fostering an environment of subtle but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competition. Vanessa chose to maintain a polite distance,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recognizing that the hospital's high-pressure environment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sometimes bring out the worst in people.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hospital's hierarchical structure was evident in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interaction. The attending physicians, like Dr. Rebah, held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position of authority that was both respected and feared.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residents, perpetually stressed and overworked, moved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hurried intensity, their faces etched with the weight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responsibilities. The nurses, the backbone of the hospital,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operated in a delicate balance between patient care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administrative tasks, constantly juggling competing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priorities. Vanessa quickly learned to navigate this complex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hierarchy, understanding when to assert herself and when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defer, always mindful of the delicate balance required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maintain a functional and harmonious work environment.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daily routines, the seemingly endless paperwork,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demands – it all contributed to a sense of relentless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pressure that Vanessa was still adjusting to.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hospital's daily operations unfolded in a mesmerizing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rhythm. The morning rounds were a whirlwind of activity,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doctors rushing from room to room, charts rustling,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clatter of medical equipment creating a symphony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urgency. The afternoon was a slower pace, a period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charting, administering medication, and providing comfort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 and their families. Evenings were marked by a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quiet exhaustion, as the staff prepared for the night shift.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sounds of the hospital – the rhythmic beeping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machines, the quiet whispers of nurses, the occasional cries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patients in pain – became the soundtrack to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days, slowly weaving their way into the fabric of her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life.</w:t>
      </w:r>
    </w:p>
    <w:p>
      <w:pPr>
        <w:autoSpaceDN w:val="0"/>
        <w:autoSpaceDE w:val="0"/>
        <w:widowControl/>
        <w:spacing w:line="344" w:lineRule="exact" w:before="256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hospital was more than just sterile hallways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equipment. It was a place of profound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experience, filled with moments of both joy and sorrow.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witnessed the miracles of medicine, the slow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steady recovery of patients, the reunion of families. She also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witnessed the inevitability of death, the quiet passing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patients, the grief of those left behind. These moments,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joyous and tragic, shaped her perspective, deepening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the human condition and the fragile nature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life.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pressure of her work, coupled with the lingering grief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her husband's death, often felt overwhelming.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days when exhaustion threatened to consume her, days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the weight of her responsibilities felt unbearable.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then, a small gesture of kindness from a colleague, a grateful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 from a recovering patient, a moment of shared laughter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Eleanor – these small moments reminded Vanessa 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chosen this profession, why she had chosen to start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anew in this chaotic but ultimately rewarding environment.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found solace in the quiet moments, the brief respites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 relentless activity. In the stillness of the break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room, sipping her coffee and sharing stories with Eleanor,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a sense of belonging, a connection that helped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navigate the complexities of her new life. Eleanor's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 provided a comforting backdrop,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strength and resilience of the human spirit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adversity. Eleanor often shared stories of her own career,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detailing the ups and downs, the triumphs and tragedies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shaped her into the wise and compassionate nurse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Vanessa admired.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remained a presence, albeit a distant one.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 were still marked by a certain tension, a clash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personalities that was both frustrating and intriguing. His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detachment remained, but Vanessa occasionally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glimpsed a vulnerability beneath the surface,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humanity that hinted at a complex inner world. She noticed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way his brow would furrow in concentration, the way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would sometimes soften when interacting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patient, betraying a compassion he seemed reluctant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acknowledge. These subtle glimpses fueled Vanessa’s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curiosity, making him an even more intriguing enigma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crowded corridors of the hospital.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a particularly challenging case involving a young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 with a severe respiratory illness, changed Vanessa's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perception of Dr. Rebah. The child's condition was critical,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Dr. Rebah, despite his outward stoicism, worked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tirelessly, his usual detachment replaced by a focused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intensity that bordered on obsession. He was relentless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efforts to stabilize the child, his expertise and dedication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evident in every decision he made. Vanessa, working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alongside him, witnessed the unwavering commitment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saving a life, a dedication that transcended the clinical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moved into a realm of pure compassion.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in these moments of shared stress and intense focus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a silent understanding began to form between them.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rarely spoke outside of the necessary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discussions, but their actions spoke volumes.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collaborated seamlessly, each anticipating the other's needs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working together with a shared goal in mind - the child's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recovery. This shared experience created an unusual bond,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respect that transcended their initial differences.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sterile environment of the hospital seemed to be slowly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giving way to something more human, more tangible.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these shared moments of pressure and intense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collaboration that the possibility of a deeper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emerge, a connection that resonated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stark walls of the hospital. The seeds of something more than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respect were finally beginning to sprout,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nourished by the shared experiences and the mutual respect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born out of a common goal: the preservation of life.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remained uncertain, but in the shared silence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successful resuscitation, the possibility of a different kind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began to bloom.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44: Vanessa's Professional Growth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Professional Growth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rhythmic beeping of the cardiac monitors faded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background hum of the hospital as Vanessa navigated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hallways. The sterile scent, once a source of anxiety,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felt like a second skin. Months had passed since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diagnosis, months filled with a rollercoaster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emotions, yet her professional life had blossomed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ways. The grief she still carried was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companion, but it no longer defined her. Instead, it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fueled a new determination, a fierce desire to excel,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herself, but as a tribute to the life they were building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initial apprehension at Palisades Medical Center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since dissolved. She’d proven herself a valuable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member of the team, her skills and dedication earning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 and admiration. Her nursing expertise, honed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 of experience and a natural empathy, had become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invaluable. She'd taken initiative on several complex cases,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demonstrating a level of competence that exceeded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expectations. Her colleagues, initially hesitant to work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alongside the "widowed nurse," now sought her advice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collaboration. Her calm demeanor, her thoughtful approach,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her unwavering commitment to patient care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 her from a newcomer into an integral part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hospital's dynamic.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 case stood out – the treatment of a young boy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rare respiratory condition. The doctors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stumped, the prognosis grim. Vanessa, remembering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similar case from her early years, suggested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unconventional approach. Her suggestion, met with initial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skepticism, ultimately proved to be a turning point in the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boy's treatment. The child responded well, his recovery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exceeding everyone's expectations. The success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Vanessa’s sharp clinical judgment and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ability to think outside the box. It catapulted her into a new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level of recognition within the hospital, and she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involved in more complex and challenging cases.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 bloomed, her skills sharpening with each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successful intervention.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immediate demands of patient care, Vanessa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found a niche in medical research. Maltin's ongoing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trials presented her with exciting opportunities.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meticulous nature, her attention to detail, and her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synthesize complex information made her an invaluable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asset to the team. She was no longer just a nurse;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becoming a key contributor to groundbreaking research,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role that gave her a profound sense of purpose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accomplishment.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opportunity to present some of her findings at a national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conference arrived unexpectedly. Initially hesitant,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overwhelmed by the prospect of public speaking,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gently encouraged her. He reminded her of her capabilities,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vital contribution her work had made to the ongoing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research. He helped her refine her presentation, providing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constructive criticism and unwavering support.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conference, held in a bustling city far removed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familiarity of Hoboken, was both exhilarating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daunting.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conference itself was an overwhelming experience.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Hundreds of doctors, researchers, and medical professionals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the vast auditorium, their presence a silent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dedication and commitment within the medical field.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felt a nervous tremor in her hands as she walked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podium, but as she began her presentation, a sense of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calm washed over her. Her voice, at first hesitant, gained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clarity as she spoke passionately about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work. The data she presented, meticulously compiled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analyzed, spoke for itself. The slides, each one a carefully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curated visual representation of her findings, supported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claims flawlessly.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audience responded with enthusiastic questions,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interest piqued by her insights and innovative approach.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answered confidently, eloquently, seamlessly weaving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 complex scientific concepts with a touch of</w:t>
        <w:br/>
        <w:t xml:space="preserve">personal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anecdote that underscored her dedication to patient care.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feedback she received was overwhelmingly</w:t>
        <w:br/>
        <w:t xml:space="preserve">positive.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presentation was well-received, earning her praise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renowned experts and recognition from</w:t>
        <w:br/>
        <w:t xml:space="preserve">colleagues she'd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previously only known through published papers.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 transcended the professional; it was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affirmation of her capabilities, a powerful</w:t>
        <w:br/>
        <w:t xml:space="preserve">validation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self-worth.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after-conference events, a whirlwind of networking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social interactions, further enhanced her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accomplishment. She met and interacted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leading figures in her field, engaging in stimulating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that challenged her perspectives and ignited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ideas. She exchanged contact information, made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connections, and felt a powerful sense of belonging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wider medical community. It was a far cry from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solitude she'd initially embraced after her husband's death.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vibrant exchange of ideas and experiences, this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community, was a welcome antidote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grief.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 the conference, she returned to Hoboken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renewed sense of purpose and a significant boost to her self-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esteem. Her professional achievements were not merely a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distraction from her grief; they were an integral part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 process. The success she had experienced had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affirmed her abilities but had also strengthened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resolve to continue pursuing her career goals. She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renewed energy, a palpable zest for her work.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support she received from Maltin throughout this period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invaluable. Despite his own health challenges,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an unwavering source of encouragement, his pride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evident in his words and actions. His illness, far from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hindering him, seemed to amplify his generosity of spirit.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his own experiences of professional triumphs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setbacks, fostering a sense of camaraderie and mutual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respect. Their shared journey of both professional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challenges strengthened their bond, deepening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connection. It transcended a relationship of lovers; it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powerful partnership, built on mutual support,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and a profound understanding of life's fragility.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Vanessa’s professional growth wasn't just about climbing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ladder or accumulating accolades. It was about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empowerment. It was about reclaiming her identity,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purpose, her life. It was about proving to herself, and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that she was capable, resilient, and that she had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to overcome any obstacle. Her success was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professional achievement; it was a testament to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courage, her dedication, and her unwavering belief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herself. The hospital, once a sanctuary of sterile order,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become a canvas for her transformation, a stage where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not only healed but had also discovered a renewed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purpose, a passion that invigorated her soul. Her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over, but with each successful step, each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 overcome, she felt an undeniable sense of hope,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belief in a future that was both bright and full of potential.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legacy she was building was not only in her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accomplishments but in her profound resilience and her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ability to find fulfillment even amidst the deepest sorrow.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 of the hospital, once a symbol of loss, was now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soundtrack to her remarkable transformation,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enduring power of the human spirit and the resilience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heart.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45: Mentoring Others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Mentoring Others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 and the rhythmic beeping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monitors were a familiar comfort to Maltin. He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a brilliant pulmonologist; he was a teacher, a mentor,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guiding light for the young doctors who flocked to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his wisdom and experience. His illness, far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diminishing his influence, had somehow amplified it.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his raw honesty about his own mortality,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unexpectedly forged a deeper connection with his mentees.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He'd always been demanding, pushing his students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limits, expecting nothing less than excellence. But now,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new dimension to his teaching, a profound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that underscored every lecture, every critique,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piece of advice. He shared not just his vast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knowledge, but the hard-won lessons gleaned from a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lived fully, a life teetering on the edge of mortality.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Dr. Anya Sharma, his star researcher, was a prime example.</w:t>
      </w:r>
    </w:p>
    <w:p>
      <w:pPr>
        <w:autoSpaceDN w:val="0"/>
        <w:autoSpaceDE w:val="0"/>
        <w:widowControl/>
        <w:spacing w:line="344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was brilliant, driven, and possessed an infectious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enthusiasm that mirrored his own. But she also carried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burden of self-doubt, a fear of failure that gnawed at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confidence. Maltin saw it, recognized it in her hesitant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questions, in the way she’d second-guess her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judgments.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“Anya,” he’d said one evening, as they reviewed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particularly complex case study, "your analysis 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impeccable. Don't undervalue your intuition. Trust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instincts, the same way you trust the data. Doubt is a thief;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steals opportunities, it smothers creativity.”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recounted his own struggles, his early mistakes, the times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he'd almost given up. He spoke of the agonizing self-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criticism that had plagued him in his younger years, and how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he’d learned to channel that energy into perseverance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self-improvement. His vulnerability created an unusual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intimacy, a bond built on shared struggles and mutual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respect. Anya, initially intimidated by his reputation, found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opening up, sharing her own anxieties, her own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not measuring up.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mentorship extended beyond individual guidance.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instituted a weekly seminar series, inviting young doctors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various departments to present their research, to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challenges, to engage in lively, often spirited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discussions. These sessions weren't just about academic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excellence; they were about fostering collaboration,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encouraging critical thinking, and creating a supportive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for growth. His focus was on nurturing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critical thinking abilities, pushing them beyond rote learning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engage in creative problem-solving. He encouraged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think outside the box, to challenge established norms,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question their assumptions.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pushed them hard, but always with a profound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empathy and understanding. He’d often find himself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reminiscing about his own mentors, the individuals who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shaped his career, who had guided him through times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doubt and uncertainty. He shared stories of their failures,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triumphs, and the enduring lessons he’d learned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experiences, imparting a wisdom that extended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medical science.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would often meet his mentees outside the structured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 of the hospital. He'd invite small groups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home for informal gatherings, fostering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community and camaraderie. Vanessa, with her warm and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nurturing presence, was always a welcoming presence,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gentle demeanor counterbalancing Maltin's intensity.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informal gatherings often spilled over into discussions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life, beyond the realm of medicine. He’d share anecdotes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his life, his past mistakes, his personal struggles,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framed within the context of his medical career. He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his marriage, his divorce, the alienation from his sons.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experiences, once a source of deep personal pain,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now transformed into powerful teaching moments,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demonstration of resilience and the enduring capacity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young doctor, Dr. Ben Carter, a bright but insecure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intern, was particularly affected by Maltin's approach. Ben,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overwhelmed by the demanding pressures of his residency,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struggling to balance his personal life with the rigors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medical training. Maltin listened patiently as Ben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confided in him about his mounting stress and anxiety.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"Ben," Maltin said, his voice soft but firm, "medicine is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marathon, not a sprint. You need to learn to pace yourself,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prioritize your well-being. You can't pour from an empty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cup. Don't be afraid to ask for help, to seek support. That's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sign of strength, not weakness.”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introduced Ben to resources available at the hospital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 manage stress and burnout. He encouraged him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prioritize sleep, exercise, and meaningful connections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and family. He shared his own coping mechanisms,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demonstrating the importance of self-care.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mentoring extended beyond the confines of the hospital.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made time for speaking engagements at medical schools,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his experiences with aspiring doctors, inspiring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pursue excellence while maintaining a healthy balance in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lives. He encouraged them to find meaning and purpose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work, reminding them that medicine was about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just treating diseases; it was about healing lives,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building human connection.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even worked with several medical schools to develop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mentoring programs, creating opportunities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experienced physicians to mentor younger colleagues.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believed that fostering a culture of mentorship was essential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the future of the medical profession. His legacy wasn’t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the groundbreaking research; it was also the countless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young doctors he had mentored, inspired, and empowered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make a difference in the world. His impact would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reverberate through generations of physicians,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dedication, his wisdom, and his profound commitment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cultivating the future of medicine. His illness had become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catalyst, sharpening his focus, deepening his empathy,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ultimately, expanding his impact on the medical community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ways he could never have anticipated. The hospital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corridors, once the scene of his professional triumphs,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bore witness to his lasting legacy—a legacy not just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innovation but of human connection, mentorship,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enduring inspiration. The hum of the hospital,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rhythm of life and death, served as a perpetual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his profound contribution. His presence, even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illness, resonated throughout the institution, influencing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only the progress of medical research but also the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countless young doctors whose careers he had shaped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nurtured. His commitment to mentoring was a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demonstration of his enduring spirit, a testament to a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lived with purpose, passion, and profound empathy.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far greater than any medical breakthrough, one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continue to inspire and uplift future generations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healers. And as the sun rose each morning over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Palisades, casting its warm glow on the hospital and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bustling community, Maltin's spirit lived on, not just in the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results of his research, but in the countless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minds of those he had touched. His enduring legacy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testament to the extraordinary power of human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transformative impact of a life lived with purpose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unwavering dedication.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46: Sharing Their Story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Sharing their Story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 bit at Vanessa’s cheeks as she stepped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onto the stage, the microphone a cold weight in her hand.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Beside her, Maltin stood tall, his hand resting lightly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arm, a silent reassurance in the face of the expectant crowd.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wasn’t a hospital lecture hall; this was a conference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dedicated to supporting those affected by cancer, a room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stories of loss, fear, and, surprisingly, hope.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hadn’t planned on sharing their story publicly. It had been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private journey, a deeply personal struggle navigated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conversations and shared tears. But the seed of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idea, planted during a quiet evening by the fire,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blossomed into a decision. They could offer something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their medical expertise; they could offer the solace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experience.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began, his voice, usually commanding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authoritative, softer now, tinged with vulnerability. He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his diagnosis, the initial shock, the fear that had</w:t>
        <w:br/>
        <w:t xml:space="preserve">threatened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consume him. He described the chilling</w:t>
        <w:br/>
        <w:t xml:space="preserve">emptiness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followed the devastating news, the</w:t>
        <w:br/>
        <w:t xml:space="preserve">uncertainty that clawed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heart. He spoke about the overwhelming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isolation, the feeling of being adrift in a sea of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jargon and clinical procedures. He</w:t>
        <w:br/>
        <w:t xml:space="preserve">painted a vivid picture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darkness, honestly and without flinching, owning the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haunted his dreams. He spoke of the days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the simplest tasks felt</w:t>
        <w:br/>
        <w:t xml:space="preserve">insurmountable, when the sheer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weight of his condition threatened to crush him.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then shifted his focus, his voice warming, taking 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 tone entirely. He spoke of Vanessa, his voice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gratitude and admiration. He detailed the unwavering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she'd offered, her presence a constant beacon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storm. He described how she’d helped him navigate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maze, always remaining calm and rational while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wrestled with emotions that threatened to overwhelm him.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of her ability to anticipate his needs, her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strength, the unfailing faith she had in him and his strength.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acknowledged her as his rock, his inspiration.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broke with emotion as he expressed his deep love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admiration for her strength. He described how she found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 to support him despite her own losses and anxieties.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took over, her voice clear and strong, though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hands trembled slightly as she gripped the microphone.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not just as Maltin’s partner, but as a fellow traveler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arduous path of grief and healing. She spoke of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of loss, the gaping hole left by her husband’s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passing. She shared the raw emotions, the paralyzing grief,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loneliness that had once threatened to consume her.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described her initial hesitation to trust again, to open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to love after such devastating loss. She recounted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careful steps they had taken together, the small victories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larger strides they made as they rebuilt their lives, side-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by-side.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then turned the focus to their collaborative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Maltin's illness. She discussed their decision to seek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guidance from a counselor, emphasizing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importance of open communication and shared vulnerability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navigating such trials. She described how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were pivotal, not only in terms of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matters but also in bolstering each other's morale.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highlighted their consistent effort to carve out time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themselves amidst the chaos, sharing their thoughts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fears, supporting each other throughout the process.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stressed the importance of shared moments of relaxation,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creating a haven in the midst of the storm.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mentioned the significant role their families and friends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played in providing a support network, showing how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could become a vital source of strength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resilience. She spoke of their family dinners, their casual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conversations, and the simple acts of support which provided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 emotional balm, helping them cope during challenging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times. She openly shared the ups and downs of involving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families, discussing the initial hesitations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gradual acceptance that strengthened their bond as a couple.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revealed the supportive and understanding role played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their friends and colleagues, emphasizing the value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community that understood their challenges.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continued their presentation, the atmosphere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 shifted. The initial somberness slowly gave way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shared understanding, a collective recognition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universal struggles they had articulated. The audience,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initially hesitant, began to engage, their faces reflecting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empathy and inspiration. The room hummed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murmur of shared experiences, of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spoke about their research, not just as a professional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achievement, but as a testament to their shared passion,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commitment to making a difference. Their clinical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project, a testament to their resilience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determination, became a metaphor for their personal journey.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shared project, a collaboration that mirrored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relationship – a testament to teamwork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support, even in the face of adversity.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Following their talk, the line of people wanting to speak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snaked across the room, a silent testament to the impact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shared vulnerability. People shared their own stories,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own anxieties, and their own hopes. Some sobbed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openly, others smiled, their faces lit with a newfound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hope, inspired by their courageous honesty. Maltin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listened patiently, offering words of encouragement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understanding, reminding everyone that they weren't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 in their struggles.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night, as they drove home under a star-studded sky,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hum of the car a contrast to the cacophony of emotions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experienced that day, Vanessa turned to Maltin. "We did it,"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whispered, her voice filled with a mixture of exhaustion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exhilaration.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smiled, a weary but satisfied smile. "We did,"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replied, his voice soft with affection. Their legacy,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realized, wasn’t just in their professional achievements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contributions to medical research. It was in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acts of courage, in their shared vulnerability, and in the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inspired in others. Their story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enduring power of human connection, a beacon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illuminating the path toward resilience, hope,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beauty of shared love in the face of adversity.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testament to the strength found in vulnerability,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 power of shared experiences, and the lasting impact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inspiring others to embrace their own resilience.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continued, but they knew they were no longer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walking alone. They had shared their story, and in doing so,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created a community of support and hope,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legacy that transcended their personal struggle.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remained, but they had created something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profound, something lasting – a connection that fostered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and provided hope for others. Their love story,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woven into the fabric of their joint struggle against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of uncertainty, proved to be not just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resilience but also a shining example of hope for many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who had found themselves lost in similar struggles. Their</w:t>
      </w:r>
    </w:p>
    <w:p>
      <w:pPr>
        <w:autoSpaceDN w:val="0"/>
        <w:autoSpaceDE w:val="0"/>
        <w:widowControl/>
        <w:spacing w:line="346" w:lineRule="exact" w:before="254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collective shared story had woven a tapestry of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strength, healing and inspiration.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47: Building a Strong Foundation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Building a Strong Foundation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quiet hum of the refrigerator, a low thrumming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the gentle rain falling against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windowpane, was the soundtrack to their evening.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curled up on the sofa with a steaming mug of chamomile tea,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watched Maltin as he meticulously prepared dinner.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kitchen, usually a whirlwind of activity, was now a sanctuary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calm, a testament to the peace they had cultivated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space. The aroma of rosemary and garlic filled the air,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fragrant promise of warmth and comfort. This was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haven, their private world, a space where the pressures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hospital, the anxieties of Maltin’s illness, momentarily faded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background.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moved with a deliberate grace, a stark contrast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often frenetic energy he displayed at work. The careful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chopped vegetables, the precise measurement of spices,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reflected his meticulous nature, a trait that extended beyond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operating room to every facet of his life. He hummed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melody, a familiar tune from his childhood, a sound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 a quiet intimacy. It was in these small,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that Vanessa found solace, a balm to the anxieties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still occasionally gnawed at her.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 smells divine," she murmured, her voice soft, barely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audible above the rhythmic patter of the rain.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smiled, a slow, warm smile that reached his eyes,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crinkling the corners in a way that always made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skip a beat. "It's nothing special," he said, his voice 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affection, "just a simple roast chicken. But I thought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might be comforting."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was precisely what she needed, the gentle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reassurance of his presence, the silent understanding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passed between them without the need for words.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little, their conversation a comfortable silence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punctuated by the clinking of cutlery and the gentle sizzle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chicken roasting in the oven. It was in these shared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silences that their connection deepened, a bond forged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experiences and mutual support.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 had evolved beyond the initial whirlwind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attraction. It was now a tapestry woven with threads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mutual respect, shared dreams, and unwavering support.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challenges together, navigated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their professional lives, and confronted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harsh realities of Maltin’s illness. Each obstacle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overcome had only strengthened their bond, forging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that was both profound and enduring.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they were invited to a dinner party hosted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 of Maltin’s colleagues. The setting was a stark contrast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intimacy of their own home, a vibrant gathering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doctors, researchers, and their partners. Vanessa, initially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hesitant, found herself at ease amidst the lively conversation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warm camaraderie. Maltin, ever the gracious host,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introduced her to his colleagues, highlighting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contributions to their research. She found herself effortlessly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engaging in conversations about medical breakthroughs,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methodologies, and the latest advancements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pulmonology. It was a testament to her professional growth,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public acknowledgement of her capabilities and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integration into their circle.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evening wasn't merely a social event; it was a reflection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shared journey, their intertwined lives. Vanessa’s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was not an addendum to Maltin’s life, but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integral part of it, a testament to the strength and stability of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relationship. She had seamlessly integrated into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life, not just as his partner, but as a respected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colleague, a trusted confidante, and a vital part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team. Their connection transcended the personal;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become a powerful force in their professional lives,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mutual source of inspiration and support.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Later, as they drove home, the city lights blurring into a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tapestry of color, Maltin reached across and took her hand.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"Thank you," he murmured, his voice low and heartfelt, "for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 there, for everything."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squeezed his hand, a silent affirmation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support, her commitment to their shared journey.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She knew that their future was uncertain, that Maltin’s</w:t>
        <w:br/>
        <w:t xml:space="preserve">illness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cast a long shadow over their lives. But in that</w:t>
        <w:br/>
        <w:t xml:space="preserve">moment,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held his hand, she felt a profound sense of peace.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was a beacon, a guiding light in the face of adversity.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testament to the strength of their bond, a foundation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built on mutual respect, shared values, and an unyielding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 to one another.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commitment wasn't simply a declaration of love;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conscious choice to navigate life's complexities together.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sought couples counseling, not because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 was failing, but to strengthen it, to equip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themselves with the tools to navigate the challenges ahead.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therapist helped them understand their individual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 styles, their coping mechanisms,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vulnerabilities. It wasn't about fixing problems;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about building a stronger, more resilient foundation.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to communicate their needs more effectively,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 their fears and insecurities without judgment.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practiced active listening, truly hearing each other's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concerns, validating each other's feelings. They established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rituals that nurtured their connection: a weekly date night,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hour of reading together, a shared cup of tea before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bed. These small gestures, these intentional acts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were the mortar that held their relationship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also involved their families and friends in their lives.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initially hesitated to introduce Maltin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family, fearing their disapproval. But Maltin’s gentle nature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his genuine affection for her family quickly won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over. His sons, initially reserved, gradually warmed up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their bond deepening over shared meals, family outings,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casual conversations. The acceptance and support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families became a significant source of strength,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positive impact their relationship had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lives.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friends, a diverse mix of medical professionals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old acquaintances, also played a crucial role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system. The friends’ understanding of the pressures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respective professions, coupled with their empathy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Maltin's illness, provided them with a network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and encouragement. They celebrated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milestones together, offering a source of joy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during difficult times. These relationships weren't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merely peripheral; they became an integral part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fabric, a tapestry of support and companionship.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challenges remained, the weight of Maltin's illness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presence. But their commitment remained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unshaken. They had built a foundation strong enough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withstand the storms, a foundation built on love, respect,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shared commitment to building a future, a legacy, together.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legacy that extended beyond their personal lives,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encompassing their professional achievements,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contributions to medical research, and the profound impact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on the lives of their patients, their colleagues,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families. Their story was a testament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connection, the resilience of the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spirit, and the extraordinary capacity of love to heal,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strengthen, and to endure. The future remained uncertain,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thing was clear: they would face it together, hand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their love a beacon guiding them through the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illuminating the path towards a future built on hope,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resilience, and the enduring strength of their shared legacy.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48: Facing Difficult Choices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Facing Difficult Choices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scent of antiseptic hung heavy in the air,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warmth that usually emanated from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office. He sat hunched over the latest scans, his brow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furrowed in concentration, the lines etched around his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deepening with each passing moment. Vanessa watched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a tight knot in her chest. The initial shock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diagnosis had given way to a relentless cycle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appointments, consultations, and the agonizing process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weighing options, each with its own set of potential benefits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devastating risks.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Ramirez, their oncologist, had presented a range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possibilities, each painted with careful words and cautious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optimism, yet each laden with the chilling weight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uncertainty. Aggressive chemotherapy, with its brutal side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effects, offered a chance, however slim, of remission.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Targeted therapy, a newer, less invasive approach, held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a slower progression, but with no guarantee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long-term success. Then there was palliative care, a gentler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 focused on managing his pain and improving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quality of life, an option that felt like surrender, a premature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acceptance of the inevitable.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looked up, his gaze meeting Vanessa’s, the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spark in his eyes dimmed, replaced by a weary exhaustion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went beyond physical fatigue. He reached for her hand,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touch a silent communication, a shared burden carried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unspoken understanding between them. “It’s… a lot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process,” he said, his voice barely a whisper, the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heavy with the weight of his unspoken fears.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 know,” Vanessa replied, squeezing his hand gently.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learned to read his unspoken language, the subtle shifts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demeanor, the barely perceptible tremors in his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spoke volumes about the turmoil raging within him.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knew the battle he was fighting wasn’t just against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cancer, but against the fear, the uncertainty, the crushing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weight of mortality.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a blur of consultations, second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opinions, and agonizing discussions. Each doctor presented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slightly different perspective, each with their own statistical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probabilities and nuanced opinions, leaving them more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confused than ever. They pored over research papers,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journals, and clinical trials, drowning in a sea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jargon, desperately seeking a lifeline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statistical data. The once-sharp minds, so accustomed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navigating complex medical cases, felt overwhelmed, lost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labyrinth of uncertainties.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 corridors, once familiar and comforting,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like a desolate landscape, each echoing footstep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their precarious situation. The vibrant energy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medical center, usually a source of inspiration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motivation, seemed to fade into a muted background noise,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dwarfed by the gravity of their situation. The sterile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environment, designed to heal and restore, seemed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amplify their anxieties, turning the walls into a reflection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inner turmoil.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discussions weren’t just about treatment plans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survival rates; they delved into the deeper, more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aspects of their choices. They discussed the impact 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research, their dreams of establishing their own clinical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company, a project that had become a symbol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ambitions and their unwavering belief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future. They grappled with the potential impact on their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families, the fear of leaving their loved ones with a void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 amount of love could truly fill. They faced the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reality of the limited time they might have together,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moments they had to cherish, to savor, to make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memories.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these choices was immense. Aggressive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 could extend his life, but it might come at the cost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his quality of life, the side effects debilitating, robbing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of his energy, his passion, even his ability to walk.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less invasive approach offered more comfort, but it might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shorten his time. The constant trade-offs between survival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quality of life hung in the balance, every decision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gamble.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herself torn. She wanted to fight for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to exhaust every available option. But she also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wanted Maltin to be comfortable, to have the best quality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possible, even if it meant accepting a less aggressive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 plan. She learned to advocate for both options,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acknowledging the fear and grief, yet simultaneously</w:t>
        <w:br/>
        <w:t xml:space="preserve">striving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maintain hope.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found solace in their shared vulnerability. The mutual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they provided each other became the cornerstone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strength, their shared journey a testament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 and devotion. They spent long hours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talking, holding hands, sharing their deepest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anxieties. They found moments of lightness, escaping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gravity of their situation, reminding each other of the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found in their relationship, the love that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bloomed in the unexpected places of grief and loss.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emotional toll on both of them was immense. Vanessa’s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journey of healing from the loss of her husband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intricately interwoven with Maltin’s battle with cancer. The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raw emotions they experienced mirrored each other, creating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unique bond, a deep connection forged in the crucible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trials. They leaned on each other, supported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other, their love a lifeline in the storm.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decision, when it came, wasn't a sudden epiphany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gradual understanding, a convergence of their hopes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fears, their dreams and their anxieties. It wasn’t a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choice, a clear-cut answer. It was a complex equation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variables constantly shifting, a delicate balance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and acceptance, optimism and realism. It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love, their resilience, and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commitment to facing whatever lay ahead, together. They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chart their path, day by day, moment by moment,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in hand, finding solace in their shared journey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embracing each precious moment with unwavering love.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decision was a reflection of their strength, a testimony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their love and the resilience they had discovered in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other. The path ahead remained uncertain, but they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it together, their love an unyielding force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challenges. The hospital, the doctors' offices, became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landscape of shared struggle, their conversations not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discussions but also declarations of love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commitment. The journey was far from over,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facing it together, a partnership of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shared determination. They would fight for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embracing the uncertainty, their love a beacon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guiding their way through the storm.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52: Cherishing Every Moment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Cherishing Every Moment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 afternoon sun cast long shadows across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room, painting the walls in hues of amber and rose.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weak but alert, lay propped up against a mountain of pillows,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gaze fixed on Vanessa. He didn't need words; his eyes,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same deep brown that had captivated her from their first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encounter, spoke volumes. They held a depth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a silent acknowledgment of the preciousness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these remaining moments. Vanessa sat beside him,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nestled in his, the warmth of his skin a comforting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anchor. The silence wasn’t awkward; it was a comfortable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space filled with the unspoken language of love,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 that transcended words.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reached out, his touch feather-light, tracing the delicate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curve of her jawline. His fingers lingered, a silent caress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years of unspoken affection, of shared dreams,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that had weathered storms and emerged stronger.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leaned into his touch, her heart swelling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joy and sorrow. She remembered the first time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touched her, a tentative brush of his hand against hers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sterile environment of the hospital. That touch,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seemingly insignificant then, had blossomed into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connection, a bond that had defied logic and expectation.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touch now, frail yet deeply meaningful,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the enduring power of their love.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gently brushed a stray strand of hair from his forehead,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touch mirroring his earlier gesture towards her.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simple act felt profound, a ritual of love, a shared intimacy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deepened their connection in the face of impending loss.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room, usually stark and clinical, felt transformed,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imbued with a sense of warmth and tranquility. The medical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equipment, once a symbol of his illness, now seemed to fade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the background, replaced by the vibrant presence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love. The rhythmic beeping of the machines served as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somber reminder of their reality, but it did not diminish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of their connection.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evening, they ordered room service – a simple meal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pasta and a shared bottle of wine, a stark contrast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elegant dinners they had shared in the past. But the lack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fanfare didn’t diminish the joy of their companionship.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talked, not about his illness, but about their lives,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memories, their dreams. He recounted humorous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anecdotes from his childhood, his voice raspy but full of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laughter a welcome sound in the otherwise quiet room.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listened, captivated, her heart overflowing with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admiration. She saw in him not just a brilliant physician,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 loving partner, a devoted father, a man whose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resilience had always inspired her.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spoke of their research, their shared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medicine that had brought them together. They reminisced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 long hours they had spent working together,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 nights fueled by caffeine and ambition, the triumphant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when their hard work had paid off. It wasn't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work; it was their shared journey, their collaboration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metaphor for the intricate dance of their relationship.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confessed that he had always been intimidated by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intelligence and independence. She admitted that his gruff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exterior had once frightened her. Their vulnerabilities, laid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bare in this quiet space, strengthened their bond.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Later, as darkness fell, they held each other close,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solace in the warmth of each other's embrace. They didn't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speak; words were unnecessary. Their bodies spoke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language of love, a silent conversation that transcended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 of language and space. The simple act of holding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other, of feeling the comforting weight of another's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offered a profound sense of peace and security.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balm to their souls, a sanctuary from the harsh realities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his illness. This intimacy, born of shared experience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mutual respect, was the bedrock of their relationship. It was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comfort in the face of uncertainty, a promise of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unfolded in a similar rhythm.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moments—a shared cup of tea, a hand held, a whispered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 of love—became the most precious treasures.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watched old movies, sharing quiet laughs and tender glances.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listened to their favorite music, allowing the melodies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transport them to happier times. They reminisced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travels, their adventures, their shared aspirations.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 was savored, each shared experience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love that bound them together. The ordinary moments,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overlooked, became extraordinary, imbued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profound significance.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spent hours reading to him, her voice a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lullaby that soothed his troubled mind. She read poetry,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stories, excerpts from his favorite books. Her voice,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presence in his world, transported him to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realms, provided temporary refuge from his reality.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 drifted off to sleep while she read, his breathing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becoming calmer and more rhythmic. The act of reading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wasn't just a distraction; it was an affirmation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a commitment to his well-being, a gesture that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volumes without a single word.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sons, once distant, now spent hours at his bedside,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stories, sharing laughter, sharing their love.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reconciliation that had taken place during his illness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family, the importance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forgiveness, and the realization that life was too short for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grudges. They spoke of their childhood memories,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teenage years, their ambitions. They spoke of their father's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support, his dedication to their lives,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love for him. The bond that had been broken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slowly mending, strengthened by shared experience,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deepened by the approaching loss.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Eleanor and Esther remained constant presences,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love a comforting force that permeated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room. Eleanor's practical nature, once a source of frustration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Maltin, now seemed like a blessing. Her strength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provided a sense of stability, her pragmatic approach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handling the logistics of his care freeing up time for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intimate moments between Maltin and Vanessa. Esther's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strength, her quiet love, provided a sense of peace.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sat quietly at his side, her presence a tangible representation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unwavering support and comfort. Her touch, her silence,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very existence was a blessing.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sun dipped below the horizon, casting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 glow across the room, Maltin turned to Vanessa.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was weak, but his eyes shone with a love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words. "Thank you," he whispered,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barely audible, "For everything."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leaned in, pressing a kiss to his forehead,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response that spoke volumes. His life, though cut short,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filled with love, with family, with purpose.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the extraordinary journey of his life, and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live on in the memories they created together,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experiences they had lived, in the indelible mark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made on each other's souls. The moments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cherished, the quiet intimacy they shared, the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of love that passed between them were now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 than any tangible object, more significant than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material possession. They were the legacy of their love, a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strength of their bond, an inheritance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carry forward into the years to come. In the quiet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love, they found a peace that transcended the boundaries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life and death, an enduring connection that would endure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far beyond his earthly existence.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49: Vanessa's Strength and Resilience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Strength and Resilience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muted glow of the bedside lamp cast long shadows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bedroom, illuminating the gentle rise and fall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chest. He slept fitfully, his breaths shallow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uneven, the rhythmic rasp a constant reminder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invisible enemy gnawing at his body. Vanessa sat beside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him, her hand resting on his, her fingers tracing the lines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etched on his palm, lines that spoke of a life lived fully, a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was now threatened. She had spent countless nights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this, a silent vigil, her love a constant presence in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hours. The hospital, with its sterile atmosphere and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reminders of illness, felt a world away; here, in the sanctuary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home, she could create a space of peace, a haven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the fight could be momentarily forgotten.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initial shock of the diagnosis had worn off,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weary acceptance of the unpredictable nature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journey. The relentless cycle of appointments, the endless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discussions with doctors, the constant weighing of options—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all blurred into a relentless, emotionally draining routine.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exhaustion and the fear, a quiet strength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emerged, a strength born from their shared vulnerability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unyielding power of their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always been a caregiver, a nurse by profession,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nurturer by nature. But caring for Maltin was different.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not the detached professionalism of the hospital;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visceral, heart-wrenching responsibility that demanded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ounce of her being. She administered his medication,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monitored his vitals, anticipating his needs before he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voiced them. She prepared his meals, ensuring a diet tailored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his condition, blending the nutritious with the comforting,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delicate balance between health and pleasure. She cleaned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wounds, gently tending to his pain, her touch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reassurance, a tangible expression of her unwavering love.</w:t>
      </w:r>
    </w:p>
    <w:p>
      <w:pPr>
        <w:autoSpaceDN w:val="0"/>
        <w:autoSpaceDE w:val="0"/>
        <w:widowControl/>
        <w:spacing w:line="344" w:lineRule="exact" w:before="2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her care wasn't limited to the physical. She was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anchor in his storm, the steady presence amidst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turbulence of fear and uncertainty. She listened patiently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poured out his anxieties, his fears about his sons,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worries about leaving her behind. She soaked up his tears,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solace and comfort, reminding him of the life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built together, the dreams they shared, the love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unwavering foundation. She read to him, her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soothing balm, transporting them to other worlds, away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harsh reality of their present. She played his favorite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music, filling the room with melodies that spoke of hope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weaving a tapestry of comfort and love around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Maltin lay resting, Vanessa sat by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window, watching the city lights twinkle in the distance.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city that had initially felt so alien, so daunting, had become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refuge, the backdrop to their story. Hoboken, with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bustling streets and comforting familiarity, had become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haven, a place where they could retreat from the storm,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 peace and solace in each other’s embrace. The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 of the hospital had been replaced by the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 of their home, the sterile scent of antiseptic fading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comforting aroma of home-cooked meals and</w:t>
        <w:br/>
        <w:t xml:space="preserve">freshly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brewed coffee.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thought back to the woman she had been before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who had lost her husband, who had carried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grief with quiet dignity. That woman was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there, a part of her, but she was transformed, changed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crucible of their shared experience. She had found a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didn't know she possessed, a resilience born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deepest wellsprings of her heart. Her love for Maltin had not</w:t>
      </w:r>
    </w:p>
    <w:p>
      <w:pPr>
        <w:autoSpaceDN w:val="0"/>
        <w:autoSpaceDE w:val="0"/>
        <w:widowControl/>
        <w:spacing w:line="346" w:lineRule="exact" w:before="254" w:after="0"/>
        <w:ind w:left="1008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healed her own wounds but had also empowered her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 any challenge, any adversity, with unwavering courage.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conversations weren't always easy. There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raw emotion, of tears and unspoken fears.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times when the weight of their situation seemed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unbearable, when the future stretched before them,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uncharted territory filled with uncertainty. But even in these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despair, their love was their guiding light,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illuminating their path, offering a sense of purpose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direction.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night, Maltin woke up in a cold sweat, his breaths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ragged, his body wracked with pain. Vanessa immediately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sprang into action, administering his medication, gently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wiping the sweat from his brow, her touch a calming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reassurance. He clung to her, his body trembling,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barely a whisper. "I'm scared," he confessed,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breaking.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held him tight, her arms enfolding him in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protective embrace. "I know," she whispered, her voice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compassion and understanding. "But we'll face it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We always have."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they did. They faced the sleepless nights, the agonizing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pain, the emotional roller coaster of hope and despair.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faced it together, their love a shield against the storm,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a testament to their unbreakable bond. Their home,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a refuge from the outside world, became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 sanctuary where they could nurture their souls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heal their wounds. It was in the quiet moments,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laughter, the tender touches, the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understanding—in these small acts of love and support—that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strength was revealed, a strength that transcended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physical and emotional challenges they faced. The journey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over, but they faced it hand-in-hand,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hearts beating in unison, their love an unwavering force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face of adversity.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days turned into weeks, the weeks into months.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treatment, though arduous, yielded some positive results.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pain lessened, his energy improved, and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old spark returned to his eyes. He started spending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 in the garden, enjoying the simple pleasures of nature,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blooming flowers, the warmth of the sun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skin. Vanessa watched him with a mixture of relief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bittersweet joy, grateful for every moment they had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research project, once a distant ambition, became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symbol of their shared hope. Maltin, despite his illness,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 to contribute, his sharp mind still functioning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same brilliance that had always defined him. They spent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 together, poring over research papers, discussing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findings, their collaborative work a testament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bond, a lifeline in the midst of the storm.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 wasn't a fairy tale. It wasn't a smooth,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effortless journey. It was a challenging, heartbreaking,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ultimately uplifting narrative of resilience, love,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commitment. It was a story written in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moments, the shared tears, the silent understandings,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promises. It was a testament to their strength,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ability to find solace in each other's arms, their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faith in the power of love to heal, to transform, to endure.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home, transformed into a haven of love and resilience,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 witness to their unwavering commitment,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 beacon in the face of adversity. Their journey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far from over, but they faced the future, hand-in-hand,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 unwavering force, their resilience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spirit. The uncertain future held no fear, only the</w:t>
      </w:r>
    </w:p>
    <w:p>
      <w:pPr>
        <w:autoSpaceDN w:val="0"/>
        <w:autoSpaceDE w:val="0"/>
        <w:widowControl/>
        <w:spacing w:line="346" w:lineRule="exact" w:before="254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promise of facing it together, their love a beacon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storm.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50: Dr. Rebah's Acceptance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Dr Rebahs Acceptance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crisp autumn air, carrying the scent of fallen leaves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woodsmoke, seeped through the open window of his study.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sat by the window, a worn leather-bound book resting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unopened in his lap. The view, a panorama of Hoboken's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cityscape, held no particular fascination for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today. His gaze was inward, a journey into the depths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soul. The initial shock, the denial, the desperate clinging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hope—all of that had gradually faded, leaving behind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quietude that was both unsettling and strangely peaceful.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cancer, an unwelcome guest that had invaded his body,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also, in a paradoxical way, become a catalyst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introspection, a harbinger of self-discovery.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wasn't afraid of death, not in the way he'd initially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anticipated. The fear had been a powerful force, a tidal wave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threatened to consume him. But as the weeks turned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months, as he navigated the treacherous terrain of his illness,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fear had begun to recede, replaced by a profound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acceptance. It wasn't a passive resignation; it was an active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of his mortality. He understood now that life,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river, flowed towards an inevitable ocean. His time on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earth was finite, a precious, fleeting moment in the vast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expanse of eternity. This realization, far from being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depressing, imbued his remaining days with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 of purpose.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thought of Vanessa, her unwavering love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source of strength and comfort. Her presence wasn't just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physical one; it was a palpable energy that permeated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being, a silent reassurance in the moments of doubt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despair. She had become the embodiment of unconditional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a force that sustained him through the darkest hours,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 in the midst of the storm. He recognized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depth of her love, a love that transcended the physical,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that nourished his soul. He saw it in her gentle touch,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way she anticipated his needs, in the silent understanding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passed between them. She didn't flinch from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his fear, his anger. She embraced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completely, flaws and all.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sons, once distant figures in the periphery of his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now closer than ever before. The walls of resentment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misunderstanding that had separated them were slowly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crumbling, replaced by a newfound appreciation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preciousness of time, the ephemeral nature of life. 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apologized for his past failings, acknowledged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shortcomings as a father, and sought their forgiveness.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weren't easy, laden with unspoken regrets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sting of lost years. But there was a sense of healing,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gradual mending of broken bonds. They began to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stories, memories, dreams, reconnecting on a deeper level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they ever had before. Their visits, initially strained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awkward, became more frequent, more relaxed,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shared experiences. He saw in their eyes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reflection of his own acceptance, a shared understanding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life's fragility and the importance of cherishing each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hospital, once a place of intense stress and emotional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turmoil, now held a different significance. It wasn't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dread but a space where he was surrounded by skilled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professionals who were dedicated to alleviating his suffering.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had developed a deep respect for their compassion,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expertise, their unwavering dedication. He found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camaraderie with his fellow patients, shared stories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shared fears, shared hopes. He saw their struggles,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triumphs, their quiet dignity in the face of adversity.</w:t>
      </w:r>
    </w:p>
    <w:p>
      <w:pPr>
        <w:autoSpaceDN w:val="0"/>
        <w:autoSpaceDE w:val="0"/>
        <w:widowControl/>
        <w:spacing w:line="332" w:lineRule="exact" w:before="14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shared experiences created an unspoken bond, a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of resilience and shared humanity. 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solace in the quiet corners of the hospital,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reflection, moments of peace. He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appreciate the small things—the warmth of the sun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streaming through the window, the comforting presence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nurse's hand, the gentle rhythm of the heart monitor.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while sitting in the hospital's sun-drenched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garden, he encountered an elderly woman, her face 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lines of time and experience. They sat in silence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while, simply enjoying the beauty of the day, the fragrance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flowers, the gentle breeze. She didn't speak much,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presence was comforting, her quiet dignity inspiring.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shared silence, Maltin found a deeper understanding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own mortality, a peaceful acceptance of the inevitable.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realized that life wasn't just about the grand gestures,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extraordinary achievements, but about the small moments,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shared silences, the quiet connections with others.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embracing the present moment, finding beauty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simplicity, appreciating the richness of human connection.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spent more time in prayer and meditation, seeking solace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guidance. He found comfort in the rhythm of his</w:t>
        <w:br/>
        <w:t xml:space="preserve">prayers,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serenity of meditation, the connection to</w:t>
        <w:br/>
        <w:t xml:space="preserve">something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larger than himself. His faith, once a background presence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life, now became a source of strength, a grounding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face of uncertainty. He rediscovered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forgiveness, not only for others but also for himself.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released the burden of self-blame, accepting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imperfections and celebrating his strengths. He found peace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acceptance of his humanness, his vulnerability,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mortality.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realized that true healing wasn't about eliminating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but about finding a way to live with it, to integrate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tapestry of his life. He learned to appreciate the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of impermanence, the fleeting nature of all things.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beauty in the simplicity of a sunrise, the warmth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touch, the laughter of a child. He rediscovered the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living in the present moment, embracing the experiences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life offered, both the good and the bad. He understood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life, like a river, was a constant flow, a journey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continual change and transformation. His journey, though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challenged by illness, had led him to a deeper understanding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himself, his relationships, and the preciousness of life. 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 wasn't an ending, but a new beginning, a path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a richer, more meaningful existence. He embraced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mortality not with fear, but with a sense of peace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gratitude for the life he had lived and the love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shared. His journey, though marked by sorrow,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ultimately a testament to the resilience of the human spirit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transformative power of love and acceptance.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ready, not for an end, but for a transformation.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outside his window held less importance now than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peace within. The city lights twinkled, but they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to the quiet radiance of his inner peace. 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ready.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51: Family Support System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Family Support System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muted chime of the grandfather clock in the hallway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announced another hour passing, a stark counterpoint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stillness within Maltin's room. His breathing, once a robust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rhythm, was now shallow, each inhale a precious gift. Yet,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 wasn't filled with the suffocating weight of grief;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instead, it hummed with a quiet intensity,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that surrounded him. His sons, Daniel and David, sat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either side of his bed, their hands clasped over his. Daniel,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elder, his face etched with a maturity beyond his years,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occasionally brushed a stray strand of hair from his father’s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forehead. David, younger and more impulsive, held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father's hand with a fierce grip, his knuckles white.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was a silent declaration of love, a tangible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manifestation of the healing that had taken place. The years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estrangement, of unspoken resentments and lingering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disappointments, had dissolved in the crucible of his illness.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now united, not just by blood, but by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of life's fragility and the importance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cherishing each moment.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sat in a nearby armchair, a worn crocheted blanket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draped over her lap. She wasn't crying; her grief was a quiet,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internal ache, a constant companion rather than a consuming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force. She had learned, during these past months, that grief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wasn’t a linear path, but a labyrinth of emotions,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fluctuating tide of sadness, acceptance, and fierce love.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watched them, her heart overflowing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sorrow and gratitude. She saw in their faces the reflection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own journey, the testament to the power of healing,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forgiveness, and of the unwavering bonds of family.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sister, Eleanor, bustled in, her energy a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the quiet solemnity of the room. Eleanor,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whirlwind of activity and practical solutions, had become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anchor of the family during this difficult time.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orchestrated the logistics, managed the visitors, and ensured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everyone was cared for, her strength and resilience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presence. She brought with her a steaming mug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chamomile tea, its delicate aroma filling the room. "He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needs his chamomile," she announced, her voice a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command, and gently lifted Maltin's head, positioning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mug to his lips. Her actions were filled with a depth of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concern that transcended words. She possessed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pragmatic affection, a kind of tough love that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characterized their relationship, yet today, it felt particularly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tender.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mother, Esther, sat quietly in a corner, her presence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balm. She was a woman of few words, her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expressed in subtle gestures—a gentle touch, a reassuring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glance, a silent presence that radiated peace. She had been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pillar of strength throughout Maltin's life, a quiet force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shaped his character and instilled in him a deep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family. Now, her quiet strength was a constant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comfort, a reminder of the enduring legacy of family love.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held a worn photograph, a faded image of Maltin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young boy, his eyes shining with mischievous energy.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photo was a tangible representation of the countless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they had shared, a symbol of the unwavering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mother and son.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 itself seemed to hold the memories,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the quiet conversations, the moments of joy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sorrow. It was a testament to the lives they had lived,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 they had shared, the love that bound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 walls, painted a soft, calming blue, bore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witness to countless family gatherings, birthdays, holidays,</w:t>
      </w:r>
    </w:p>
    <w:p>
      <w:pPr>
        <w:autoSpaceDN w:val="0"/>
        <w:autoSpaceDE w:val="0"/>
        <w:widowControl/>
        <w:spacing w:line="344" w:lineRule="exact" w:before="256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quiet evenings spent together. Every corner held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memory, every object a story, every piece of furniture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silent participant in their shared history.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the next few days, friends and colleagues streamed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out, offering condolences, sharing memories,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expressing their admiration for Maltin’s work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character. The outpouring of love was a testament to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impact he had had on the lives of others, the mark he had left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world. Each visitor brought with them a piece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past, a shared experience, a story that painted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richer picture of his life, of his personality, of the man 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been. His colleagues shared stories of his brilliance,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dedication, his unwavering commitment to his patients.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spoke of his wit, his humor, his generosity, his deep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compassion. Each story revealed a different facet of Maltin,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one adding to the tapestry of his life, weaving together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threads of his legacy.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visit, though tinged with sadness, also brought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joy, of laughter, of shared memories.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recounted humorous anecdotes, shared inside jokes,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reminisced about past adventures. They celebrated his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accomplishments, his impact on the world. They laughed,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cried, they reminisced, they celebrated—a kaleidoscope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emotions that reflected the complexity of Maltin's life,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richness of his relationships, and the depth of his impact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those who knew him.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family dinners, initially strained and quiet,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occasions of shared storytelling and laughter. They</w:t>
        <w:br/>
        <w:t xml:space="preserve">recounted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childhood memories, shared anecdotes about Maltin’s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eccentricities, and celebrated his achievements. The stories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flowed freely, filling the silences and weaving a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memories, and appreciation for his life. The laughter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eased the pain, providing moments of respite from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overwhelming grief. They shared recipes, family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traditions, and stories passed down through generations,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solidifying their bonds and reaffirming their shared heritage.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Daniel shared a story of a camping trip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taken as boys, a trip fraught with mishaps and hilarious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adventures. The memory brought tears to Maltin's eyes,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 of sadness, but tears of joy, of nostalgia, of the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shared experiences. David, ever the more emotional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two, recounted a time when his father had helped him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difficult science project, providing not only guidance but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unwavering support. He spoke of his father's patience,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kindness, his belief in him, even during times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David had doubted himself.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Vanessa, too, shared her memories of Maltin, her voice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both sadness and profound love. She spoke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kindness, his intelligence, his unwavering dedication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patients, and his deep love for his family. She described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first meeting, their budding romance, the challenges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faced together. She spoke of their shared passion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medicine, their collaboration on groundbreaking research,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deep connection they had forged. She reminisced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simple moments, quiet evenings spent together,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quiet intimacy. Her words were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depth of their love, a celebration of the life they had shared.</w:t>
      </w:r>
    </w:p>
    <w:p>
      <w:pPr>
        <w:autoSpaceDN w:val="0"/>
        <w:autoSpaceDE w:val="0"/>
        <w:widowControl/>
        <w:spacing w:line="344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unwavering love was a constant source of comfort,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reassurance that surrounded him with a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energy of peace and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final days were peaceful, filled with the quiet murmur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 voices, the gentle touch of loved ones,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presence of unconditional love. There were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dramatic pronouncements, no last-minute confessions, just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transition, a quiet fading away, surrounded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people who loved him most. The room, which had once held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unspoken tensions, was now filled with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serenity, a sense of peace that transcended words,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family, of love, and of acceptance.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Maltin’s breath grew shallower, and the light in his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dimmed, the room became a sanctuary of love,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life well-lived, surrounded by the people he loved and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loved him in return. The family, once fragmented by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misunderstanding and distance, were now united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grief, their love for him an unwavering beacon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loss. Their bond, strengthened by shared sorrow, was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power of family, a legacy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continue to thrive long after his passing. The city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lights outside, once a symbol of his ambition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professional success, were now simply a backdrop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glow of love and family that bathed his final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53: Saying Goodbye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Saying Goodbye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a blur of quiet moments, each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imbued with a profound significance that transcended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ordinary. The once-stark hospital room transformed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sanctuary, a haven where time seemed to slow, allowing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deeper appreciation of the present. Vanessa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constantly touching Maltin, her fingers tracing the lines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face, memorizing the texture of his skin, the warmth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hand in hers. These physical gestures, simple yet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profound, became a language of their own, a silent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 that expressed the depth of their love, a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defied the limitations of words.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morning, as the sun streamed through the window,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casting a warm glow across the bed, Maltin woke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start, a flicker of pain in his eyes, but a gentle smile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lips. He reached for Vanessa's hand, his touch frail but sure.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"Remember that trip to Tuscany?" he whispered,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raspy but filled with warmth. "The rolling hills,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vineyards, the sunsets..."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squeezed his hand, her own eyes brimming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tears. "How could I forget?" she replied, her voice choked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emotion. She recounted the details of their trip,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echoing in the small room, their shared joy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momentarily eclipsing the shadow of his illness.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revisited each moment, savoring the memories as if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precious jewels, each recollection a testament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history, their enduring connection. They spoke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delicious food, the breathtaking landscapes, the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intimacy they had shared amidst the beauty of the Italian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countryside. They reminisced about the passionate nights</w:t>
      </w:r>
    </w:p>
    <w:p>
      <w:pPr>
        <w:autoSpaceDN w:val="0"/>
        <w:autoSpaceDE w:val="0"/>
        <w:widowControl/>
        <w:spacing w:line="346" w:lineRule="exact" w:before="25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spent on the balcony overlooking the valley, their love 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unfolding against the backdrop of stars.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moved on to other memories, revisiting their courtship,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wedding, the early days of their life together.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recalled the nervous excitement of their first date, the way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eyes had crinkled at the corners when he laughed, the shy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 that had captivated her heart. She recounted the joy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wedding day, the love that had radiated from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gathering of family and friends. Each memory, painstakingly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relived, strengthened their bond, reaffirmed their love,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created a lasting legacy of their time together. These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weren't merely nostalgic; they were the foundation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present connection, a tangible manifestation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afternoon, Maltin’s sons,</w:t>
        <w:br/>
        <w:t>Ethan</w:t>
        <w:br/>
        <w:t>and</w:t>
        <w:br/>
        <w:t>Liam</w:t>
        <w:br/>
        <w:t xml:space="preserve">, visited.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tension that had once existed between</w:t>
        <w:br/>
        <w:t>them a Maltin</w:t>
        <w:br/>
        <w:t xml:space="preserve">, a rift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born from past misunderstandings and years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estrangement, had completely dissipated. His illness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forced a</w:t>
        <w:br/>
        <w:t xml:space="preserve">reconciliation, a reckoning of priorities, a realization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family was everything. They sat around his bed, sharing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stories, sharing laughter, sharing their love. David, the elder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son, spoke of his father’s unwavering support during his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tumultuous college years, his constant presence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encouragement even when he had chosen a path his father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did not fully approve of.</w:t>
        <w:br/>
        <w:t>Ethan</w:t>
        <w:br/>
        <w:t xml:space="preserve">, the younger son,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his father’s pride in his achievements,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faith in his abilities, even when he had doubted himself.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voices were filled with gratitude, their expressions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a profound appreciation for their father's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unconditional love. The presence of his sons brought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undeniable sense of peace into the room. Vanessa watched,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overflowing with affection for both Maltin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sons. The love that surrounded them was palpable, a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testament to the strength of family bonds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healing power of forgiveness.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Eleanor and Esther were constant companions, their</w:t>
        <w:br/>
        <w:t xml:space="preserve">presence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silent affirmation of support and love. Eleanor, with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practical nature, managed the logistics of Maltin’s care,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ensuring a smooth flow of resources and information.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Esther, with her quiet strength, offered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emotional support, her presence a comforting balm to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and uncertainty that hung in the air. They worked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seamlessly as a team, understanding each other’s strengths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compensating for each other’s weaknesses. They did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speak a great deal, but their presence spoke volumes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care. Their quiet strength provided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stability and peace, allowing Maltin and Vanessa to focus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intimacy. Their actions created a space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focus was solely on love and the beauty of human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days turned into weeks, the inevitable drew closer.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vibrant energy that had once filled Maltin began to fade,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love that bound him and Vanessa remained as strong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 ever. They spent their remaining time together in</w:t>
        <w:br/>
        <w:t xml:space="preserve">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silence, occasionally interrupted by a shared smile, a tender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touch, or a whispered word of love. The silence was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empty, but rather filled with the unspoken language of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testament to the deep bond they had forged over the years.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silence held a power that words could not fully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capture. Their connection transcended the need for verbal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expression, existing in the shared gazes, the comforting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touch, and the simple act of being together.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last evening, as the stars began to glimmer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twilight sky, Maltin took Vanessa’s hand. His grip was weak,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his eyes sparkled with a lifetime of love. "I'll always be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you," he whispered, his voice barely audible. "In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sunset, every sunrise, every memory..."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 streamed down Vanessa's face, but they were tears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despair, but of profound love and gratitude. She kissed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gently on the forehead, her love echoing the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of their shared journey. The love that they had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boundaries of life and death, an eternal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 in the crucible of love, loss, and profound connection.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he drifted off to sleep, her hand still clasped in his,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their love story would continue, not in the realm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physical, but in the ethereal realm of memory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power of love. The essence of their shared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moments, their joys, their sorrows, their unwavering love—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their enduring legacy. This was the gift of a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lived fully, a love story that defied all expectations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continued to resonate in the quiet spaces of her heart.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54: Remembering Dr. Rebah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Remembering Dr Rebah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memorial service was held in the grand ballroom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Pierre Hotel, a fitting tribute to the man who had dedicated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life to saving others. Sunlight streamed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arched windows, illuminating the rows of mourners,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a mixture of sorrow and quiet reverence. A large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portrait of Maltin, his eyes twinkling with his characteristic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mischievousness, stood at the head of the room.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stood beside his sons,</w:t>
        <w:br/>
        <w:t>Ethan</w:t>
        <w:br/>
        <w:t>and</w:t>
        <w:br/>
        <w:t>Liam</w:t>
        <w:br/>
        <w:t>, their hands</w:t>
        <w:br/>
        <w:t xml:space="preserve">clasped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tightly together, a silent testament to the bond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 in the crucible of grief and reconciliation.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their shared loss and their mutual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remembrance of their father.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Eleanor, ever practical, had overseen every detail, ensuring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the service was a fitting reflection of Maltin’s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personality – a blend of formality and warmth, reverence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celebration. She had chosen Maltin's favourite flowers –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sunflowers and elegant white lilies – that adorned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stage, creating a breathtaking floral tapestry. Esther, 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present with her quiet strength, stood beside her, a rock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for both Vanessa and the sons. Their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communication, honed over years of friendship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spoke volumes about their enduring loyalty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Maltin and their commitment to honoring his memory.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service began with a eulogy delivered by Dr. Anya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Sharma, Maltin’s closest colleague and friend. She spoke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eloquently of his brilliance as a physician,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 to his patients, and his groundbreaking work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pulmonary research. Her words painted a vivid picture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professional life, his insatiable curiosity,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relentless pursuit of knowledge, and his unwavering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excellence. She recounted anecdotes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collaborations – moments of shared laughter,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frustration, and triumph – showcasing not just his intellect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also his compassionate nature. She shared stories of 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 who would often seek him out for his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expertise but also for his kind and empathetic ear. His 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connect with his patients on a human level had set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apart.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Following Dr. Sharma's speech, David, Maltin’s elder son,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stepped forward. He spoke of his father's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his constant presence even during his 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rebellious years. He spoke of the lessons his father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taught him, not just about life but about the importance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perseverance, integrity, and the value of unwavering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dedication. He shared a poignant anecdote about a time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 had driven miles to help him fix his broken-down car,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act of simple kindness that resonated deeply with him.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about the unspoken lessons of quiet strength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 that his father had modeled throughout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life. His words, filled with both sorrow and gratitude,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captured the essence of their unique father-son relationship.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Ethan</w:t>
        <w:br/>
        <w:t xml:space="preserve">, the younger son, followed, his voice thick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emotion. He shared memories of his father’s pride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achievements, his belief in</w:t>
        <w:br/>
        <w:t>Ethan</w:t>
        <w:br/>
        <w:t xml:space="preserve">'s abilities, even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Ethan</w:t>
        <w:br/>
        <w:t xml:space="preserve">himself doubted his potential. He described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influence his father had on his life, guiding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patience and wisdom, teaching him the importance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compassion, resilience, and embracing challenges. 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described his father's subtle acts of love—a reassuring touch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shoulder, a quiet word of encouragement—which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made a profound impact on him. His words brought tears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many eyes in the audience, a testament to the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he shared with his father.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 the speeches, a slideshow of photographs, capturing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at various stages of his life—from his childhood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adulthood, his professional accomplishments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moments—filled the screen. The photos brought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forth laughter and tears in equal measure, providing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glimpse into the life of a remarkable man. Vanessa pointed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out Maltin’s infectious smile in one photograph, a moment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frozen in time that represented his zest for life. They recalled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youthful exuberance, his passionate commitment to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work, and the depth of his love for his family. Each photo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vivid reminder of his warmth and kindness.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memories created a palpable sense of love and loss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connected everyone in the room.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service concluded with a reception, where guests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and stories of Maltin. Vanessa circulated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room, embracing friends, colleagues, and family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members. She found herself surrounded by people whose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lives had been touched by Maltin's kindness and</w:t>
        <w:br/>
        <w:t xml:space="preserve">compassion.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wasn't just the loss of an exceptional doctor; it was the loss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 beloved friend, father, and confidante that resonated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deeply with those gathered.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days and weeks that followed, Vanessa continued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receive cards, letters, and emails from people whose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 had touched. Each message painted a vivid portrait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man she had loved – a brilliant physician, a devoted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father, a caring friend, and a compassionate human being.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legacy extended far beyond the confines of the hospital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walls. He had left an indelible mark on countless lives,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inspiring them with his unwavering dedication,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intellectual curiosity, and his profound empathy. His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 cut short, was a testament to the power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and the enduring legacy of a life lived fully.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comfort in these testimonials, in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 and collective celebration of Maltin’s life. His memory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alive in the hearts of those who had known him,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stories that were shared, and in the ongoing impact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work. As she sorted through his belongings, his notes,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papers, she discovered a hidden box containing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letters from his patients expressing deep gratitude,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recounting their miraculous recoveries, and conveying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deepest admiration for his exceptional skill and care. These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letters served as a poignant reminder of the profound impact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had made on countless lives. They were not just patients;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were individuals whose lives he had transformed.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Vanessa sat by the window overlooking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Hudson River, she felt his presence. She wasn't sure if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a figment of her imagination or an ethereal visitation,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 sense of peace and serenity enveloped her. She looked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at the vast expanse of water, the sunset painting the sky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shades of orange, pink, and gold, mirroring the colors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Tuscan sunset they had shared. His memory, vibrant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full of life, was not a source of sorrow but a beacon of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reminder that his love, his kindness, and his legacy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 on. In his death, he had achieved a kind of immortality,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through fame or fortune, but through the countless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had touched and the immeasurable impact he had made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 the world.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legacy of Dr. Maltin Rebah wasn’t confined 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papers and medical breakthroughs. It was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 of his sons, who had found their way back to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other, stronger and more united than ever before. It was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unwavering support and friendship of Eleanor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Esther, who had stood by his side through thick and thin.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most importantly, it was in the enduring love that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 to Vanessa, a love that transcended the boundaries of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death, a love that would continue to inspire, to comfort,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to heal, long after his physical presence was gone.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life, a tapestry woven with threads of brilliance, compassion,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love, was a testament to the beauty and power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connection. And that, Vanessa knew, was a legacy that</w:t>
        <w:br/>
        <w:t xml:space="preserve">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endure for generations to come, a timeless</w:t>
        <w:br/>
        <w:t xml:space="preserve">masterpiece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well-lived. It was a legacy that would continue to inspire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to live her own life with purpose, love,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faith. His memory lived on in the quiet moments,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smiles, in the whispers of love that continued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resonate in her heart, long after his passing.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55: Vanessa's New Chapter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Vanessas New Chapter</w:t>
      </w:r>
    </w:p>
    <w:p>
      <w:pPr>
        <w:autoSpaceDN w:val="0"/>
        <w:autoSpaceDE w:val="0"/>
        <w:widowControl/>
        <w:spacing w:line="346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months that followed Maltin’s death were a blur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activity, a whirlwind of emotions that ranged from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 grief to a quiet, persistent hope.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the familiar rhythm of her work at Palisades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Medical Center, the comforting routine a balm to her still-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raw wounds. Her colleagues, many of whom had known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Maltin, offered a silent understanding, a shared space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mourning and remembrance. They spoke of him often,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anecdotes, reminiscing about his brilliance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kindness, keeping his spirit alive in their conversations.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grief created an unspoken bond, strengthening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ties within the hospital community.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immersed herself in her work, finding a measure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healing in the dedication to her patients. The act of caring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others, of alleviating suffering, brought a sense of purpose,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grounding force in the midst of her personal turmoil.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 to honor Maltin's legacy, to continue the work he had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passionately championed. Each patient she treated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his dedication, his empathy, and his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excellence. In their stories, she found echoes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his own, a testament to the enduring power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and the profound impact one life could have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another.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hospital walls, Vanessa discovered a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community. She volunteered at a local hospice,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comfort and support to those nearing the end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lives. The work was challenging, emotionally taxing,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deeply rewarding. It was a way to channel her grief, to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meaning in her loss, and to connect with others on a deeply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level. She found herself drawn to the stories of the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patients, each one a testament to the resilience of the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spirit. The act of offering comfort and support brought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peace and fulfillment, filling a void that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absence had left.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revisited places that held significant memories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Maltin. The small Italian restaurant in Hoboken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shared their first date, the park overlooking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Hudson River where they had spent countless hours talking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laughing, the quiet streets of their neighborhood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walked hand in hand. Each visit brought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bittersweet ache, a pang of longing, yet also a wave of warm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remembrance. These places were not just locations;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anchors, holding onto fragments of happiness,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memories of shared moments of joy, love, and connection.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visits allowed Vanessa to process her grief, to honor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depth and significance of their relationship.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took up painting again, a hobby she had abandoned after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Maltin’s death. The vibrant colors, the expressive strokes,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 a powerful outlet for her emotions, allowing her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translate her grief into art. Her paintings weren't just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loss; they were about healing, about finding beauty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midst of sorrow, about the enduring power of love. The 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creation was therapeutic, a way to express the complex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of emotions she was experiencing. Through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artwork, she began to find a new form of self-expression,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creative avenue for processing her grief and finding a path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toward healing.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also decided to pursue her lifelong dream of starting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own clinical research company, a venture she and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often discussed. It was a daunting task, filled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and uncertainties, but she found herself energized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 prospect. It was a way to honor Maltin's memory,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carry forward his legacy of innovation and dedication to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advancement. The prospect of working on projects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aligned with her passions and goals gave her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purpose and direction. She found comfort in the work,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intellectual stimulation a welcome distraction from her grief.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assembled a team of talented researchers, individuals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passionate and dedicated as she was. The creation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company became a tribute to Maltin, a living testament to 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brilliance and unwavering belief in her abilities. The project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itself became a tangible manifestation of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dreams. The collaborative work provided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community, a shared space of purpose and mutual support,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allowing her to connect with others on an intellectual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professional level.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while working late in her new office,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stumbled upon a box of Maltin’s research notes.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avoiding looking through his personal effects, dreading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inevitable wave of grief that would accompany the task.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she sorted through the papers, she discovered a wealth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untapped potential, ideas and concepts that Maltin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been developing before his death. It felt as if he were</w:t>
        <w:br/>
        <w:t xml:space="preserve">guiding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hand, as if he were still present, still inspiring her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continue his work.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discovery fueled her passion, igniting a fresh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 within her. She dedicated herself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completing his unfinished research, to ensuring that his hard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 wouldn't be lost. This became a personal mission,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 to keep his legacy alive, to bring his vision to fruition.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work itself became a meaningful form of remembrance,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way to connect with Maltin on an intellectual level.</w:t>
      </w:r>
    </w:p>
    <w:p>
      <w:pPr>
        <w:autoSpaceDN w:val="0"/>
        <w:autoSpaceDE w:val="0"/>
        <w:widowControl/>
        <w:spacing w:line="344" w:lineRule="exact" w:before="0" w:after="0"/>
        <w:ind w:left="864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Vanessa navigated this new chapter of her life, she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grief wasn't a static emotion, a permanent state of being.</w:t>
      </w:r>
    </w:p>
    <w:p>
      <w:pPr>
        <w:autoSpaceDN w:val="0"/>
        <w:autoSpaceDE w:val="0"/>
        <w:widowControl/>
        <w:spacing w:line="332" w:lineRule="exact" w:before="12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 was a process, a journey of healing and self-discovery. It</w:t>
      </w:r>
    </w:p>
    <w:p>
      <w:pPr>
        <w:autoSpaceDN w:val="0"/>
        <w:autoSpaceDE w:val="0"/>
        <w:widowControl/>
        <w:spacing w:line="344" w:lineRule="exact" w:before="2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ebbed and flowed, sometimes overwhelming, sometimes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ache in her heart, but always present,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the love she had shared with Maltin. But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alongside the grief, she experienced a growing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a burgeoning belief in the power of resilience,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appreciation for the beauty and fragility of life.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learned to accept the impermanence of things, to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in the ephemeral nature of existence. She learned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cherish the memories, to hold onto the love, and to carry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Maltin's legacy forward with grace and gratitude. Her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 was not a replacement for what she had lost, but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power of love, a celebration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well-lived and a commitment to honoring the memory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man who had changed her life forever. Her journey,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 marked by sorrow, was a testament to the resilience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human spirit and the transformative power of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loss. It was a journey of healing, of self-discovery,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ultimately, of hope. And as she looked towards the future,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that Maltin would always be a part of her story,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source of inspiration, a constant reminder of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of love and the beauty of a life lived fully.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56: Honoring Their Love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Honoring their Love</w:t>
      </w:r>
    </w:p>
    <w:p>
      <w:pPr>
        <w:autoSpaceDN w:val="0"/>
        <w:autoSpaceDE w:val="0"/>
        <w:widowControl/>
        <w:spacing w:line="344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lab hummed with a quiet energy, a symphony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whirring machines and the soft tap-tap-tap of keyboards.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sat at her desk, surrounded by the familiar scent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antiseptic and the comforting weight of Maltin’s research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notes. It had been a year since his death, a year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grief, but also a year of remarkable growth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transformation. She had poured her heart and soul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clinical research company, a venture that had been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dream, a testament to their enduring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company, named "Rebah &amp; Macasky Innovations,"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more than just a business; it was a living memorial to Maltin.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experiment conducted, every data point analyzed,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breakthrough achieved was a tribute to his brilliance,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unwavering dedication, and his infectious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medical advancement. The name itself, a subtle yet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their shared vision and their unbreakable bond,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resonated in the sterile yet hopeful atmosphere of the lab.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assembled a team of exceptional researchers,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 who shared her commitment to excellence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vision for the future. They were not just colleagues;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 community, united by their shared purpose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respect for Maltin's legacy. They often shared stories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collaborations with him, anecdotes of his quick wit,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insightful advice, and the profound influence he had 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careers. Their laughter mingled with their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intense focus, creating a vibrant, collaborative environment.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current project, the culmination of years of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research, focused on developing a novel treatment for a rare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aggressive form of lung cancer. It was a deeply personal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endeavor, a way for Vanessa to continue his work, to bring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fruition the research he had poured his heart into. Every late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night spent poring over data, every challenging hurdle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overcome, was a step closer to honoring his memory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potentially saving lives. It was a way to connect with him,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 his presence in the meticulous work, to share the same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dedication and fierce determination to find answers, to make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difference.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scientific breakthroughs, Vanessa found solace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everyday routines of the company. She often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drawn to his old desk, a space filled with echoes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presence – the faint scent of his cologne, the slight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indentations on the leather of the chair, the way the sunlight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streamed through the window, illuminating dust motes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dancing in the air, just like before. She would sit there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sometimes, closing her eyes, remembering the countless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 they had spent together discussing research, debating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theories, and sharing dreams. These moments weren't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grief; they were about remembering and cherishing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memories, the laughter, and the shared aspirations.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addition to the company, Vanessa had established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"Maltin Rebah Memorial Fund," a charitable organization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dedicated to providing support for families facing the burden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critical illnesses. It was a way to extend Maltin's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 and empathy, to offer hope and support to those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facing the same challenges he had ultimately succumbed to.</w:t>
      </w:r>
    </w:p>
    <w:p>
      <w:pPr>
        <w:autoSpaceDN w:val="0"/>
        <w:autoSpaceDE w:val="0"/>
        <w:widowControl/>
        <w:spacing w:line="344" w:lineRule="exact" w:before="2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fund provided financial assistance, emotional support,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resources to help families navigate the complexities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illness, mirroring the kindness and care that Maltin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extended to his patients during his life.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memorial fund wasn't simply a financial endeavor;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manifestation of Vanessa's unwavering love for Maltin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her dedication to preserving his legacy of compassion.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stories of those helped by the fund – stories of relief,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rekindled, of families brought closer together – became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source of strength and comfort for Vanessa, a tangible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representation of the positive impact Maltin's life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had on the world. It was a constant reminder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lasting impact of a life dedicated to service and a reminder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power of compassion to transcend even death.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day, a young woman approached Vanessa at a fund-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raising gala, her eyes filled with gratitude. She spoke of how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fund had helped her family cope with her father's battle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cancer, how it had alleviated the financial strain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provided a lifeline of emotional support during the darkest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hours. The woman's words resonated deeply with Vanessa,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reaffirming the profound purpose of her work,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their shared love, and the lasting legacy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creating together. It was a clear testament to the positive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impact of the memorial fund, a beacon of hope and support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a world often marked by darkness and uncertainty.</w:t>
      </w:r>
    </w:p>
    <w:p>
      <w:pPr>
        <w:autoSpaceDN w:val="0"/>
        <w:autoSpaceDE w:val="0"/>
        <w:widowControl/>
        <w:spacing w:line="344" w:lineRule="exact" w:before="2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events surrounding the fund-raising gala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poignant reminder that while grief remained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companion, it coexisted with the profound joy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satisfaction of creating a positive impact on the lives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others. Vanessa realized that while honoring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memory was profoundly personal, it also extended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wider community, a testament to the reach and impact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shared compassion.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years passed, "Rebah &amp; Macasky Innovations"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 to thrive, pushing the boundaries of medical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research and making significant contributions to the field.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company became a symbol of innovation, resilience,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power of enduring love. It was a testament to Maltin’s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brilliance and Vanessa’s unwavering dedication, a beacon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 in the face of adversity. The success of the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company, as well as the growing impact of the memorial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fund, became tangible expressions of their love story,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etched not just in memories, but in lives touched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transformed.</w:t>
      </w:r>
    </w:p>
    <w:p>
      <w:pPr>
        <w:autoSpaceDN w:val="0"/>
        <w:autoSpaceDE w:val="0"/>
        <w:widowControl/>
        <w:spacing w:line="344" w:lineRule="exact" w:before="2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found peace and purpose in her work,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fulfillment that intertwined with her grief.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life that reflected Maltin’s values, a life imbued with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compassion, and an unwavering commitment to making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difference. She learned to live with the bittersweet ache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loss, to embrace the complexities of grief, and to find joy in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small moments, the quiet triumphs, and the enduring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connected her to Maltin even beyond the grave. Her life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became an enduring testament to the power of love, a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woven with threads of loss, healing, and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 to honoring the memory of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remarkable man. And in each scientific breakthrough,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life touched by the memorial fund, Vanessa found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 connection to Maltin, a constant reminder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like their shared legacy, would endure forever.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they built together wasn't just about scientific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advancements; it was a testament to the power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connection, perseverance, and the enduring strength of love.</w:t>
      </w:r>
    </w:p>
    <w:p>
      <w:pPr>
        <w:autoSpaceDN w:val="0"/>
        <w:autoSpaceDE w:val="0"/>
        <w:widowControl/>
        <w:spacing w:line="344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legacy that would continue to inspire and heal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generations to come.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57: Finding Peace and Hope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Finding Peace and Hope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late afternoon sun cast long shadows across the Hudson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River, painting the water in hues of gold and amber. Vanessa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sat on the balcony of her Hoboken apartment, a steaming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mug of chamomile tea warming her hands. The city hummed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below, a distant lullaby of sirens and laughter, a stark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quiet serenity she felt within. It had been two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 since Maltin's passing, two years filled with an almost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unbearable ache, a void that no amount of work or charitable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endeavor could entirely fill. Yet, in the quiet solitude of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she felt a profound sense of peace, a gentle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 that had blossomed slowly, patiently, like a rare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wildflower pushing through concrete.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grief, she realized, hadn't vanished. It was still there,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 companion, a soft ache in her chest, a whisper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hours. But it no longer held her captive. It no longer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defined her. It was a part of her, yes, woven into the fabric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being, but it was no longer the dominant thread.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to braid it with other, stronger strands – strands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of gratitude, of an enduring love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physical.</w:t>
      </w:r>
    </w:p>
    <w:p>
      <w:pPr>
        <w:autoSpaceDN w:val="0"/>
        <w:autoSpaceDE w:val="0"/>
        <w:widowControl/>
        <w:spacing w:line="344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looked out at the river, the water reflecting the fiery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sunset. She thought of Maltin, of his laughter, his intensity,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unwavering commitment to his patients, to his research,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her. The memories, once sharp and agonizing, were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softened, gilded with the passage of time, imbued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bittersweet nostalgia. She didn't shy away from them;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 them, cherishing them as precious jewels,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reminders of a love that had been both fiercely passionate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deeply profound.</w:t>
      </w:r>
    </w:p>
    <w:p>
      <w:pPr>
        <w:autoSpaceDN w:val="0"/>
        <w:autoSpaceDE w:val="0"/>
        <w:widowControl/>
        <w:spacing w:line="344" w:lineRule="exact" w:before="2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success of Rebah &amp; Macasky Innovations continued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a source of profound satisfaction. The company,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shared vision, was flourishing, pushing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of medical research and developing innovative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treatments for life-threatening diseases. The research team,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4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collection of brilliant minds, had become a family,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by their shared dedication and their shared respect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Maltin's legacy. They often spoke of him, sharing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anecdotes, reminiscing about his brilliance, his infectious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enthusiasm, his capacity for both rigorous scientific analysis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profound human compassion. His absence was palpable,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 his presence, in the form of his ideas, his methodologies,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unwavering dedication to excellence, lived on within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walls of the laboratory.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Maltin Rebah Memorial Fund, too, was thriving.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of families helped by the fund continued to pour 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letters filled with gratitude, accounts of lives touched,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burdens alleviated, hope rekindled. Vanessa had recently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received a letter from a young mother whose child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battling a rare form of leukemia. The mother wrote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financial and emotional support the fund had provided, how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had allowed her to focus on her child's well-being rather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than the crushing weight of medical bills and uncertainty.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letter, filled with heartfelt emotion, brought tears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Vanessa's eyes, a reminder of the profound impact Maltin's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of compassion had on the lives of countless others.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fund was more than just a charitable organization;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living embodiment of their shared commitment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alleviating human suffering, a tangible manifestation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love.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Vanessa had also found solace in simpler things – in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walks along the Hudson River, in quiet evenings spent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reading, in the warmth of friendship and companionship.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cultivated new connections, formed meaningful</w:t>
      </w:r>
    </w:p>
    <w:p>
      <w:pPr>
        <w:autoSpaceDN w:val="0"/>
        <w:autoSpaceDE w:val="0"/>
        <w:widowControl/>
        <w:spacing w:line="346" w:lineRule="exact" w:before="25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relationships with people who understood her journey,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her values, and who supported her in her healing.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discovered the importance of self-care, the necessity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nurturing her own well-being, of acknowledging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resilience. She learned to listen to her heart,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honor her own needs, and to prioritize her own happiness.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 friendship had blossomed into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special – a friendship with Liam, a kind and compassionate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architect she met at a community event. He understood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grief, her resilience, and her quiet strength. He listened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patiently to her stories of Maltin, offering gentle words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support without ever intruding on her space.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admired her work with the company and the memorial fund,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recognizing the profound impact she was having on the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others. Their connection was a slow, gentle unfolding,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blossoming of affection that had both surprised and delighted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her. It was a reminder that life, even after unimaginable loss,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still hold joy, companionship, and unexpected love.</w:t>
      </w:r>
    </w:p>
    <w:p>
      <w:pPr>
        <w:autoSpaceDN w:val="0"/>
        <w:autoSpaceDE w:val="0"/>
        <w:widowControl/>
        <w:spacing w:line="344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dipped below the horizon, painting the sky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shades of fiery orange and soft purple, Vanessa felt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gratitude. She had faced unimaginable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loss, endured unimaginable pain, yet she had emerged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stronger, wiser, and more compassionate. She had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peace not in forgetting Maltin, but in remembering him,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celebrating his life, in carrying forward his legacy of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compassion. She had learned to live with the ache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heart, to integrate her grief into the tapestry of her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transforming it into a source of strength, resilience,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hope.</w:t>
      </w:r>
    </w:p>
    <w:p>
      <w:pPr>
        <w:autoSpaceDN w:val="0"/>
        <w:autoSpaceDE w:val="0"/>
        <w:widowControl/>
        <w:spacing w:line="344" w:lineRule="exact" w:before="2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future, once a daunting and uncertain prospect, now 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glimmer of excitement, a promise of new adventures,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and new joys. She knew that Maltin would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always be a part of her, an indelible mark on her soul. But</w:t>
      </w:r>
    </w:p>
    <w:p>
      <w:pPr>
        <w:autoSpaceDN w:val="0"/>
        <w:autoSpaceDE w:val="0"/>
        <w:widowControl/>
        <w:spacing w:line="344" w:lineRule="exact" w:before="2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memory was no longer a burden; it was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inspiration, a constant reminder of the power of love,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importance of compassion, and the enduring strength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spirit. She looked forward to the years ahead,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trepidation, but with a quiet confidence, a gentle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 deep sense of gratitude for the life she had lived,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she had shared, and the legacy she was continuing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build. Her life was no longer simply her own;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continuation of the love story she had shared with Maltin,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46" w:lineRule="exact" w:before="142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legacy that would endure, inspiring and enriching the lives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others for years to come. The peace she found was not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absence of sadness but the presence of a deep, abiding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transformed, transmuted into a force for good in the world.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in that, she found a profound and enduring hope.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river, mirroring the sky, shimmered with the promise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brighter tomorrow, a tomorrow illuminated by the light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that would never truly fade.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58: Acknowledgments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Acknowledgments</w:t>
      </w:r>
    </w:p>
    <w:p>
      <w:pPr>
        <w:autoSpaceDN w:val="0"/>
        <w:autoSpaceDE w:val="0"/>
        <w:widowControl/>
        <w:spacing w:line="346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First and foremost, I extend my deepest gratitude to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 and friends for their unwavering support and patience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throughout the writing process. Their belief in me,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during moments of self-doubt, fueled my perseverance.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special thank you to my husband, [Husband's Name], for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tireless editing and unwavering encouragement.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insightful feedback and endless cups of coffee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invaluable. To my writing group, [Group Name], thank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your insightful critiques and the invaluable camaraderie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kept me going. Your feedback helped shape this 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what it is today. Finally, I'd like to acknowledge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countless healthcare professionals who inspire me daily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dedication and compassion. This book is dedicated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tireless efforts in the face of adversity.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59: Appendix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Appendix</w:t>
      </w:r>
    </w:p>
    <w:p>
      <w:pPr>
        <w:autoSpaceDN w:val="0"/>
        <w:autoSpaceDE w:val="0"/>
        <w:widowControl/>
        <w:spacing w:line="344" w:lineRule="exact" w:before="274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appendix contains supplementary information relevant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medical research discussed in the novel. It includes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brief overview of the specific type of lung cancer affecting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Dr. Rebah and a summary of the innovative treatment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approaches explored by Rebah &amp; Macasky Innovations.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Detailed information can be found in [List relevant medical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journals and websites]. Please note that this information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intended for educational purposes only and should not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interpreted as medical advice.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60: Glossary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586" w:lineRule="exact" w:before="1528" w:after="0"/>
        <w:ind w:left="1000" w:right="1008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 xml:space="preserve">Glossary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glossary defines key medical terms used throughout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novel: </w:t>
      </w:r>
      <w:r>
        <w:br/>
      </w:r>
      <w:r>
        <w:rPr>
          <w:rFonts w:ascii="LiberationSerif" w:hAnsi="LiberationSerif" w:eastAsia="LiberationSerif"/>
          <w:b/>
          <w:i w:val="0"/>
          <w:color w:val="000000"/>
          <w:sz w:val="30"/>
        </w:rPr>
        <w:t xml:space="preserve">Pulmonologist: </w:t>
      </w:r>
      <w:r>
        <w:br/>
      </w:r>
      <w:r>
        <w:rPr>
          <w:rFonts w:ascii="LiberationSerif" w:hAnsi="LiberationSerif" w:eastAsia="LiberationSerif"/>
          <w:b/>
          <w:i w:val="0"/>
          <w:color w:val="000000"/>
          <w:sz w:val="30"/>
        </w:rPr>
        <w:t xml:space="preserve">Clinical Research: </w:t>
      </w:r>
      <w:r>
        <w:br/>
      </w:r>
      <w:r>
        <w:rPr>
          <w:rFonts w:ascii="LiberationSerif" w:hAnsi="LiberationSerif" w:eastAsia="LiberationSerif"/>
          <w:b/>
          <w:i w:val="0"/>
          <w:color w:val="000000"/>
          <w:sz w:val="30"/>
        </w:rPr>
        <w:t>Leukemia: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61: References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436" w:lineRule="exact" w:before="1678" w:after="0"/>
        <w:ind w:left="1000" w:right="1728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 xml:space="preserve">References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[List relevant medical journals, websites, and books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consulted during the research process. Use a consistent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citation style, such as APA or MLA.]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50" w:lineRule="exact" w:before="1734" w:after="0"/>
        <w:ind w:left="1000" w:right="0" w:firstLine="0"/>
        <w:jc w:val="left"/>
      </w:pPr>
      <w:r>
        <w:rPr>
          <w:w w:val="102.27272727272727"/>
          <w:rFonts w:ascii="LiberationSerif" w:hAnsi="LiberationSerif" w:eastAsia="LiberationSerif"/>
          <w:b/>
          <w:i w:val="0"/>
          <w:color w:val="000000"/>
          <w:sz w:val="22"/>
        </w:rPr>
        <w:t>Chapter 62: Author Biography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740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Author Biography</w:t>
      </w:r>
    </w:p>
    <w:p>
      <w:pPr>
        <w:autoSpaceDN w:val="0"/>
        <w:autoSpaceDE w:val="0"/>
        <w:widowControl/>
        <w:spacing w:line="344" w:lineRule="exact" w:before="274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[Author's Name] is a contemporary romance and women's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fiction author with a passion for exploring themes of healing,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and self-discovery. Inspired by her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 and observations, she weaves emotionally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resonant stories that celebrate the complexities of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relationships and the enduring power of love. [Author's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Name] holds a [Degree] in [Major] and has a strong interest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medicine, which informs the medical details presented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novels. When not writing, she enjoys [Hobbies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Interests]. She resides in [Location] with her family. You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 with her on [Social Media Links].</w:t>
      </w:r>
    </w:p>
    <w:sectPr w:rsidR="00FC693F" w:rsidRPr="0006063C" w:rsidSect="00034616">
      <w:pgSz w:w="12240" w:h="15840"/>
      <w:pgMar w:top="0" w:right="1420" w:bottom="210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