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65A93" w14:textId="77777777" w:rsidR="007567F3" w:rsidRDefault="008543A5">
      <w:r>
        <w:t>The Unity Medallion</w:t>
      </w:r>
    </w:p>
    <w:p w14:paraId="37C257E1" w14:textId="4C03EA10" w:rsidR="00037EB2" w:rsidRPr="00037EB2" w:rsidRDefault="00037EB2" w:rsidP="00037EB2">
      <w:pPr>
        <w:rPr>
          <w:b/>
          <w:bCs/>
        </w:rPr>
      </w:pPr>
      <w:r w:rsidRPr="00037EB2">
        <w:rPr>
          <w:b/>
          <w:bCs/>
        </w:rPr>
        <w:t xml:space="preserve">Prologue: The First Warning </w:t>
      </w:r>
    </w:p>
    <w:p w14:paraId="35B214AD" w14:textId="77777777" w:rsidR="00037EB2" w:rsidRPr="00037EB2" w:rsidRDefault="00037EB2" w:rsidP="00037EB2">
      <w:r w:rsidRPr="00037EB2">
        <w:t>Cedar Valley had always been a place of whispers.</w:t>
      </w:r>
    </w:p>
    <w:p w14:paraId="0BD004B2" w14:textId="77777777" w:rsidR="00037EB2" w:rsidRPr="00037EB2" w:rsidRDefault="00037EB2" w:rsidP="00037EB2">
      <w:r w:rsidRPr="00037EB2">
        <w:t>Long before its streets filled with families and laughter, the land was a meeting place for wanderers—travelers seeking solace, trade, or new beginnings. But the land, though bountiful, was not always kind. A river once split the valley, carving a line that divided settlers and strained alliances. Conflicts simmered, then boiled, leaving scars deeper than the river itself.</w:t>
      </w:r>
    </w:p>
    <w:p w14:paraId="4650DDF5" w14:textId="77777777" w:rsidR="00037EB2" w:rsidRPr="00037EB2" w:rsidRDefault="00037EB2" w:rsidP="00037EB2">
      <w:r w:rsidRPr="00037EB2">
        <w:t>Then came the medallion.</w:t>
      </w:r>
    </w:p>
    <w:p w14:paraId="275FC9CF" w14:textId="77777777" w:rsidR="00037EB2" w:rsidRPr="00037EB2" w:rsidRDefault="00037EB2" w:rsidP="00037EB2">
      <w:r w:rsidRPr="00037EB2">
        <w:t>Forged by hands that sought unity over division, the Peace Medallion was more than metal. It was crafted in a moment of desperation—when all sides of the fractured town came together, driven by the hope that something could heal the divides they had grown too weary to fight over. Legends said the medallion carried the intentions of its creators, etched into its surface like prayers: peace, resilience, unity.</w:t>
      </w:r>
    </w:p>
    <w:p w14:paraId="20CDE0D2" w14:textId="77777777" w:rsidR="00037EB2" w:rsidRPr="00037EB2" w:rsidRDefault="00037EB2" w:rsidP="00037EB2">
      <w:r w:rsidRPr="00037EB2">
        <w:t>For generations, the medallion stayed buried beneath the Great Oak on the edge of town, its presence a silent promise that Cedar Valley’s people would always strive to stand together. And when it was unearthed fifty years ago, its unveiling at the town’s small museum became a celebration of everything Cedar Valley had endured and overcome.</w:t>
      </w:r>
    </w:p>
    <w:p w14:paraId="15368ADE" w14:textId="77777777" w:rsidR="00037EB2" w:rsidRPr="00037EB2" w:rsidRDefault="00037EB2" w:rsidP="00037EB2">
      <w:r w:rsidRPr="00037EB2">
        <w:t>But not all legends are meant to be shared.</w:t>
      </w:r>
    </w:p>
    <w:p w14:paraId="687A316D" w14:textId="77777777" w:rsidR="00037EB2" w:rsidRPr="00037EB2" w:rsidRDefault="00037EB2" w:rsidP="00037EB2">
      <w:r w:rsidRPr="00037EB2">
        <w:rPr>
          <w:i/>
          <w:iCs/>
        </w:rPr>
        <w:t>“Some things are better left where they lie.”</w:t>
      </w:r>
    </w:p>
    <w:p w14:paraId="32C70714" w14:textId="77777777" w:rsidR="00037EB2" w:rsidRPr="00037EB2" w:rsidRDefault="00037EB2" w:rsidP="00037EB2">
      <w:r w:rsidRPr="00037EB2">
        <w:t>That warning had come decades earlier, scrawled on a scrap of parchment slipped anonymously into the museum’s archive room. Ms. Callahan’s predecessor dismissed it as the ramblings of an eccentric historian, but the medallion had been a quiet source of trouble ever since—its presence at the museum drawing whispers of power, theft attempts, and the occasional, inexplicable accident.</w:t>
      </w:r>
    </w:p>
    <w:p w14:paraId="186753FF" w14:textId="77777777" w:rsidR="00037EB2" w:rsidRPr="00037EB2" w:rsidRDefault="00037EB2" w:rsidP="00037EB2">
      <w:r w:rsidRPr="00037EB2">
        <w:t>Now, as the medallion gleamed beneath its glass case, the whispers grew louder.</w:t>
      </w:r>
    </w:p>
    <w:p w14:paraId="4F0E2D49" w14:textId="77777777" w:rsidR="00037EB2" w:rsidRPr="00037EB2" w:rsidRDefault="00037EB2" w:rsidP="00037EB2">
      <w:r w:rsidRPr="00037EB2">
        <w:t>A faint draft stirred the air of the museum late one night, carrying with it the scent of something old, something restless. A guard on patrol paused in the exhibit room, his flashlight sweeping the space. Everything was as it should be—or so it seemed.</w:t>
      </w:r>
    </w:p>
    <w:p w14:paraId="6DEC2694" w14:textId="77777777" w:rsidR="00037EB2" w:rsidRPr="00037EB2" w:rsidRDefault="00037EB2" w:rsidP="00037EB2">
      <w:r w:rsidRPr="00037EB2">
        <w:t>But somewhere in the shadows, unseen, something shifted.</w:t>
      </w:r>
    </w:p>
    <w:p w14:paraId="6CCDABD1" w14:textId="77777777" w:rsidR="007567F3" w:rsidRDefault="007567F3"/>
    <w:p w14:paraId="294558DA" w14:textId="77777777" w:rsidR="007567F3" w:rsidRPr="00531FE1" w:rsidRDefault="008543A5">
      <w:pPr>
        <w:rPr>
          <w:b/>
          <w:bCs/>
        </w:rPr>
      </w:pPr>
      <w:r w:rsidRPr="00531FE1">
        <w:rPr>
          <w:b/>
          <w:bCs/>
        </w:rPr>
        <w:t>Chapter 1: The Mystery Begins</w:t>
      </w:r>
    </w:p>
    <w:p w14:paraId="646E7AA2" w14:textId="77777777" w:rsidR="007567F3" w:rsidRDefault="008543A5">
      <w:r>
        <w:lastRenderedPageBreak/>
        <w:t xml:space="preserve">The late afternoon </w:t>
      </w:r>
      <w:proofErr w:type="gramStart"/>
      <w:r>
        <w:t>sun bathed</w:t>
      </w:r>
      <w:proofErr w:type="gramEnd"/>
      <w:r>
        <w:t xml:space="preserve"> Cedar Valley in a warm, golden light as Lucía and her younger brother, Xander, followed their classmates toward the Cedar Valley Museum. The buzz in town over the special exhibit—the Peace Medallion—had been hard to ignore, though Lucía had managed to seem completely unbothered.</w:t>
      </w:r>
    </w:p>
    <w:p w14:paraId="7D639814" w14:textId="77777777" w:rsidR="007567F3" w:rsidRDefault="008543A5">
      <w:r>
        <w:t>Her phone was her priority. As her fingers tapped quickly across the screen, she updated her friends with texts and memes, adding a few snapshots of whatever caught her eye. She liked having the inside scoop, even if she pretended not to care about things that everyone else seemed to find exciting.</w:t>
      </w:r>
    </w:p>
    <w:p w14:paraId="70CE2170" w14:textId="77777777" w:rsidR="007567F3" w:rsidRDefault="008543A5">
      <w:r>
        <w:t>“Lucía, come on!” Xander called out, jogging a few steps ahead of her. His energy made her smirk despite herself. He was always so eager, especially when he thought something cool was about to happen.</w:t>
      </w:r>
    </w:p>
    <w:p w14:paraId="2EE5AE5D" w14:textId="77777777" w:rsidR="007567F3" w:rsidRDefault="008543A5">
      <w:r>
        <w:t>“Relax, Xander,” Lucía replied, her tone carrying subtle curiosity without looking up. “I’m coming.”</w:t>
      </w:r>
    </w:p>
    <w:p w14:paraId="3C5EF62F" w14:textId="77777777" w:rsidR="007567F3" w:rsidRDefault="008543A5">
      <w:r>
        <w:t>He hesitated, hovering like he wanted to grab her by the arm and pull her along but didn’t dare. She knew he wanted her approval, and she let him work for it. “It’s the Peace Medallion!” he added, as though that alone should get her moving.</w:t>
      </w:r>
    </w:p>
    <w:p w14:paraId="22173F18" w14:textId="77777777" w:rsidR="007567F3" w:rsidRDefault="008543A5">
      <w:r>
        <w:t>Lucía sighed but picked up her pace, tucking her phone into her pocket. “Okay, okay. Let’s see what the big deal is.”</w:t>
      </w:r>
    </w:p>
    <w:p w14:paraId="70DC4346" w14:textId="77777777" w:rsidR="007567F3" w:rsidRDefault="008543A5">
      <w:r>
        <w:t>The museum loomed ahead, its stone façade giving it the look of a building more important than it probably was. The cool air inside carried a faint scent of aged paper and polished wood, a contrast to the lively murmurs of the students filtering in. The towering displays seemed to watch over them like silent sentinels.</w:t>
      </w:r>
    </w:p>
    <w:p w14:paraId="4D0DC02D" w14:textId="77777777" w:rsidR="007567F3" w:rsidRDefault="008543A5">
      <w:r>
        <w:t>Ms. Callahan, the museum’s curator, stood waiting for them at the entrance, her sharp eyes scanning the group of students as they approached.</w:t>
      </w:r>
    </w:p>
    <w:p w14:paraId="23925FFB" w14:textId="77777777" w:rsidR="007567F3" w:rsidRDefault="008543A5">
      <w:r>
        <w:t>“Welcome,” Ms. Callahan said, her voice calm but firm. “Today, you’ll be the first to see the Peace Medallion up close. It’s a symbol of our town’s history, and we’re lucky to have it here on display.”</w:t>
      </w:r>
    </w:p>
    <w:p w14:paraId="4178EDA9" w14:textId="77777777" w:rsidR="007567F3" w:rsidRDefault="008543A5">
      <w:r>
        <w:t>Lucía sized up Ms. Callahan, who carried herself like someone used to being in charge. There was a certain air about her, like she knew more than she let on. Lucía filed the thought away, along with a quick mental note to get a photo of her later.</w:t>
      </w:r>
    </w:p>
    <w:p w14:paraId="57423F30" w14:textId="77777777" w:rsidR="007567F3" w:rsidRDefault="008543A5">
      <w:r>
        <w:t>“Come on,” Xander whispered, tugging at Lucía’s sleeve. He was practically bouncing with excitement, his face lit up in a way that made her roll her eyes. But she followed him inside, curiosity tugging at her despite herself.</w:t>
      </w:r>
    </w:p>
    <w:p w14:paraId="237F09A1" w14:textId="77777777" w:rsidR="007567F3" w:rsidRDefault="008543A5">
      <w:r>
        <w:t xml:space="preserve">The museum’s interior was cooler than the street outside, with tall windows letting in beams of late-afternoon sunlight that illuminated the exhibits. They passed artifacts and photographs chronicling Cedar Valley’s history—a patchwork of cultures that had built the </w:t>
      </w:r>
      <w:r>
        <w:lastRenderedPageBreak/>
        <w:t>town together over generations. Xander glanced at each display like it held some kind of secret, while Lucía took a quick snapshot here and there, more out of habit than interest.</w:t>
      </w:r>
    </w:p>
    <w:p w14:paraId="5BA11C42" w14:textId="77777777" w:rsidR="007567F3" w:rsidRDefault="008543A5">
      <w:r>
        <w:t>When they entered the exhibit room, the Peace Medallion was supposed to be the centerpiece, housed in a glass case at the center of the room. But as Ms. Callahan approached the display, she froze, her face going pale.</w:t>
      </w:r>
    </w:p>
    <w:p w14:paraId="4EC607B6" w14:textId="77777777" w:rsidR="007567F3" w:rsidRDefault="008543A5">
      <w:r>
        <w:t>The medallion was gone.</w:t>
      </w:r>
    </w:p>
    <w:p w14:paraId="1E22B500" w14:textId="77777777" w:rsidR="007567F3" w:rsidRDefault="008543A5">
      <w:r>
        <w:t xml:space="preserve">A ripple of murmurs spread through the group as everyone craned their necks to see the empty case. Ms. </w:t>
      </w:r>
      <w:r>
        <w:t>Callahan’s hands trembled slightly as she turned to the nearest museum staff member and whispered something urgent.</w:t>
      </w:r>
    </w:p>
    <w:p w14:paraId="34867959" w14:textId="77777777" w:rsidR="007567F3" w:rsidRDefault="008543A5">
      <w:r>
        <w:t>Lucía felt a jolt of interest, her boredom evaporating. She exchanged a glance with Xander, whose wide-eyed expression mirrored her own surprise.</w:t>
      </w:r>
    </w:p>
    <w:p w14:paraId="25EA1596" w14:textId="77777777" w:rsidR="007567F3" w:rsidRDefault="008543A5">
      <w:r>
        <w:t>“Do you think someone stole it?” Xander asked, his voice barely above a whisper.</w:t>
      </w:r>
    </w:p>
    <w:p w14:paraId="204AF58F" w14:textId="77777777" w:rsidR="007567F3" w:rsidRDefault="008543A5">
      <w:r>
        <w:t xml:space="preserve">Lucía tilted her head, considering. “Looks that way,” Lucía replied, her tone carrying subtle curiosity, her tone </w:t>
      </w:r>
      <w:proofErr w:type="gramStart"/>
      <w:r>
        <w:t>calm</w:t>
      </w:r>
      <w:proofErr w:type="gramEnd"/>
      <w:r>
        <w:t xml:space="preserve"> even as her mind began turning over the possibilities. “But who? And why?”</w:t>
      </w:r>
    </w:p>
    <w:p w14:paraId="76BB2F29" w14:textId="77777777" w:rsidR="007567F3" w:rsidRDefault="008543A5">
      <w:r>
        <w:t>As Ms. Callahan hurried off to speak with the museum’s security team, Xander leaned closer, his excitement bubbling over. “This is like a real-life mystery! We could figure it out, Lucía. We could be detectives!”</w:t>
      </w:r>
    </w:p>
    <w:p w14:paraId="060D2B4A" w14:textId="77777777" w:rsidR="007567F3" w:rsidRDefault="008543A5">
      <w:r>
        <w:t>Lucía raised an eyebrow, half-amused. “Detectives, huh? You know this isn’t a game, right?”</w:t>
      </w:r>
    </w:p>
    <w:p w14:paraId="42425EDE" w14:textId="77777777" w:rsidR="007567F3" w:rsidRDefault="008543A5">
      <w:r>
        <w:t>Xander nodded earnestly, his enthusiasm undeterred. “I know! But we could still figure it out.”</w:t>
      </w:r>
    </w:p>
    <w:p w14:paraId="073E5234" w14:textId="77777777" w:rsidR="007567F3" w:rsidRDefault="008543A5">
      <w:r>
        <w:t>She sighed, but a small smile tugged at the corner of her mouth. “Fine. But if we’re doing this, we’re doing it my way. First rule of being a detective: no jumping to conclusions. Got it?”</w:t>
      </w:r>
    </w:p>
    <w:p w14:paraId="7CE44969" w14:textId="77777777" w:rsidR="007567F3" w:rsidRDefault="008543A5">
      <w:r>
        <w:t>“Got it,” Xander said, practically vibrating with excitement.</w:t>
      </w:r>
    </w:p>
    <w:p w14:paraId="5CE14E02" w14:textId="77777777" w:rsidR="007567F3" w:rsidRDefault="008543A5">
      <w:r>
        <w:t>As they left the exhibit room, Lucía glanced back at the empty display case one more time. The mystery wasn’t just about the missing medallion. It was about the story behind it, and something told her this was only the beginning.</w:t>
      </w:r>
    </w:p>
    <w:p w14:paraId="2553A4B8" w14:textId="77777777" w:rsidR="007567F3" w:rsidRPr="00531FE1" w:rsidRDefault="008543A5">
      <w:pPr>
        <w:rPr>
          <w:b/>
          <w:bCs/>
        </w:rPr>
      </w:pPr>
      <w:r w:rsidRPr="00531FE1">
        <w:rPr>
          <w:b/>
          <w:bCs/>
        </w:rPr>
        <w:t>Chapter 2: Suspicions and Suspects</w:t>
      </w:r>
    </w:p>
    <w:p w14:paraId="14E2FB97" w14:textId="77777777" w:rsidR="007567F3" w:rsidRDefault="008543A5">
      <w:r>
        <w:t>The walk home from the museum felt longer than usual, mostly because Xander couldn’t stop talking.</w:t>
      </w:r>
    </w:p>
    <w:p w14:paraId="62DA940A" w14:textId="77777777" w:rsidR="007567F3" w:rsidRDefault="008543A5">
      <w:r>
        <w:t>“Who do you think took it?” Xander leaned forward, his voice edged with urgency for what felt like the tenth time.</w:t>
      </w:r>
    </w:p>
    <w:p w14:paraId="766E28B5" w14:textId="77777777" w:rsidR="007567F3" w:rsidRDefault="008543A5">
      <w:r>
        <w:lastRenderedPageBreak/>
        <w:t>“I don’t know, Xander,” Lucía replied, her tone deliberately patient. “That’s the point of a mystery. You don’t know.”</w:t>
      </w:r>
    </w:p>
    <w:p w14:paraId="7B1CA93A" w14:textId="77777777" w:rsidR="007567F3" w:rsidRDefault="008543A5">
      <w:r>
        <w:t>“But don’t you think it’s weird that it just disappeared like that?” he pressed. “I mean, there were all those cameras and guards, right?”</w:t>
      </w:r>
    </w:p>
    <w:p w14:paraId="1595117B" w14:textId="77777777" w:rsidR="007567F3" w:rsidRDefault="008543A5">
      <w:r>
        <w:t>Lucía shrugged, glancing around the quiet streets of Cedar Valley. “Whoever took it probably planned it out. You don’t just walk into a museum and grab something that important without a plan.”</w:t>
      </w:r>
    </w:p>
    <w:p w14:paraId="12CC5575" w14:textId="77777777" w:rsidR="007567F3" w:rsidRDefault="008543A5">
      <w:r>
        <w:t>Xander considered this, nodding slowly. “So… it had to be someone really smart.”</w:t>
      </w:r>
    </w:p>
    <w:p w14:paraId="43F71EB4" w14:textId="77777777" w:rsidR="007567F3" w:rsidRDefault="008543A5">
      <w:r>
        <w:t>“Or really desperate,” Lucía added, more to herself than to him.</w:t>
      </w:r>
    </w:p>
    <w:p w14:paraId="7A61B7E1" w14:textId="77777777" w:rsidR="007567F3" w:rsidRDefault="008543A5">
      <w:r>
        <w:t>As they passed the bakery on Main Street, Mr. Garcia was sweeping the front steps. Xander slowed down, a mischievous grin spreading across his face. “Hey, Mr. Garcia!” he called out. “Did you hear about the Peace Medallion? Someone stole it!”</w:t>
      </w:r>
    </w:p>
    <w:p w14:paraId="11D82070" w14:textId="77777777" w:rsidR="007567F3" w:rsidRDefault="008543A5">
      <w:r>
        <w:t>Lucía groaned inwardly but stopped walking. Mr. Garcia looked up, frowning. “Stole it? When?”</w:t>
      </w:r>
    </w:p>
    <w:p w14:paraId="2B61192B" w14:textId="77777777" w:rsidR="007567F3" w:rsidRDefault="008543A5">
      <w:r>
        <w:t xml:space="preserve">“Today!” Xander said, his excitement </w:t>
      </w:r>
      <w:proofErr w:type="gramStart"/>
      <w:r>
        <w:t>impossible</w:t>
      </w:r>
      <w:proofErr w:type="gramEnd"/>
      <w:r>
        <w:t xml:space="preserve"> to miss. “We were there when they found out it was gone.”</w:t>
      </w:r>
    </w:p>
    <w:p w14:paraId="470F4E1A" w14:textId="77777777" w:rsidR="007567F3" w:rsidRDefault="008543A5">
      <w:r>
        <w:t xml:space="preserve">Mr. Garcia’s expression darkened, and he muttered something under his breath. “People don’t know how to </w:t>
      </w:r>
      <w:r>
        <w:t>leave well enough alone,” he said finally, shaking his head. “Always looking to take something that doesn’t belong to them.”</w:t>
      </w:r>
    </w:p>
    <w:p w14:paraId="3134203A" w14:textId="77777777" w:rsidR="007567F3" w:rsidRDefault="008543A5">
      <w:r>
        <w:t xml:space="preserve">Lucía narrowed her eyes, watching him carefully. There was a tension in his voice that caught her attention. “Did you know something about the medallion, Mr. Garcia?” </w:t>
      </w:r>
      <w:proofErr w:type="spellStart"/>
      <w:r>
        <w:t>sXander</w:t>
      </w:r>
      <w:proofErr w:type="spellEnd"/>
      <w:r>
        <w:t xml:space="preserve"> leaned forward, his voice edged with urgency casually.</w:t>
      </w:r>
    </w:p>
    <w:p w14:paraId="37C51050" w14:textId="77777777" w:rsidR="007567F3" w:rsidRDefault="008543A5">
      <w:r>
        <w:t>He glanced at her, his face unreadable. “I know it’s been part of this town’s history for a long time,” he said. “And I know some people care more about what they can get out of it than what it stands for.”</w:t>
      </w:r>
    </w:p>
    <w:p w14:paraId="1E0F8C3B" w14:textId="77777777" w:rsidR="007567F3" w:rsidRDefault="008543A5">
      <w:r>
        <w:t>Before Lucía could ask anything else, he waved them off. “You kids get home. This isn’t something you should be worrying about.”</w:t>
      </w:r>
    </w:p>
    <w:p w14:paraId="55836BA1" w14:textId="77777777" w:rsidR="007567F3" w:rsidRDefault="008543A5">
      <w:r>
        <w:t>As they walked away, Xander looked up at Lucía. “Do you think he knows something?”</w:t>
      </w:r>
    </w:p>
    <w:p w14:paraId="2DC4E22C" w14:textId="77777777" w:rsidR="007567F3" w:rsidRDefault="008543A5">
      <w:r>
        <w:t>“Maybe,” Lucía replied, her tone carrying subtle curiosity, her mind already turning over the possibilities. “Or maybe he just doesn’t like talking about stuff like this. Either way, we need to keep our eyes open.”</w:t>
      </w:r>
    </w:p>
    <w:p w14:paraId="75256DED" w14:textId="77777777" w:rsidR="007567F3" w:rsidRPr="00531FE1" w:rsidRDefault="008543A5">
      <w:pPr>
        <w:rPr>
          <w:b/>
          <w:bCs/>
        </w:rPr>
      </w:pPr>
      <w:r w:rsidRPr="00531FE1">
        <w:rPr>
          <w:b/>
          <w:bCs/>
        </w:rPr>
        <w:t>Chapter 3: Reunion and Revelations</w:t>
      </w:r>
    </w:p>
    <w:p w14:paraId="37F702ED" w14:textId="77777777" w:rsidR="007567F3" w:rsidRDefault="008543A5">
      <w:r>
        <w:lastRenderedPageBreak/>
        <w:t xml:space="preserve">The last two weeks of the school year always felt strange. Excitement for summer break buzzed in the air, but teachers still clung to their lesson plans, squeezing in last-minute assignments and tests. For Lucía and Xander, though, these weeks held a different kind of anticipation—the arrival of their </w:t>
      </w:r>
      <w:proofErr w:type="gramStart"/>
      <w:r>
        <w:t>step-siblings</w:t>
      </w:r>
      <w:proofErr w:type="gramEnd"/>
      <w:r>
        <w:t>, Madeline and Liam.</w:t>
      </w:r>
    </w:p>
    <w:p w14:paraId="1A38123F" w14:textId="77777777" w:rsidR="007567F3" w:rsidRDefault="008543A5">
      <w:r>
        <w:t xml:space="preserve">Aleks, their stepdad, had picked them up from school earlier that afternoon. Lucía had known Aleks for a little over three years now. At first, his presence had been jarring—a disruption to the careful balance she and Xander had built with their mom after their parents’ divorce. But Aleks didn’t force himself into their lives. He was steady, kind, and patient. Over the past six </w:t>
      </w:r>
      <w:proofErr w:type="gramStart"/>
      <w:r>
        <w:t>months,</w:t>
      </w:r>
      <w:proofErr w:type="gramEnd"/>
      <w:r>
        <w:t xml:space="preserve"> since he and Sofia married, Lucía had found herself warming up to him in ways she never expected.</w:t>
      </w:r>
    </w:p>
    <w:p w14:paraId="7420ADAF" w14:textId="77777777" w:rsidR="007567F3" w:rsidRDefault="008543A5">
      <w:r>
        <w:t>He treated her and Xander like family—not “</w:t>
      </w:r>
      <w:proofErr w:type="spellStart"/>
      <w:r>
        <w:t>stepkids</w:t>
      </w:r>
      <w:proofErr w:type="spellEnd"/>
      <w:r>
        <w:t>,” but his own. And though she’d never admit it out loud, Lucía had started to admire his quiet confidence and the way he supported her mom with unwavering love.</w:t>
      </w:r>
    </w:p>
    <w:p w14:paraId="24B4189F" w14:textId="77777777" w:rsidR="007567F3" w:rsidRDefault="008543A5">
      <w:r>
        <w:t>The sound of a car pulling into the driveway snapped Lucía out of her thoughts. She glanced up from her phone just in time to see Madeline and Liam spilling out of the car. Madeline, with her soft smile and wide, trusting eyes, waved shyly at Lucía. Liam, on the other hand, bolted toward Xander with all the energy of a tornado.</w:t>
      </w:r>
    </w:p>
    <w:p w14:paraId="2C2163F4" w14:textId="77777777" w:rsidR="007567F3" w:rsidRDefault="008543A5">
      <w:r>
        <w:t xml:space="preserve">“Xander! You’re not </w:t>
      </w:r>
      <w:proofErr w:type="spellStart"/>
      <w:r>
        <w:t>gonna</w:t>
      </w:r>
      <w:proofErr w:type="spellEnd"/>
      <w:r>
        <w:t xml:space="preserve"> believe what happened at school today!” Liam shouted, tackling Xander in a playful hug that quickly turned into an impromptu wrestling match.</w:t>
      </w:r>
    </w:p>
    <w:p w14:paraId="18045977" w14:textId="77777777" w:rsidR="007567F3" w:rsidRDefault="008543A5">
      <w:r>
        <w:t>Lucía rolled her eyes, though she couldn’t help but smile. Madeline approached her hesitantly, clutching the straps of her backpack like it was a lifeline. “Hi, Lucía,” Lucía replied, her tone carrying subtle curiosity softly. “It’s good to see you.”</w:t>
      </w:r>
    </w:p>
    <w:p w14:paraId="79E8EB31" w14:textId="77777777" w:rsidR="007567F3" w:rsidRDefault="008543A5">
      <w:r>
        <w:t>“Hey, Madeline,” Lucía replied, tucking her phone away. “Ready for a weekend of detective work?”</w:t>
      </w:r>
    </w:p>
    <w:p w14:paraId="7793A325" w14:textId="77777777" w:rsidR="007567F3" w:rsidRDefault="008543A5">
      <w:r>
        <w:t>Madeline’s eyes widened in surprise. “Detective work?”</w:t>
      </w:r>
    </w:p>
    <w:p w14:paraId="75E6B574" w14:textId="77777777" w:rsidR="007567F3" w:rsidRDefault="008543A5">
      <w:r>
        <w:t>Xander overheard and immediately jumped in, grinning. “Yeah! Someone stole the Peace Medallion from the museum, and we’re trying to figure out who did it!”</w:t>
      </w:r>
    </w:p>
    <w:p w14:paraId="2ECC1C73" w14:textId="77777777" w:rsidR="007567F3" w:rsidRDefault="008543A5">
      <w:r>
        <w:t>Madeline gasped, her face lighting up with both excitement and a hint of nervousness. “That’s so cool… and kind of scary.”</w:t>
      </w:r>
    </w:p>
    <w:p w14:paraId="676C449D" w14:textId="77777777" w:rsidR="007567F3" w:rsidRDefault="008543A5">
      <w:r>
        <w:t xml:space="preserve">“You’re </w:t>
      </w:r>
      <w:proofErr w:type="spellStart"/>
      <w:r>
        <w:t>gonna</w:t>
      </w:r>
      <w:proofErr w:type="spellEnd"/>
      <w:r>
        <w:t xml:space="preserve"> love it,” Xander said confidently, clapping Liam on the back. “We’re a pretty great team.”</w:t>
      </w:r>
    </w:p>
    <w:p w14:paraId="3F9116E6" w14:textId="77777777" w:rsidR="007567F3" w:rsidRDefault="008543A5">
      <w:r>
        <w:t>Liam puffed out his chest. “I’m in. What do we do first?”</w:t>
      </w:r>
    </w:p>
    <w:p w14:paraId="3C28438E" w14:textId="77777777" w:rsidR="007567F3" w:rsidRDefault="008543A5">
      <w:r>
        <w:t>“Dinner,” Aleks said, stepping out of the car and giving the kids a stern but kind look. “You can solve all the mysteries you want after dinner.”</w:t>
      </w:r>
    </w:p>
    <w:p w14:paraId="6FB47BCB" w14:textId="77777777" w:rsidR="007567F3" w:rsidRDefault="008543A5">
      <w:r>
        <w:lastRenderedPageBreak/>
        <w:t>As they headed inside, Lucía glanced at Aleks. She felt a pang of gratitude for the way he managed to balance authority with understanding. He didn’t try to replace their dad, but he showed he cared in his own way. She wondered, not for the first time, if Xander felt the same.</w:t>
      </w:r>
    </w:p>
    <w:p w14:paraId="38FBD1AE" w14:textId="77777777" w:rsidR="00531FE1" w:rsidRDefault="00531FE1"/>
    <w:p w14:paraId="2423309D" w14:textId="0CF89F16" w:rsidR="007567F3" w:rsidRDefault="008543A5">
      <w:r>
        <w:t>Dinner that evening was a lively affair. The dining table buzzed with overlapping conversations as the kids recounted their day. Aleks listened patiently, offering the occasional witty remark that made even Lucía crack a smile. Sofia moved between them like the glue holding it all together, her calm presence grounding the chaos.</w:t>
      </w:r>
    </w:p>
    <w:p w14:paraId="750CB6CC" w14:textId="77777777" w:rsidR="007567F3" w:rsidRDefault="008543A5">
      <w:r>
        <w:t>“I can’t believe someone actually stole the medallion,” Liam said between bites of spaghetti. “Do you think it was, like, a professional thief?”</w:t>
      </w:r>
    </w:p>
    <w:p w14:paraId="03CDA00E" w14:textId="77777777" w:rsidR="007567F3" w:rsidRDefault="008543A5">
      <w:r>
        <w:t>“More like someone obsessed,” Xander replied, pushing his plate aside. “Ms. Callahan said people think it has power.”</w:t>
      </w:r>
    </w:p>
    <w:p w14:paraId="0281FAF4" w14:textId="77777777" w:rsidR="007567F3" w:rsidRDefault="008543A5">
      <w:r>
        <w:t>“Power?” Madeline asked, her voice soft but curious. “What kind of power?”</w:t>
      </w:r>
    </w:p>
    <w:p w14:paraId="4F850927" w14:textId="77777777" w:rsidR="007567F3" w:rsidRDefault="008543A5">
      <w:r>
        <w:t>“Like magic,” Liam said dramatically, waving his fork in the air like a wand.</w:t>
      </w:r>
    </w:p>
    <w:p w14:paraId="3DBD04F2" w14:textId="77777777" w:rsidR="007567F3" w:rsidRDefault="008543A5">
      <w:r>
        <w:t xml:space="preserve">“It’s not magic,” Lucía said, rolling her eyes. “But there’s </w:t>
      </w:r>
      <w:proofErr w:type="gramStart"/>
      <w:r>
        <w:t>definitely something</w:t>
      </w:r>
      <w:proofErr w:type="gramEnd"/>
      <w:r>
        <w:t xml:space="preserve"> about it. People don’t just steal things like that for no reason.”</w:t>
      </w:r>
    </w:p>
    <w:p w14:paraId="17739859" w14:textId="77777777" w:rsidR="007567F3" w:rsidRDefault="008543A5">
      <w:r>
        <w:t>“Your sister has a point,” Aleks chimed in, his tone thoughtful. “Sometimes, objects with history mean more to people than they should. It can make them do strange things.”</w:t>
      </w:r>
    </w:p>
    <w:p w14:paraId="48A85F67" w14:textId="77777777" w:rsidR="007567F3" w:rsidRDefault="008543A5">
      <w:r>
        <w:t>Sofia glanced at him, a faint smile playing on her lips. “Let’s hope the police can figure it out before anyone else does something ‘strange.’”</w:t>
      </w:r>
    </w:p>
    <w:p w14:paraId="7E60E0C9" w14:textId="77777777" w:rsidR="007567F3" w:rsidRDefault="008543A5">
      <w:r>
        <w:t>Lucía didn’t miss the way Aleks’s expression tightened, just for a moment. It was subtle, but it was enough to make her wonder if he knew more than he was letting on.</w:t>
      </w:r>
    </w:p>
    <w:p w14:paraId="659C6E36" w14:textId="77777777" w:rsidR="007567F3" w:rsidRDefault="007567F3"/>
    <w:p w14:paraId="3D3CFCBD" w14:textId="77777777" w:rsidR="007567F3" w:rsidRDefault="008543A5">
      <w:r>
        <w:t>Later that night, after the dishes were cleared and the house had settled into a comfortable quiet, the siblings huddled in the living room. Lucía spread their notes across the coffee table, her laptop open and glowing faintly in the dim light. Madeline sat cross-legged on the floor, flipping through an old book she’d borrowed from the library earlier. Liam lounged on the couch, doodling in a notebook, while Xander hovered nearby, practically vibrating with energy.</w:t>
      </w:r>
    </w:p>
    <w:p w14:paraId="67B8A072" w14:textId="77777777" w:rsidR="007567F3" w:rsidRDefault="008543A5">
      <w:r>
        <w:t>“So, what’s the plan?” Liam asked, breaking the silence.</w:t>
      </w:r>
    </w:p>
    <w:p w14:paraId="30F021B0" w14:textId="77777777" w:rsidR="007567F3" w:rsidRDefault="008543A5">
      <w:r>
        <w:t>Lucía glanced up from her laptop. “We need to connect the dots. Ms. Callahan said the medallion was buried under the big oak tree before it was put in the museum. That means the tree might hold more clues.”</w:t>
      </w:r>
    </w:p>
    <w:p w14:paraId="0749227A" w14:textId="77777777" w:rsidR="007567F3" w:rsidRDefault="008543A5">
      <w:r>
        <w:lastRenderedPageBreak/>
        <w:t>“And it’s on the edge of town,” Xander added. “Not exactly hard to get to.”</w:t>
      </w:r>
    </w:p>
    <w:p w14:paraId="1BBC4504" w14:textId="77777777" w:rsidR="007567F3" w:rsidRDefault="008543A5">
      <w:r>
        <w:t>“But what if it’s dangerous?” Madeline asked, her voice small but steady. “What if the person who stole the medallion is still looking for something?”</w:t>
      </w:r>
    </w:p>
    <w:p w14:paraId="20B061C1" w14:textId="77777777" w:rsidR="007567F3" w:rsidRDefault="008543A5">
      <w:r>
        <w:t xml:space="preserve">Lucía hesitated, her gaze shifting to </w:t>
      </w:r>
      <w:r>
        <w:t>Madeline. It was a fair question—and one she didn’t have an answer for. “That’s why we’ll be careful,” Lucía replied, her tone carrying subtle curiosity finally. “But we need more information, and the tree is the best lead we have.”</w:t>
      </w:r>
    </w:p>
    <w:p w14:paraId="29A2DE8A" w14:textId="77777777" w:rsidR="007567F3" w:rsidRDefault="008543A5">
      <w:r>
        <w:t>“Then we check it out tomorrow,” Xander said firmly. “First thing.”</w:t>
      </w:r>
    </w:p>
    <w:p w14:paraId="68401B2A" w14:textId="77777777" w:rsidR="007567F3" w:rsidRDefault="008543A5">
      <w:r>
        <w:t>Lucía nodded, a flicker of determination sparking in her chest. For all their bickering and differences, she couldn’t deny one thing: when it came to solving mysteries, they were a team. And if the medallion was as important as everyone seemed to think, they were going to need each other more than ever.</w:t>
      </w:r>
    </w:p>
    <w:p w14:paraId="7E5EFB96" w14:textId="77777777" w:rsidR="007567F3" w:rsidRPr="00531FE1" w:rsidRDefault="008543A5">
      <w:pPr>
        <w:rPr>
          <w:b/>
          <w:bCs/>
        </w:rPr>
      </w:pPr>
      <w:r w:rsidRPr="00531FE1">
        <w:rPr>
          <w:b/>
          <w:bCs/>
        </w:rPr>
        <w:t>Chapter 4: Clues and Curiosity</w:t>
      </w:r>
    </w:p>
    <w:p w14:paraId="1CE6A7D3" w14:textId="77777777" w:rsidR="007567F3" w:rsidRDefault="008543A5">
      <w:r>
        <w:t>The library smelled of old paper and polished wood, its towering shelves casting long shadows under the flickering overhead lights. For Lucía, it was a haven—a place where she could take control, organize thoughts, and search for answers. For the others, it was… less appealing.</w:t>
      </w:r>
    </w:p>
    <w:p w14:paraId="57C106B8" w14:textId="77777777" w:rsidR="007567F3" w:rsidRDefault="008543A5">
      <w:r>
        <w:t>Xander and Liam were restless, bouncing between shelves like human pinballs. Every few minutes, a muffled laugh or an exaggerated “</w:t>
      </w:r>
      <w:proofErr w:type="spellStart"/>
      <w:r>
        <w:t>shhh</w:t>
      </w:r>
      <w:proofErr w:type="spellEnd"/>
      <w:r>
        <w:t>!” escaped from their corner, drawing sharp looks from Madeline and Lucía.</w:t>
      </w:r>
    </w:p>
    <w:p w14:paraId="232B9C1C" w14:textId="77777777" w:rsidR="007567F3" w:rsidRDefault="008543A5">
      <w:r>
        <w:t>“Focus,” Lucía said sharply, her gaze never leaving her laptop screen. “We’re not here for fun.”</w:t>
      </w:r>
    </w:p>
    <w:p w14:paraId="5B109ACA" w14:textId="77777777" w:rsidR="007567F3" w:rsidRDefault="008543A5">
      <w:r>
        <w:t>Xander smirked as he slid into a chair across from her. “This is fun. It’s like being in one of those detective shows. You’re the serious one who cracks the codes, and I’m the charming partner who gets all the action.”</w:t>
      </w:r>
    </w:p>
    <w:p w14:paraId="270F0F33" w14:textId="77777777" w:rsidR="007567F3" w:rsidRDefault="008543A5">
      <w:r>
        <w:t>“Yeah, charming,” Liam muttered under his breath, earning a glare from Xander.</w:t>
      </w:r>
    </w:p>
    <w:p w14:paraId="07C6ECE0" w14:textId="77777777" w:rsidR="007567F3" w:rsidRDefault="008543A5">
      <w:r>
        <w:t xml:space="preserve">Madeline, </w:t>
      </w:r>
      <w:r>
        <w:t>seated quietly at the edge of the table, didn’t look up from her book. “Guys,” Lucía replied, her tone carrying subtle curiosity softly, her voice calm but firm, “I think I found something.”</w:t>
      </w:r>
    </w:p>
    <w:p w14:paraId="7579FC94" w14:textId="77777777" w:rsidR="007567F3" w:rsidRDefault="008543A5">
      <w:r>
        <w:t xml:space="preserve">Lucía immediately leaned in, her irritation melting as curiosity took over. Madeline pushed the book toward her, pointing to an old black-and-white photograph on a </w:t>
      </w:r>
      <w:proofErr w:type="gramStart"/>
      <w:r>
        <w:t>yellowed</w:t>
      </w:r>
      <w:proofErr w:type="gramEnd"/>
      <w:r>
        <w:t xml:space="preserve"> page. The image showed a group of people standing under a massive oak tree, holding something unmistakable—the Peace Medallion.</w:t>
      </w:r>
    </w:p>
    <w:p w14:paraId="63DBA43D" w14:textId="77777777" w:rsidR="007567F3" w:rsidRDefault="008543A5">
      <w:r>
        <w:t>“The oak tree,” Lucía murmured. “That’s the one on the edge of town.”</w:t>
      </w:r>
    </w:p>
    <w:p w14:paraId="7C389657" w14:textId="77777777" w:rsidR="007567F3" w:rsidRDefault="008543A5">
      <w:r>
        <w:lastRenderedPageBreak/>
        <w:t xml:space="preserve">Madeline </w:t>
      </w:r>
      <w:proofErr w:type="gramStart"/>
      <w:r>
        <w:t>nodded,</w:t>
      </w:r>
      <w:proofErr w:type="gramEnd"/>
      <w:r>
        <w:t xml:space="preserve"> her brow furrowed. “The caption says the medallion was buried there during a ceremony. They dug it up twenty years later to put it in the museum.”</w:t>
      </w:r>
    </w:p>
    <w:p w14:paraId="21EC942C" w14:textId="77777777" w:rsidR="007567F3" w:rsidRDefault="008543A5">
      <w:r>
        <w:t>“Why would they bury it in the first place?” Xander asked, his voice tinged with skepticism.</w:t>
      </w:r>
    </w:p>
    <w:p w14:paraId="0BFD2C89" w14:textId="77777777" w:rsidR="007567F3" w:rsidRDefault="008543A5">
      <w:r>
        <w:t>“Maybe they thought it was safer that way,” Lucía said, tapping her fingers against the table. “Or maybe it wasn’t meant to be displayed at all.”</w:t>
      </w:r>
    </w:p>
    <w:p w14:paraId="0AA2415D" w14:textId="77777777" w:rsidR="007567F3" w:rsidRDefault="008543A5">
      <w:r>
        <w:t>“</w:t>
      </w:r>
      <w:proofErr w:type="gramStart"/>
      <w:r>
        <w:t>Or,</w:t>
      </w:r>
      <w:proofErr w:type="gramEnd"/>
      <w:r>
        <w:t>” Liam interjected, his voice rising with excitement, “they knew it had magic and wanted to hide it.”</w:t>
      </w:r>
    </w:p>
    <w:p w14:paraId="0DB24C1A" w14:textId="77777777" w:rsidR="007567F3" w:rsidRDefault="008543A5">
      <w:r>
        <w:t>“It’s not magic, Liam,” Lucía said, though a small part of her wondered if there was more truth to his words than she was willing to admit. “But someone clearly wanted it badly enough to steal it.”</w:t>
      </w:r>
    </w:p>
    <w:p w14:paraId="0C1E4795" w14:textId="77777777" w:rsidR="007567F3" w:rsidRDefault="008543A5">
      <w:r>
        <w:t>Xander grabbed a stack of old newspapers they’d borrowed from the librarian. As he flipped through the pages, his eyes widened. “Here’s something weird,” he said, pointing to a headline from years ago: Local Man Arrested After Attempting to Steal Peace Medallion.</w:t>
      </w:r>
    </w:p>
    <w:p w14:paraId="00ACD335" w14:textId="77777777" w:rsidR="007567F3" w:rsidRDefault="008543A5">
      <w:r>
        <w:t>Lucía and Madeline leaned over to read. The article described a man who had broken into the museum late one night, claiming the medallion “called to him.”</w:t>
      </w:r>
    </w:p>
    <w:p w14:paraId="012F54F3" w14:textId="77777777" w:rsidR="007567F3" w:rsidRDefault="008543A5">
      <w:r>
        <w:t>“That’s… unsettling,” Madeline said quietly, her hands tightening on the book.</w:t>
      </w:r>
    </w:p>
    <w:p w14:paraId="0FDAA6B4" w14:textId="77777777" w:rsidR="007567F3" w:rsidRDefault="008543A5">
      <w:r>
        <w:t>“And if he felt that way,” Lucía said, her thoughts racing, “who’s to say the person who took it doesn’t feel the same?”</w:t>
      </w:r>
    </w:p>
    <w:p w14:paraId="5239FDBF" w14:textId="77777777" w:rsidR="007567F3" w:rsidRDefault="008543A5">
      <w:r>
        <w:t>The group fell silent, the weight of the revelation sinking in. Liam broke the tension with an eager grin. “So, what’s the plan, Detective Lucía?”</w:t>
      </w:r>
    </w:p>
    <w:p w14:paraId="15C87C57" w14:textId="77777777" w:rsidR="007567F3" w:rsidRDefault="008543A5">
      <w:r>
        <w:t>Lucía smirked, her focus sharpening. “We need more information. The oak tree might be a good place to start, but we should also talk to Ms. Callahan again. She knows more than she’s letting on.”</w:t>
      </w:r>
    </w:p>
    <w:p w14:paraId="4756DFA2" w14:textId="77777777" w:rsidR="007567F3" w:rsidRDefault="007567F3"/>
    <w:p w14:paraId="6ACE355F" w14:textId="77777777" w:rsidR="007567F3" w:rsidRDefault="008543A5">
      <w:r>
        <w:t>By the time they left the library, the sun had dipped low in the sky, casting Cedar Valley in shades of orange and pink. The siblings walked side by side, their conversation subdued but purposeful.</w:t>
      </w:r>
    </w:p>
    <w:p w14:paraId="03E27075" w14:textId="77777777" w:rsidR="007567F3" w:rsidRDefault="008543A5">
      <w:r>
        <w:t>“Do you think it’s connected?” Xander asked, holding the newspaper article in his hand like a trophy. “The guy who tried to steal it back then and the guy who took it now?”</w:t>
      </w:r>
    </w:p>
    <w:p w14:paraId="2100DE32" w14:textId="77777777" w:rsidR="007567F3" w:rsidRDefault="008543A5">
      <w:r>
        <w:t>“It has to be,” Lucía replied, her gaze distant. “There’s something about the medallion that draws people to it. The question is, why?”</w:t>
      </w:r>
    </w:p>
    <w:p w14:paraId="3958E5A7" w14:textId="77777777" w:rsidR="007567F3" w:rsidRDefault="008543A5">
      <w:r>
        <w:t>“Maybe it’s cursed,” Liam said, his voice full of dramatic flair.</w:t>
      </w:r>
    </w:p>
    <w:p w14:paraId="226F0811" w14:textId="77777777" w:rsidR="007567F3" w:rsidRDefault="008543A5">
      <w:r>
        <w:lastRenderedPageBreak/>
        <w:t>Madeline frowned, her pace slowing. “What if it’s not cursed? What if… it’s trying to protect itself?”</w:t>
      </w:r>
    </w:p>
    <w:p w14:paraId="18954A32" w14:textId="77777777" w:rsidR="007567F3" w:rsidRDefault="008543A5">
      <w:r>
        <w:t>Lucía stopped, turning to look at her stepsister. “What do you mean?”</w:t>
      </w:r>
    </w:p>
    <w:p w14:paraId="324C27B9" w14:textId="77777777" w:rsidR="007567F3" w:rsidRDefault="008543A5">
      <w:r>
        <w:t xml:space="preserve">Madeline hesitated, her cheeks flushing slightly under Lucía’s intense gaze. “It’s just… in </w:t>
      </w:r>
      <w:r>
        <w:t>the stories we read, people always said the medallion was special. What if it’s not dangerous, but it doesn’t want to be with the wrong person?”</w:t>
      </w:r>
    </w:p>
    <w:p w14:paraId="2E9CA998" w14:textId="77777777" w:rsidR="007567F3" w:rsidRDefault="008543A5">
      <w:r>
        <w:t>Xander raised an eyebrow. “You think it’s alive?”</w:t>
      </w:r>
    </w:p>
    <w:p w14:paraId="4B22E756" w14:textId="77777777" w:rsidR="007567F3" w:rsidRDefault="008543A5">
      <w:r>
        <w:t>Madeline shrugged, looking away. “I don’t know. But maybe it’s more than we think it is.”</w:t>
      </w:r>
    </w:p>
    <w:p w14:paraId="1511B426" w14:textId="77777777" w:rsidR="007567F3" w:rsidRDefault="008543A5">
      <w:r>
        <w:t>Lucía stared at her for a moment longer before nodding slowly. “You might be onto something,” she admitted. “And if that’s true, then whoever stole it isn’t just after an artifact. They’re after something much bigger.”</w:t>
      </w:r>
    </w:p>
    <w:p w14:paraId="6338CA7A" w14:textId="77777777" w:rsidR="007567F3" w:rsidRDefault="007567F3"/>
    <w:p w14:paraId="14BC9EC3" w14:textId="77777777" w:rsidR="007567F3" w:rsidRDefault="008543A5">
      <w:r>
        <w:t>Back at the house, the siblings spread their findings across the coffee table in the living room. The photo of the oak tree, the newspaper article, and their notes from the library painted a fragmented picture, one that felt larger and more dangerous with every piece they added.</w:t>
      </w:r>
    </w:p>
    <w:p w14:paraId="23235CA8" w14:textId="77777777" w:rsidR="007567F3" w:rsidRDefault="008543A5">
      <w:r>
        <w:t>Sofia wandered into the room, carrying a tray of cookies and cups of milk. “You’ve been working hard,” Lucía replied, her tone carrying subtle curiosity with a soft smile, setting the tray down. “Thought you might need a break.”</w:t>
      </w:r>
    </w:p>
    <w:p w14:paraId="1EA66D41" w14:textId="77777777" w:rsidR="007567F3" w:rsidRDefault="008543A5">
      <w:r>
        <w:t>“Thanks, Mom,” Xander said, grabbing a cookie and dunking it into his milk. His enthusiasm broke the tension, and even Lucía found herself reaching for a glass.</w:t>
      </w:r>
    </w:p>
    <w:p w14:paraId="71BA1061" w14:textId="77777777" w:rsidR="007567F3" w:rsidRDefault="008543A5">
      <w:r>
        <w:t>Sofia sat on the edge of the couch, watching them with quiet curiosity. “You’re really taking this mystery seriously,” Lucía replied, her tone carrying subtle curiosity, her tone light but not dismissive.</w:t>
      </w:r>
    </w:p>
    <w:p w14:paraId="0A135B2B" w14:textId="77777777" w:rsidR="007567F3" w:rsidRDefault="008543A5">
      <w:r>
        <w:t>“It’s not just a mystery,” Lucía said, her voice steady. “It’s… bigger than that. The medallion isn’t just some old artifact. It means something.”</w:t>
      </w:r>
    </w:p>
    <w:p w14:paraId="239D32E6" w14:textId="77777777" w:rsidR="007567F3" w:rsidRDefault="008543A5">
      <w:r>
        <w:t xml:space="preserve">Sofia </w:t>
      </w:r>
      <w:proofErr w:type="gramStart"/>
      <w:r>
        <w:t>nodded,</w:t>
      </w:r>
      <w:proofErr w:type="gramEnd"/>
      <w:r>
        <w:t xml:space="preserve"> her expression thoughtful. “Then it’s a good thing you’re working together. Mysteries like this aren’t meant to be solved alone.”</w:t>
      </w:r>
    </w:p>
    <w:p w14:paraId="60B676D2" w14:textId="77777777" w:rsidR="007567F3" w:rsidRDefault="008543A5">
      <w:r>
        <w:t xml:space="preserve">Lucía glanced around the room at her siblings—Madeline’s quiet determination, Xander’s unrelenting energy, Liam’s boisterous excitement. For the first time, she felt a flicker of hope that they might </w:t>
      </w:r>
      <w:proofErr w:type="gramStart"/>
      <w:r>
        <w:t>actually be</w:t>
      </w:r>
      <w:proofErr w:type="gramEnd"/>
      <w:r>
        <w:t xml:space="preserve"> onto something.</w:t>
      </w:r>
    </w:p>
    <w:p w14:paraId="52F94B40" w14:textId="77777777" w:rsidR="007567F3" w:rsidRDefault="008543A5">
      <w:r>
        <w:t>“Tomorrow, we check out the oak tree,” Lucía said finally, her voice firm. “Whatever’s going on, that’s where we’ll find our next clue.”</w:t>
      </w:r>
    </w:p>
    <w:p w14:paraId="40C8C4D8" w14:textId="77777777" w:rsidR="007567F3" w:rsidRPr="00531FE1" w:rsidRDefault="008543A5">
      <w:pPr>
        <w:rPr>
          <w:b/>
          <w:bCs/>
        </w:rPr>
      </w:pPr>
      <w:r w:rsidRPr="00531FE1">
        <w:rPr>
          <w:b/>
          <w:bCs/>
        </w:rPr>
        <w:lastRenderedPageBreak/>
        <w:t>Chapter 5: A Dark Discovery</w:t>
      </w:r>
    </w:p>
    <w:p w14:paraId="71347034" w14:textId="77777777" w:rsidR="007567F3" w:rsidRDefault="008543A5">
      <w:r>
        <w:t>The museum had an odd stillness about it as the siblings walked in. It wasn’t the kind of silence you’d expect from an empty space—it felt heavier, like the air was holding something back. Even Xander, usually loud and animated, had fallen unusually quiet. Lucía couldn’t help but wonder if the building itself knew they were onto something.</w:t>
      </w:r>
    </w:p>
    <w:p w14:paraId="03C15DA6" w14:textId="77777777" w:rsidR="007567F3" w:rsidRDefault="008543A5">
      <w:r>
        <w:t>Ms. Callahan was at her desk, flipping through a stack of papers. Her glasses perched low on her nose, and her sharp eyes darted between documents with focused precision. When she glanced up and saw the kids, her face softened slightly.</w:t>
      </w:r>
    </w:p>
    <w:p w14:paraId="2C326C5E" w14:textId="77777777" w:rsidR="007567F3" w:rsidRDefault="008543A5">
      <w:r>
        <w:t>“Back again so soon?” Lucía replied, her tone carrying subtle curiosity, setting her papers aside. Her voice was calm, but Lucía caught the faintest hint of weariness beneath it.</w:t>
      </w:r>
    </w:p>
    <w:p w14:paraId="25741B6E" w14:textId="77777777" w:rsidR="007567F3" w:rsidRDefault="008543A5">
      <w:r>
        <w:t>“We’re trying to learn more about the medallion,” Lucía explained. “We’ve been doing research, but there are some things we can’t find in books. We thought you might know.”</w:t>
      </w:r>
    </w:p>
    <w:p w14:paraId="724D1729" w14:textId="77777777" w:rsidR="007567F3" w:rsidRDefault="008543A5">
      <w:r>
        <w:t xml:space="preserve">Ms. Callahan studied them for a moment, a flicker of caution in her eyes. “What sort of things?” </w:t>
      </w:r>
      <w:proofErr w:type="spellStart"/>
      <w:r>
        <w:t>sXander</w:t>
      </w:r>
      <w:proofErr w:type="spellEnd"/>
      <w:r>
        <w:t xml:space="preserve"> leaned forward, his voice edged with urgency, her tone carefully neutral.</w:t>
      </w:r>
    </w:p>
    <w:p w14:paraId="127E75AF" w14:textId="77777777" w:rsidR="007567F3" w:rsidRDefault="008543A5">
      <w:r>
        <w:t>Lucía exchanged a quick glance with Xander, then leaned in slightly. “We read that the medallion was buried under the oak tree in town before it was given to the museum. Do you know why?”</w:t>
      </w:r>
    </w:p>
    <w:p w14:paraId="187582BC" w14:textId="77777777" w:rsidR="007567F3" w:rsidRDefault="008543A5">
      <w:r>
        <w:t xml:space="preserve">Ms. Callahan sighed, removing her glasses and </w:t>
      </w:r>
      <w:proofErr w:type="gramStart"/>
      <w:r>
        <w:t>setting</w:t>
      </w:r>
      <w:proofErr w:type="gramEnd"/>
      <w:r>
        <w:t xml:space="preserve"> them on the desk. “There are a lot of stories about the medallion’s history,” she began, her voice dropping. “Most of them are folklore, passed down through generations. But the one about the oak tree is true.”</w:t>
      </w:r>
    </w:p>
    <w:p w14:paraId="6F2516B3" w14:textId="77777777" w:rsidR="007567F3" w:rsidRDefault="008543A5">
      <w:r>
        <w:t>The siblings leaned closer, the tension in the room thickening.</w:t>
      </w:r>
    </w:p>
    <w:p w14:paraId="7CE4B7E7" w14:textId="77777777" w:rsidR="007567F3" w:rsidRDefault="008543A5">
      <w:r>
        <w:t>“It was buried as part of a peace ceremony,” Ms. Callahan continued. “The medallion was created after a difficult time in Cedar Valley’s history—a time when the town was divided. The artists who made it wanted it to be more than just a symbol. They wanted it to carry the hopes and dreams of the people who built this town together.”</w:t>
      </w:r>
    </w:p>
    <w:p w14:paraId="6D7001E4" w14:textId="77777777" w:rsidR="007567F3" w:rsidRDefault="008543A5">
      <w:r>
        <w:t>“That’s what the books said, too,” Madeline piped up, her voice quiet but steady. “But why bury it?”</w:t>
      </w:r>
    </w:p>
    <w:p w14:paraId="7D057419" w14:textId="77777777" w:rsidR="007567F3" w:rsidRDefault="008543A5">
      <w:r>
        <w:t xml:space="preserve">Ms. Callahan hesitated, her fingers tracing the edge of her desk. “Some believed the medallion had… power. The kind of power that could protect the town or bring it together. But others thought it was too powerful to leave out in the open. </w:t>
      </w:r>
      <w:proofErr w:type="gramStart"/>
      <w:r>
        <w:t>So</w:t>
      </w:r>
      <w:proofErr w:type="gramEnd"/>
      <w:r>
        <w:t xml:space="preserve"> they buried it to keep it safe, to ensure it wouldn’t fall into the wrong hands.”</w:t>
      </w:r>
    </w:p>
    <w:p w14:paraId="5543CF0D" w14:textId="77777777" w:rsidR="007567F3" w:rsidRDefault="008543A5">
      <w:r>
        <w:t>“Did anything happen when it was unearthed and brought to the museum?” Lucía asked.</w:t>
      </w:r>
    </w:p>
    <w:p w14:paraId="256B1C30" w14:textId="77777777" w:rsidR="007567F3" w:rsidRDefault="008543A5">
      <w:r>
        <w:t>Ms. Callahan’s gaze flickered, and she looked away for a moment. “There were rumors,” she admitted. “People said the medallion was restless, that it didn’t belong in a glass case. But rumors are just that—rumors.”</w:t>
      </w:r>
    </w:p>
    <w:p w14:paraId="19251796" w14:textId="77777777" w:rsidR="007567F3" w:rsidRDefault="008543A5">
      <w:r>
        <w:lastRenderedPageBreak/>
        <w:t>Xander, who had been uncharacteristically quiet, leaned forward. “Do you think the person who took it believes those stories?”</w:t>
      </w:r>
    </w:p>
    <w:p w14:paraId="3F06872C" w14:textId="77777777" w:rsidR="007567F3" w:rsidRDefault="008543A5">
      <w:r>
        <w:t>“It’s possible,” Ms. Callahan said reluctantly. “There are people who think objects like the medallion hold the key to something bigger than themselves.”</w:t>
      </w:r>
    </w:p>
    <w:p w14:paraId="787C66DE" w14:textId="77777777" w:rsidR="007567F3" w:rsidRDefault="008543A5">
      <w:r>
        <w:t>The words hung in the air, heavy with implication.</w:t>
      </w:r>
    </w:p>
    <w:p w14:paraId="57834237" w14:textId="77777777" w:rsidR="007567F3" w:rsidRDefault="008543A5">
      <w:r>
        <w:t xml:space="preserve">“Have you noticed anything </w:t>
      </w:r>
      <w:r>
        <w:t>unusual lately?” Lucía asked carefully. “Anyone who seemed… interested in the medallion?”</w:t>
      </w:r>
    </w:p>
    <w:p w14:paraId="619023A7" w14:textId="77777777" w:rsidR="007567F3" w:rsidRDefault="008543A5">
      <w:r>
        <w:t>Ms. Callahan’s expression tightened. “There was a man,” Lucía replied, her tone carrying subtle curiosity slowly. “He came by the museum a few days before the medallion disappeared. Asked a lot of questions—about its history, its significance. At first, I thought he was a historian, but...”</w:t>
      </w:r>
    </w:p>
    <w:p w14:paraId="71B4982E" w14:textId="77777777" w:rsidR="007567F3" w:rsidRDefault="008543A5">
      <w:r>
        <w:t>“But what?” Xander prompted.</w:t>
      </w:r>
    </w:p>
    <w:p w14:paraId="383F06BC" w14:textId="77777777" w:rsidR="007567F3" w:rsidRDefault="008543A5">
      <w:r>
        <w:t>“There was something about him,” Ms. Callahan admitted. “He was intense. His questions weren’t the kind a historian would ask. He wanted to know about the medallion’s power, about the stories people used to tell. It felt more like an interrogation than a conversation.”</w:t>
      </w:r>
    </w:p>
    <w:p w14:paraId="64F23508" w14:textId="77777777" w:rsidR="007567F3" w:rsidRDefault="008543A5">
      <w:r>
        <w:t>“Do you remember what he looked like?” Madeline asked, her voice barely above a whisper.</w:t>
      </w:r>
    </w:p>
    <w:p w14:paraId="3AE972D6" w14:textId="77777777" w:rsidR="007567F3" w:rsidRDefault="008543A5">
      <w:r>
        <w:t>Ms. Callahan nodded. “Tall, dark hair, sharp features. His eyes were cold—like he was searching for something, but not something good.”</w:t>
      </w:r>
    </w:p>
    <w:p w14:paraId="28E74A0B" w14:textId="77777777" w:rsidR="007567F3" w:rsidRDefault="008543A5">
      <w:r>
        <w:t>Lucía exchanged a glance with Xander. The description matched what they’d read about similar thefts in other towns. This man wasn’t just a historian—he was dangerous.</w:t>
      </w:r>
    </w:p>
    <w:p w14:paraId="4C105AB7" w14:textId="77777777" w:rsidR="007567F3" w:rsidRDefault="008543A5">
      <w:r>
        <w:t>“There’s something else,” Ms. Callahan added, her voice dropping even lower. “Do you remember Dr. Whitaker?”</w:t>
      </w:r>
    </w:p>
    <w:p w14:paraId="2A750CB4" w14:textId="77777777" w:rsidR="007567F3" w:rsidRDefault="008543A5">
      <w:r>
        <w:t>Lucía frowned, shaking her head.</w:t>
      </w:r>
    </w:p>
    <w:p w14:paraId="67751048" w14:textId="77777777" w:rsidR="007567F3" w:rsidRDefault="008543A5">
      <w:r>
        <w:t>“He was one of the medallion’s original historians. A few days after the theft, he was found…” She paused, visibly shaken. “Dead. The police said it was a robbery gone wrong, but nothing was taken. Just like the other murders.”</w:t>
      </w:r>
    </w:p>
    <w:p w14:paraId="10FE9185" w14:textId="77777777" w:rsidR="007567F3" w:rsidRDefault="008543A5">
      <w:r>
        <w:t>The room seemed to grow colder.</w:t>
      </w:r>
    </w:p>
    <w:p w14:paraId="11215C5B" w14:textId="77777777" w:rsidR="007567F3" w:rsidRDefault="008543A5">
      <w:r>
        <w:t>“Other murders?” Xander echoed, his voice hushed.</w:t>
      </w:r>
    </w:p>
    <w:p w14:paraId="47E0DC03" w14:textId="77777777" w:rsidR="007567F3" w:rsidRDefault="008543A5">
      <w:r>
        <w:t>Ms. Callahan nodded grimly. “In every town where an artifact like the medallion was stolen, someone closely tied to it turned up dead. It’s a pattern. One the authorities have chosen to ignore.”</w:t>
      </w:r>
    </w:p>
    <w:p w14:paraId="18652779" w14:textId="77777777" w:rsidR="007567F3" w:rsidRDefault="008543A5">
      <w:r>
        <w:t>Lucía’s heart raced. This wasn’t just a theft—it was something far darker.</w:t>
      </w:r>
    </w:p>
    <w:p w14:paraId="7BA81243" w14:textId="77777777" w:rsidR="007567F3" w:rsidRDefault="008543A5">
      <w:r>
        <w:lastRenderedPageBreak/>
        <w:t>“Thank you, Ms. Callahan,” Lucía said, her voice steady despite the fear churning inside her. “You’ve been really helpful.”</w:t>
      </w:r>
    </w:p>
    <w:p w14:paraId="79D19537" w14:textId="77777777" w:rsidR="007567F3" w:rsidRDefault="008543A5">
      <w:r>
        <w:t>Ms. Callahan’s eyes softened. “Be careful, kids,” Lucía replied, her tone carrying subtle curiosity. “Sometimes, the things we don’t understand are the most dangerous.”</w:t>
      </w:r>
    </w:p>
    <w:p w14:paraId="78564900" w14:textId="77777777" w:rsidR="007567F3" w:rsidRPr="00531FE1" w:rsidRDefault="008543A5">
      <w:pPr>
        <w:rPr>
          <w:b/>
          <w:bCs/>
        </w:rPr>
      </w:pPr>
      <w:r w:rsidRPr="00531FE1">
        <w:rPr>
          <w:b/>
          <w:bCs/>
        </w:rPr>
        <w:t>Chapter 6: A Trail of Shadows</w:t>
      </w:r>
    </w:p>
    <w:p w14:paraId="213B861B" w14:textId="77777777" w:rsidR="007567F3" w:rsidRDefault="008543A5">
      <w:r>
        <w:t>The house was unusually quiet that evening. With Madeline and Liam curled up on the couch reading, Xander reviewing the notes they’d taken at the museum, and Lucía scrolling through articles on her laptop, the usual buzz of sibling chatter was subdued. Even Liam, who normally filled every silence with a joke or a question, seemed unusually introspective.</w:t>
      </w:r>
    </w:p>
    <w:p w14:paraId="03946C17" w14:textId="77777777" w:rsidR="007567F3" w:rsidRDefault="008543A5">
      <w:r>
        <w:t>Ms. Callahan’s warning about the medallion’s power lingered in the air like an unspoken shadow. The description of the man who’d questioned her—a tall, cold-eyed figure—made Lucía’s stomach twist. Her fingers hovered over the keyboard as she searched through archives, trying to find any hint of his identity.</w:t>
      </w:r>
    </w:p>
    <w:p w14:paraId="70035D42" w14:textId="77777777" w:rsidR="007567F3" w:rsidRDefault="008543A5">
      <w:r>
        <w:t>“I found something,” Madeline said softly, breaking the silence. She held up her tablet, where an article about a string of thefts was displayed. “It says there have been other stolen artifacts, like the medallion, in small towns across the country. All of them were symbols of unity or peace.”</w:t>
      </w:r>
    </w:p>
    <w:p w14:paraId="4C1DA1F0" w14:textId="77777777" w:rsidR="007567F3" w:rsidRDefault="008543A5">
      <w:r>
        <w:t>“And get this,” Liam added, leaning over her shoulder. “The thefts are all in a straight line, moving west.”</w:t>
      </w:r>
    </w:p>
    <w:p w14:paraId="27DA62DC" w14:textId="77777777" w:rsidR="007567F3" w:rsidRDefault="008543A5">
      <w:r>
        <w:t>Lucía sat up straighter, her heart racing. “</w:t>
      </w:r>
      <w:proofErr w:type="gramStart"/>
      <w:r>
        <w:t>So</w:t>
      </w:r>
      <w:proofErr w:type="gramEnd"/>
      <w:r>
        <w:t xml:space="preserve"> Cedar Valley wasn’t random. It’s part of a pattern.”</w:t>
      </w:r>
    </w:p>
    <w:p w14:paraId="000F5044" w14:textId="77777777" w:rsidR="007567F3" w:rsidRDefault="008543A5">
      <w:r>
        <w:t>“But what does that mean?” Xander asked, his brows furrowing. “Why take those specific artifacts? What’s the connection?”</w:t>
      </w:r>
    </w:p>
    <w:p w14:paraId="6686F8F9" w14:textId="77777777" w:rsidR="007567F3" w:rsidRDefault="008543A5">
      <w:r>
        <w:t>Madeline hesitated, her voice barely above a whisper. “Maybe it’s not about the artifacts themselves. Maybe it’s about what they represent.”</w:t>
      </w:r>
    </w:p>
    <w:p w14:paraId="630A521B" w14:textId="77777777" w:rsidR="007567F3" w:rsidRDefault="008543A5">
      <w:r>
        <w:t>“That’s... disturbing,” Liam said, his usual bravado faltering. “What if the guy who took the medallion isn’t just stealing? What if he’s trying to destroy something bigger?”</w:t>
      </w:r>
    </w:p>
    <w:p w14:paraId="1DFCC1A2" w14:textId="77777777" w:rsidR="007567F3" w:rsidRDefault="008543A5">
      <w:r>
        <w:t xml:space="preserve">Lucía’s stomach churned. The idea felt too big, too dark to process fully. She closed her laptop and rubbed her temples. “We’re missing something. There </w:t>
      </w:r>
      <w:proofErr w:type="gramStart"/>
      <w:r>
        <w:t>has to</w:t>
      </w:r>
      <w:proofErr w:type="gramEnd"/>
      <w:r>
        <w:t xml:space="preserve"> be a reason he’s targeting these towns.”</w:t>
      </w:r>
    </w:p>
    <w:p w14:paraId="049D25F1" w14:textId="77777777" w:rsidR="007567F3" w:rsidRDefault="008543A5">
      <w:r>
        <w:t>“Maybe we should take a break,” Sofia’s gentle voice interrupted. She appeared in the doorway, carrying a tray of cookies and tea. “You’ve been at this all evening.”</w:t>
      </w:r>
    </w:p>
    <w:p w14:paraId="1BC549F9" w14:textId="77777777" w:rsidR="007567F3" w:rsidRDefault="008543A5">
      <w:r>
        <w:t>Lucía opened her mouth to protest, but Sofia held up a hand. “Even detectives need to rest. Come have some tea with me.”</w:t>
      </w:r>
    </w:p>
    <w:p w14:paraId="7AB38A81" w14:textId="77777777" w:rsidR="007567F3" w:rsidRDefault="008543A5">
      <w:r>
        <w:lastRenderedPageBreak/>
        <w:t>The invitation wasn’t a suggestion, but it wasn’t a command, either. Sofia had a way of making her point without raising her voice, a quiet strength that Lucía both admired and resisted. Reluctantly, she closed her notebook and followed her mom into the kitchen.</w:t>
      </w:r>
    </w:p>
    <w:p w14:paraId="54D567C7" w14:textId="77777777" w:rsidR="007567F3" w:rsidRDefault="007567F3"/>
    <w:p w14:paraId="19FB334F" w14:textId="77777777" w:rsidR="007567F3" w:rsidRDefault="008543A5">
      <w:r>
        <w:t>As they sipped tea, Lucía felt the tension in her shoulders begin to ease. Sofia didn’t ask about the medallion or the investigation. Instead, she talked about comforting, everyday things—recipes she wanted to try, a book she’d read, how Aleks had fixed the squeaky hinge on the front door.</w:t>
      </w:r>
    </w:p>
    <w:p w14:paraId="54EC1465" w14:textId="77777777" w:rsidR="007567F3" w:rsidRDefault="008543A5">
      <w:r>
        <w:t>“I know you’re trying to protect your siblings,” Sofia said after a pause, her voice steady. “You’re the eldest. It’s natural to feel like the responsibility falls on you.”</w:t>
      </w:r>
    </w:p>
    <w:p w14:paraId="7FD75774" w14:textId="77777777" w:rsidR="007567F3" w:rsidRDefault="008543A5">
      <w:r>
        <w:t>Lucía’s throat tightened. “It’s not just that, Mom. It’s… if we don’t figure this out, something bad could happen. I can feel it.”</w:t>
      </w:r>
    </w:p>
    <w:p w14:paraId="03430B82" w14:textId="77777777" w:rsidR="007567F3" w:rsidRDefault="008543A5">
      <w:r>
        <w:t xml:space="preserve">Sofia reached across the table and placed a hand over Lucía’s. “You don’t have to do everything alone, </w:t>
      </w:r>
      <w:proofErr w:type="spellStart"/>
      <w:r>
        <w:t>mija</w:t>
      </w:r>
      <w:proofErr w:type="spellEnd"/>
      <w:r>
        <w:t>. You have your siblings. And you have us.”</w:t>
      </w:r>
    </w:p>
    <w:p w14:paraId="3E1D3233" w14:textId="77777777" w:rsidR="007567F3" w:rsidRDefault="008543A5">
      <w:r>
        <w:t xml:space="preserve">Lucía didn’t answer, but her mom’s words stayed with her long after the tea was </w:t>
      </w:r>
      <w:proofErr w:type="gramStart"/>
      <w:r>
        <w:t>finished</w:t>
      </w:r>
      <w:proofErr w:type="gramEnd"/>
      <w:r>
        <w:t xml:space="preserve"> and she’d returned to the living room.</w:t>
      </w:r>
    </w:p>
    <w:p w14:paraId="011B9C4F" w14:textId="77777777" w:rsidR="007567F3" w:rsidRDefault="007567F3"/>
    <w:p w14:paraId="1B483BA6" w14:textId="77777777" w:rsidR="007567F3" w:rsidRDefault="008543A5">
      <w:r>
        <w:t>Later that night, the siblings huddled together again, this time in Lucía’s room. Xander was sprawled across the bed, Madeline perched in the desk chair, and Liam sat cross-legged on the floor.</w:t>
      </w:r>
    </w:p>
    <w:p w14:paraId="3D250495" w14:textId="77777777" w:rsidR="007567F3" w:rsidRDefault="008543A5">
      <w:r>
        <w:t>“Tomorrow, we check out the oak tree,” Lucía said, her voice firm. “If the medallion was buried there, it might still hold clues.”</w:t>
      </w:r>
    </w:p>
    <w:p w14:paraId="502D8CBA" w14:textId="77777777" w:rsidR="007567F3" w:rsidRDefault="008543A5">
      <w:r>
        <w:t>“Do you think we’ll find something?” Xander asked.</w:t>
      </w:r>
    </w:p>
    <w:p w14:paraId="7E7C8D63" w14:textId="77777777" w:rsidR="007567F3" w:rsidRDefault="008543A5">
      <w:r>
        <w:t>“We have to,” Lucía replied. “We’re running out of options.”</w:t>
      </w:r>
    </w:p>
    <w:p w14:paraId="0B491CA8" w14:textId="77777777" w:rsidR="007567F3" w:rsidRDefault="008543A5">
      <w:r>
        <w:t>Suddenly, the sound of Sofia’s phone ringing broke the quiet. The siblings exchanged glances as they heard her footsteps in the hallway, followed by a muffled conversation. When she reappeared, her face was pale, and her usual calm demeanor was replaced with a tight, worried expression.</w:t>
      </w:r>
    </w:p>
    <w:p w14:paraId="0EDD1F18" w14:textId="77777777" w:rsidR="007567F3" w:rsidRDefault="008543A5">
      <w:r>
        <w:t>“Lucía,” Lucía replied, her tone carrying subtle curiosity carefully, “I just got a call from Aleks. He’s at the museum. There’s been… an incident.”</w:t>
      </w:r>
    </w:p>
    <w:p w14:paraId="53FE88D3" w14:textId="77777777" w:rsidR="007567F3" w:rsidRDefault="008543A5">
      <w:r>
        <w:t>Lucía’s heart dropped. “What kind of incident?”</w:t>
      </w:r>
    </w:p>
    <w:p w14:paraId="66D3EDD4" w14:textId="77777777" w:rsidR="007567F3" w:rsidRDefault="008543A5">
      <w:r>
        <w:t>Sofia hesitated, her hands wringing. “Ms. Callahan… she’s been killed.”</w:t>
      </w:r>
    </w:p>
    <w:p w14:paraId="6B57BC6C" w14:textId="77777777" w:rsidR="007567F3" w:rsidRDefault="008543A5">
      <w:r>
        <w:t>The words hung in the air like a thunderclap.</w:t>
      </w:r>
    </w:p>
    <w:p w14:paraId="1FE47658" w14:textId="77777777" w:rsidR="007567F3" w:rsidRDefault="008543A5">
      <w:r>
        <w:lastRenderedPageBreak/>
        <w:t>“What?” Xander said, sitting up abruptly. “How? Why?”</w:t>
      </w:r>
    </w:p>
    <w:p w14:paraId="1A9CD23B" w14:textId="77777777" w:rsidR="007567F3" w:rsidRDefault="008543A5">
      <w:r>
        <w:t>“The details aren’t clear,” Sofia said, her voice steady but strained. “But Aleks thinks it’s related to the medallion.”</w:t>
      </w:r>
    </w:p>
    <w:p w14:paraId="0D39E71F" w14:textId="77777777" w:rsidR="007567F3" w:rsidRDefault="008543A5">
      <w:r>
        <w:t>Lucía’s mind raced. Ms. Callahan—kind, knowledgeable, a woman who had only tried to help them—was dead. And if the murder was tied to the medallion, it meant the thief wasn’t just a thief. He was a killer.</w:t>
      </w:r>
    </w:p>
    <w:p w14:paraId="016440E5" w14:textId="77777777" w:rsidR="007567F3" w:rsidRDefault="008543A5">
      <w:r>
        <w:t>“We have to do something,” Xander said, his usual bravado replaced with fear. “We can’t just sit here.”</w:t>
      </w:r>
    </w:p>
    <w:p w14:paraId="7E1A403E" w14:textId="77777777" w:rsidR="007567F3" w:rsidRDefault="008543A5">
      <w:r>
        <w:t>Lucía looked at her siblings, each of their faces reflecting the same mixture of shock and determination. She took a deep breath, her hands clenching into fists. “We will,” Lucía replied, her tone carrying subtle curiosity finally. “But we have to be smart about it.”</w:t>
      </w:r>
    </w:p>
    <w:p w14:paraId="501F8D6C" w14:textId="77777777" w:rsidR="007567F3" w:rsidRDefault="007567F3"/>
    <w:p w14:paraId="65815A33" w14:textId="77777777" w:rsidR="007567F3" w:rsidRDefault="008543A5">
      <w:r>
        <w:t>The siblings stayed up late into the night, going over everything they’d learned so far. The thefts. The murders. The man Ms. Callahan had described. Each piece of the puzzle seemed to point to something bigger, something they were only beginning to understand.</w:t>
      </w:r>
    </w:p>
    <w:p w14:paraId="2E6E3AEF" w14:textId="77777777" w:rsidR="007567F3" w:rsidRDefault="008543A5">
      <w:r>
        <w:t>As the house grew quiet and the others drifted off to their rooms, Lucía remained awake, staring at the notes spread across her desk. Ms. Callahan’s death wasn’t just a tragedy—it was a warning.</w:t>
      </w:r>
    </w:p>
    <w:p w14:paraId="55D7A596" w14:textId="77777777" w:rsidR="007567F3" w:rsidRDefault="008543A5">
      <w:r>
        <w:t>Whoever had taken the medallion wasn’t going to stop. And now, Lucía knew one thing for certain: they were running out of time.</w:t>
      </w:r>
    </w:p>
    <w:p w14:paraId="4CF83F43" w14:textId="77777777" w:rsidR="007567F3" w:rsidRPr="00531FE1" w:rsidRDefault="008543A5">
      <w:pPr>
        <w:rPr>
          <w:b/>
          <w:bCs/>
        </w:rPr>
      </w:pPr>
      <w:r w:rsidRPr="00531FE1">
        <w:rPr>
          <w:b/>
          <w:bCs/>
        </w:rPr>
        <w:t>Chapter 7: Shadows Take Shape</w:t>
      </w:r>
    </w:p>
    <w:p w14:paraId="6A9FCA06" w14:textId="77777777" w:rsidR="007567F3" w:rsidRDefault="008543A5">
      <w:r>
        <w:t>Morning sunlight poured through the library’s tall windows, casting a warm glow on the endless rows of bookshelves. Lucía and Madeline sat at a table surrounded by stacks of newspapers and books, their expressions a mix of focus and frustration. For every new detail they uncovered about the medallion and the thefts, a dozen more questions emerged. It felt like trying to piece together a puzzle with half the pieces missing.</w:t>
      </w:r>
    </w:p>
    <w:p w14:paraId="0F163C79" w14:textId="77777777" w:rsidR="007567F3" w:rsidRDefault="008543A5">
      <w:r>
        <w:t xml:space="preserve">Madeline carefully turned the pages of a fragile newspaper, her fingers brushing against the thin, yellowed paper. “Here’s another one,” Lucía replied, her tone carrying subtle curiosity, pointing to an article titled Peace Medal Missing </w:t>
      </w:r>
      <w:proofErr w:type="gramStart"/>
      <w:r>
        <w:t>From</w:t>
      </w:r>
      <w:proofErr w:type="gramEnd"/>
      <w:r>
        <w:t xml:space="preserve"> Montana Town. The details mirrored the theft in Cedar Valley: a late-night break-in, no clear signs of forced entry, and a missing artifact tied to the town’s unity.</w:t>
      </w:r>
    </w:p>
    <w:p w14:paraId="631A9DD6" w14:textId="77777777" w:rsidR="007567F3" w:rsidRDefault="008543A5">
      <w:r>
        <w:t>“That’s the fifth one,” Lucía muttered, leaning in to scan the article. “Montana, Colorado, Kansas, and now us.”</w:t>
      </w:r>
    </w:p>
    <w:p w14:paraId="0F25F735" w14:textId="77777777" w:rsidR="007567F3" w:rsidRDefault="008543A5">
      <w:r>
        <w:t xml:space="preserve">Madeline </w:t>
      </w:r>
      <w:proofErr w:type="gramStart"/>
      <w:r>
        <w:t>frowned,</w:t>
      </w:r>
      <w:proofErr w:type="gramEnd"/>
      <w:r>
        <w:t xml:space="preserve"> her voice hesitant. “Do you think it’s the same person, or…?”</w:t>
      </w:r>
    </w:p>
    <w:p w14:paraId="3E896546" w14:textId="77777777" w:rsidR="007567F3" w:rsidRDefault="008543A5">
      <w:r>
        <w:lastRenderedPageBreak/>
        <w:t>Lucía didn’t answer right away. Her mind churned with possibilities, none of them comforting. “If it’s one person, they’re not working alone. Pulling off this many thefts, in different states, with no mistakes? That’s not something you do by yourself.”</w:t>
      </w:r>
    </w:p>
    <w:p w14:paraId="37FF1109" w14:textId="77777777" w:rsidR="007567F3" w:rsidRDefault="008543A5">
      <w:r>
        <w:t>Madeline’s eyes widened. “You think it’s… an organization?”</w:t>
      </w:r>
    </w:p>
    <w:p w14:paraId="4F3D619B" w14:textId="77777777" w:rsidR="007567F3" w:rsidRDefault="008543A5">
      <w:r>
        <w:t xml:space="preserve">“Maybe,” Lucía said, her voice </w:t>
      </w:r>
      <w:proofErr w:type="gramStart"/>
      <w:r>
        <w:t>quiet</w:t>
      </w:r>
      <w:proofErr w:type="gramEnd"/>
      <w:r>
        <w:t>. “Or maybe it’s one person with a big plan and a lot of resources. Either way, they’re not stopping here.”</w:t>
      </w:r>
    </w:p>
    <w:p w14:paraId="00D66143" w14:textId="77777777" w:rsidR="007567F3" w:rsidRDefault="007567F3"/>
    <w:p w14:paraId="3B5DF4AC" w14:textId="77777777" w:rsidR="007567F3" w:rsidRDefault="008543A5">
      <w:r>
        <w:t>At the oak tree on the edge of town, Xander and Liam crouched near its roots, their flashlight’s beam illuminating the strange markings they’d discovered earlier. The carvings were deliberate and deep, their angular shapes suggesting a precision that felt out of place in the natural world.</w:t>
      </w:r>
    </w:p>
    <w:p w14:paraId="1E804035" w14:textId="77777777" w:rsidR="007567F3" w:rsidRDefault="008543A5">
      <w:r>
        <w:t>“What do you think it means?” Liam asked, his usual loud energy muted by the eerie quiet of the clearing.</w:t>
      </w:r>
    </w:p>
    <w:p w14:paraId="392BE867" w14:textId="77777777" w:rsidR="007567F3" w:rsidRDefault="008543A5">
      <w:r>
        <w:t>“I don’t know,” Xander admitted, snapping a photo with his phone. “But it’s not random. Someone put it here on purpose.”</w:t>
      </w:r>
    </w:p>
    <w:p w14:paraId="647F8544" w14:textId="77777777" w:rsidR="007567F3" w:rsidRDefault="008543A5">
      <w:r>
        <w:t>Liam glanced around nervously, his gaze darting to the dense trees surrounding them. “Do you think it’s a warning? Or maybe… a map?”</w:t>
      </w:r>
    </w:p>
    <w:p w14:paraId="0B287758" w14:textId="77777777" w:rsidR="007567F3" w:rsidRDefault="008543A5">
      <w:r>
        <w:t>Xander didn’t answer. The markings didn’t look like any map he’d seen before, but something about them felt significant—almost like they were alive.</w:t>
      </w:r>
    </w:p>
    <w:p w14:paraId="2A772531" w14:textId="77777777" w:rsidR="007567F3" w:rsidRDefault="008543A5">
      <w:r>
        <w:t xml:space="preserve">A rustling sound from the bushes behind them made both </w:t>
      </w:r>
      <w:proofErr w:type="gramStart"/>
      <w:r>
        <w:t>boys</w:t>
      </w:r>
      <w:proofErr w:type="gramEnd"/>
      <w:r>
        <w:t xml:space="preserve"> freeze. Xander gripped the flashlight tightly, his heart pounding. “Who’s there?” he called, his voice steadier than he felt.</w:t>
      </w:r>
    </w:p>
    <w:p w14:paraId="37DA8173" w14:textId="77777777" w:rsidR="007567F3" w:rsidRDefault="008543A5">
      <w:r>
        <w:t>For a moment, there was only silence. Then, a figure stepped out of the shadows. He was tall and broad-shouldered, his dark hair slicked back, his sharp features framed by the fading light. Cold eyes fixed on the boys, unblinking and calculating.</w:t>
      </w:r>
    </w:p>
    <w:p w14:paraId="54A4D88A" w14:textId="77777777" w:rsidR="007567F3" w:rsidRDefault="008543A5">
      <w:r>
        <w:t>Liam’s grip on Xander’s arm tightened. “That’s him,” he whispered. “The guy Ms. Callahan described.”</w:t>
      </w:r>
    </w:p>
    <w:p w14:paraId="53141613" w14:textId="77777777" w:rsidR="007567F3" w:rsidRDefault="008543A5">
      <w:r>
        <w:t>The man didn’t speak right away. He stood there, his presence heavy and unnerving. Xander took a step back, pulling Liam with him. “What do you want?” Xander asked, his voice firm.</w:t>
      </w:r>
    </w:p>
    <w:p w14:paraId="449FBEFA" w14:textId="77777777" w:rsidR="007567F3" w:rsidRDefault="008543A5">
      <w:r>
        <w:t>The man’s lips twitched into a cold, humorless smile. “What are you doing here?” His voice was calm, but it carried an edge that sent a chill down Xander’s spine.</w:t>
      </w:r>
    </w:p>
    <w:p w14:paraId="3F6E6220" w14:textId="77777777" w:rsidR="007567F3" w:rsidRDefault="008543A5">
      <w:r>
        <w:t>“We’re just looking around,” Xander said carefully. “It’s a public park.”</w:t>
      </w:r>
    </w:p>
    <w:p w14:paraId="08B72F49" w14:textId="77777777" w:rsidR="007567F3" w:rsidRDefault="008543A5">
      <w:r>
        <w:lastRenderedPageBreak/>
        <w:t>The man tilted his head, his eyes narrowing. “Curiosity can be dangerous,” he said. “You never know what you might find.”</w:t>
      </w:r>
    </w:p>
    <w:p w14:paraId="769DA5D5" w14:textId="77777777" w:rsidR="007567F3" w:rsidRDefault="008543A5">
      <w:r>
        <w:t>Xander didn’t wait to find out what he meant. “We’re leaving,” he said, pulling Liam toward the path.</w:t>
      </w:r>
    </w:p>
    <w:p w14:paraId="18EFE3ED" w14:textId="77777777" w:rsidR="007567F3" w:rsidRDefault="008543A5">
      <w:r>
        <w:t>The man didn’t stop them. Instead, he stepped aside, gesturing with mock courtesy. “Be careful, boys,” he said, his tone laced with menace. “The woods can be… unpredictable.”</w:t>
      </w:r>
    </w:p>
    <w:p w14:paraId="4607C534" w14:textId="77777777" w:rsidR="007567F3" w:rsidRDefault="007567F3"/>
    <w:p w14:paraId="33252805" w14:textId="77777777" w:rsidR="007567F3" w:rsidRDefault="008543A5">
      <w:r>
        <w:t xml:space="preserve">Back at the library, Lucía’s phone buzzed with a text from Xander. She opened it to see a photo of the markings, followed by a terse message: Found this </w:t>
      </w:r>
      <w:proofErr w:type="gramStart"/>
      <w:r>
        <w:t>at</w:t>
      </w:r>
      <w:proofErr w:type="gramEnd"/>
      <w:r>
        <w:t xml:space="preserve"> the oak. Saw the guy Ms. Callahan described. We need to talk.</w:t>
      </w:r>
    </w:p>
    <w:p w14:paraId="337D1046" w14:textId="77777777" w:rsidR="007567F3" w:rsidRDefault="008543A5">
      <w:r>
        <w:t>Lucía’s stomach tightened. “Madeline,” Lucía replied, her tone carrying subtle curiosity, showing her the screen. “They saw him. He’s here.”</w:t>
      </w:r>
    </w:p>
    <w:p w14:paraId="5FE619B4" w14:textId="77777777" w:rsidR="007567F3" w:rsidRDefault="008543A5">
      <w:r>
        <w:t>Madeline’s eyes widened. “What do we do?”</w:t>
      </w:r>
    </w:p>
    <w:p w14:paraId="19750B26" w14:textId="77777777" w:rsidR="007567F3" w:rsidRDefault="008543A5">
      <w:r>
        <w:t>Lucía took a deep breath, her thoughts racing. “We go home and tell Mom and Aleks. We can’t do this alone anymore.”</w:t>
      </w:r>
    </w:p>
    <w:p w14:paraId="3A3974D7" w14:textId="77777777" w:rsidR="007567F3" w:rsidRDefault="007567F3"/>
    <w:p w14:paraId="4944333F" w14:textId="77777777" w:rsidR="007567F3" w:rsidRDefault="008543A5">
      <w:r>
        <w:t xml:space="preserve">That evening, the siblings regrouped at the house, their energy a mixture of fear and determination. Xander recounted their encounter with the man in sharp detail, his voice taut with controlled anger. Liam chimed </w:t>
      </w:r>
      <w:proofErr w:type="gramStart"/>
      <w:r>
        <w:t>in,</w:t>
      </w:r>
      <w:proofErr w:type="gramEnd"/>
      <w:r>
        <w:t xml:space="preserve"> his usual confidence replaced with nervousness.</w:t>
      </w:r>
    </w:p>
    <w:p w14:paraId="586EDB3E" w14:textId="77777777" w:rsidR="007567F3" w:rsidRDefault="008543A5">
      <w:r>
        <w:t>Lucía paced the living room, her mind spinning. “This isn’t just about a stolen medallion. He’s dangerous, and he’s not going to stop.”</w:t>
      </w:r>
    </w:p>
    <w:p w14:paraId="2FDDADD2" w14:textId="77777777" w:rsidR="007567F3" w:rsidRDefault="008543A5">
      <w:r>
        <w:t>“We’re too close to quit,” Xander said firmly. “We have to figure this out.”</w:t>
      </w:r>
    </w:p>
    <w:p w14:paraId="66621206" w14:textId="77777777" w:rsidR="007567F3" w:rsidRDefault="008543A5">
      <w:r>
        <w:t>“We will,” Lucía said, her tone steady but sharp. “But we’re not doing it alone anymore. This is bigger than us.”</w:t>
      </w:r>
    </w:p>
    <w:p w14:paraId="0FE62C1C" w14:textId="77777777" w:rsidR="00531FE1" w:rsidRDefault="00531FE1"/>
    <w:p w14:paraId="5B5A6DFC" w14:textId="7DA72292" w:rsidR="007567F3" w:rsidRPr="00531FE1" w:rsidRDefault="008543A5">
      <w:pPr>
        <w:rPr>
          <w:b/>
          <w:bCs/>
        </w:rPr>
      </w:pPr>
      <w:r w:rsidRPr="00531FE1">
        <w:rPr>
          <w:b/>
          <w:bCs/>
        </w:rPr>
        <w:t xml:space="preserve">Chapter 8: A Family </w:t>
      </w:r>
      <w:r w:rsidRPr="00531FE1">
        <w:rPr>
          <w:b/>
          <w:bCs/>
        </w:rPr>
        <w:t>United</w:t>
      </w:r>
    </w:p>
    <w:p w14:paraId="373A356A" w14:textId="77777777" w:rsidR="007567F3" w:rsidRDefault="008543A5">
      <w:r>
        <w:t>The kitchen table had become a command center. Maps, notebooks, and photographs covered every inch of space as Aleks leaned over the markings Xander had photographed. Sofia stood nearby, her expression calm but watchful, while the kids sat around the table, their faces a mix of determination and apprehension.</w:t>
      </w:r>
    </w:p>
    <w:p w14:paraId="4F1FE751" w14:textId="77777777" w:rsidR="007567F3" w:rsidRDefault="008543A5">
      <w:r>
        <w:t>Lucía explained everything—Ms. Callahan’s warnings, the thefts in other towns, the strange encounter at the oak tree. Her voice was steady, but each word carried the weight of their growing realization: this wasn’t just a mystery. It was dangerous.</w:t>
      </w:r>
    </w:p>
    <w:p w14:paraId="15F9F707" w14:textId="77777777" w:rsidR="007567F3" w:rsidRDefault="008543A5">
      <w:r>
        <w:lastRenderedPageBreak/>
        <w:t>“And you’re sure it was him?” Aleks asked, his voice steady but firm.</w:t>
      </w:r>
    </w:p>
    <w:p w14:paraId="318690E6" w14:textId="77777777" w:rsidR="007567F3" w:rsidRDefault="008543A5">
      <w:r>
        <w:t>Xander nodded, his grip tightening on the flashlight he’d carried back from the tree. “It was him. He looked exactly like Ms. Callahan described—sharp features, cold eyes. He wasn’t there by accident.”</w:t>
      </w:r>
    </w:p>
    <w:p w14:paraId="12719ABA" w14:textId="77777777" w:rsidR="007567F3" w:rsidRDefault="008543A5">
      <w:r>
        <w:t>Aleks frowned, exchanging a glance with Sofia. “This isn’t something you kids should be handling alone.”</w:t>
      </w:r>
    </w:p>
    <w:p w14:paraId="2B499CE0" w14:textId="77777777" w:rsidR="007567F3" w:rsidRDefault="008543A5">
      <w:r>
        <w:t>“That’s why we’re telling you,” Lucía said, meeting his gaze. Her voice held a note of urgency. “We can’t do this on our own. We need help.”</w:t>
      </w:r>
    </w:p>
    <w:p w14:paraId="421405E8" w14:textId="77777777" w:rsidR="007567F3" w:rsidRDefault="008543A5">
      <w:r>
        <w:t>Sofia stepped forward, her hand resting gently on Lucía’s shoulder. “You shouldn’t have to do it on your own,” Lucía replied, her tone carrying subtle curiosity softly. “But I need to understand—why is this so important to you?”</w:t>
      </w:r>
    </w:p>
    <w:p w14:paraId="15336888" w14:textId="77777777" w:rsidR="007567F3" w:rsidRDefault="008543A5">
      <w:r>
        <w:t xml:space="preserve">Lucía hesitated, glancing around the table. Xander, Madeline, and Liam all looked at her expectantly, waiting for her to speak. She took a deep breath. “Because it’s not just about the medallion. It’s about what it </w:t>
      </w:r>
      <w:r>
        <w:t>represents. If someone like him gets his hands on something that powerful, he could hurt people—maybe a lot of people.”</w:t>
      </w:r>
    </w:p>
    <w:p w14:paraId="703DD550" w14:textId="77777777" w:rsidR="007567F3" w:rsidRDefault="008543A5">
      <w:r>
        <w:t>Madeline, her hands folded tightly in her lap, added quietly, “And it’s about family. The medallion was made to bring people together. We can’t let him destroy that.”</w:t>
      </w:r>
    </w:p>
    <w:p w14:paraId="0F2D48D7" w14:textId="77777777" w:rsidR="007567F3" w:rsidRDefault="008543A5">
      <w:r>
        <w:t>Sofia’s expression softened. She turned to Aleks, who was still studying the photographs. His face was unreadable, but when he looked up, there was determination in his eyes. “All right,” he said, his voice firm. “But if we’re doing this, we’re doing it smart. No more sneaking around. We work together.”</w:t>
      </w:r>
    </w:p>
    <w:p w14:paraId="57500D70" w14:textId="77777777" w:rsidR="007567F3" w:rsidRDefault="008543A5">
      <w:r>
        <w:t>Relief flooded the room, but Aleks held up a hand. “That doesn’t mean we rush in blind. This man isn’t just a thief—he’s calculating. One wrong move, and we could be putting ourselves in real danger.”</w:t>
      </w:r>
    </w:p>
    <w:p w14:paraId="35205768" w14:textId="77777777" w:rsidR="007567F3" w:rsidRDefault="007567F3"/>
    <w:p w14:paraId="34C602D4" w14:textId="77777777" w:rsidR="007567F3" w:rsidRDefault="008543A5">
      <w:r>
        <w:t>The kitchen transformed into a hive of activity. Aleks spread the images of the markings on the table, comparing them against maps and online references while Xander and Liam pored over old documents. Lucía and Madeline worked together on their laptops, cross-referencing the other thefts for patterns.</w:t>
      </w:r>
    </w:p>
    <w:p w14:paraId="2B6754E3" w14:textId="77777777" w:rsidR="007567F3" w:rsidRDefault="008543A5">
      <w:r>
        <w:t>“These markings look like coordinates,” Aleks said after a while, pointing to a specific set of angles. “If I’m right, they lead to a location just outside of town.”</w:t>
      </w:r>
    </w:p>
    <w:p w14:paraId="36304216" w14:textId="77777777" w:rsidR="007567F3" w:rsidRDefault="008543A5">
      <w:r>
        <w:t>Lucía leaned over to see. “Where?”</w:t>
      </w:r>
    </w:p>
    <w:p w14:paraId="7464139D" w14:textId="77777777" w:rsidR="007567F3" w:rsidRDefault="008543A5">
      <w:r>
        <w:t>“An old barn on the edge of Cedar Valley,” Aleks replied, tracing a finger along the map. “It’s been abandoned for years.”</w:t>
      </w:r>
    </w:p>
    <w:p w14:paraId="3E517522" w14:textId="77777777" w:rsidR="007567F3" w:rsidRDefault="008543A5">
      <w:r>
        <w:lastRenderedPageBreak/>
        <w:t>“Why would he go there?” Madeline asked, her brow furrowed.</w:t>
      </w:r>
    </w:p>
    <w:p w14:paraId="56076002" w14:textId="77777777" w:rsidR="007567F3" w:rsidRDefault="008543A5">
      <w:r>
        <w:t>Aleks shrugged. “It’s isolated. If he’s hiding something—or planning something—it’s the perfect place.”</w:t>
      </w:r>
    </w:p>
    <w:p w14:paraId="73FB1194" w14:textId="77777777" w:rsidR="007567F3" w:rsidRDefault="008543A5">
      <w:r>
        <w:t>Lucía’s heart raced. “Then that’s where we need to go.”</w:t>
      </w:r>
    </w:p>
    <w:p w14:paraId="01DE4757" w14:textId="77777777" w:rsidR="007567F3" w:rsidRDefault="008543A5">
      <w:r>
        <w:t>“Not yet,” Aleks said firmly. “If he’s there, he’ll be expecting someone. We need to be smart about this.”</w:t>
      </w:r>
    </w:p>
    <w:p w14:paraId="47638FB9" w14:textId="77777777" w:rsidR="007567F3" w:rsidRDefault="008543A5">
      <w:r>
        <w:t xml:space="preserve">Lucía opened her mouth to protest, but Sofia cut her off with a gentle smile. “Aleks is right, </w:t>
      </w:r>
      <w:proofErr w:type="spellStart"/>
      <w:r>
        <w:t>mija</w:t>
      </w:r>
      <w:proofErr w:type="spellEnd"/>
      <w:r>
        <w:t>. This isn’t just about solving a mystery anymore. It’s about staying safe.”</w:t>
      </w:r>
    </w:p>
    <w:p w14:paraId="518D921C" w14:textId="77777777" w:rsidR="007567F3" w:rsidRDefault="008543A5">
      <w:r>
        <w:t>Reluctantly, Lucía nodded. “</w:t>
      </w:r>
      <w:proofErr w:type="gramStart"/>
      <w:r>
        <w:t>So</w:t>
      </w:r>
      <w:proofErr w:type="gramEnd"/>
      <w:r>
        <w:t xml:space="preserve"> what’s the plan?”</w:t>
      </w:r>
    </w:p>
    <w:p w14:paraId="3F2B2E37" w14:textId="77777777" w:rsidR="007567F3" w:rsidRDefault="008543A5">
      <w:r>
        <w:t>“We watch,” Aleks said. “We set up surveillance, see if he shows up. If he does, we call the authorities.”</w:t>
      </w:r>
    </w:p>
    <w:p w14:paraId="7698B8FD" w14:textId="77777777" w:rsidR="007567F3" w:rsidRDefault="007567F3"/>
    <w:p w14:paraId="5BFDA6EA" w14:textId="77777777" w:rsidR="007567F3" w:rsidRDefault="008543A5">
      <w:r>
        <w:t>The rest of the evening was a blur of activity. Aleks worked with Xander and Liam to analyze the coordinates further, while Sofia guided Madeline and Lucía through the details of their notes. The atmosphere was tense but purposeful, the siblings driven by a shared determination.</w:t>
      </w:r>
    </w:p>
    <w:p w14:paraId="2CF93327" w14:textId="77777777" w:rsidR="007567F3" w:rsidRDefault="008543A5">
      <w:r>
        <w:t xml:space="preserve">At one point, Sofia paused, handing Lucía a cup of tea. “You’re doing a good job leading this,” Lucía replied, her tone carrying subtle curiosity quietly. “But remember, you don’t have to carry it </w:t>
      </w:r>
      <w:r>
        <w:t>all by yourself.”</w:t>
      </w:r>
    </w:p>
    <w:p w14:paraId="6F2C3855" w14:textId="77777777" w:rsidR="007567F3" w:rsidRDefault="008543A5">
      <w:r>
        <w:t xml:space="preserve">Lucía </w:t>
      </w:r>
      <w:proofErr w:type="gramStart"/>
      <w:r>
        <w:t>managed</w:t>
      </w:r>
      <w:proofErr w:type="gramEnd"/>
      <w:r>
        <w:t xml:space="preserve"> a small smile, the warmth of her mom’s words settling over her. “Thanks, Mom.”</w:t>
      </w:r>
    </w:p>
    <w:p w14:paraId="0E79F491" w14:textId="77777777" w:rsidR="007567F3" w:rsidRDefault="008543A5">
      <w:r>
        <w:t xml:space="preserve">As the hours stretched on, they began piecing together a clearer picture. The thefts weren’t random. The medallion wasn’t just an artifact—it was part of something much bigger, though what that </w:t>
      </w:r>
      <w:proofErr w:type="gramStart"/>
      <w:r>
        <w:t>was remained</w:t>
      </w:r>
      <w:proofErr w:type="gramEnd"/>
      <w:r>
        <w:t xml:space="preserve"> frustratingly unclear.</w:t>
      </w:r>
    </w:p>
    <w:p w14:paraId="77A81080" w14:textId="77777777" w:rsidR="007567F3" w:rsidRDefault="008543A5">
      <w:r>
        <w:t>Finally, Aleks stood, stretching his back. “We have a plan,” he said, his voice cutting through the quiet. “Tomorrow, we scout the barn. But only Sofia and I will go. You kids stay here.”</w:t>
      </w:r>
    </w:p>
    <w:p w14:paraId="058DF6B0" w14:textId="77777777" w:rsidR="007567F3" w:rsidRDefault="008543A5">
      <w:r>
        <w:t>“What?” Xander protested immediately. “We’ve done all the work! We should be there!”</w:t>
      </w:r>
    </w:p>
    <w:p w14:paraId="323D7EE7" w14:textId="77777777" w:rsidR="007567F3" w:rsidRDefault="008543A5">
      <w:r>
        <w:t>“You’ve done great work,” Aleks said, his tone leaving no room for argument. “But this isn’t a game. If this man is as dangerous as we think, I won’t risk you being there.”</w:t>
      </w:r>
    </w:p>
    <w:p w14:paraId="7C3A29E6" w14:textId="77777777" w:rsidR="007567F3" w:rsidRDefault="008543A5">
      <w:r>
        <w:t>Xander looked ready to argue, but Lucía stepped in. “He’s right,” Lucía replied, her tone carrying subtle curiosity, meeting her brother’s eyes. “We need to trust them.”</w:t>
      </w:r>
    </w:p>
    <w:p w14:paraId="5E664F6B" w14:textId="77777777" w:rsidR="007567F3" w:rsidRDefault="008543A5">
      <w:r>
        <w:t>Xander grumbled but backed down, and the room fell into a tense silence.</w:t>
      </w:r>
    </w:p>
    <w:p w14:paraId="1601A73F" w14:textId="77777777" w:rsidR="007567F3" w:rsidRDefault="007567F3"/>
    <w:p w14:paraId="5879DA87" w14:textId="77777777" w:rsidR="007567F3" w:rsidRDefault="008543A5">
      <w:r>
        <w:t xml:space="preserve">That night, as the siblings got ready for bed, Madeline lingered in Lucía’s room, her expression thoughtful. “Do you think we can really do this?” </w:t>
      </w:r>
      <w:proofErr w:type="spellStart"/>
      <w:r>
        <w:t>sXander</w:t>
      </w:r>
      <w:proofErr w:type="spellEnd"/>
      <w:r>
        <w:t xml:space="preserve"> leaned forward, his voice edged with urgency quietly.</w:t>
      </w:r>
    </w:p>
    <w:p w14:paraId="55C14130" w14:textId="77777777" w:rsidR="007567F3" w:rsidRDefault="008543A5">
      <w:r>
        <w:t>Lucía paused, looking at her younger stepsister. For all her sweetness and innocence, Madeline had grown braver over the past few days, but the weight of everything was still visible in her eyes.</w:t>
      </w:r>
    </w:p>
    <w:p w14:paraId="71EEA799" w14:textId="77777777" w:rsidR="007567F3" w:rsidRDefault="008543A5">
      <w:r>
        <w:t>“We don’t have a choice,” Lucía said finally. “But we’re not doing it alone. We have each other—and we have Mom and Aleks. That’s enough.”</w:t>
      </w:r>
    </w:p>
    <w:p w14:paraId="6BA09EA0" w14:textId="77777777" w:rsidR="007567F3" w:rsidRDefault="008543A5">
      <w:r>
        <w:t>Madeline nodded, a small smile playing at her lips. “You’re a good leader, Lucía.”</w:t>
      </w:r>
    </w:p>
    <w:p w14:paraId="0BF25EAF" w14:textId="77777777" w:rsidR="007567F3" w:rsidRDefault="008543A5">
      <w:r>
        <w:t>Lucía felt a flicker of warmth at the words. For all their differences, they were starting to feel like a team—a family.</w:t>
      </w:r>
    </w:p>
    <w:p w14:paraId="6C270B1B" w14:textId="77777777" w:rsidR="007567F3" w:rsidRDefault="008543A5">
      <w:r>
        <w:t>As Madeline left the room, Lucía lay back on her bed, staring at the ceiling. The path ahead was dangerous and uncertain, but for the first time, she felt ready. Together, they could face whatever came next.</w:t>
      </w:r>
    </w:p>
    <w:p w14:paraId="30E1F91B" w14:textId="77777777" w:rsidR="007567F3" w:rsidRPr="00531FE1" w:rsidRDefault="008543A5">
      <w:pPr>
        <w:rPr>
          <w:b/>
          <w:bCs/>
        </w:rPr>
      </w:pPr>
      <w:r w:rsidRPr="00531FE1">
        <w:rPr>
          <w:b/>
          <w:bCs/>
        </w:rPr>
        <w:t>Chapter 9: The Journal's Secret</w:t>
      </w:r>
    </w:p>
    <w:p w14:paraId="681E42AB" w14:textId="77777777" w:rsidR="007567F3" w:rsidRDefault="008543A5">
      <w:r>
        <w:t>The house was unusually still the next morning. Aleks and Sofia had already left to scout the old barn, leaving the kids behind with strict instructions to stay put. Xander grumbled about being left out of the action, while Liam and Madeline busied themselves with breakfast. Lucía, however, felt restless. Something didn’t sit right.</w:t>
      </w:r>
    </w:p>
    <w:p w14:paraId="6BF08D5C" w14:textId="77777777" w:rsidR="007567F3" w:rsidRDefault="008543A5">
      <w:r>
        <w:t>Lucía wandered into the den, where a dusty stack of books sat on a shelf Aleks had been meaning to organize. Most of the volumes looked old and unused—manuals, family photo albums, and a few journals with faded leather covers. Her fingers brushed over the spines absentmindedly until one caught her eye.</w:t>
      </w:r>
    </w:p>
    <w:p w14:paraId="066BEA34" w14:textId="77777777" w:rsidR="007567F3" w:rsidRDefault="008543A5">
      <w:r>
        <w:t>The journal was small and weathered, the edges fraying from years of handling. Its dark brown leather seemed to hum with significance, as if it had been waiting for her. The initials L.V. were embossed on the cover.</w:t>
      </w:r>
    </w:p>
    <w:p w14:paraId="75047007" w14:textId="77777777" w:rsidR="007567F3" w:rsidRDefault="008543A5">
      <w:r>
        <w:t>“What’s that?” Xander’s voice startled her. He leaned against the doorframe, arms crossed but curious.</w:t>
      </w:r>
    </w:p>
    <w:p w14:paraId="464AC403" w14:textId="77777777" w:rsidR="007567F3" w:rsidRDefault="008543A5">
      <w:r>
        <w:t>“I don’t know,” Lucía admitted, holding it up. “It looks old.”</w:t>
      </w:r>
    </w:p>
    <w:p w14:paraId="3D4E9084" w14:textId="77777777" w:rsidR="007567F3" w:rsidRDefault="008543A5">
      <w:r>
        <w:t>“Let me see,” Xander said, stepping closer. He flipped through the pages, his eyebrows rising. “It’s handwritten. Whoever this is had a lot to say.”</w:t>
      </w:r>
    </w:p>
    <w:p w14:paraId="0A0AE13D" w14:textId="77777777" w:rsidR="007567F3" w:rsidRDefault="008543A5">
      <w:r>
        <w:t>“Let’s read it,” Lucía suggested, sitting cross-legged on the floor. Xander joined her, and within moments, Madeline and Liam wandered in, drawn by the quiet intrigue.</w:t>
      </w:r>
    </w:p>
    <w:p w14:paraId="5E6F86FF" w14:textId="77777777" w:rsidR="007567F3" w:rsidRDefault="007567F3"/>
    <w:p w14:paraId="779ADA6C" w14:textId="77777777" w:rsidR="007567F3" w:rsidRDefault="008543A5">
      <w:r>
        <w:t>The first few entries were mundane, detailing the daily life of someone named Lorenzo Vega, a man who had lived in Cedar Valley over a century ago. He described the town’s struggles during its early years—conflicts between settlers, the harsh environment, and the slow journey toward unity.</w:t>
      </w:r>
    </w:p>
    <w:p w14:paraId="0ABA4FC2" w14:textId="77777777" w:rsidR="007567F3" w:rsidRDefault="008543A5">
      <w:r>
        <w:t>But as they read further, the tone shifted. Lorenzo began writing about the creation of the Peace Medallion, describing it as not just a symbol, but something with deeper, almost supernatural properties.</w:t>
      </w:r>
    </w:p>
    <w:p w14:paraId="289275F5" w14:textId="77777777" w:rsidR="007567F3" w:rsidRDefault="008543A5">
      <w:r>
        <w:t>June 12, 1878: The medallion is no ordinary artifact. The artist poured his spirit into it—his hopes for peace, but also his fears. They say it resonates with people’s emotions, magnifying them. It’s both a blessing and a curse.</w:t>
      </w:r>
    </w:p>
    <w:p w14:paraId="15C3FF7D" w14:textId="77777777" w:rsidR="007567F3" w:rsidRDefault="008543A5">
      <w:r>
        <w:t>“Magnifies emotions?” Liam repeated, frowning. “What does that mean?”</w:t>
      </w:r>
    </w:p>
    <w:p w14:paraId="1B2D1CD4" w14:textId="77777777" w:rsidR="007567F3" w:rsidRDefault="008543A5">
      <w:r>
        <w:t xml:space="preserve">Lucía glanced up from the page, her expression serious. “If it’s true, it means the medallion doesn’t just represent unity—it </w:t>
      </w:r>
      <w:proofErr w:type="gramStart"/>
      <w:r>
        <w:t>actually affects</w:t>
      </w:r>
      <w:proofErr w:type="gramEnd"/>
      <w:r>
        <w:t xml:space="preserve"> people. Maybe it’s why some people feel drawn to it, like the guy who tried to steal it years ago.”</w:t>
      </w:r>
    </w:p>
    <w:p w14:paraId="2CB7B042" w14:textId="77777777" w:rsidR="007567F3" w:rsidRDefault="008543A5">
      <w:r>
        <w:t xml:space="preserve">August 3, 1878: There are whispers that the medallion’s power is unstable. The oak tree was chosen as its resting place for a reason—it is said to ground the energy, keeping it dormant. But some believe the </w:t>
      </w:r>
      <w:r>
        <w:t>medallion should never have been unearthed.</w:t>
      </w:r>
    </w:p>
    <w:p w14:paraId="1DF19325" w14:textId="77777777" w:rsidR="007567F3" w:rsidRDefault="008543A5">
      <w:r>
        <w:t>Madeline shivered. “Do you think that’s why it was stolen? Someone knows about the power?”</w:t>
      </w:r>
    </w:p>
    <w:p w14:paraId="57A6AAA3" w14:textId="77777777" w:rsidR="007567F3" w:rsidRDefault="008543A5">
      <w:r>
        <w:t>“Maybe,” Xander said, his tone unusually serious. “Or maybe they want to use it for something worse.”</w:t>
      </w:r>
    </w:p>
    <w:p w14:paraId="2FED11E6" w14:textId="77777777" w:rsidR="007567F3" w:rsidRDefault="008543A5">
      <w:r>
        <w:t>Lucía turned the page, her eyes narrowing at the next entry.</w:t>
      </w:r>
    </w:p>
    <w:p w14:paraId="34D46080" w14:textId="77777777" w:rsidR="007567F3" w:rsidRDefault="008543A5">
      <w:r>
        <w:t xml:space="preserve">September 15, 1878: I fear for Cedar Valley. A group has taken interest in the medallion—The Sons of Avaris, they call themselves. They believe its power can be harnessed, turned into a weapon. I don’t know how </w:t>
      </w:r>
      <w:r>
        <w:t>much longer we can keep it safe.</w:t>
      </w:r>
    </w:p>
    <w:p w14:paraId="5286CDF7" w14:textId="77777777" w:rsidR="007567F3" w:rsidRDefault="008543A5">
      <w:r>
        <w:t>“The Sons of Avaris?” Madeline whispered, her voice barely audible.</w:t>
      </w:r>
    </w:p>
    <w:p w14:paraId="189850CE" w14:textId="77777777" w:rsidR="007567F3" w:rsidRDefault="008543A5">
      <w:r>
        <w:t>Lucía’s heart raced. “It sounds like an organization. If they were after the medallion then, maybe they’re still after it now.”</w:t>
      </w:r>
    </w:p>
    <w:p w14:paraId="26609AAC" w14:textId="77777777" w:rsidR="007567F3" w:rsidRDefault="008543A5">
      <w:r>
        <w:t>“But why?” Liam asked, his voice trembling. “What do they want with it?”</w:t>
      </w:r>
    </w:p>
    <w:p w14:paraId="631A75EC" w14:textId="77777777" w:rsidR="007567F3" w:rsidRDefault="008543A5">
      <w:r>
        <w:t>Lucía didn’t have an answer. The journal’s final entries were rushed, the handwriting shaky as if Lorenzo had written them in fear.</w:t>
      </w:r>
    </w:p>
    <w:p w14:paraId="092ADCD8" w14:textId="77777777" w:rsidR="007567F3" w:rsidRDefault="008543A5">
      <w:r>
        <w:lastRenderedPageBreak/>
        <w:t>October 1, 1878: They’re coming. I can feel it. If the medallion falls into their hands, Cedar Valley will fall with it. The artist said the medallion could unite or destroy—everything depends on who wields it. If you are reading this, you must protect it at all costs.</w:t>
      </w:r>
    </w:p>
    <w:p w14:paraId="4C66F27B" w14:textId="77777777" w:rsidR="007567F3" w:rsidRDefault="008543A5">
      <w:r>
        <w:t xml:space="preserve">The last page ended </w:t>
      </w:r>
      <w:proofErr w:type="gramStart"/>
      <w:r>
        <w:t>abruptly,</w:t>
      </w:r>
      <w:proofErr w:type="gramEnd"/>
      <w:r>
        <w:t xml:space="preserve"> the ink smeared as if Lorenzo had been interrupted mid-sentence.</w:t>
      </w:r>
    </w:p>
    <w:p w14:paraId="24713260" w14:textId="77777777" w:rsidR="007567F3" w:rsidRDefault="007567F3"/>
    <w:p w14:paraId="25A6509D" w14:textId="77777777" w:rsidR="007567F3" w:rsidRDefault="008543A5">
      <w:r>
        <w:t xml:space="preserve">The siblings sat in silence, the weight of Lorenzo’s words pressing down on them. Madeline hugged her knees to her chest, her face pale. Liam fidgeted with the corner of the </w:t>
      </w:r>
      <w:proofErr w:type="gramStart"/>
      <w:r>
        <w:t>journal,</w:t>
      </w:r>
      <w:proofErr w:type="gramEnd"/>
      <w:r>
        <w:t xml:space="preserve"> his usual bravado replaced with nervous energy.</w:t>
      </w:r>
    </w:p>
    <w:p w14:paraId="786F524D" w14:textId="77777777" w:rsidR="007567F3" w:rsidRDefault="008543A5">
      <w:r>
        <w:t>“</w:t>
      </w:r>
      <w:proofErr w:type="gramStart"/>
      <w:r>
        <w:t>This changes</w:t>
      </w:r>
      <w:proofErr w:type="gramEnd"/>
      <w:r>
        <w:t xml:space="preserve"> everything,” Lucía said finally, her voice steady despite the storm of emotions inside her. “The medallion isn’t just an artifact. It’s dangerous. And if someone like the man at the oak tree is after it…”</w:t>
      </w:r>
    </w:p>
    <w:p w14:paraId="61B547CF" w14:textId="77777777" w:rsidR="007567F3" w:rsidRDefault="008543A5">
      <w:r>
        <w:t>Xander’s jaw tightened. “We have to stop him.”</w:t>
      </w:r>
    </w:p>
    <w:p w14:paraId="0290C983" w14:textId="77777777" w:rsidR="007567F3" w:rsidRDefault="008543A5">
      <w:r>
        <w:t>“But how?” Madeline asked, her voice small. “We don’t even know who he is or what he’s planning.”</w:t>
      </w:r>
    </w:p>
    <w:p w14:paraId="078F5CFE" w14:textId="77777777" w:rsidR="007567F3" w:rsidRDefault="008543A5">
      <w:r>
        <w:t>Lucía thought for a moment, her mind racing. “The barn,” Lucía replied, her tone carrying subtle curiosity suddenly. “If the markings at the oak tree lead there, it’s not a coincidence. The Sons of Avaris—or whoever that man works for—are planning something.”</w:t>
      </w:r>
    </w:p>
    <w:p w14:paraId="21EF2ACF" w14:textId="77777777" w:rsidR="007567F3" w:rsidRDefault="008543A5">
      <w:r>
        <w:t>“But Aleks and Mom are scouting it already,” Xander pointed out. “What can we do?”</w:t>
      </w:r>
    </w:p>
    <w:p w14:paraId="6F4A09F3" w14:textId="77777777" w:rsidR="007567F3" w:rsidRDefault="008543A5">
      <w:r>
        <w:t>Lucía’s stomach twisted. The thought of her mom and Aleks walking into danger made her heart pound, but she pushed the fear aside. “We can’t just sit here. If they find something, we need to be ready to help.”</w:t>
      </w:r>
    </w:p>
    <w:p w14:paraId="066C9A2B" w14:textId="77777777" w:rsidR="007567F3" w:rsidRDefault="007567F3"/>
    <w:p w14:paraId="0F630844" w14:textId="77777777" w:rsidR="007567F3" w:rsidRDefault="008543A5">
      <w:r>
        <w:t>As the siblings debated their next steps, Liam suddenly stood, his eyes wide. “What if… what if the medallion’s power is already working?”</w:t>
      </w:r>
    </w:p>
    <w:p w14:paraId="6540C55C" w14:textId="77777777" w:rsidR="007567F3" w:rsidRDefault="008543A5">
      <w:r>
        <w:t>“What do you mean?” Xander asked.</w:t>
      </w:r>
    </w:p>
    <w:p w14:paraId="00E03E28" w14:textId="77777777" w:rsidR="007567F3" w:rsidRDefault="008543A5">
      <w:r>
        <w:t>Liam shifted nervously. “If it magnifies emotions, like the journal says, what if it’s making everything worse? The thefts, the murders—it could all be because of the medallion.”</w:t>
      </w:r>
    </w:p>
    <w:p w14:paraId="35BD2EF1" w14:textId="77777777" w:rsidR="007567F3" w:rsidRDefault="008543A5">
      <w:r>
        <w:t>“That’s… possible,” Madeline said, her brow furrowed. “But if that’s true, how do we stop it?”</w:t>
      </w:r>
    </w:p>
    <w:p w14:paraId="35BEA60D" w14:textId="77777777" w:rsidR="007567F3" w:rsidRDefault="008543A5">
      <w:r>
        <w:t>Lucía didn’t have an answer. The journal had raised more questions than it answered, but one thing was clear: the medallion wasn’t just a relic of the past. It was a force that could shape their future—for better or worse.</w:t>
      </w:r>
    </w:p>
    <w:p w14:paraId="6DF4FF23" w14:textId="77777777" w:rsidR="007567F3" w:rsidRPr="00531FE1" w:rsidRDefault="008543A5">
      <w:pPr>
        <w:rPr>
          <w:b/>
          <w:bCs/>
        </w:rPr>
      </w:pPr>
      <w:r w:rsidRPr="00531FE1">
        <w:rPr>
          <w:b/>
          <w:bCs/>
        </w:rPr>
        <w:lastRenderedPageBreak/>
        <w:t>Chapter 10: The Barn’s Secrets Unfold</w:t>
      </w:r>
    </w:p>
    <w:p w14:paraId="6AECC751" w14:textId="77777777" w:rsidR="007567F3" w:rsidRDefault="008543A5">
      <w:r>
        <w:t>Aleks and Sofia returned just before sunrise, their faces shadowed with unease. Lucía, who had been pacing the living room for hours, practically leapt off the couch when she heard the door open.</w:t>
      </w:r>
    </w:p>
    <w:p w14:paraId="18A753F5" w14:textId="77777777" w:rsidR="007567F3" w:rsidRDefault="008543A5">
      <w:r>
        <w:t xml:space="preserve">“What did you find?” </w:t>
      </w:r>
      <w:proofErr w:type="spellStart"/>
      <w:r>
        <w:t>sXander</w:t>
      </w:r>
      <w:proofErr w:type="spellEnd"/>
      <w:r>
        <w:t xml:space="preserve"> leaned forward, his voice edged with urgency, her voice sharp with anticipation.</w:t>
      </w:r>
    </w:p>
    <w:p w14:paraId="664C9646" w14:textId="77777777" w:rsidR="007567F3" w:rsidRDefault="008543A5">
      <w:r>
        <w:t>Aleks placed his bag on the table, his movements deliberate. “The barn isn’t just abandoned,” he said. “It’s been used recently. We found markings on the ground—</w:t>
      </w:r>
      <w:proofErr w:type="gramStart"/>
      <w:r>
        <w:t>similar to</w:t>
      </w:r>
      <w:proofErr w:type="gramEnd"/>
      <w:r>
        <w:t xml:space="preserve"> the ones at the oak tree.”</w:t>
      </w:r>
    </w:p>
    <w:p w14:paraId="232DE515" w14:textId="77777777" w:rsidR="007567F3" w:rsidRDefault="008543A5">
      <w:r>
        <w:t>“And?” Xander pressed, his arms crossed tightly over his chest. “Did you see him? The guy we saw at the tree?”</w:t>
      </w:r>
    </w:p>
    <w:p w14:paraId="32BA0E74" w14:textId="77777777" w:rsidR="007567F3" w:rsidRDefault="008543A5">
      <w:r>
        <w:t xml:space="preserve">Aleks shook his head. “No one was there, but the </w:t>
      </w:r>
      <w:r>
        <w:t>markings weren’t random. They looked like they were part of a ritual.”</w:t>
      </w:r>
    </w:p>
    <w:p w14:paraId="26C937FB" w14:textId="77777777" w:rsidR="007567F3" w:rsidRDefault="008543A5">
      <w:r>
        <w:t>Sofia stepped forward, placing a hand on Lucía’s shoulder. “We took pictures. Maybe you’ll see something we missed.”</w:t>
      </w:r>
    </w:p>
    <w:p w14:paraId="107568BC" w14:textId="77777777" w:rsidR="007567F3" w:rsidRDefault="007567F3"/>
    <w:p w14:paraId="033FB1E4" w14:textId="77777777" w:rsidR="007567F3" w:rsidRDefault="008543A5">
      <w:r>
        <w:t>The siblings crowded around the table as Aleks spread out the printed photographs. The markings were intricate, spiraling out in a pattern that seemed both chaotic and deliberate. Lucía’s brow furrowed as she studied them.</w:t>
      </w:r>
    </w:p>
    <w:p w14:paraId="3D983725" w14:textId="77777777" w:rsidR="007567F3" w:rsidRDefault="008543A5">
      <w:r>
        <w:t>“These symbols,” she murmured, tracing a finger over the image. “They’re different from the ones at the tree. More complex.”</w:t>
      </w:r>
    </w:p>
    <w:p w14:paraId="13884C94" w14:textId="77777777" w:rsidR="007567F3" w:rsidRDefault="008543A5">
      <w:r>
        <w:t>“Lorenzo’s journal mentioned a ritual,” Madeline said, her voice quiet but steady. “He wrote about the Sons of Avaris trying to unlock the medallion’s full power. Maybe this is part of that.”</w:t>
      </w:r>
    </w:p>
    <w:p w14:paraId="6EEE94D7" w14:textId="77777777" w:rsidR="007567F3" w:rsidRDefault="008543A5">
      <w:r>
        <w:t>Xander leaned closer, his expression tense. “What kind of power are we even talking about? Is it, like, magic or something?”</w:t>
      </w:r>
    </w:p>
    <w:p w14:paraId="51D0FC75" w14:textId="77777777" w:rsidR="007567F3" w:rsidRDefault="008543A5">
      <w:r>
        <w:t>“It’s not magic,” Lucía said firmly, though her own confidence wavered. “But if it amplifies emotions, like the journal said, it could be dangerous in the wrong hands. Imagine someone like the guy at the tree controlling something like that.”</w:t>
      </w:r>
    </w:p>
    <w:p w14:paraId="5971F430" w14:textId="77777777" w:rsidR="007567F3" w:rsidRDefault="008543A5">
      <w:r>
        <w:t>The room fell silent as the weight of her words settled over them. Liam, who had been unusually quiet, finally spoke up. “</w:t>
      </w:r>
      <w:proofErr w:type="gramStart"/>
      <w:r>
        <w:t>So</w:t>
      </w:r>
      <w:proofErr w:type="gramEnd"/>
      <w:r>
        <w:t xml:space="preserve"> what do we do now?”</w:t>
      </w:r>
    </w:p>
    <w:p w14:paraId="03B1AD8F" w14:textId="77777777" w:rsidR="007567F3" w:rsidRDefault="008543A5">
      <w:r>
        <w:t>Aleks looked at Sofia, who nodded before turning to the kids. “We need more information. The barn is only one piece of the puzzle. If the Sons of Avaris are involved, they won’t stop there.”</w:t>
      </w:r>
    </w:p>
    <w:p w14:paraId="525BEB70" w14:textId="77777777" w:rsidR="007567F3" w:rsidRDefault="007567F3"/>
    <w:p w14:paraId="2B641323" w14:textId="77777777" w:rsidR="007567F3" w:rsidRDefault="008543A5">
      <w:r>
        <w:t>As they combed through their notes, Madeline flipped to a section of the journal they hadn’t examined closely before. Her eyes widened as she read.</w:t>
      </w:r>
    </w:p>
    <w:p w14:paraId="393EEB53" w14:textId="77777777" w:rsidR="007567F3" w:rsidRDefault="008543A5">
      <w:r>
        <w:t>“Listen to this,” Lucía replied, her tone carrying subtle curiosity, her voice trembling slightly. “Lorenzo wrote about something called the Conductor’s Artifact. He said it was created to counterbalance the medallion’s power, to keep it from being corrupted.”</w:t>
      </w:r>
    </w:p>
    <w:p w14:paraId="3DD69F2D" w14:textId="77777777" w:rsidR="007567F3" w:rsidRDefault="008543A5">
      <w:r>
        <w:t>Lucía frowned. “A counterbalance? What does that mean?”</w:t>
      </w:r>
    </w:p>
    <w:p w14:paraId="6DA55AE2" w14:textId="77777777" w:rsidR="007567F3" w:rsidRDefault="008543A5">
      <w:r>
        <w:t xml:space="preserve">Madeline </w:t>
      </w:r>
      <w:proofErr w:type="gramStart"/>
      <w:r>
        <w:t>shrugged,</w:t>
      </w:r>
      <w:proofErr w:type="gramEnd"/>
      <w:r>
        <w:t xml:space="preserve"> her brow furrowed. “He didn’t explain much, but he mentioned that it was hidden somewhere in Cedar Valley</w:t>
      </w:r>
      <w:proofErr w:type="gramStart"/>
      <w:r>
        <w:t>—‘</w:t>
      </w:r>
      <w:proofErr w:type="gramEnd"/>
      <w:r>
        <w:t>where harmony once began.’”</w:t>
      </w:r>
    </w:p>
    <w:p w14:paraId="7B9C92A0" w14:textId="77777777" w:rsidR="007567F3" w:rsidRDefault="008543A5">
      <w:r>
        <w:t>“Harmony once began?” Xander repeated, his tone skeptical. “What is that, some kind of riddle?”</w:t>
      </w:r>
    </w:p>
    <w:p w14:paraId="40B1EE26" w14:textId="77777777" w:rsidR="007567F3" w:rsidRDefault="008543A5">
      <w:r>
        <w:t xml:space="preserve">“It’s more than a riddle,” Aleks said, his voice </w:t>
      </w:r>
      <w:proofErr w:type="gramStart"/>
      <w:r>
        <w:t>thoughtful</w:t>
      </w:r>
      <w:proofErr w:type="gramEnd"/>
      <w:r>
        <w:t>. “If the artifact is connected to the medallion, finding it might be the only way to stop whatever the Sons of Avaris are planning.”</w:t>
      </w:r>
    </w:p>
    <w:p w14:paraId="050A028C" w14:textId="77777777" w:rsidR="007567F3" w:rsidRDefault="008543A5">
      <w:r>
        <w:t>Sofia crossed her arms, her expression firm. “We’ll need to start with local history. If there’s a clue in Lorenzo’s words, it’s probably tied to a landmark or event Cedar Valley is known for.”</w:t>
      </w:r>
    </w:p>
    <w:p w14:paraId="6C10670F" w14:textId="77777777" w:rsidR="007567F3" w:rsidRDefault="007567F3"/>
    <w:p w14:paraId="4C4E9F1D" w14:textId="77777777" w:rsidR="007567F3" w:rsidRDefault="008543A5">
      <w:r>
        <w:t>The urgency of the situation settled over them like a heavy weight. Aleks and Sofia began compiling resources on Cedar Valley’s history, while the siblings split up to search for additional clues.</w:t>
      </w:r>
    </w:p>
    <w:p w14:paraId="7F3AEE54" w14:textId="77777777" w:rsidR="007567F3" w:rsidRDefault="008543A5">
      <w:r>
        <w:t>Lucía and Madeline focused on the journal, combing through every detail Lorenzo had written about the medallion and the Conductor’s Artifact. Xander and Liam turned their attention to online archives, looking for any references to old legends or hidden artifacts.</w:t>
      </w:r>
    </w:p>
    <w:p w14:paraId="12D601B5" w14:textId="77777777" w:rsidR="007567F3" w:rsidRDefault="008543A5">
      <w:r>
        <w:t>Hours passed, but progress was slow. Every clue seemed to lead to more questions, and the weight of the mystery was beginning to wear on them. Finally, Liam slammed his laptop shut with a frustrated groan.</w:t>
      </w:r>
    </w:p>
    <w:p w14:paraId="370C3387" w14:textId="77777777" w:rsidR="007567F3" w:rsidRDefault="008543A5">
      <w:r>
        <w:t>“This is impossible,” he said. “How are we supposed to find something hidden a hundred years ago when we don’t even know what it looks like?”</w:t>
      </w:r>
    </w:p>
    <w:p w14:paraId="6A21936A" w14:textId="77777777" w:rsidR="007567F3" w:rsidRDefault="008543A5">
      <w:r>
        <w:t>Lucía shot him a sharp look. “We don’t give up. Lorenzo hid the journal for a reason. He wanted someone to find it, to figure this out.”</w:t>
      </w:r>
    </w:p>
    <w:p w14:paraId="25212D64" w14:textId="77777777" w:rsidR="007567F3" w:rsidRDefault="008543A5">
      <w:r>
        <w:t>Madeline placed a hand on Liam’s arm, her voice gentle. “We’re doing this together. We’ll find it.”</w:t>
      </w:r>
    </w:p>
    <w:p w14:paraId="04D70DAE" w14:textId="77777777" w:rsidR="007567F3" w:rsidRDefault="008543A5">
      <w:r>
        <w:lastRenderedPageBreak/>
        <w:t>Her words seemed to calm him, and he nodded reluctantly. “Fine. But we need more than riddles.”</w:t>
      </w:r>
    </w:p>
    <w:p w14:paraId="4934701A" w14:textId="77777777" w:rsidR="007567F3" w:rsidRDefault="007567F3"/>
    <w:p w14:paraId="7BBD6F81" w14:textId="77777777" w:rsidR="007567F3" w:rsidRDefault="008543A5">
      <w:r>
        <w:t>Just as frustration threatened to overwhelm them, Sofia appeared in the doorway, holding an old photograph. “I think I found something,” Lucía replied, her tone carrying subtle curiosity, her voice steady.</w:t>
      </w:r>
    </w:p>
    <w:p w14:paraId="2D6BB4CE" w14:textId="77777777" w:rsidR="007567F3" w:rsidRDefault="008543A5">
      <w:r>
        <w:t xml:space="preserve">The siblings crowded around as she laid the photo on the table. It showed a group of people standing in front of what looked like a small chapel, their expressions proud and hopeful. In their hands was a </w:t>
      </w:r>
      <w:r>
        <w:t>plaque inscribed with the words: Harmony Begins Where Faith is Rooted.</w:t>
      </w:r>
    </w:p>
    <w:p w14:paraId="18040FF1" w14:textId="77777777" w:rsidR="007567F3" w:rsidRDefault="008543A5">
      <w:r>
        <w:t>“Where did you find this?” Lucía asked, her voice tinged with excitement.</w:t>
      </w:r>
    </w:p>
    <w:p w14:paraId="6EE44081" w14:textId="77777777" w:rsidR="007567F3" w:rsidRDefault="008543A5">
      <w:r>
        <w:t>“It was in a box of old family photos Aleks brought back from his parents’ house,” Sofia explained. “The chapel used to be in the center of town, but it burned down decades ago. All that’s left is the foundation.”</w:t>
      </w:r>
    </w:p>
    <w:p w14:paraId="458B784B" w14:textId="77777777" w:rsidR="007567F3" w:rsidRDefault="008543A5">
      <w:r>
        <w:t>“The foundation,” Xander repeated, his eyes lighting up. “Do you think the artifact could be buried there?”</w:t>
      </w:r>
    </w:p>
    <w:p w14:paraId="1292B096" w14:textId="77777777" w:rsidR="007567F3" w:rsidRDefault="008543A5">
      <w:r>
        <w:t>“It’s possible,” Aleks said. “If Lorenzo wanted to keep it safe, hiding it under the chapel would’ve made sense.”</w:t>
      </w:r>
    </w:p>
    <w:p w14:paraId="208D2E14" w14:textId="77777777" w:rsidR="007567F3" w:rsidRDefault="008543A5">
      <w:r>
        <w:t>Lucía felt a spark of determination. “Then that’s where we go next.”</w:t>
      </w:r>
    </w:p>
    <w:p w14:paraId="632D88F5" w14:textId="77777777" w:rsidR="007567F3" w:rsidRDefault="008543A5">
      <w:r>
        <w:t xml:space="preserve">Sofia held up a hand. “Not so fast. If the Sons of Avaris </w:t>
      </w:r>
      <w:proofErr w:type="gramStart"/>
      <w:r>
        <w:t>are</w:t>
      </w:r>
      <w:proofErr w:type="gramEnd"/>
      <w:r>
        <w:t xml:space="preserve"> as organized as Lorenzo described, they might already know about the chapel. We need to be careful.”</w:t>
      </w:r>
    </w:p>
    <w:p w14:paraId="64EC1B15" w14:textId="77777777" w:rsidR="007567F3" w:rsidRDefault="008543A5">
      <w:r>
        <w:t>Aleks nodded in agreement. “We’ll scout the site first. If it’s safe, we’ll decide how to proceed.”</w:t>
      </w:r>
    </w:p>
    <w:p w14:paraId="50D7ED0A" w14:textId="77777777" w:rsidR="007567F3" w:rsidRDefault="007567F3"/>
    <w:p w14:paraId="06AD6E81" w14:textId="77777777" w:rsidR="007567F3" w:rsidRDefault="008543A5">
      <w:r>
        <w:t>As the family prepared for their next move, Lucía couldn’t shake the feeling that time was running out. The man at the oak tree, the markings at the barn, the journal’s cryptic warnings—it all pointed to a larger plan that was slowly coming into focus.</w:t>
      </w:r>
    </w:p>
    <w:p w14:paraId="4675047C" w14:textId="77777777" w:rsidR="007567F3" w:rsidRDefault="008543A5">
      <w:r>
        <w:t>For the first time, she felt the weight of the responsibility they carried—not just to solve the mystery, but to protect each other. She glanced around the room, taking in the determined faces of her siblings and the quiet strength of Sofia and Aleks.</w:t>
      </w:r>
    </w:p>
    <w:p w14:paraId="1239D6AD" w14:textId="77777777" w:rsidR="007567F3" w:rsidRDefault="008543A5">
      <w:r>
        <w:t>They were in this together, and that was the only thing that gave her hope.</w:t>
      </w:r>
    </w:p>
    <w:p w14:paraId="4FED6537" w14:textId="77777777" w:rsidR="007567F3" w:rsidRPr="00531FE1" w:rsidRDefault="008543A5">
      <w:pPr>
        <w:rPr>
          <w:b/>
          <w:bCs/>
        </w:rPr>
      </w:pPr>
      <w:r w:rsidRPr="00531FE1">
        <w:rPr>
          <w:b/>
          <w:bCs/>
        </w:rPr>
        <w:t>Chapter 11: The Conductor’s Artifact</w:t>
      </w:r>
    </w:p>
    <w:p w14:paraId="6150DBED" w14:textId="77777777" w:rsidR="007567F3" w:rsidRDefault="008543A5">
      <w:r>
        <w:t xml:space="preserve">The sun was low in the sky as Aleks pulled the car to a stop near the edge of Cedar Valley’s old town district. The ruins of the chapel loomed ahead, little more than a foundation </w:t>
      </w:r>
      <w:r>
        <w:lastRenderedPageBreak/>
        <w:t>overgrown with weeds and ivy. Despite its disrepair, the air around the site carried a strange weight, as if the land itself remembered what once stood there.</w:t>
      </w:r>
    </w:p>
    <w:p w14:paraId="7611F0FB" w14:textId="77777777" w:rsidR="007567F3" w:rsidRDefault="008543A5">
      <w:r>
        <w:t>Lucía stepped out of the car, her eyes scanning the area. Xander, Madeline, and Liam followed close behind, their earlier excitement subdued by the eerie quiet. Sofia stood beside Aleks, her hand resting on his arm as they took in the ruins.</w:t>
      </w:r>
    </w:p>
    <w:p w14:paraId="2956BDE1" w14:textId="77777777" w:rsidR="007567F3" w:rsidRDefault="008543A5">
      <w:r>
        <w:t>“This is it,” Aleks said, unfolding the map they’d brought. “The chapel foundation. If Lorenzo was right, the artifact might still be buried here.”</w:t>
      </w:r>
    </w:p>
    <w:p w14:paraId="7FBF1B67" w14:textId="77777777" w:rsidR="007567F3" w:rsidRDefault="008543A5">
      <w:r>
        <w:t>“Or it might already be gone,” Xander muttered, kicking at a loose stone.</w:t>
      </w:r>
    </w:p>
    <w:p w14:paraId="618B473C" w14:textId="77777777" w:rsidR="007567F3" w:rsidRDefault="008543A5">
      <w:r>
        <w:t>“Only one way to find out,” Lucía said, her voice steadier than she felt. She stepped onto the cracked stone foundation, her heart racing as she imagined what they might uncover.</w:t>
      </w:r>
    </w:p>
    <w:p w14:paraId="3738BCB6" w14:textId="77777777" w:rsidR="007567F3" w:rsidRDefault="007567F3"/>
    <w:p w14:paraId="16AC6BE2" w14:textId="77777777" w:rsidR="007567F3" w:rsidRDefault="008543A5">
      <w:r>
        <w:t>The family fanned out, searching the ruins for anything unusual. Madeline and Liam examined the edges of the foundation, while Xander poked at the crumbling remains of a corner wall. Lucía, however, focused on the center, where the floor was cracked and uneven.</w:t>
      </w:r>
    </w:p>
    <w:p w14:paraId="6FB387CD" w14:textId="77777777" w:rsidR="007567F3" w:rsidRDefault="008543A5">
      <w:r>
        <w:t>“Over here,” she called, kneeling by a jagged seam in the stone. “This looks like it could’ve been a trapdoor.”</w:t>
      </w:r>
    </w:p>
    <w:p w14:paraId="556DC758" w14:textId="77777777" w:rsidR="007567F3" w:rsidRDefault="008543A5">
      <w:r>
        <w:t>Aleks joined her, running his hand over the surface. “You’re right. There’s a gap here.”</w:t>
      </w:r>
    </w:p>
    <w:p w14:paraId="6F856F2E" w14:textId="77777777" w:rsidR="007567F3" w:rsidRDefault="008543A5">
      <w:r>
        <w:t>With careful precision, he pried at the edges of the stone using a crowbar he’d brought. The slab shifted, revealing a dark, narrow opening beneath. A rush of cool air escaped, carrying the faint scent of earth and decay.</w:t>
      </w:r>
    </w:p>
    <w:p w14:paraId="6D072D59" w14:textId="77777777" w:rsidR="007567F3" w:rsidRDefault="008543A5">
      <w:r>
        <w:t>“Looks like we found something,” Aleks said, his voice low.</w:t>
      </w:r>
    </w:p>
    <w:p w14:paraId="47639010" w14:textId="77777777" w:rsidR="007567F3" w:rsidRDefault="008543A5">
      <w:r>
        <w:t>Lucía peered into the darkness, her pulse quickening. “What’s down there?”</w:t>
      </w:r>
    </w:p>
    <w:p w14:paraId="519AA2D5" w14:textId="77777777" w:rsidR="007567F3" w:rsidRDefault="008543A5">
      <w:r>
        <w:t>Aleks switched on his flashlight, illuminating a set of worn stone steps leading into the ground. “Only one way to find out.”</w:t>
      </w:r>
    </w:p>
    <w:p w14:paraId="3465AA3C" w14:textId="77777777" w:rsidR="007567F3" w:rsidRDefault="008543A5">
      <w:r>
        <w:t>“Wait,” Sofia said, her tone firm. “We don’t know what’s down there. We should be cautious.”</w:t>
      </w:r>
    </w:p>
    <w:p w14:paraId="3B408601" w14:textId="77777777" w:rsidR="007567F3" w:rsidRDefault="008543A5">
      <w:r>
        <w:t xml:space="preserve">Aleks nodded. “Agreed. I’ll go first. Stay </w:t>
      </w:r>
      <w:proofErr w:type="gramStart"/>
      <w:r>
        <w:t>close, but</w:t>
      </w:r>
      <w:proofErr w:type="gramEnd"/>
      <w:r>
        <w:t xml:space="preserve"> let me lead.”</w:t>
      </w:r>
    </w:p>
    <w:p w14:paraId="3561B5C5" w14:textId="77777777" w:rsidR="007567F3" w:rsidRDefault="007567F3"/>
    <w:p w14:paraId="00872581" w14:textId="77777777" w:rsidR="007567F3" w:rsidRDefault="008543A5">
      <w:r>
        <w:t xml:space="preserve">The family descended the steps carefully, the air growing cooler and heavier with each step. The passage opened into a small chamber, its walls lined with carvings that mirrored the symbols they’d seen at the oak </w:t>
      </w:r>
      <w:r>
        <w:t>tree and the barn.</w:t>
      </w:r>
    </w:p>
    <w:p w14:paraId="5BB67EA8" w14:textId="77777777" w:rsidR="007567F3" w:rsidRDefault="008543A5">
      <w:r>
        <w:lastRenderedPageBreak/>
        <w:t>In the center of the room sat a pedestal, and atop it lay a small object wrapped in faded cloth. Aleks held up his flashlight, the beam casting long shadows across the chamber.</w:t>
      </w:r>
    </w:p>
    <w:p w14:paraId="0325E71A" w14:textId="77777777" w:rsidR="007567F3" w:rsidRDefault="008543A5">
      <w:r>
        <w:t xml:space="preserve">“That has to be it,” Lucía whispered, her voice </w:t>
      </w:r>
      <w:proofErr w:type="gramStart"/>
      <w:r>
        <w:t>reverent</w:t>
      </w:r>
      <w:proofErr w:type="gramEnd"/>
      <w:r>
        <w:t>.</w:t>
      </w:r>
    </w:p>
    <w:p w14:paraId="601F76E2" w14:textId="77777777" w:rsidR="007567F3" w:rsidRDefault="008543A5">
      <w:r>
        <w:t xml:space="preserve">Aleks approached the pedestal cautiously, his movements deliberate. He reached out, unwrapping the cloth to reveal the object </w:t>
      </w:r>
      <w:proofErr w:type="gramStart"/>
      <w:r>
        <w:t>within:</w:t>
      </w:r>
      <w:proofErr w:type="gramEnd"/>
      <w:r>
        <w:t xml:space="preserve"> a small, intricately carved disk made of dark metal, its surface etched with the same spiraling patterns as the medallion.</w:t>
      </w:r>
    </w:p>
    <w:p w14:paraId="32209CEA" w14:textId="77777777" w:rsidR="007567F3" w:rsidRDefault="008543A5">
      <w:r>
        <w:t>“It’s beautiful,” Madeline breathed, stepping closer. “But… it feels wrong.”</w:t>
      </w:r>
    </w:p>
    <w:p w14:paraId="28307B33" w14:textId="77777777" w:rsidR="007567F3" w:rsidRDefault="008543A5">
      <w:r>
        <w:t xml:space="preserve">Lucía felt it too—a strange energy in the air, like the room itself was holding its breath. “Do you think this is the Conductor’s Artifact?” </w:t>
      </w:r>
      <w:proofErr w:type="spellStart"/>
      <w:r>
        <w:t>sXander</w:t>
      </w:r>
      <w:proofErr w:type="spellEnd"/>
      <w:r>
        <w:t xml:space="preserve"> leaned forward, his voice edged with urgency.</w:t>
      </w:r>
    </w:p>
    <w:p w14:paraId="66F32439" w14:textId="77777777" w:rsidR="007567F3" w:rsidRDefault="008543A5">
      <w:r>
        <w:t>Aleks nodded slowly. “It fits Lorenzo’s description. If it’s meant to counterbalance the medallion, it makes sense that it was hidden here.”</w:t>
      </w:r>
    </w:p>
    <w:p w14:paraId="18C1909A" w14:textId="77777777" w:rsidR="007567F3" w:rsidRDefault="008543A5">
      <w:r>
        <w:t>“But why does it feel… off?” Xander asked, his brow furrowing.</w:t>
      </w:r>
    </w:p>
    <w:p w14:paraId="54D51B04" w14:textId="77777777" w:rsidR="007567F3" w:rsidRDefault="008543A5">
      <w:r>
        <w:t>“Maybe because it’s not supposed to be separate from the medallion,” Sofia suggested. “Lorenzo said they’re two halves of a whole.”</w:t>
      </w:r>
    </w:p>
    <w:p w14:paraId="0E7A55B4" w14:textId="77777777" w:rsidR="007567F3" w:rsidRDefault="007567F3"/>
    <w:p w14:paraId="0636876D" w14:textId="77777777" w:rsidR="007567F3" w:rsidRDefault="008543A5">
      <w:r>
        <w:t>As Aleks carefully wrapped the artifact again, Lucía’s attention was drawn to the carvings on the walls. They weren’t just decorative—they told a story.</w:t>
      </w:r>
    </w:p>
    <w:p w14:paraId="74F61A70" w14:textId="77777777" w:rsidR="007567F3" w:rsidRDefault="008543A5">
      <w:r>
        <w:t>“Look at this,” Lucía replied, her tone carrying subtle curiosity, running her fingers over the etched lines. “It’s like a timeline.”</w:t>
      </w:r>
    </w:p>
    <w:p w14:paraId="20614395" w14:textId="77777777" w:rsidR="007567F3" w:rsidRDefault="008543A5">
      <w:r>
        <w:t>The others joined her, their flashlights illuminating the carvings. The images depicted a peaceful town, the medallion at its center. But as the carvings progressed, the peace gave way to chaos—fights, fires, and shadowy figures clutching the medallion in triumph.</w:t>
      </w:r>
    </w:p>
    <w:p w14:paraId="4E6A7F93" w14:textId="77777777" w:rsidR="007567F3" w:rsidRDefault="008543A5">
      <w:r>
        <w:t>“It’s a warning,” Madeline said, her voice trembling. “If the medallion is misused, it brings destruction.”</w:t>
      </w:r>
    </w:p>
    <w:p w14:paraId="66ACF913" w14:textId="77777777" w:rsidR="007567F3" w:rsidRDefault="008543A5">
      <w:r>
        <w:t>“And the artifact?” Liam asked, pointing to a smaller figure holding the disk. “Does it stop it?”</w:t>
      </w:r>
    </w:p>
    <w:p w14:paraId="14DC4378" w14:textId="77777777" w:rsidR="007567F3" w:rsidRDefault="008543A5">
      <w:r>
        <w:t>“It balances it,” Aleks said, studying the carvings. “But only if it’s used the right way.”</w:t>
      </w:r>
    </w:p>
    <w:p w14:paraId="611505D8" w14:textId="77777777" w:rsidR="007567F3" w:rsidRDefault="008543A5">
      <w:r>
        <w:t>Lucía’s stomach churned. If the Sons of Avaris had the medallion, and they were looking for the artifact, they might be planning to combine them—for all the wrong reasons.</w:t>
      </w:r>
    </w:p>
    <w:p w14:paraId="7E8E1298" w14:textId="77777777" w:rsidR="007567F3" w:rsidRDefault="007567F3"/>
    <w:p w14:paraId="2B6C5D56" w14:textId="77777777" w:rsidR="007567F3" w:rsidRDefault="008543A5">
      <w:r>
        <w:lastRenderedPageBreak/>
        <w:t>The family’s moment of discovery was interrupted by the faint sound of footsteps above. Aleks froze, his expression hardening. “Someone’s here.”</w:t>
      </w:r>
    </w:p>
    <w:p w14:paraId="7745797D" w14:textId="77777777" w:rsidR="007567F3" w:rsidRDefault="008543A5">
      <w:r>
        <w:t>“Do you think it’s him?” Xander whispered, his voice tight.</w:t>
      </w:r>
    </w:p>
    <w:p w14:paraId="3F52BB07" w14:textId="77777777" w:rsidR="007567F3" w:rsidRDefault="008543A5">
      <w:r>
        <w:t>“Could be,” Aleks said. “Stay quiet. Stay together.”</w:t>
      </w:r>
    </w:p>
    <w:p w14:paraId="63DDD6E1" w14:textId="77777777" w:rsidR="007567F3" w:rsidRDefault="008543A5">
      <w:r>
        <w:t xml:space="preserve">They listened as the footsteps moved across the foundation, the faint creak of wood and stone breaking the silence. Whoever it was, they weren’t </w:t>
      </w:r>
      <w:r>
        <w:t>alone—the murmur of low voices suggested a group.</w:t>
      </w:r>
    </w:p>
    <w:p w14:paraId="50895FB0" w14:textId="77777777" w:rsidR="007567F3" w:rsidRDefault="008543A5">
      <w:r>
        <w:t>“We need to get out of here,” Sofia said, her voice calm but urgent. “If they’re looking for the artifact—”</w:t>
      </w:r>
    </w:p>
    <w:p w14:paraId="4128B6A2" w14:textId="77777777" w:rsidR="007567F3" w:rsidRDefault="008543A5">
      <w:r>
        <w:t>“They can’t find it,” Lucía finished, her resolve hardening. “We can’t let them.”</w:t>
      </w:r>
    </w:p>
    <w:p w14:paraId="51F33A92" w14:textId="77777777" w:rsidR="007567F3" w:rsidRDefault="008543A5">
      <w:r>
        <w:t>Aleks quickly wrapped the artifact and tucked it into his bag. “Let’s go. Quietly.”</w:t>
      </w:r>
    </w:p>
    <w:p w14:paraId="7B1AC515" w14:textId="77777777" w:rsidR="007567F3" w:rsidRDefault="007567F3"/>
    <w:p w14:paraId="4D07B2DC" w14:textId="77777777" w:rsidR="007567F3" w:rsidRDefault="008543A5">
      <w:r>
        <w:t xml:space="preserve">The family moved back up the stairs as quietly as they could, their footsteps barely making a sound. At the top, Aleks peered out cautiously. The figures above were </w:t>
      </w:r>
      <w:proofErr w:type="gramStart"/>
      <w:r>
        <w:t>searching</w:t>
      </w:r>
      <w:proofErr w:type="gramEnd"/>
      <w:r>
        <w:t xml:space="preserve"> the ruins, their flashlights sweeping across the ground.</w:t>
      </w:r>
    </w:p>
    <w:p w14:paraId="3B65820E" w14:textId="77777777" w:rsidR="007567F3" w:rsidRDefault="008543A5">
      <w:r>
        <w:t>“They haven’t found the opening yet,” Aleks whispered. “We need to move fast.”</w:t>
      </w:r>
    </w:p>
    <w:p w14:paraId="403B2EA6" w14:textId="77777777" w:rsidR="007567F3" w:rsidRDefault="008543A5">
      <w:r>
        <w:t>Sofia nodded, signaling for the kids to stay close. They slipped out of the ruins, keeping to the shadows as they made their way back to the car. Lucía’s heart pounded with every step, the tension thick in the air.</w:t>
      </w:r>
    </w:p>
    <w:p w14:paraId="39796ECC" w14:textId="77777777" w:rsidR="007567F3" w:rsidRDefault="008543A5">
      <w:r>
        <w:t>As they reached the car, the sound of voices grew louder. One of the figures shouted, and a flashlight beam swept toward them.</w:t>
      </w:r>
    </w:p>
    <w:p w14:paraId="029C4F72" w14:textId="77777777" w:rsidR="007567F3" w:rsidRDefault="008543A5">
      <w:r>
        <w:t xml:space="preserve">“Go!” Aleks hissed, ushering everyone into </w:t>
      </w:r>
      <w:r>
        <w:t>the car. He started the engine, the tires kicking up dust as they sped away.</w:t>
      </w:r>
    </w:p>
    <w:p w14:paraId="41A078E5" w14:textId="77777777" w:rsidR="007567F3" w:rsidRDefault="007567F3"/>
    <w:p w14:paraId="444AB0AD" w14:textId="77777777" w:rsidR="007567F3" w:rsidRDefault="008543A5">
      <w:r>
        <w:t>Back at home, the family regrouped in the kitchen, their nerves still raw from the close call. Aleks placed the artifact on the table, unwrapping it carefully.</w:t>
      </w:r>
    </w:p>
    <w:p w14:paraId="0068B245" w14:textId="77777777" w:rsidR="007567F3" w:rsidRDefault="008543A5">
      <w:r>
        <w:t>“</w:t>
      </w:r>
      <w:proofErr w:type="gramStart"/>
      <w:r>
        <w:t>This changes</w:t>
      </w:r>
      <w:proofErr w:type="gramEnd"/>
      <w:r>
        <w:t xml:space="preserve"> everything,” he said, his voice steady. “If the Sons of Avaris find out we have this, they’ll come after us.”</w:t>
      </w:r>
    </w:p>
    <w:p w14:paraId="4B8BB73D" w14:textId="77777777" w:rsidR="007567F3" w:rsidRDefault="008543A5">
      <w:r>
        <w:t>“Let them try,” Lucía said, her eyes blazing with determination. “We’re not giving up.”</w:t>
      </w:r>
    </w:p>
    <w:p w14:paraId="4A018583" w14:textId="77777777" w:rsidR="007567F3" w:rsidRDefault="008543A5">
      <w:r>
        <w:t xml:space="preserve">Sofia placed a hand on her daughter’s shoulder, her </w:t>
      </w:r>
      <w:proofErr w:type="gramStart"/>
      <w:r>
        <w:t>expression</w:t>
      </w:r>
      <w:proofErr w:type="gramEnd"/>
      <w:r>
        <w:t xml:space="preserve"> both proud and worried. “We’ll face whatever comes. But we need to be smart.”</w:t>
      </w:r>
    </w:p>
    <w:p w14:paraId="376BDF76" w14:textId="77777777" w:rsidR="007567F3" w:rsidRDefault="008543A5">
      <w:r>
        <w:lastRenderedPageBreak/>
        <w:t>Aleks nodded. “This isn’t over. Not by a long shot.”</w:t>
      </w:r>
    </w:p>
    <w:p w14:paraId="05545579" w14:textId="0C36E566" w:rsidR="007567F3" w:rsidRDefault="008543A5">
      <w:r>
        <w:t>Lucía glanced at the artifact, its dark surface gleaming in the light. The stakes had never been higher, but she felt a new sense of resolve. Together, they would protect the artifact, uncover the truth about the medallion, and stop the Sons of Avaris—no matter what it took.</w:t>
      </w:r>
    </w:p>
    <w:p w14:paraId="0F5FBD41" w14:textId="77777777" w:rsidR="007567F3" w:rsidRPr="00531FE1" w:rsidRDefault="008543A5">
      <w:pPr>
        <w:rPr>
          <w:b/>
          <w:bCs/>
        </w:rPr>
      </w:pPr>
      <w:r w:rsidRPr="00531FE1">
        <w:rPr>
          <w:b/>
          <w:bCs/>
        </w:rPr>
        <w:t>Chapter 12: The Artifact’s True Nature</w:t>
      </w:r>
    </w:p>
    <w:p w14:paraId="66EC263A" w14:textId="77777777" w:rsidR="007567F3" w:rsidRDefault="008543A5">
      <w:r>
        <w:t>The artifact sat on the kitchen table, its dark surface catching the light as the family gathered around it. Lucía couldn’t take her eyes off it. There was something mesmerizing about the intricate patterns etched into the metal, as though they were alive, shifting ever so slightly when she blinked.</w:t>
      </w:r>
    </w:p>
    <w:p w14:paraId="0C836114" w14:textId="77777777" w:rsidR="007567F3" w:rsidRDefault="008543A5">
      <w:r>
        <w:t>“What do we do with it?” Xander asked, his voice breaking the silence.</w:t>
      </w:r>
    </w:p>
    <w:p w14:paraId="27300639" w14:textId="77777777" w:rsidR="007567F3" w:rsidRDefault="008543A5">
      <w:r>
        <w:t>Aleks leaned over the table, his expression thoughtful. “First, we need to figure out how it works. If this really is the Conductor’s Artifact, it might hold the key to stopping the medallion’s power.”</w:t>
      </w:r>
    </w:p>
    <w:p w14:paraId="786B76E5" w14:textId="77777777" w:rsidR="007567F3" w:rsidRDefault="008543A5">
      <w:r>
        <w:t xml:space="preserve">“Or amplifying it,” Sofia said quietly, her gaze steady. “We </w:t>
      </w:r>
      <w:proofErr w:type="gramStart"/>
      <w:r>
        <w:t>have to</w:t>
      </w:r>
      <w:proofErr w:type="gramEnd"/>
      <w:r>
        <w:t xml:space="preserve"> be careful. If we activate it the wrong way…”</w:t>
      </w:r>
    </w:p>
    <w:p w14:paraId="4DBD2641" w14:textId="77777777" w:rsidR="007567F3" w:rsidRDefault="008543A5">
      <w:r>
        <w:t>Madeline shivered, clutching the journal tightly. “Lorenzo said the artifact balances the medallion. But he also said they’re dangerous apart. What if bringing them together makes things worse?”</w:t>
      </w:r>
    </w:p>
    <w:p w14:paraId="6C715737" w14:textId="77777777" w:rsidR="007567F3" w:rsidRDefault="008543A5">
      <w:r>
        <w:t>Lucía frowned, the weight of the situation pressing down on her. “We don’t have a choice. If we don’t figure this out, the Sons of Avaris will.”</w:t>
      </w:r>
    </w:p>
    <w:p w14:paraId="532BBD62" w14:textId="77777777" w:rsidR="007567F3" w:rsidRDefault="007567F3"/>
    <w:p w14:paraId="500D41BA" w14:textId="77777777" w:rsidR="007567F3" w:rsidRDefault="008543A5">
      <w:r>
        <w:t>They decided to examine the artifact more closely. Aleks spread out a clean cloth and carefully turned it over in his hands. The carvings spiraled inward, converging at a small, recessed point in the center.</w:t>
      </w:r>
    </w:p>
    <w:p w14:paraId="279F5058" w14:textId="77777777" w:rsidR="007567F3" w:rsidRDefault="008543A5">
      <w:r>
        <w:t>“Here,” he said, pointing. “It looks like there’s a button or latch.”</w:t>
      </w:r>
    </w:p>
    <w:p w14:paraId="25D9F64B" w14:textId="77777777" w:rsidR="007567F3" w:rsidRDefault="008543A5">
      <w:r>
        <w:t>“Wait!” Sofia said, her voice sharp. “Before we touch anything, let’s think this through. What if it triggers something we can’t stop?”</w:t>
      </w:r>
    </w:p>
    <w:p w14:paraId="35CA692C" w14:textId="77777777" w:rsidR="007567F3" w:rsidRDefault="008543A5">
      <w:r>
        <w:t>Aleks hesitated, then nodded. “You’re right. Let’s see if the journal has anything else to say.”</w:t>
      </w:r>
    </w:p>
    <w:p w14:paraId="3131933A" w14:textId="77777777" w:rsidR="007567F3" w:rsidRDefault="008543A5">
      <w:r>
        <w:t>Madeline quickly flipped through the pages, her eyes scanning the text. “Here,” Lucía replied, her tone carrying subtle curiosity, her finger landing on a passage. The Conductor’s Artifact responds to intent. Only a clear mind and a steady heart can unlock its purpose.</w:t>
      </w:r>
    </w:p>
    <w:p w14:paraId="55E9F488" w14:textId="77777777" w:rsidR="007567F3" w:rsidRDefault="008543A5">
      <w:r>
        <w:t>“Clear mind? Steady heart?” Xander said, raising an eyebrow. “What does that even mean?”</w:t>
      </w:r>
    </w:p>
    <w:p w14:paraId="0B56E4CB" w14:textId="77777777" w:rsidR="007567F3" w:rsidRDefault="008543A5">
      <w:r>
        <w:lastRenderedPageBreak/>
        <w:t>“It’s about mindfulness,” Sofia said gently. “Whoever activates it has to be focused, without fear or anger clouding their thoughts.”</w:t>
      </w:r>
    </w:p>
    <w:p w14:paraId="1F93FBFE" w14:textId="77777777" w:rsidR="007567F3" w:rsidRDefault="008543A5">
      <w:r>
        <w:t>Lucía met her mother’s gaze, a flicker of understanding passing between them. “So, it’s not just about pushing a button. It’s about how we push it.”</w:t>
      </w:r>
    </w:p>
    <w:p w14:paraId="0B36F440" w14:textId="77777777" w:rsidR="007567F3" w:rsidRDefault="008543A5">
      <w:r>
        <w:t>Aleks took a deep breath, setting the artifact down carefully. “If anyone should try, it’s me. I’ve handled dangerous equipment before. I can keep my focus.”</w:t>
      </w:r>
    </w:p>
    <w:p w14:paraId="5644FED6" w14:textId="77777777" w:rsidR="007567F3" w:rsidRDefault="008543A5">
      <w:r>
        <w:t xml:space="preserve">“No,” Lucía said firmly. “If it’s about intent, it </w:t>
      </w:r>
      <w:proofErr w:type="gramStart"/>
      <w:r>
        <w:t>has to</w:t>
      </w:r>
      <w:proofErr w:type="gramEnd"/>
      <w:r>
        <w:t xml:space="preserve"> be someone who understands what’s at stake. Someone who…” She hesitated, glancing at her siblings. “Someone who feels the weight of this.”</w:t>
      </w:r>
    </w:p>
    <w:p w14:paraId="2FF12B70" w14:textId="77777777" w:rsidR="007567F3" w:rsidRDefault="008543A5">
      <w:r>
        <w:t>Sofia touched her daughter’s shoulder. “You’re ready, Lucía. I believe in you.”</w:t>
      </w:r>
    </w:p>
    <w:p w14:paraId="521C3D68" w14:textId="77777777" w:rsidR="007567F3" w:rsidRDefault="007567F3"/>
    <w:p w14:paraId="206C90D4" w14:textId="77777777" w:rsidR="007567F3" w:rsidRDefault="008543A5">
      <w:r>
        <w:t>With her mother’s words still echoing in her mind, Lucía sat in front of the artifact. She closed her eyes, taking a deep breath to steady herself. Her thoughts raced, but she pushed them aside, focusing on one thing: protecting her family.</w:t>
      </w:r>
    </w:p>
    <w:p w14:paraId="7FFCEAE1" w14:textId="77777777" w:rsidR="007567F3" w:rsidRDefault="008543A5">
      <w:r>
        <w:t>When she felt calm, she pressed the small indentation at the artifact’s center. The room seemed to hold its breath.</w:t>
      </w:r>
    </w:p>
    <w:p w14:paraId="24CBC016" w14:textId="77777777" w:rsidR="007567F3" w:rsidRDefault="008543A5">
      <w:r>
        <w:t>A faint hum filled the air as the artifact began to glow, its carvings lighting up with an otherworldly blue hue. The spiraling patterns shifted, revealing a hidden compartment. Inside was a small shard of crystal, its edges shimmering like sunlight on water.</w:t>
      </w:r>
    </w:p>
    <w:p w14:paraId="3794D9B2" w14:textId="77777777" w:rsidR="007567F3" w:rsidRDefault="008543A5">
      <w:r>
        <w:t>“What is that?” Liam whispered, his voice tinged with awe.</w:t>
      </w:r>
    </w:p>
    <w:p w14:paraId="64704300" w14:textId="77777777" w:rsidR="007567F3" w:rsidRDefault="008543A5">
      <w:r>
        <w:t>“It’s part of the medallion,” Aleks said, his voice low. “Or… maybe it’s what powers it.”</w:t>
      </w:r>
    </w:p>
    <w:p w14:paraId="41C73FD3" w14:textId="77777777" w:rsidR="007567F3" w:rsidRDefault="008543A5">
      <w:r>
        <w:t>Lucía carefully lifted the shard, feeling a faint warmth radiating from it. “It feels… alive,” Lucía replied, her tone carrying subtle curiosity, her voice barely above a whisper.</w:t>
      </w:r>
    </w:p>
    <w:p w14:paraId="13E85FEA" w14:textId="77777777" w:rsidR="007567F3" w:rsidRDefault="008543A5">
      <w:r>
        <w:t>Madeline pointed to another passage in the journal. The shard is the heart. Without it, the medallion is incomplete.</w:t>
      </w:r>
    </w:p>
    <w:p w14:paraId="54B45AD0" w14:textId="77777777" w:rsidR="007567F3" w:rsidRDefault="008543A5">
      <w:r>
        <w:t>“So, the medallion doesn’t work without this?” Xander asked.</w:t>
      </w:r>
    </w:p>
    <w:p w14:paraId="260CD05B" w14:textId="77777777" w:rsidR="007567F3" w:rsidRDefault="008543A5">
      <w:r>
        <w:t>“Not fully,” Sofia said. “Which means whoever has the medallion might be trying to find something to replace it—or worse, force it to work without the shard.”</w:t>
      </w:r>
    </w:p>
    <w:p w14:paraId="54A1F106" w14:textId="77777777" w:rsidR="007567F3" w:rsidRDefault="008543A5">
      <w:r>
        <w:t>Aleks nodded. “And that could make it unstable. If they try to use it that way, there’s no telling what could happen.”</w:t>
      </w:r>
    </w:p>
    <w:p w14:paraId="63A85555" w14:textId="77777777" w:rsidR="007567F3" w:rsidRDefault="007567F3"/>
    <w:p w14:paraId="4BDE9C22" w14:textId="77777777" w:rsidR="007567F3" w:rsidRDefault="008543A5">
      <w:r>
        <w:lastRenderedPageBreak/>
        <w:t>As the family absorbed the implications, a sharp beep broke the quiet. Lucía’s phone lit up with a notification: Unknown Device Detected.</w:t>
      </w:r>
    </w:p>
    <w:p w14:paraId="3618A0AA" w14:textId="77777777" w:rsidR="007567F3" w:rsidRDefault="008543A5">
      <w:r>
        <w:t>“What’s that?” Madeline asked, leaning over to look.</w:t>
      </w:r>
    </w:p>
    <w:p w14:paraId="69D86B34" w14:textId="77777777" w:rsidR="007567F3" w:rsidRDefault="008543A5">
      <w:r>
        <w:t>“It’s coming from the artifact,” Lucía said, her voice tight. “It must’ve sent out a signal when we activated it.”</w:t>
      </w:r>
    </w:p>
    <w:p w14:paraId="2E9594BD" w14:textId="77777777" w:rsidR="007567F3" w:rsidRDefault="008543A5">
      <w:r>
        <w:t xml:space="preserve">Aleks’ face darkened. “If the Sons of Avaris have any way of tracking this… </w:t>
      </w:r>
      <w:r>
        <w:t>they’ll know exactly where we are.”</w:t>
      </w:r>
    </w:p>
    <w:p w14:paraId="3B77F140" w14:textId="77777777" w:rsidR="007567F3" w:rsidRDefault="008543A5">
      <w:r>
        <w:t>A chill ran through the room as the realization sank in. They had just alerted their enemies.</w:t>
      </w:r>
    </w:p>
    <w:p w14:paraId="036EEEE2" w14:textId="77777777" w:rsidR="007567F3" w:rsidRDefault="008543A5">
      <w:r>
        <w:t>“We need to move,” Sofia said, her voice calm but urgent. “If they’re coming, we can’t stay here.”</w:t>
      </w:r>
    </w:p>
    <w:p w14:paraId="51CF0448" w14:textId="77777777" w:rsidR="007567F3" w:rsidRDefault="008543A5">
      <w:r>
        <w:t>“But where do we go?” Liam asked, his eyes wide with fear.</w:t>
      </w:r>
    </w:p>
    <w:p w14:paraId="0DE41022" w14:textId="77777777" w:rsidR="007567F3" w:rsidRDefault="008543A5">
      <w:r>
        <w:t>Aleks stood, his expression resolute. “Somewhere they won’t expect. Somewhere we can figure out our next move.”</w:t>
      </w:r>
    </w:p>
    <w:p w14:paraId="014B90E4" w14:textId="77777777" w:rsidR="007567F3" w:rsidRDefault="008543A5">
      <w:r>
        <w:t>Lucía clutched the shard tightly, her heart pounding. They had taken a crucial step forward, but it felt like the danger was closing in faster than ever.</w:t>
      </w:r>
    </w:p>
    <w:p w14:paraId="4B023892" w14:textId="77777777" w:rsidR="007567F3" w:rsidRPr="00531FE1" w:rsidRDefault="008543A5">
      <w:pPr>
        <w:rPr>
          <w:b/>
          <w:bCs/>
        </w:rPr>
      </w:pPr>
      <w:r w:rsidRPr="00531FE1">
        <w:rPr>
          <w:b/>
          <w:bCs/>
        </w:rPr>
        <w:t>Chapter 13: On the Run</w:t>
      </w:r>
    </w:p>
    <w:p w14:paraId="2F41064B" w14:textId="77777777" w:rsidR="007567F3" w:rsidRDefault="008543A5">
      <w:r>
        <w:t xml:space="preserve">The family packed </w:t>
      </w:r>
      <w:proofErr w:type="gramStart"/>
      <w:r>
        <w:t>quickly,</w:t>
      </w:r>
      <w:proofErr w:type="gramEnd"/>
      <w:r>
        <w:t xml:space="preserve"> their movements frantic but purposeful. Aleks took charge, organizing supplies while Sofia ushered the siblings to gather only what was essential. Lucía clutched the shard tightly, its faint warmth seeping through her palm. She couldn’t shake the feeling that they had triggered something much larger than themselves.</w:t>
      </w:r>
    </w:p>
    <w:p w14:paraId="6C9B3499" w14:textId="77777777" w:rsidR="007567F3" w:rsidRDefault="008543A5">
      <w:r>
        <w:t>“Where are we going?” Xander asked, stuffing clothes into his backpack.</w:t>
      </w:r>
    </w:p>
    <w:p w14:paraId="193DCB1E" w14:textId="77777777" w:rsidR="007567F3" w:rsidRDefault="008543A5">
      <w:r>
        <w:t>“To a safe house,” Aleks said, zipping up a bag. “It’s an old cabin about an hour outside of town. It’s isolated, and we’ll be able to plan our next move without worrying about being followed.”</w:t>
      </w:r>
    </w:p>
    <w:p w14:paraId="72A60959" w14:textId="77777777" w:rsidR="007567F3" w:rsidRDefault="008543A5">
      <w:r>
        <w:t>“And if they do follow us?” Liam asked, his voice tinged with fear.</w:t>
      </w:r>
    </w:p>
    <w:p w14:paraId="66C19829" w14:textId="77777777" w:rsidR="007567F3" w:rsidRDefault="008543A5">
      <w:r>
        <w:t>“They won’t,” Sofia said firmly. “We’ll make sure of it.”</w:t>
      </w:r>
    </w:p>
    <w:p w14:paraId="2BF74E6A" w14:textId="77777777" w:rsidR="007567F3" w:rsidRDefault="008543A5">
      <w:r>
        <w:t>Despite her mother’s reassurance, Lucía noticed the tightness in Sofia’s expression. She was worried—more than she was letting on.</w:t>
      </w:r>
    </w:p>
    <w:p w14:paraId="4987F31A" w14:textId="77777777" w:rsidR="007567F3" w:rsidRDefault="007567F3"/>
    <w:p w14:paraId="7F8607EE" w14:textId="77777777" w:rsidR="007567F3" w:rsidRDefault="008543A5">
      <w:r>
        <w:t xml:space="preserve">The drive out of town was tense. Aleks took back roads, keeping an eye on the rearview mirror for any signs of pursuit. The siblings sat in </w:t>
      </w:r>
      <w:proofErr w:type="gramStart"/>
      <w:r>
        <w:t>silence,</w:t>
      </w:r>
      <w:proofErr w:type="gramEnd"/>
      <w:r>
        <w:t xml:space="preserve"> their usual chatter replaced by a </w:t>
      </w:r>
      <w:r>
        <w:lastRenderedPageBreak/>
        <w:t>heavy sense of unease. Madeline clutched the journal in her lap, her fingers tracing its worn cover, while Xander tapped his foot nervously against the car floor.</w:t>
      </w:r>
    </w:p>
    <w:p w14:paraId="53EB2D58" w14:textId="77777777" w:rsidR="007567F3" w:rsidRDefault="008543A5">
      <w:r>
        <w:t>“Do you think they know it’s us?” Madeline asked quietly, breaking the silence.</w:t>
      </w:r>
    </w:p>
    <w:p w14:paraId="00377ACA" w14:textId="77777777" w:rsidR="007567F3" w:rsidRDefault="008543A5">
      <w:r>
        <w:t>“They know someone has the shard,” Aleks replied, his voice steady. “But they don’t know who—or where. That’s our advantage.”</w:t>
      </w:r>
    </w:p>
    <w:p w14:paraId="6B6E477C" w14:textId="77777777" w:rsidR="007567F3" w:rsidRDefault="008543A5">
      <w:r>
        <w:t>As they neared the edge of town, Lucía caught a glimpse of headlights in the distance. Her heart leapt into her throat. “Someone’s following us.”</w:t>
      </w:r>
    </w:p>
    <w:p w14:paraId="00B9516B" w14:textId="77777777" w:rsidR="007567F3" w:rsidRDefault="008543A5">
      <w:r>
        <w:t>Aleks’ jaw tightened, but he didn’t turn around. “Stay calm. It could be nothing.”</w:t>
      </w:r>
    </w:p>
    <w:p w14:paraId="607530FD" w14:textId="77777777" w:rsidR="007567F3" w:rsidRDefault="008543A5">
      <w:r>
        <w:t>The headlights grew closer, weaving through the winding roads. Sofia glanced back, her face pale. “That’s not nothing.”</w:t>
      </w:r>
    </w:p>
    <w:p w14:paraId="0AE53FD1" w14:textId="77777777" w:rsidR="007567F3" w:rsidRDefault="008543A5">
      <w:r>
        <w:t>Without another word, Aleks turned off the main road, the tires kicking up gravel as he accelerated. The car behind them followed, its lights flashing brighter as it closed the gap.</w:t>
      </w:r>
    </w:p>
    <w:p w14:paraId="17CDF511" w14:textId="77777777" w:rsidR="007567F3" w:rsidRDefault="008543A5">
      <w:r>
        <w:t>“They’re gaining on us!” Xander shouted, gripping the seat.</w:t>
      </w:r>
    </w:p>
    <w:p w14:paraId="533F533C" w14:textId="77777777" w:rsidR="007567F3" w:rsidRDefault="008543A5">
      <w:r>
        <w:t>“Hang on,” Aleks said, his voice calm but tense. He veered onto an even narrower path, the car bouncing over uneven terrain.</w:t>
      </w:r>
    </w:p>
    <w:p w14:paraId="3F68F844" w14:textId="77777777" w:rsidR="007567F3" w:rsidRDefault="008543A5">
      <w:r>
        <w:t>Lucía gripped the door handle, her heart pounding. The forest around them blurred into streaks of green and black, the car’s headlights cutting through the darkness. She could feel the shard vibrating faintly in her pocket, as if it were responding to the tension.</w:t>
      </w:r>
    </w:p>
    <w:p w14:paraId="39092FE1" w14:textId="77777777" w:rsidR="007567F3" w:rsidRDefault="007567F3"/>
    <w:p w14:paraId="307EA926" w14:textId="77777777" w:rsidR="007567F3" w:rsidRDefault="008543A5">
      <w:r>
        <w:t>After what felt like an eternity, Aleks slowed the car and pulled off into a hidden clearing. The cabin sat nestled among the trees, its weathered exterior blending into the shadows. Aleks killed the engine, and the family sat in silence, listening for any signs of pursuit.</w:t>
      </w:r>
    </w:p>
    <w:p w14:paraId="062BEB8D" w14:textId="77777777" w:rsidR="007567F3" w:rsidRDefault="008543A5">
      <w:r>
        <w:t>“Did we lose them?” Liam asked, his voice barely above a whisper.</w:t>
      </w:r>
    </w:p>
    <w:p w14:paraId="5DF84468" w14:textId="77777777" w:rsidR="007567F3" w:rsidRDefault="008543A5">
      <w:r>
        <w:t>“I think so,” Aleks said, though his tone was cautious. “Let’s not take any chances.”</w:t>
      </w:r>
    </w:p>
    <w:p w14:paraId="18652EDD" w14:textId="77777777" w:rsidR="007567F3" w:rsidRDefault="008543A5">
      <w:r>
        <w:t>They hurried into the cabin, the siblings’ footsteps muffled by the thick forest floor. Inside, the space was cramped but functional—a single room with a wood-burning stove, a table, and a few cots pushed against the walls. Aleks immediately went to secure the door while Sofia lit a lantern, casting a soft glow over the room.</w:t>
      </w:r>
    </w:p>
    <w:p w14:paraId="7CC38908" w14:textId="77777777" w:rsidR="007567F3" w:rsidRDefault="008543A5">
      <w:r>
        <w:t>“This will do for now,” Sofia said, her voice steady. “We’re safe here.”</w:t>
      </w:r>
    </w:p>
    <w:p w14:paraId="746CF34F" w14:textId="77777777" w:rsidR="007567F3" w:rsidRDefault="008543A5">
      <w:r>
        <w:t>“For how long?” Xander muttered, flopping onto one of the cots.</w:t>
      </w:r>
    </w:p>
    <w:p w14:paraId="12BF2433" w14:textId="77777777" w:rsidR="007567F3" w:rsidRDefault="008543A5">
      <w:r>
        <w:t>Lucía pulled the shard from her pocket, holding it up to the light. The faint glow seemed to pulse in rhythm with her heartbeat. “We need to figure out what this does—fast.”</w:t>
      </w:r>
    </w:p>
    <w:p w14:paraId="49DC6DCD" w14:textId="77777777" w:rsidR="007567F3" w:rsidRDefault="007567F3"/>
    <w:p w14:paraId="286D30EF" w14:textId="77777777" w:rsidR="007567F3" w:rsidRDefault="008543A5">
      <w:r>
        <w:t>Madeline opened the journal, flipping to the section about the shard. “Lorenzo wrote that the shard is the heart of the medallion, but it only works when the medallion is whole. Without it, the medallion is incomplete—and unstable.”</w:t>
      </w:r>
    </w:p>
    <w:p w14:paraId="7FFB0408" w14:textId="77777777" w:rsidR="007567F3" w:rsidRDefault="008543A5">
      <w:r>
        <w:t>“</w:t>
      </w:r>
      <w:proofErr w:type="gramStart"/>
      <w:r>
        <w:t>So</w:t>
      </w:r>
      <w:proofErr w:type="gramEnd"/>
      <w:r>
        <w:t xml:space="preserve"> the Sons of Avaris can’t use it without this?” Xander asked, leaning forward.</w:t>
      </w:r>
    </w:p>
    <w:p w14:paraId="5BD6A47C" w14:textId="77777777" w:rsidR="007567F3" w:rsidRDefault="008543A5">
      <w:r>
        <w:t>“Not exactly,” Madeline replied. “They could still force the medallion to work, but it wouldn’t do what it’s supposed to. It would be… destructive.”</w:t>
      </w:r>
    </w:p>
    <w:p w14:paraId="5471135F" w14:textId="77777777" w:rsidR="007567F3" w:rsidRDefault="008543A5">
      <w:r>
        <w:t>Lucía frowned, her mind racing. “But what’s the point of the medallion if it’s destructive? Why would anyone want that?”</w:t>
      </w:r>
    </w:p>
    <w:p w14:paraId="1100F3B0" w14:textId="77777777" w:rsidR="007567F3" w:rsidRDefault="008543A5">
      <w:r>
        <w:t>“To control people,” Aleks said, his voice grim. “If the medallion amplifies emotions, imagine what it could do in the wrong hands. Fear, anger, despair—they’re powerful tools.”</w:t>
      </w:r>
    </w:p>
    <w:p w14:paraId="6C91680C" w14:textId="77777777" w:rsidR="007567F3" w:rsidRDefault="008543A5">
      <w:r>
        <w:t>“And the artifact stops that?” Liam asked.</w:t>
      </w:r>
    </w:p>
    <w:p w14:paraId="21518EA5" w14:textId="77777777" w:rsidR="007567F3" w:rsidRDefault="008543A5">
      <w:r>
        <w:t>“It balances it,” Sofia said. “But only if the shard and medallion are used together, with the right intent.”</w:t>
      </w:r>
    </w:p>
    <w:p w14:paraId="50DA1433" w14:textId="77777777" w:rsidR="007567F3" w:rsidRDefault="008543A5">
      <w:r>
        <w:t>Lucía looked down at the shard, its glow flickering faintly. “Then we can’t let them have it. No matter what.”</w:t>
      </w:r>
    </w:p>
    <w:p w14:paraId="5945D493" w14:textId="77777777" w:rsidR="007567F3" w:rsidRDefault="007567F3"/>
    <w:p w14:paraId="66F8E264" w14:textId="77777777" w:rsidR="007567F3" w:rsidRDefault="008543A5">
      <w:r>
        <w:t>As the family strategized, a low hum filled the room. Lucía’s head snapped up, her heart pounding. “Do you hear that?”</w:t>
      </w:r>
    </w:p>
    <w:p w14:paraId="7512121B" w14:textId="77777777" w:rsidR="007567F3" w:rsidRDefault="008543A5">
      <w:r>
        <w:t>Aleks moved to the window, peering into the darkness. “It’s a drone,” he said, his voice tense. “They’ve found us.”</w:t>
      </w:r>
    </w:p>
    <w:p w14:paraId="514D98B5" w14:textId="77777777" w:rsidR="007567F3" w:rsidRDefault="008543A5">
      <w:r>
        <w:t xml:space="preserve">The siblings froze, their fear palpable. Sofia grabbed the </w:t>
      </w:r>
      <w:r>
        <w:t>shard from Lucía, wrapping it tightly in a cloth. “We need to move.”</w:t>
      </w:r>
    </w:p>
    <w:p w14:paraId="28E83E2F" w14:textId="77777777" w:rsidR="007567F3" w:rsidRDefault="008543A5">
      <w:r>
        <w:t>“But where?” Madeline asked, clutching the journal.</w:t>
      </w:r>
    </w:p>
    <w:p w14:paraId="70A65029" w14:textId="77777777" w:rsidR="007567F3" w:rsidRDefault="008543A5">
      <w:r>
        <w:t>Aleks turned to the family, his expression resolute. “Deeper into the forest. There’s a cave system about a mile from here. It’s dangerous, but it’s our best shot.”</w:t>
      </w:r>
    </w:p>
    <w:p w14:paraId="375E32DA" w14:textId="77777777" w:rsidR="007567F3" w:rsidRDefault="008543A5">
      <w:r>
        <w:t>Lucía’s stomach twisted, but she nodded. “Let’s go.”</w:t>
      </w:r>
    </w:p>
    <w:p w14:paraId="33D195B6" w14:textId="77777777" w:rsidR="007567F3" w:rsidRDefault="007567F3"/>
    <w:p w14:paraId="0A6929A8" w14:textId="77777777" w:rsidR="007567F3" w:rsidRDefault="008543A5">
      <w:r>
        <w:t>The family moved quickly, their flashlights cutting through the dense forest as the hum of the drone grew louder. Lucía’s legs burned as they navigated the uneven terrain, but she pushed forward, the shard tucked safely in Sofia’s pack.</w:t>
      </w:r>
    </w:p>
    <w:p w14:paraId="7F6FD0E4" w14:textId="77777777" w:rsidR="007567F3" w:rsidRDefault="008543A5">
      <w:r>
        <w:lastRenderedPageBreak/>
        <w:t>Behind them, the hum was joined by voices—sharp and commanding. The Sons of Avaris weren’t far behind.</w:t>
      </w:r>
    </w:p>
    <w:p w14:paraId="7FADCA3D" w14:textId="77777777" w:rsidR="007567F3" w:rsidRDefault="008543A5">
      <w:r>
        <w:t>“We’re not going to make it,” Liam gasped, his voice trembling.</w:t>
      </w:r>
    </w:p>
    <w:p w14:paraId="49347979" w14:textId="77777777" w:rsidR="007567F3" w:rsidRDefault="008543A5">
      <w:r>
        <w:t xml:space="preserve">“Yes, we will,” </w:t>
      </w:r>
      <w:r>
        <w:t>Aleks said firmly, his tone leaving no room for doubt. “Keep moving.”</w:t>
      </w:r>
    </w:p>
    <w:p w14:paraId="7D2505C6" w14:textId="77777777" w:rsidR="007567F3" w:rsidRDefault="008543A5">
      <w:r>
        <w:t>The entrance to the caves came into view, a dark gash in the hillside. Aleks ushered the family inside, his flashlight illuminating the jagged walls. The hum of the drone faded slightly, muffled by the rock, but the tension remained.</w:t>
      </w:r>
    </w:p>
    <w:p w14:paraId="105B6F93" w14:textId="77777777" w:rsidR="007567F3" w:rsidRDefault="008543A5">
      <w:r>
        <w:t>“We’ll be safe here for now,” Sofia said, her voice steady but strained. “But this isn’t over.”</w:t>
      </w:r>
    </w:p>
    <w:p w14:paraId="1ED40A95" w14:textId="77777777" w:rsidR="007567F3" w:rsidRDefault="008543A5">
      <w:r>
        <w:t xml:space="preserve">Lucía leaned against the cave wall, her chest heaving. The shard pulsed faintly in Sofia’s </w:t>
      </w:r>
      <w:proofErr w:type="gramStart"/>
      <w:r>
        <w:t>pack,</w:t>
      </w:r>
      <w:proofErr w:type="gramEnd"/>
      <w:r>
        <w:t xml:space="preserve"> its light barely visible through the fabric.</w:t>
      </w:r>
    </w:p>
    <w:p w14:paraId="47A6C81A" w14:textId="77777777" w:rsidR="007567F3" w:rsidRDefault="008543A5">
      <w:r>
        <w:t>“Not even close,” Lucía murmured, her resolve hardening. “But we’ll figure it out. Together.”</w:t>
      </w:r>
    </w:p>
    <w:p w14:paraId="64575C58" w14:textId="77777777" w:rsidR="007567F3" w:rsidRPr="00531FE1" w:rsidRDefault="008543A5">
      <w:pPr>
        <w:rPr>
          <w:b/>
          <w:bCs/>
        </w:rPr>
      </w:pPr>
      <w:r w:rsidRPr="00531FE1">
        <w:rPr>
          <w:b/>
          <w:bCs/>
        </w:rPr>
        <w:t>Chapter 14: Into the Caves</w:t>
      </w:r>
    </w:p>
    <w:p w14:paraId="067E8014" w14:textId="77777777" w:rsidR="007567F3" w:rsidRDefault="008543A5">
      <w:r>
        <w:t>The entrance to the cave yawned before them, dark and forbidding. The family huddled together just inside, their flashlights cutting through the oppressive blackness. The air was damp and cool, carrying the faint scent of moss and earth. Lucía adjusted the strap of her backpack, her fingers brushing against the shard tucked inside.</w:t>
      </w:r>
    </w:p>
    <w:p w14:paraId="3E042627" w14:textId="77777777" w:rsidR="007567F3" w:rsidRDefault="008543A5">
      <w:r>
        <w:t>“This place is massive,” Xander said, his voice echoing slightly. “How are we supposed to find anything in here?”</w:t>
      </w:r>
    </w:p>
    <w:p w14:paraId="40388A6C" w14:textId="77777777" w:rsidR="007567F3" w:rsidRDefault="008543A5">
      <w:r>
        <w:t>“We start with the basics,” Aleks said, his flashlight beam sweeping across the uneven walls. “Stay close, watch your step, and keep quiet. If they’re following us, we don’t want to make it easy for them.”</w:t>
      </w:r>
    </w:p>
    <w:p w14:paraId="54232C6C" w14:textId="77777777" w:rsidR="007567F3" w:rsidRDefault="008543A5">
      <w:r>
        <w:t xml:space="preserve">Madeline clung to the </w:t>
      </w:r>
      <w:proofErr w:type="gramStart"/>
      <w:r>
        <w:t>journal,</w:t>
      </w:r>
      <w:proofErr w:type="gramEnd"/>
      <w:r>
        <w:t xml:space="preserve"> her eyes wide as she glanced around. “Do you think the Sons of Avaris know about this place?”</w:t>
      </w:r>
    </w:p>
    <w:p w14:paraId="646C073F" w14:textId="77777777" w:rsidR="007567F3" w:rsidRDefault="008543A5">
      <w:r>
        <w:t>“It’s possible,” Sofia said, her voice calm but firm. “But we’ve got a head start. Let’s use it.”</w:t>
      </w:r>
    </w:p>
    <w:p w14:paraId="1F5ED7D3" w14:textId="77777777" w:rsidR="007567F3" w:rsidRDefault="008543A5">
      <w:r>
        <w:t>Lucía took a deep breath, trying to steady her nerves. The shard seemed to pulse faintly in her bag, as if urging her forward. “Let’s go.”</w:t>
      </w:r>
    </w:p>
    <w:p w14:paraId="148A8EA0" w14:textId="77777777" w:rsidR="007567F3" w:rsidRDefault="007567F3"/>
    <w:p w14:paraId="228E42DB" w14:textId="77777777" w:rsidR="007567F3" w:rsidRDefault="008543A5">
      <w:r>
        <w:t>The cave system was more complex than any of them had anticipated. Narrow passageways twisted and turned, opening into larger chambers with high ceilings and jagged stalactites. Water dripped rhythmically from above, the sound unnervingly loud in the silence.</w:t>
      </w:r>
    </w:p>
    <w:p w14:paraId="46A77DE9" w14:textId="77777777" w:rsidR="007567F3" w:rsidRDefault="008543A5">
      <w:r>
        <w:t xml:space="preserve">Lucía led the way, her flashlight steady despite the unease gnawing at her. Behind her, Madeline murmured softly, her eyes fixed on the journal. “Lorenzo wrote about </w:t>
      </w:r>
      <w:r>
        <w:lastRenderedPageBreak/>
        <w:t>underground chambers,” Lucía replied, her tone carrying subtle curiosity. “He called them places of balance. Do you think this is one of them?”</w:t>
      </w:r>
    </w:p>
    <w:p w14:paraId="22962FE2" w14:textId="77777777" w:rsidR="007567F3" w:rsidRDefault="008543A5">
      <w:r>
        <w:t>“It has to be,” Aleks replied. “The shard brought us here for a reason.”</w:t>
      </w:r>
    </w:p>
    <w:p w14:paraId="76B7BB94" w14:textId="77777777" w:rsidR="007567F3" w:rsidRDefault="008543A5">
      <w:r>
        <w:t>Xander, walking just ahead of Liam, suddenly stopped. “Hey, check this out.” He pointed to the wall, where faint carvings were etched into the stone.</w:t>
      </w:r>
    </w:p>
    <w:p w14:paraId="01A40BBD" w14:textId="77777777" w:rsidR="007567F3" w:rsidRDefault="008543A5">
      <w:r>
        <w:t>Lucía leaned closer, her heart racing. The symbols were familiar—spirals and lines like the ones on the artifact and the medallion. But there was something different about these. They seemed to form a map, with a central point surrounded by radiating paths.</w:t>
      </w:r>
    </w:p>
    <w:p w14:paraId="0D630597" w14:textId="77777777" w:rsidR="007567F3" w:rsidRDefault="008543A5">
      <w:r>
        <w:t>“It’s a guide,” Sofia said, tracing the lines with her fingers. “If we follow it, it might lead us to the heart of the caves.”</w:t>
      </w:r>
    </w:p>
    <w:p w14:paraId="2ADA209D" w14:textId="77777777" w:rsidR="007567F3" w:rsidRDefault="008543A5">
      <w:r>
        <w:t>“And to whatever’s waiting for us there,” Xander added, his tone uneasy.</w:t>
      </w:r>
    </w:p>
    <w:p w14:paraId="0D21F334" w14:textId="77777777" w:rsidR="007567F3" w:rsidRDefault="007567F3"/>
    <w:p w14:paraId="6A7BCAA6" w14:textId="77777777" w:rsidR="007567F3" w:rsidRDefault="008543A5">
      <w:r>
        <w:t xml:space="preserve">As they continued deeper into the caves, the air grew colder, and the walls seemed to close in around them. The map had led them to a </w:t>
      </w:r>
      <w:r>
        <w:t>narrow passageway, barely wide enough for one person to squeeze through.</w:t>
      </w:r>
    </w:p>
    <w:p w14:paraId="2A1A1FB4" w14:textId="77777777" w:rsidR="007567F3" w:rsidRDefault="008543A5">
      <w:r>
        <w:t xml:space="preserve">“I’ll go first,” Aleks said, stepping forward. “Everyone </w:t>
      </w:r>
      <w:proofErr w:type="gramStart"/>
      <w:r>
        <w:t>stay</w:t>
      </w:r>
      <w:proofErr w:type="gramEnd"/>
      <w:r>
        <w:t xml:space="preserve"> close, and don’t panic.”</w:t>
      </w:r>
    </w:p>
    <w:p w14:paraId="473F1302" w14:textId="77777777" w:rsidR="007567F3" w:rsidRDefault="008543A5">
      <w:r>
        <w:t>One by one, they slipped through the narrow gap, the rough stone scraping against their backpacks. Liam stumbled, catching himself against the wall. “This is insane,” he muttered. “What if we get stuck?”</w:t>
      </w:r>
    </w:p>
    <w:p w14:paraId="59C90CAA" w14:textId="77777777" w:rsidR="007567F3" w:rsidRDefault="008543A5">
      <w:r>
        <w:t>“We won’t,” Lucía said, her voice firmer than she felt. “Just keep moving.”</w:t>
      </w:r>
    </w:p>
    <w:p w14:paraId="10F7C6E7" w14:textId="77777777" w:rsidR="007567F3" w:rsidRDefault="008543A5">
      <w:r>
        <w:t>When they finally emerged into a larger chamber, they were greeted by an unexpected sight. At the center of the room was a shallow pool of water, its surface shimmering faintly in the dim light. Surrounding the pool were more carvings, each one more intricate than the last.</w:t>
      </w:r>
    </w:p>
    <w:p w14:paraId="0C964A09" w14:textId="77777777" w:rsidR="007567F3" w:rsidRDefault="008543A5">
      <w:r>
        <w:t>“This is it,” Madeline whispered. “One of the places of balance.”</w:t>
      </w:r>
    </w:p>
    <w:p w14:paraId="7CA304FF" w14:textId="77777777" w:rsidR="007567F3" w:rsidRDefault="008543A5">
      <w:r>
        <w:t>Lucía stepped closer, her flashlight illuminating the carvings. The symbols seemed to tell a story—a warning about the medallion’s power and the chaos it could bring if misused.</w:t>
      </w:r>
    </w:p>
    <w:p w14:paraId="1503A0A7" w14:textId="77777777" w:rsidR="007567F3" w:rsidRDefault="008543A5">
      <w:r>
        <w:t>“It’s like the carvings at the barn,” Lucía replied, her tone carrying subtle curiosity. “But more detailed. Look at this.” She pointed to an image of the medallion surrounded by flames, its light engulfing a small town.</w:t>
      </w:r>
    </w:p>
    <w:p w14:paraId="4736DD71" w14:textId="77777777" w:rsidR="007567F3" w:rsidRDefault="008543A5">
      <w:r>
        <w:t>“They were afraid of it,” Sofia said, her voice soft. “They knew what it could do.”</w:t>
      </w:r>
    </w:p>
    <w:p w14:paraId="1EDA096D" w14:textId="77777777" w:rsidR="007567F3" w:rsidRDefault="008543A5">
      <w:r>
        <w:lastRenderedPageBreak/>
        <w:t>“But they also believed it could bring peace,” Madeline added, pointing to another carving. This one showed the medallion alongside the artifact, their combined light radiating harmony.</w:t>
      </w:r>
    </w:p>
    <w:p w14:paraId="2DA8581D" w14:textId="77777777" w:rsidR="007567F3" w:rsidRDefault="007567F3"/>
    <w:p w14:paraId="2E492F3F" w14:textId="77777777" w:rsidR="007567F3" w:rsidRDefault="008543A5">
      <w:r>
        <w:t>Before they could examine the carvings further, a distant sound echoed through the caves—a low, steady hum that sent a chill down Lucía’s spine.</w:t>
      </w:r>
    </w:p>
    <w:p w14:paraId="48A64E24" w14:textId="77777777" w:rsidR="007567F3" w:rsidRDefault="008543A5">
      <w:r>
        <w:t>“They’re here,” Aleks said, his voice low.</w:t>
      </w:r>
    </w:p>
    <w:p w14:paraId="2F109525" w14:textId="77777777" w:rsidR="007567F3" w:rsidRDefault="008543A5">
      <w:r>
        <w:t>“How did they find us so fast?” Xander asked, his eyes darting toward the passage they’d come through.</w:t>
      </w:r>
    </w:p>
    <w:p w14:paraId="2A366CA8" w14:textId="77777777" w:rsidR="007567F3" w:rsidRDefault="008543A5">
      <w:r>
        <w:t>“They must’ve tracked the shard’s signal,” Sofia said. “We need to move. Now.”</w:t>
      </w:r>
    </w:p>
    <w:p w14:paraId="04F33610" w14:textId="77777777" w:rsidR="007567F3" w:rsidRDefault="008543A5">
      <w:r>
        <w:t>Aleks grabbed the map from his pocket, scanning it quickly. “There’s another chamber ahead. If we can reach it, we might be able to find another way out.”</w:t>
      </w:r>
    </w:p>
    <w:p w14:paraId="016DACCD" w14:textId="77777777" w:rsidR="007567F3" w:rsidRDefault="008543A5">
      <w:r>
        <w:t>Lucía felt the shard pulse again, its glow faint but insistent. “It’s guiding us,” Lucía replied, her tone carrying subtle curiosity. “We have to trust it.”</w:t>
      </w:r>
    </w:p>
    <w:p w14:paraId="678AF5A8" w14:textId="77777777" w:rsidR="007567F3" w:rsidRDefault="007567F3"/>
    <w:p w14:paraId="58FF2F48" w14:textId="77777777" w:rsidR="007567F3" w:rsidRDefault="008543A5">
      <w:r>
        <w:t>The family moved quickly, their footsteps echoing through the narrow passageways. The hum grew louder, joined by the faint murmur of voices. The Sons of Avaris were close.</w:t>
      </w:r>
    </w:p>
    <w:p w14:paraId="50C5CF1F" w14:textId="77777777" w:rsidR="007567F3" w:rsidRDefault="008543A5">
      <w:r>
        <w:t xml:space="preserve">Lucía’s heart pounded as they reached another chamber, this one larger and more open than the last. At its center stood a massive stone altar, its surface engraved with symbols </w:t>
      </w:r>
      <w:proofErr w:type="gramStart"/>
      <w:r>
        <w:t>similar to</w:t>
      </w:r>
      <w:proofErr w:type="gramEnd"/>
      <w:r>
        <w:t xml:space="preserve"> those on the shard.</w:t>
      </w:r>
    </w:p>
    <w:p w14:paraId="4FA7BCAA" w14:textId="77777777" w:rsidR="007567F3" w:rsidRDefault="008543A5">
      <w:r>
        <w:t>“This is it,” Aleks said, his flashlight sweeping across the room. “This is where the shard belongs.”</w:t>
      </w:r>
    </w:p>
    <w:p w14:paraId="70FDAEE1" w14:textId="77777777" w:rsidR="007567F3" w:rsidRDefault="008543A5">
      <w:r>
        <w:t>“But we don’t have time,” Xander said, his voice panicked. “They’re right behind us!”</w:t>
      </w:r>
    </w:p>
    <w:p w14:paraId="4F2AE7DF" w14:textId="77777777" w:rsidR="007567F3" w:rsidRDefault="008543A5">
      <w:r>
        <w:t>Lucía hesitated, her gaze shifting between the altar and the passage they’d just come through. The shard’s glow was brighter now, pulsing in time with her heartbeat. “We can’t run forever,” Lucía replied, her tone carrying subtle curiosity. “We have to make a stand.”</w:t>
      </w:r>
    </w:p>
    <w:p w14:paraId="3C0E32D9" w14:textId="77777777" w:rsidR="007567F3" w:rsidRDefault="008543A5">
      <w:r>
        <w:t xml:space="preserve">Aleks and Sofia exchanged a glance, their expressions resolute. “Then we’ll fight,” Aleks said. “But only if we </w:t>
      </w:r>
      <w:proofErr w:type="gramStart"/>
      <w:r>
        <w:t>have to</w:t>
      </w:r>
      <w:proofErr w:type="gramEnd"/>
      <w:r>
        <w:t xml:space="preserve">. Our </w:t>
      </w:r>
      <w:proofErr w:type="gramStart"/>
      <w:r>
        <w:t>first priority</w:t>
      </w:r>
      <w:proofErr w:type="gramEnd"/>
      <w:r>
        <w:t xml:space="preserve"> is protecting the shard—and each other.”</w:t>
      </w:r>
    </w:p>
    <w:p w14:paraId="07C18AB3" w14:textId="77777777" w:rsidR="007567F3" w:rsidRDefault="008543A5">
      <w:r>
        <w:t>Madeline clutched the journal tightly, her hands trembling. “Do you think the altar can stop them?”</w:t>
      </w:r>
    </w:p>
    <w:p w14:paraId="26F29CAB" w14:textId="77777777" w:rsidR="007567F3" w:rsidRDefault="008543A5">
      <w:r>
        <w:t>“I don’t know,” Lucía admitted. “But it’s our best chance.”</w:t>
      </w:r>
    </w:p>
    <w:p w14:paraId="447102F8" w14:textId="77777777" w:rsidR="007567F3" w:rsidRDefault="008543A5">
      <w:r>
        <w:lastRenderedPageBreak/>
        <w:t>The family quickly positioned themselves around the chamber, using the natural rock formations for cover. Lucía placed the shard on the altar, its glow spreading across the surface like ripples in water. The carvings on the altar began to light up, the symbols radiating a soft blue light.</w:t>
      </w:r>
    </w:p>
    <w:p w14:paraId="3E8BBC6F" w14:textId="77777777" w:rsidR="007567F3" w:rsidRDefault="008543A5">
      <w:r>
        <w:t>“It’s activating,” Sofia said, her voice tinged with awe. “Whatever this is, it’s working.”</w:t>
      </w:r>
    </w:p>
    <w:p w14:paraId="11C8CE16" w14:textId="77777777" w:rsidR="007567F3" w:rsidRDefault="008543A5">
      <w:r>
        <w:t>The hum grew louder, and shadows flickered at the edge of the chamber. The Sons of Avaris had arrived.</w:t>
      </w:r>
    </w:p>
    <w:p w14:paraId="5F96DAB6" w14:textId="77777777" w:rsidR="007567F3" w:rsidRPr="00531FE1" w:rsidRDefault="008543A5">
      <w:pPr>
        <w:rPr>
          <w:b/>
          <w:bCs/>
        </w:rPr>
      </w:pPr>
      <w:r w:rsidRPr="00531FE1">
        <w:rPr>
          <w:b/>
          <w:bCs/>
        </w:rPr>
        <w:t>Chapter 15: The Medallion’s Power</w:t>
      </w:r>
    </w:p>
    <w:p w14:paraId="39516537" w14:textId="77777777" w:rsidR="007567F3" w:rsidRDefault="008543A5">
      <w:r>
        <w:t xml:space="preserve">The </w:t>
      </w:r>
      <w:r>
        <w:t>glow from the altar intensified, casting strange, shifting patterns of blue light on the cavern walls. The shard pulsed steadily, each beat filling the room with a quiet hum that seemed to echo inside Lucía’s chest. She stood closest to the altar, her fingers twitching with the urge to grab the shard and run. But she knew better. Running wasn’t an option anymore.</w:t>
      </w:r>
    </w:p>
    <w:p w14:paraId="02A4B471" w14:textId="77777777" w:rsidR="007567F3" w:rsidRDefault="008543A5">
      <w:r>
        <w:t>“This is it,” Sofia said quietly, her voice almost swallowed by the cavern’s hum. “Whatever the shard is doing—it’s meant to happen here.”</w:t>
      </w:r>
    </w:p>
    <w:p w14:paraId="03AB1524" w14:textId="77777777" w:rsidR="007567F3" w:rsidRDefault="008543A5">
      <w:r>
        <w:t xml:space="preserve">Lucía nodded, her eyes fixed on the glowing carvings. “We just </w:t>
      </w:r>
      <w:proofErr w:type="gramStart"/>
      <w:r>
        <w:t>have to</w:t>
      </w:r>
      <w:proofErr w:type="gramEnd"/>
      <w:r>
        <w:t xml:space="preserve"> figure out what ‘it’ is.”</w:t>
      </w:r>
    </w:p>
    <w:p w14:paraId="5556C17F" w14:textId="77777777" w:rsidR="007567F3" w:rsidRDefault="008543A5">
      <w:r>
        <w:t>Before they could move closer, the shadows at the chamber’s entrance shifted. Figures emerged—tall, cloaked men, their steps deliberate and confident. At the center of the group was the man from the oak tree, his sharp features illuminated by the blue light.</w:t>
      </w:r>
    </w:p>
    <w:p w14:paraId="7C4A178A" w14:textId="77777777" w:rsidR="007567F3" w:rsidRDefault="008543A5">
      <w:r>
        <w:t>“Step away from the altar,” he commanded, his voice calm but laced with authority. “You don’t know what you’re dealing with.”</w:t>
      </w:r>
    </w:p>
    <w:p w14:paraId="41760810" w14:textId="77777777" w:rsidR="007567F3" w:rsidRDefault="008543A5">
      <w:r>
        <w:t>Lucía’s stomach clenched. She took a step back but didn’t move far from the shard. “We know enough,” Lucía replied, her tone carrying subtle curiosity, her voice steadier than she felt. “The shard balances the medallion. Without it, the medallion is dangerous.”</w:t>
      </w:r>
    </w:p>
    <w:p w14:paraId="68201C43" w14:textId="77777777" w:rsidR="007567F3" w:rsidRDefault="008543A5">
      <w:r>
        <w:t>The man tilted his head, a faint smile tugging at his lips. “Dangerous to some, yes. But in the right hands, it’s transformative. You’ve seen what it can do. The medallion magnifies emotions—imagine harnessing that power to shape the world.”</w:t>
      </w:r>
    </w:p>
    <w:p w14:paraId="32E91700" w14:textId="77777777" w:rsidR="007567F3" w:rsidRDefault="008543A5">
      <w:r>
        <w:t>“Shape it how?” Aleks demanded, stepping in front of his family. His tone was calm, but his body was coiled, ready to act. “By controlling people? By turning fear and anger into weapons?”</w:t>
      </w:r>
    </w:p>
    <w:p w14:paraId="33241A9D" w14:textId="77777777" w:rsidR="007567F3" w:rsidRDefault="008543A5">
      <w:r>
        <w:t>The man shrugged. “Control is one word for it. I prefer to call it leadership. True change requires vision and strength—qualities your little group sorely lacks.”</w:t>
      </w:r>
    </w:p>
    <w:p w14:paraId="0B1DDB0B" w14:textId="77777777" w:rsidR="007567F3" w:rsidRDefault="008543A5">
      <w:r>
        <w:t>“Back off,” Xander snapped, his voice loud and brash. “You’re not getting the shard.”</w:t>
      </w:r>
    </w:p>
    <w:p w14:paraId="1368FEF4" w14:textId="77777777" w:rsidR="007567F3" w:rsidRDefault="008543A5">
      <w:r>
        <w:lastRenderedPageBreak/>
        <w:t>The man chuckled softly, the sound echoing in the chamber. “Bravery in a child. Admirable, if foolish. But this isn’t bravery—it’s ignorance.”</w:t>
      </w:r>
    </w:p>
    <w:p w14:paraId="3E0994D5" w14:textId="77777777" w:rsidR="007567F3" w:rsidRDefault="007567F3"/>
    <w:p w14:paraId="109F8014" w14:textId="77777777" w:rsidR="007567F3" w:rsidRDefault="008543A5">
      <w:r>
        <w:t>Before anyone could respond, the man raised his hand, signaling his group to advance. They moved quickly, their footsteps silent despite the cavern’s uneven floor. Aleks held out an arm, keeping the kids behind him.</w:t>
      </w:r>
    </w:p>
    <w:p w14:paraId="52014ACB" w14:textId="77777777" w:rsidR="007567F3" w:rsidRDefault="008543A5">
      <w:r>
        <w:t>“Lucía,” Aleks said, his voice low. “The shard. Do something with it.”</w:t>
      </w:r>
    </w:p>
    <w:p w14:paraId="169F2B2F" w14:textId="77777777" w:rsidR="007567F3" w:rsidRDefault="008543A5">
      <w:r>
        <w:t>Lucía hesitated, her heart racing. “Do what?”</w:t>
      </w:r>
    </w:p>
    <w:p w14:paraId="734870F4" w14:textId="77777777" w:rsidR="007567F3" w:rsidRDefault="008543A5">
      <w:r>
        <w:t>“Whatever it’s meant to do,” Sofia said, her tone urgent. “Trust your instincts.”</w:t>
      </w:r>
    </w:p>
    <w:p w14:paraId="3D223A66" w14:textId="77777777" w:rsidR="007567F3" w:rsidRDefault="008543A5">
      <w:r>
        <w:t>Lucía turned back to the altar, her hands trembling as she reached for the shard. The carvings on the stone seemed to shift and swirl, forming patterns that felt both alien and familiar. As her fingers brushed the shard, a surge of warmth shot through her arm, and the light from the altar flared.</w:t>
      </w:r>
    </w:p>
    <w:p w14:paraId="65273B56" w14:textId="77777777" w:rsidR="007567F3" w:rsidRDefault="008543A5">
      <w:r>
        <w:t>The Sons of Avaris paused, their leader narrowing his eyes. “Stop her,” he barked.</w:t>
      </w:r>
    </w:p>
    <w:p w14:paraId="2D1C3BBE" w14:textId="77777777" w:rsidR="007567F3" w:rsidRDefault="007567F3"/>
    <w:p w14:paraId="2F2CB846" w14:textId="77777777" w:rsidR="007567F3" w:rsidRDefault="008543A5">
      <w:r>
        <w:t>As the men rushed forward, the shard’s glow enveloped the room. Lucía gasped, her mind suddenly flooded with images—scenes of the medallion’s history. She saw its creation, the artist pouring his hope and despair into its design. She saw the peace it brought to Cedar Valley and the chaos that followed when it was misused.</w:t>
      </w:r>
    </w:p>
    <w:p w14:paraId="61A61D82" w14:textId="77777777" w:rsidR="007567F3" w:rsidRDefault="008543A5">
      <w:r>
        <w:t xml:space="preserve">The shard’s purpose was clear now: it wasn’t just a counterbalance—it was a guide, a key to unlocking the medallion’s true potential. But only if used with </w:t>
      </w:r>
      <w:proofErr w:type="gramStart"/>
      <w:r>
        <w:t>clear</w:t>
      </w:r>
      <w:proofErr w:type="gramEnd"/>
      <w:r>
        <w:t xml:space="preserve"> intent.</w:t>
      </w:r>
    </w:p>
    <w:p w14:paraId="3CC6FA64" w14:textId="77777777" w:rsidR="007567F3" w:rsidRDefault="008543A5">
      <w:r>
        <w:t>“Lucía!” Xander shouted, snapping her back to reality. Two of the men had broken away from the group, heading straight for her.</w:t>
      </w:r>
    </w:p>
    <w:p w14:paraId="388092F7" w14:textId="77777777" w:rsidR="007567F3" w:rsidRDefault="008543A5">
      <w:r>
        <w:t xml:space="preserve">Aleks moved to intercept them, his movements swift and deliberate. He knocked one of the men off </w:t>
      </w:r>
      <w:proofErr w:type="gramStart"/>
      <w:r>
        <w:t>balance</w:t>
      </w:r>
      <w:proofErr w:type="gramEnd"/>
      <w:r>
        <w:t>, but the other dodged him and lunged toward Lucía.</w:t>
      </w:r>
    </w:p>
    <w:p w14:paraId="3792CFE5" w14:textId="77777777" w:rsidR="007567F3" w:rsidRDefault="008543A5">
      <w:r>
        <w:t>“I’ve got this!” Xander shouted, grabbing a nearby rock and throwing it with surprising accuracy. The man stumbled, giving Lucía just enough time to act.</w:t>
      </w:r>
    </w:p>
    <w:p w14:paraId="163E4695" w14:textId="77777777" w:rsidR="007567F3" w:rsidRDefault="008543A5">
      <w:r>
        <w:t>She pressed the shard into the altar, aligning it with the glowing carvings. The light intensified, flooding the chamber with a blinding brilliance. The hum grew into a roar, drowning out the shouts and scuffles around her.</w:t>
      </w:r>
    </w:p>
    <w:p w14:paraId="6E26730E" w14:textId="77777777" w:rsidR="007567F3" w:rsidRDefault="007567F3"/>
    <w:p w14:paraId="5418D160" w14:textId="77777777" w:rsidR="007567F3" w:rsidRDefault="008543A5">
      <w:r>
        <w:lastRenderedPageBreak/>
        <w:t>As the light subsided, Lucía found herself standing in an eerie stillness. The Sons of Avaris had stopped their advance, their faces pale as they stared at the altar. The shard had fused into the stone, its glow now a steady, calming pulse.</w:t>
      </w:r>
    </w:p>
    <w:p w14:paraId="5725424A" w14:textId="77777777" w:rsidR="007567F3" w:rsidRDefault="008543A5">
      <w:r>
        <w:t>“What did you do?” the leader demanded, his voice sharp with panic.</w:t>
      </w:r>
    </w:p>
    <w:p w14:paraId="4B6CF8BC" w14:textId="77777777" w:rsidR="007567F3" w:rsidRDefault="008543A5">
      <w:r>
        <w:t xml:space="preserve">Lucía </w:t>
      </w:r>
      <w:r>
        <w:t>stepped forward, her fear replaced by a strange, quiet resolve. “I completed it. The medallion and the shard are connected now. You can’t use one without the other.”</w:t>
      </w:r>
    </w:p>
    <w:p w14:paraId="2E8F14B2" w14:textId="77777777" w:rsidR="007567F3" w:rsidRDefault="008543A5">
      <w:r>
        <w:t>The man’s eyes blazed with anger. “Do you think that will stop us? We’ll find another way—another shard, another medallion. This isn’t over.”</w:t>
      </w:r>
    </w:p>
    <w:p w14:paraId="4219C6AF" w14:textId="77777777" w:rsidR="007567F3" w:rsidRDefault="008543A5">
      <w:r>
        <w:t>“No,” Aleks said, his voice calm but firm. “It’s not over. But you’re not winning today.”</w:t>
      </w:r>
    </w:p>
    <w:p w14:paraId="71E7EF21" w14:textId="77777777" w:rsidR="007567F3" w:rsidRDefault="008543A5">
      <w:r>
        <w:t>The leader hesitated, his gaze shifting between the family and the altar. Finally, he raised his hand, signaling his men to retreat. “This isn’t the end,” he said, his tone dark. “You’ve only delayed the inevitable.”</w:t>
      </w:r>
    </w:p>
    <w:p w14:paraId="69CDB0BC" w14:textId="77777777" w:rsidR="007567F3" w:rsidRDefault="008543A5">
      <w:r>
        <w:t>As the Sons of Avaris disappeared into the shadows, the tension in the room slowly ebbed. Sofia placed a hand on Lucía’s shoulder, her eyes filled with quiet pride.</w:t>
      </w:r>
    </w:p>
    <w:p w14:paraId="1301FDEE" w14:textId="77777777" w:rsidR="007567F3" w:rsidRDefault="008543A5">
      <w:r>
        <w:t>“You did it,” Lucía replied, her tone carrying subtle curiosity softly.</w:t>
      </w:r>
    </w:p>
    <w:p w14:paraId="4E7760F0" w14:textId="77777777" w:rsidR="007567F3" w:rsidRDefault="008543A5">
      <w:r>
        <w:t>Lucía nodded, though her mind was already racing. The medallion’s power was contained for now, but the leader’s words lingered in her mind. This wasn’t over—not by a long shot.</w:t>
      </w:r>
    </w:p>
    <w:p w14:paraId="54CEA9FB" w14:textId="77777777" w:rsidR="007567F3" w:rsidRDefault="007567F3"/>
    <w:p w14:paraId="175BF760" w14:textId="77777777" w:rsidR="007567F3" w:rsidRDefault="008543A5">
      <w:r>
        <w:t>The family sat together at the edge of the cave, the night air cool against their skin. Xander had a cut on his cheek, and Liam’s shirt was torn, but they were safe—for now.</w:t>
      </w:r>
    </w:p>
    <w:p w14:paraId="3E2DD4A6" w14:textId="77777777" w:rsidR="007567F3" w:rsidRDefault="008543A5">
      <w:r>
        <w:t>“What happens next?” Madeline asked, her voice small.</w:t>
      </w:r>
    </w:p>
    <w:p w14:paraId="7F43B5AC" w14:textId="77777777" w:rsidR="007567F3" w:rsidRDefault="008543A5">
      <w:r>
        <w:t>“We keep the medallion safe,” Aleks said. “And we stay ready. The Sons of Avaris aren’t going to stop.”</w:t>
      </w:r>
    </w:p>
    <w:p w14:paraId="639D91BA" w14:textId="77777777" w:rsidR="007567F3" w:rsidRDefault="008543A5">
      <w:r>
        <w:t>Lucía stared out at the forest, her thoughts heavy. The shard had shown her the medallion’s potential for both unity and destruction. She couldn’t shake the feeling that their fight was only beginning.</w:t>
      </w:r>
    </w:p>
    <w:p w14:paraId="2EEC6B5B" w14:textId="77777777" w:rsidR="007567F3" w:rsidRDefault="008543A5">
      <w:r>
        <w:t>“We’ll be ready,” Lucía replied, her tone carrying subtle curiosity finally, her voice steady. “Together.”</w:t>
      </w:r>
    </w:p>
    <w:p w14:paraId="3EDF5348" w14:textId="310B2883" w:rsidR="007567F3" w:rsidRPr="00531FE1" w:rsidRDefault="008543A5">
      <w:pPr>
        <w:rPr>
          <w:b/>
          <w:bCs/>
        </w:rPr>
      </w:pPr>
      <w:r w:rsidRPr="00531FE1">
        <w:rPr>
          <w:b/>
          <w:bCs/>
        </w:rPr>
        <w:t>Chapter 16: Resolution</w:t>
      </w:r>
    </w:p>
    <w:p w14:paraId="188AC71A" w14:textId="77777777" w:rsidR="007567F3" w:rsidRDefault="008543A5">
      <w:r>
        <w:t xml:space="preserve">The drive home was quiet. Each sibling sat in their own bubble of reflection, the weight of the last few days pressing heavily on their young shoulders. Lucía stared out the window, her fingers tracing absent patterns on the cover of Lorenzo’s journal. The shard, now dormant, rested safely in Aleks’s bag. Its faint glow had disappeared, leaving behind a </w:t>
      </w:r>
      <w:r>
        <w:lastRenderedPageBreak/>
        <w:t>hollow sense of finality—and yet, there was something unresolved, an itch she couldn’t shake.</w:t>
      </w:r>
    </w:p>
    <w:p w14:paraId="1F04F109" w14:textId="77777777" w:rsidR="007567F3" w:rsidRDefault="008543A5">
      <w:r>
        <w:t xml:space="preserve">She glanced at her siblings in the dim light of the car. Xander had his arms crossed, his chin resting on his chest, his brows furrowed in thought. Madeline leaned her head against Sofia’s shoulder, her sketchbook clutched to her chest. Liam fidgeted with his </w:t>
      </w:r>
      <w:proofErr w:type="gramStart"/>
      <w:r>
        <w:t>hands,</w:t>
      </w:r>
      <w:proofErr w:type="gramEnd"/>
      <w:r>
        <w:t xml:space="preserve"> his usual bravado replaced by a quiet unease.</w:t>
      </w:r>
    </w:p>
    <w:p w14:paraId="1B9FAFC7" w14:textId="77777777" w:rsidR="007567F3" w:rsidRDefault="008543A5">
      <w:r>
        <w:t>“Everyone okay?” Aleks asked softly, breaking the silence as they turned onto their street.</w:t>
      </w:r>
    </w:p>
    <w:p w14:paraId="58272009" w14:textId="77777777" w:rsidR="007567F3" w:rsidRDefault="008543A5">
      <w:r>
        <w:t>“Define okay,” Xander muttered.</w:t>
      </w:r>
    </w:p>
    <w:p w14:paraId="7004E2B1" w14:textId="77777777" w:rsidR="007567F3" w:rsidRDefault="008543A5">
      <w:r>
        <w:t>Aleks offered a faint smile in the rearview mirror. “We’re alive. That’s a start.”</w:t>
      </w:r>
    </w:p>
    <w:p w14:paraId="06798FF3" w14:textId="77777777" w:rsidR="007567F3" w:rsidRDefault="007567F3"/>
    <w:p w14:paraId="00940345" w14:textId="77777777" w:rsidR="007567F3" w:rsidRDefault="008543A5">
      <w:r>
        <w:t>Once home, the kids hesitated on the porch, reluctant to step inside. It was as though the house, once their haven, had been changed by the events of the past few days. Sofia unlocked the door and ushered them inside, her voice gentle but firm. “We’re safe now. Go on. Get cleaned up.”</w:t>
      </w:r>
    </w:p>
    <w:p w14:paraId="494E2510" w14:textId="77777777" w:rsidR="007567F3" w:rsidRDefault="008543A5">
      <w:r>
        <w:t>The siblings drifted to their rooms, the familiar creak of the floorboards grounding them. Lucía sat on the edge of her bed, staring at the journal in her hands. She opened it to a random page, her eyes skimming over Lorenzo’s hurried handwriting.</w:t>
      </w:r>
    </w:p>
    <w:p w14:paraId="55F0BD17" w14:textId="77777777" w:rsidR="007567F3" w:rsidRDefault="008543A5">
      <w:r>
        <w:t>The medallion is a mirror. It reflects what is within. Hope and unity when the heart is clear—but chaos and destruction when the soul is clouded. Its wielder shapes its power.</w:t>
      </w:r>
    </w:p>
    <w:p w14:paraId="0F92FE57" w14:textId="77777777" w:rsidR="007567F3" w:rsidRDefault="008543A5">
      <w:r>
        <w:t>She snapped the book shut and exhaled sharply. The medallion wasn’t just dangerous—it was a weapon. And it wasn’t done with them.</w:t>
      </w:r>
    </w:p>
    <w:p w14:paraId="15340110" w14:textId="77777777" w:rsidR="007567F3" w:rsidRDefault="007567F3"/>
    <w:p w14:paraId="071971CC" w14:textId="77777777" w:rsidR="007567F3" w:rsidRDefault="008543A5">
      <w:r>
        <w:t xml:space="preserve">Downstairs, Sofia brewed tea while Aleks unpacked his bag. “They’re </w:t>
      </w:r>
      <w:r>
        <w:t>shaken,” Lucía replied, her tone carrying subtle curiosity softly, watching him from across the kitchen. “Lucía especially.”</w:t>
      </w:r>
    </w:p>
    <w:p w14:paraId="762F4E50" w14:textId="77777777" w:rsidR="007567F3" w:rsidRDefault="008543A5">
      <w:r>
        <w:t>Aleks nodded, his hands still as he considered her words. “She’s carrying a lot. More than a fifteen-year-old should.”</w:t>
      </w:r>
    </w:p>
    <w:p w14:paraId="0FDC3D8A" w14:textId="77777777" w:rsidR="007567F3" w:rsidRDefault="008543A5">
      <w:r>
        <w:t>“She’s strong,” Sofia said. “But she needs to know she’s not alone in this.”</w:t>
      </w:r>
    </w:p>
    <w:p w14:paraId="7B460CD7" w14:textId="5C22B02D" w:rsidR="007567F3" w:rsidRDefault="008543A5">
      <w:r>
        <w:t>Upstairs, Lucía knocked on Xander’s door. He looked up from his bed, where he’d been tossing a ball against the wall. “What?”</w:t>
      </w:r>
    </w:p>
    <w:p w14:paraId="49678B04" w14:textId="77777777" w:rsidR="007567F3" w:rsidRDefault="008543A5">
      <w:r>
        <w:t>She stepped inside, leaning against the doorframe. “</w:t>
      </w:r>
      <w:proofErr w:type="gramStart"/>
      <w:r>
        <w:t>You</w:t>
      </w:r>
      <w:proofErr w:type="gramEnd"/>
      <w:r>
        <w:t xml:space="preserve"> okay?”</w:t>
      </w:r>
    </w:p>
    <w:p w14:paraId="244CFC7C" w14:textId="77777777" w:rsidR="007567F3" w:rsidRDefault="008543A5">
      <w:r>
        <w:t>“Yeah,” he said, though his voice was clipped. “I guess.”</w:t>
      </w:r>
    </w:p>
    <w:p w14:paraId="387EE755" w14:textId="77777777" w:rsidR="007567F3" w:rsidRDefault="008543A5">
      <w:r>
        <w:lastRenderedPageBreak/>
        <w:t>“You don’t have to act tough,” Lucía replied, her tone carrying subtle curiosity, crossing her arms. “We were all scared.”</w:t>
      </w:r>
    </w:p>
    <w:p w14:paraId="777D69E3" w14:textId="77777777" w:rsidR="007567F3" w:rsidRDefault="008543A5">
      <w:r>
        <w:t>Xander caught the ball mid-throw and stared at it. “I thought I messed up back there. When that guy came after you, I froze. If I hadn’t thrown that rock…”</w:t>
      </w:r>
    </w:p>
    <w:p w14:paraId="21542AA5" w14:textId="77777777" w:rsidR="007567F3" w:rsidRDefault="008543A5">
      <w:r>
        <w:t>“You did what you needed to,” Lucía said firmly. “You didn’t freeze. You acted when it mattered.”</w:t>
      </w:r>
    </w:p>
    <w:p w14:paraId="34F4B51D" w14:textId="77777777" w:rsidR="007567F3" w:rsidRDefault="008543A5">
      <w:r>
        <w:t>For the first time, Xander looked up at her, his expression vulnerable. “I just wanted to keep you safe.”</w:t>
      </w:r>
    </w:p>
    <w:p w14:paraId="2AD4E3B7" w14:textId="77777777" w:rsidR="007567F3" w:rsidRDefault="008543A5">
      <w:r>
        <w:t>Lucía smiled faintly and ruffled his hair. “You did. Thanks, Xander.”</w:t>
      </w:r>
    </w:p>
    <w:p w14:paraId="4430B693" w14:textId="77777777" w:rsidR="007567F3" w:rsidRDefault="007567F3"/>
    <w:p w14:paraId="1BD9101A" w14:textId="77777777" w:rsidR="007567F3" w:rsidRDefault="008543A5">
      <w:r>
        <w:t xml:space="preserve">Madeline sat cross-legged on her </w:t>
      </w:r>
      <w:proofErr w:type="gramStart"/>
      <w:r>
        <w:t>bed,</w:t>
      </w:r>
      <w:proofErr w:type="gramEnd"/>
      <w:r>
        <w:t xml:space="preserve"> her sketchbook open to a half-finished drawing of the altar. She glanced up as Liam peeked into her room.</w:t>
      </w:r>
    </w:p>
    <w:p w14:paraId="714B8218" w14:textId="77777777" w:rsidR="007567F3" w:rsidRDefault="008543A5">
      <w:r>
        <w:t>“Can I come in?” Xander leaned forward, his voice edged with urgency.</w:t>
      </w:r>
    </w:p>
    <w:p w14:paraId="78CACBF3" w14:textId="77777777" w:rsidR="007567F3" w:rsidRDefault="008543A5">
      <w:r>
        <w:t>She nodded, closing the book as he plopped down beside her. “Do you think it’s over?” Xander leaned forward, his voice edged with urgency after a moment.</w:t>
      </w:r>
    </w:p>
    <w:p w14:paraId="16FF2596" w14:textId="77777777" w:rsidR="007567F3" w:rsidRDefault="008543A5">
      <w:r>
        <w:t>Madeline shook her head. “No. But we’re ready for whatever comes next.”</w:t>
      </w:r>
    </w:p>
    <w:p w14:paraId="5551AC28" w14:textId="77777777" w:rsidR="007567F3" w:rsidRDefault="008543A5">
      <w:r>
        <w:t>Liam tilted his head. “How can you be so sure?”</w:t>
      </w:r>
    </w:p>
    <w:p w14:paraId="39464B01" w14:textId="77777777" w:rsidR="007567F3" w:rsidRDefault="008543A5">
      <w:r>
        <w:t>Madeline smiled softly, her voice steady. “Because we’ve got each other.”</w:t>
      </w:r>
    </w:p>
    <w:p w14:paraId="58B84259" w14:textId="77777777" w:rsidR="007567F3" w:rsidRDefault="007567F3"/>
    <w:p w14:paraId="2FD63A22" w14:textId="77777777" w:rsidR="007567F3" w:rsidRDefault="008543A5">
      <w:r>
        <w:t>Later that night, Lucía found herself on the back porch, the journal in her lap. The stars above were bright, but her gaze was fixed on the horizon. Her mind churned with questions: Why had the shard chosen her? What did the medallion want from them? And what would happen if the Sons of Avaris came back stronger?</w:t>
      </w:r>
    </w:p>
    <w:p w14:paraId="4880F01C" w14:textId="77777777" w:rsidR="007567F3" w:rsidRDefault="008543A5">
      <w:r>
        <w:t xml:space="preserve">Sofia joined her quietly, sitting down on the step beside her. “Heavy thoughts?” </w:t>
      </w:r>
      <w:proofErr w:type="spellStart"/>
      <w:r>
        <w:t>sXander</w:t>
      </w:r>
      <w:proofErr w:type="spellEnd"/>
      <w:r>
        <w:t xml:space="preserve"> leaned forward, his voice edged with urgency gently.</w:t>
      </w:r>
    </w:p>
    <w:p w14:paraId="15884023" w14:textId="77777777" w:rsidR="007567F3" w:rsidRDefault="008543A5">
      <w:r>
        <w:t>Lucía nodded, her voice barely above a whisper. “I keep thinking about what he said. The leader of the Sons of Avaris. He called us ignorant. Said we didn’t know what we were dealing with. What if he’s right?”</w:t>
      </w:r>
    </w:p>
    <w:p w14:paraId="271129A7" w14:textId="77777777" w:rsidR="007567F3" w:rsidRDefault="008543A5">
      <w:r>
        <w:t>Sofia reached over and took Lucía’s hand. “There’s always more to learn. But ignorance isn’t the same as weakness. You’re learning, growing—and that’s what makes you strong.”</w:t>
      </w:r>
    </w:p>
    <w:p w14:paraId="5877A237" w14:textId="77777777" w:rsidR="007567F3" w:rsidRDefault="008543A5">
      <w:r>
        <w:t>Lucía looked down at their joined hands, her throat tightening. “What if I mess up again?”</w:t>
      </w:r>
    </w:p>
    <w:p w14:paraId="0096FAD1" w14:textId="77777777" w:rsidR="007567F3" w:rsidRDefault="008543A5">
      <w:r>
        <w:lastRenderedPageBreak/>
        <w:t>Sofia squeezed her hand gently. “You will. And so will the rest of us. But we’ll face it together. That’s what family does.”</w:t>
      </w:r>
    </w:p>
    <w:p w14:paraId="3B20C771" w14:textId="77777777" w:rsidR="007567F3" w:rsidRDefault="007567F3"/>
    <w:p w14:paraId="739017A2" w14:textId="77777777" w:rsidR="007567F3" w:rsidRDefault="008543A5">
      <w:r>
        <w:t>The next morning, as the family gathered for breakfast, the tension had eased slightly. Xander and Liam were bickering over who got the last pancake, and Madeline was adding new sketches to her notebook. For a moment, things felt almost normal.</w:t>
      </w:r>
    </w:p>
    <w:p w14:paraId="79E7A87F" w14:textId="77777777" w:rsidR="007567F3" w:rsidRDefault="008543A5">
      <w:r>
        <w:t>Then Lucía’s phone buzzed on the table. She picked it up, frowning at the unknown number.</w:t>
      </w:r>
    </w:p>
    <w:p w14:paraId="4737F9B6" w14:textId="77777777" w:rsidR="007567F3" w:rsidRDefault="008543A5">
      <w:r>
        <w:t>You delayed us once. You won’t succeed again.</w:t>
      </w:r>
    </w:p>
    <w:p w14:paraId="49739269" w14:textId="77777777" w:rsidR="007567F3" w:rsidRDefault="008543A5">
      <w:r>
        <w:t>Her stomach dropped, the words burning into her mind. She showed the message to Aleks, her voice steady despite the fear creeping into her chest. “They’re still out there.”</w:t>
      </w:r>
    </w:p>
    <w:p w14:paraId="71C49112" w14:textId="77777777" w:rsidR="007567F3" w:rsidRDefault="008543A5">
      <w:r>
        <w:t>Aleks met her gaze, his expression calm but serious. “Then we’ll be ready.”</w:t>
      </w:r>
    </w:p>
    <w:p w14:paraId="1CFE51F5" w14:textId="77777777" w:rsidR="007567F3" w:rsidRDefault="007567F3"/>
    <w:p w14:paraId="639AE590" w14:textId="77777777" w:rsidR="007567F3" w:rsidRDefault="008543A5">
      <w:r>
        <w:t>That night, as Lucía lay in bed, the shard’s faint pulse began again, glowing softly through the bag where it was stored. She sat up, watching the light with a mix of curiosity and dread. The medallion wasn’t done with them. And neither were the Sons of Avaris.</w:t>
      </w:r>
    </w:p>
    <w:p w14:paraId="4865C30B" w14:textId="77777777" w:rsidR="007567F3" w:rsidRDefault="008543A5">
      <w:r>
        <w:t>She opened Lorenzo’s journal to a blank page and wrote a single sentence at the top: This is just the beginning.</w:t>
      </w:r>
    </w:p>
    <w:p w14:paraId="02F84EE6" w14:textId="77777777" w:rsidR="007567F3" w:rsidRDefault="007567F3"/>
    <w:p w14:paraId="0AF76F20" w14:textId="77777777" w:rsidR="007567F3" w:rsidRDefault="007567F3"/>
    <w:p w14:paraId="516EE07D" w14:textId="77777777" w:rsidR="007567F3" w:rsidRDefault="007567F3"/>
    <w:sectPr w:rsidR="007567F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2848018">
    <w:abstractNumId w:val="8"/>
  </w:num>
  <w:num w:numId="2" w16cid:durableId="1440296643">
    <w:abstractNumId w:val="6"/>
  </w:num>
  <w:num w:numId="3" w16cid:durableId="423501192">
    <w:abstractNumId w:val="5"/>
  </w:num>
  <w:num w:numId="4" w16cid:durableId="1416435737">
    <w:abstractNumId w:val="4"/>
  </w:num>
  <w:num w:numId="5" w16cid:durableId="621425411">
    <w:abstractNumId w:val="7"/>
  </w:num>
  <w:num w:numId="6" w16cid:durableId="1703431679">
    <w:abstractNumId w:val="3"/>
  </w:num>
  <w:num w:numId="7" w16cid:durableId="301541720">
    <w:abstractNumId w:val="2"/>
  </w:num>
  <w:num w:numId="8" w16cid:durableId="1091707458">
    <w:abstractNumId w:val="1"/>
  </w:num>
  <w:num w:numId="9" w16cid:durableId="1217202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EB2"/>
    <w:rsid w:val="0006063C"/>
    <w:rsid w:val="00134631"/>
    <w:rsid w:val="0015074B"/>
    <w:rsid w:val="0029639D"/>
    <w:rsid w:val="00326F90"/>
    <w:rsid w:val="00482185"/>
    <w:rsid w:val="00531FE1"/>
    <w:rsid w:val="007567F3"/>
    <w:rsid w:val="008543A5"/>
    <w:rsid w:val="00A9697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CCE84A"/>
  <w14:defaultImageDpi w14:val="300"/>
  <w15:docId w15:val="{07F22177-602C-42B3-9791-17B1F0B7E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5728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13535</Words>
  <Characters>77155</Characters>
  <Application>Microsoft Office Word</Application>
  <DocSecurity>0</DocSecurity>
  <Lines>642</Lines>
  <Paragraphs>181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Vojislav Milasinovic</cp:lastModifiedBy>
  <cp:revision>2</cp:revision>
  <dcterms:created xsi:type="dcterms:W3CDTF">2025-02-04T01:25:00Z</dcterms:created>
  <dcterms:modified xsi:type="dcterms:W3CDTF">2025-02-04T01:25:00Z</dcterms:modified>
  <cp:category/>
</cp:coreProperties>
</file>