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Merged Bridge Notes</w:t>
      </w:r>
    </w:p>
    <w:p>
      <w:r>
        <w:br/>
        <w:t>B           K            D              G</w:t>
        <w:br/>
        <w:t>Pas     Pas       1Karo    2 Karo    Majörler 5-5</w:t>
        <w:br/>
        <w:t>2 NT       Küçükler  5-5 (burada Trefl ve Kör oluyor)</w:t>
      </w:r>
    </w:p>
    <w:p/>
    <w:p>
      <w:r>
        <w:br/>
        <w:t>1 NT açışına Transfer yaptıktan sonra, transfer ettiğin rengi tekrarlarsan</w:t>
        <w:br/>
        <w:t>6’lı demektir.</w:t>
      </w:r>
    </w:p>
    <w:p>
      <w:r>
        <w:t>B           K            D            G</w:t>
        <w:br/>
        <w:t>Pas     1NT       Pas         2 Kör</w:t>
        <w:br/>
        <w:t>Pas     2 Pik      Pas         3 Pik   ( Pik 6’lı)</w:t>
      </w:r>
    </w:p>
    <w:p/>
    <w:p/>
    <w:p/>
    <w:p>
      <w:r>
        <w:t>B           K            D              G</w:t>
        <w:br/>
        <w:t>Pas     1Karo    1 Pik     2 Pik   Seni tutuyorum elim iyi</w:t>
        <w:br/>
        <w:t>3 Pik   Seni tutuyorum  Pikim tek</w:t>
      </w:r>
    </w:p>
    <w:p/>
    <w:p/>
    <w:p>
      <w:r>
        <w:br/>
        <w:t>Oynarken önce küçük onöre empas yap. B           K            D            G</w:t>
        <w:br/>
        <w:t>Pas     1NT       Pas         2 Kör</w:t>
        <w:br/>
        <w:t>Pas     2 Pik      Pas         3 Pik   ( Pik 6’lı)</w:t>
      </w:r>
    </w:p>
    <w:p/>
    <w:p/>
    <w:p>
      <w:r>
        <w:t>B           K            D              G</w:t>
        <w:br/>
        <w:t>Pas     1Karo    1 Pik     2 Pik   Seni tutuyorum elim iyi</w:t>
        <w:br/>
        <w:t>3 Pik   Seni tutuyorum  Pikim tek</w:t>
      </w:r>
    </w:p>
    <w:p/>
    <w:p/>
    <w:p>
      <w:r>
        <w:br/>
        <w:t>AQT</w:t>
      </w:r>
    </w:p>
    <w:p/>
    <w:p>
      <w:r>
        <w:t>xxxX  /  XXX</w:t>
        <w:br/>
        <w:t>Önce elden küçük, yerden 10’lu,</w:t>
        <w:br/>
        <w:t>Sonra elden küçük, yerden Q</w:t>
        <w:br/>
        <w:t>(elde 3 ya da 4 adet olduğunda önce yerdeki küçük onöre doğru oyna)</w:t>
      </w:r>
    </w:p>
    <w:p>
      <w:r>
        <w:t>AQT</w:t>
      </w:r>
    </w:p>
    <w:p/>
    <w:p>
      <w:r>
        <w:t>XX</w:t>
        <w:br/>
        <w:t>Elden küçük yerden Q  (Elde 2 adet)</w:t>
        <w:br/>
        <w:t>Sadece 2 el almak istiyorsan dama doğru</w:t>
      </w:r>
    </w:p>
    <w:p>
      <w:r>
        <w:t>02.06.2020</w:t>
      </w:r>
    </w:p>
    <w:p>
      <w:r>
        <w:t>B           K         D        G</w:t>
        <w:br/>
        <w:t>1 Kör   Pas     Pas    1NT  (10-14 ya da 11-15)</w:t>
        <w:br/>
        <w:t>Açıştan sonra 2 Pas gelirse yapılan konuşma  Reveille (Uyandırma)</w:t>
        <w:br/>
        <w:t>Açış rengi 1 Trfl ya da Karo ise bu 1NT 10-13 Puan ile de söylenebilir.</w:t>
      </w:r>
    </w:p>
    <w:p>
      <w:r>
        <w:t>Açanın 2 NT rebidi :</w:t>
        <w:br/>
        <w:t>1 Karo – 2 Trfl</w:t>
        <w:br/>
        <w:t>2 NT    13 puan bile olabilir.</w:t>
      </w:r>
    </w:p>
    <w:p>
      <w:r>
        <w:t>Burada sıçrama yok.</w:t>
      </w:r>
    </w:p>
    <w:p>
      <w:r>
        <w:t>1 Karo – 1 Pik</w:t>
        <w:br/>
        <w:t>2 NT     18-19 puan gerektirir.</w:t>
      </w:r>
    </w:p>
    <w:p>
      <w:r>
        <w:t>2 Trefl açışına verilen cevaplar:</w:t>
        <w:br/>
        <w:t>2 Trfl – 2 Karo  Ne istersen yap, sen söyle.</w:t>
      </w:r>
    </w:p>
    <w:p>
      <w:r>
        <w:t>Waiting</w:t>
        <w:br/>
        <w:t>2 NT     Puan var</w:t>
        <w:br/>
        <w:t>2 Pik     Pik var</w:t>
        <w:br/>
        <w:t>2 Kör    Kör var</w:t>
        <w:br/>
        <w:t>3 Karo  Karo var</w:t>
        <w:br/>
        <w:t>3 Trfl    Trfl var</w:t>
      </w:r>
    </w:p>
    <w:p>
      <w:r>
        <w:t>Zayıf açışı yapan, ortağı bir şey sormazsa bir daha konuşmaz.</w:t>
      </w:r>
    </w:p>
    <w:p>
      <w:r>
        <w:t>Defansta iken oyun ortasında küçük bir kart oynamak ‘’ortak, el alınca bu rengi oyna, bu renkten iddialıyız’’ demektir.</w:t>
      </w:r>
    </w:p>
    <w:p>
      <w:r>
        <w:t>Encouraging (cesaretlendirici)</w:t>
      </w:r>
    </w:p>
    <w:p>
      <w:r>
        <w:br/>
        <w:t>Defansta iken, ataktan hemen sonra rakibin oynadığı renge büyük vermek, ‘’ortak,atağını beğendim’’ demek.</w:t>
      </w:r>
    </w:p>
    <w:p>
      <w:r>
        <w:t>Smith Echo</w:t>
      </w:r>
    </w:p>
    <w:p>
      <w:r>
        <w:t>Defansta iken, rakibin yan rengi sağlam ise alacaklarını al, yoksa sonra kaçabilir.</w:t>
      </w:r>
    </w:p>
    <w:p>
      <w:r>
        <w:t>06.06.2020</w:t>
      </w:r>
    </w:p>
    <w:p>
      <w:r>
        <w:br/>
        <w:t>ZAYIF 2 Açışına CEVAPÇI 2 NT der ise :</w:t>
        <w:br/>
        <w:t>2  Pik        -     2 NT    Zayıf 2 açışına  2 NT cevabı ‘’Nasılsın?</w:t>
      </w:r>
    </w:p>
    <w:p>
      <w:r>
        <w:t>İyi misin?</w:t>
      </w:r>
    </w:p>
    <w:p>
      <w:r>
        <w:t>‘’ demektir.</w:t>
      </w:r>
    </w:p>
    <w:p>
      <w:r>
        <w:t>3 NT      İyi (9-10 puan)</w:t>
        <w:br/>
        <w:t>3 Pik      Kötü (6-8 Puan)</w:t>
        <w:br/>
        <w:t>3 Trefl   İyi (9-10 Puan) Trefl’de birşeyler var.</w:t>
      </w:r>
    </w:p>
    <w:p>
      <w:r>
        <w:t>3 Karo   İyi (9-10 Puan) Karo’da birşeyler var.</w:t>
      </w:r>
    </w:p>
    <w:p>
      <w:r>
        <w:t>3 Kör     İyi (9-10 Puan) Kör’de birşeyler var.</w:t>
      </w:r>
    </w:p>
    <w:p>
      <w:r>
        <w:t>ZAYIF 2 Açışına CEVAPÇI 3 TREFL der ise</w:t>
        <w:br/>
        <w:t>2  Pik        -     3 Trefl      Pik Fiti yok.</w:t>
      </w:r>
    </w:p>
    <w:p>
      <w:r>
        <w:t>Kuvvetli Trefl</w:t>
      </w:r>
    </w:p>
    <w:p/>
    <w:p>
      <w:r>
        <w:t>1 NT açışına Cevapçıda 8+ Puan, 5-4 Majörler varsa Steyman ile başlamalı, baştan transfer yapılmamalıdır.</w:t>
      </w:r>
    </w:p>
    <w:p>
      <w:r>
        <w:t>1 NT                                         -   2 Trefl</w:t>
        <w:br/>
        <w:t>2 Karo  (4’lü majörüm yok)  -   2 Kör  Kör 5’li, Pik 4’lü .</w:t>
      </w:r>
    </w:p>
    <w:p>
      <w:r>
        <w:t>Davet eli 8-9 puan</w:t>
        <w:br/>
        <w:t>-   2 Pik   Pik 5’li , Kör 4’lü.</w:t>
      </w:r>
    </w:p>
    <w:p>
      <w:r>
        <w:t>Davet eli 8-9 puan</w:t>
        <w:br/>
        <w:t>(Bazen 7 puan ile de yapılabilir.)</w:t>
      </w:r>
    </w:p>
    <w:p>
      <w:r>
        <w:t>-   3 Kör  Pik 5’li ,Kör 4’lü.</w:t>
      </w:r>
    </w:p>
    <w:p>
      <w:r>
        <w:t>Zone kesin.</w:t>
      </w:r>
    </w:p>
    <w:p>
      <w:r>
        <w:t>-   3 Pik   Kör 5’li, Pik 4’lü.</w:t>
      </w:r>
    </w:p>
    <w:p>
      <w:r>
        <w:t>(El kuvvetli ise sıçrayarak ters majör söylenir ki kuvvetli el yere açılmasın)</w:t>
        <w:br/>
        <w:t>1 NT açışına Cevapçıda 0-7 veya 0-6  Puan olduğu zaman 5-4 Majör olsa bile 5’li majörümüze transfer yapılır ve sonrasında Pas geçilir.</w:t>
      </w:r>
    </w:p>
    <w:p>
      <w:r>
        <w:t>Rakiplerde kötü dağılmış bir koz olduğunu biliyorsanız, kozun uzun olduğu taraftan çakmaktan çekinmeyin.</w:t>
      </w:r>
    </w:p>
    <w:p>
      <w:r>
        <w:t>Q9XXX                                     KQX                                             KQXX</w:t>
      </w:r>
    </w:p>
    <w:p/>
    <w:p>
      <w:r>
        <w:br/>
        <w:t>JXX                                          ATXX                                            ATXX</w:t>
      </w:r>
    </w:p>
    <w:p>
      <w:r>
        <w:t>QTXXX                                      V9X                                              V9XX</w:t>
      </w:r>
    </w:p>
    <w:p/>
    <w:p>
      <w:r>
        <w:t>KXX                                       QXXXX                                            QXXX</w:t>
      </w:r>
    </w:p>
    <w:p>
      <w:r>
        <w:t>Tamamında onörün yanındaki küçük onöre doğru gecikmeli oynayın.</w:t>
      </w:r>
    </w:p>
    <w:p>
      <w:r>
        <w:t>11.06.2020</w:t>
      </w:r>
    </w:p>
    <w:p>
      <w:r>
        <w:t>Oynamaya başlamadan önce sırasıyla aşağıdakilerden biri ya da birden fazlası var mı diye mutlaka bakılmalıdır:</w:t>
        <w:br/>
        <w:t>Kaç üzerine kayıp kart atabileceğin kart/kartlar var mı?</w:t>
      </w:r>
    </w:p>
    <w:p>
      <w:r>
        <w:t>Çak Kısa kozun olduğu yerden çakılacak bir kısalık var mı?</w:t>
      </w:r>
    </w:p>
    <w:p>
      <w:r>
        <w:t>Çek Kozları çek</w:t>
      </w:r>
    </w:p>
    <w:p>
      <w:r>
        <w:t>Aşağıdaki konuşmalardan biri yapılırsa limittir.</w:t>
      </w:r>
    </w:p>
    <w:p>
      <w:r>
        <w:t>Pas geçilebilir.</w:t>
      </w:r>
    </w:p>
    <w:p>
      <w:r>
        <w:t>Ortağının Pas geçmesi  istenmiyorsa bunlardan biri yapılmamalıdır.</w:t>
      </w:r>
    </w:p>
    <w:p>
      <w:r>
        <w:t>Tutuş</w:t>
        <w:br/>
        <w:t>Tekrar</w:t>
        <w:br/>
        <w:t>NT</w:t>
      </w:r>
    </w:p>
    <w:p>
      <w:r>
        <w:br/>
        <w:t>1 Karo açan oyuncu ortağının majörünü tutmadıysa Karosu %100 4’lüdür.</w:t>
      </w:r>
    </w:p>
    <w:p>
      <w:r>
        <w:t>3’lü olamaz.</w:t>
      </w:r>
    </w:p>
    <w:p>
      <w:r>
        <w:t>18.06.2020</w:t>
        <w:br/>
        <w:t>Büyüğü dışarıdayken bir taraftaki onöre doğru oynandığında, o onör kazanırsa  artık diğer onör kazanmayacağından ikinci turda elden ve yerden küçük verilir.</w:t>
      </w:r>
    </w:p>
    <w:p>
      <w:r>
        <w:t>KXXX</w:t>
      </w:r>
    </w:p>
    <w:p/>
    <w:p>
      <w:r>
        <w:br/>
        <w:t>QXXX</w:t>
      </w:r>
    </w:p>
    <w:p>
      <w:r>
        <w:br/>
        <w:t>1 Trefl – 1 Pik</w:t>
        <w:br/>
        <w:t>2 Trefl – 2 Karo      Cevapçı 3.renk yaparsa oyunu açandan elini tarif</w:t>
        <w:br/>
        <w:t>tarif etmesini ister.</w:t>
      </w:r>
    </w:p>
    <w:p>
      <w:r>
        <w:t>2 Pik       Ortağın ilk rengi 3’lü ise onu söyler</w:t>
        <w:br/>
        <w:t>2 Kör      Ortağın rengi 3’lü değil, diğer Majör 4’lü ise onu söyler</w:t>
        <w:br/>
        <w:t>2 NT       Ortağın rengi 3’lü değil, diğer Majör 4’lü değil ve</w:t>
        <w:br/>
        <w:t>konuşulmamış rengi kesiyorsa, dengeliye yakın elle NT der</w:t>
        <w:br/>
        <w:t>3 Karo    Ortağın rengi 3lü değil, diğer Majör 4lü değil,</w:t>
        <w:br/>
        <w:t>Karo 4lü ise 3 karo der</w:t>
        <w:br/>
        <w:t>3 Trefl    Bunların hiçbirini diyemiyorsa kendi rengini söyler</w:t>
      </w:r>
    </w:p>
    <w:p/>
    <w:p>
      <w:r>
        <w:t>El vererek kaçma işini yapma:</w:t>
        <w:br/>
        <w:t>KQX</w:t>
      </w:r>
    </w:p>
    <w:p/>
    <w:p>
      <w:r>
        <w:t>XX</w:t>
        <w:br/>
        <w:t>Yere doğru bir tur oynanır, K konur.</w:t>
      </w:r>
    </w:p>
    <w:p>
      <w:r>
        <w:t>Tekrar yere doğru oynanır, rakip Asını koyunca yerden küçük verilir.</w:t>
      </w:r>
    </w:p>
    <w:p>
      <w:r>
        <w:t>Sonra yere geçip, Q’a elden istenmeyen bir kart atılır.</w:t>
      </w:r>
    </w:p>
    <w:p>
      <w:r>
        <w:t>20.06.2020</w:t>
      </w:r>
    </w:p>
    <w:p>
      <w:r>
        <w:t>Zayıf açılışı yapıldığında zayıf el ile araya girilmez.</w:t>
      </w:r>
    </w:p>
    <w:p>
      <w:r>
        <w:t>2 Pik – 3 Karo (zayıf el, uzun karo ile olmaz)</w:t>
        <w:br/>
        <w:t>1 Pik – 3 Karo (zayıf el, uzun karo ile araya girilebilir)</w:t>
      </w:r>
    </w:p>
    <w:p>
      <w:r>
        <w:t>Rakibin yan rengi iyi durdurulmuyorsa koz atak edilmez.</w:t>
      </w:r>
    </w:p>
    <w:p>
      <w:r>
        <w:t>Rakibin yan rengi iyi ise o zaman koz atak edilir.</w:t>
      </w:r>
    </w:p>
    <w:p>
      <w:r>
        <w:t>1 NT – 3 Trefl  Minörler 5-5  Zayıf</w:t>
        <w:br/>
        <w:t>3 Karo  Minörler 5-5  Kuvvetli</w:t>
        <w:br/>
        <w:t>3 Kör    Minörler 5-4  Kör Tek</w:t>
        <w:br/>
        <w:t>3 Pik     Minörler 5-4  Pik Tek</w:t>
      </w:r>
    </w:p>
    <w:p>
      <w:r>
        <w:t>1 NT’ye transfer ettikten sonra adet ve güç anlatılmalıdır.</w:t>
      </w:r>
    </w:p>
    <w:p>
      <w:r>
        <w:t>1 NT – 2 Kör</w:t>
        <w:br/>
        <w:t>2 Pik – 3 Pik    6’lı Pik Zon oynayalım mı?</w:t>
      </w:r>
    </w:p>
    <w:p>
      <w:r>
        <w:t>4 Pik    Zone oynayacak kadar gücüm var.</w:t>
      </w:r>
    </w:p>
    <w:p>
      <w:r>
        <w:t>07.</w:t>
      </w:r>
    </w:p>
    <w:p>
      <w:r>
        <w:t>07.2020</w:t>
      </w:r>
    </w:p>
    <w:p>
      <w:r>
        <w:t>1 Kör  -  1 Pik</w:t>
        <w:br/>
        <w:t>2 Kör    (Kör kesin 6’lı)</w:t>
        <w:br/>
        <w:t>Cevapçı açanın renginin bir üstünü söylediğinde, açanın renk tekrarı kesin 6’lıdır.</w:t>
      </w:r>
    </w:p>
    <w:p>
      <w:r>
        <w:t>Ancak;</w:t>
        <w:br/>
        <w:t>1 trefl  -  1 Pik</w:t>
        <w:br/>
        <w:t>2 trefl   (Bu 2 trefl 5li olabilir.</w:t>
      </w:r>
    </w:p>
    <w:p>
      <w:r>
        <w:t>Çünkü açan 1 pike 2 karo ya da 2 kör derse reverse olur.</w:t>
      </w:r>
    </w:p>
    <w:p>
      <w:r>
        <w:t>Diyemeyecek kadar gücü varsa rengini tekrarlamak zorunda kalır)</w:t>
      </w:r>
    </w:p>
    <w:p>
      <w:r>
        <w:t>Oynarken hem elden hem yerden çakma durumu olduğunda önce yan renkteki onörler çekilmelidir.</w:t>
      </w:r>
    </w:p>
    <w:p>
      <w:r>
        <w:t>11.07.2020</w:t>
      </w:r>
    </w:p>
    <w:p>
      <w:r>
        <w:t>D           K            B            G</w:t>
        <w:br/>
        <w:t>1 Karo   Kontr    3 Karo      Kontr   (Ortak sen söyle demek.</w:t>
      </w:r>
    </w:p>
    <w:p>
      <w:r>
        <w:t>Ceza değil)</w:t>
        <w:br/>
        <w:t>Rakibin anlaştığı renge KONTR ceza değildir!</w:t>
      </w:r>
    </w:p>
    <w:p>
      <w:r>
        <w:t>KQVX</w:t>
      </w:r>
    </w:p>
    <w:p/>
    <w:p>
      <w:r>
        <w:t>XXX</w:t>
        <w:br/>
        <w:t>Bu rengi mümkünse hep küçükten büyüğe doğru oynanmalı.</w:t>
      </w:r>
    </w:p>
    <w:p>
      <w:r>
        <w:t>DEFANS HAMLELERİ</w:t>
      </w:r>
    </w:p>
    <w:p>
      <w:r>
        <w:t>KQ9XX</w:t>
      </w:r>
    </w:p>
    <w:p>
      <w:r>
        <w:t>TX</w:t>
        <w:tab/>
        <w:t>AJX</w:t>
      </w:r>
    </w:p>
    <w:p>
      <w:r>
        <w:t>XXX</w:t>
        <w:br/>
        <w:t>Rakibin üzerindeki AVX olduğu zaman Oynayanı yanıltmak için  ilk sefer A’ı koymayarak güzel bir defansif hamle yapılır.</w:t>
      </w:r>
    </w:p>
    <w:p>
      <w:r>
        <w:t>KQTX</w:t>
      </w:r>
    </w:p>
    <w:p>
      <w:r>
        <w:t>VXX</w:t>
        <w:tab/>
        <w:t>AXX</w:t>
      </w:r>
    </w:p>
    <w:p>
      <w:r>
        <w:t>XXX</w:t>
        <w:br/>
        <w:t>Oynayan ilk tur yerden K koyduğunda ona küçük verilebilir.</w:t>
      </w:r>
    </w:p>
    <w:p>
      <w:r>
        <w:t>Oynayan A’nın kimde olduğunu bilmiyor.</w:t>
      </w:r>
    </w:p>
    <w:p>
      <w:r>
        <w:t>Ele geçip gene yere doğru oynayacak.</w:t>
      </w:r>
    </w:p>
    <w:p>
      <w:r>
        <w:t>Eğer A ile alınırsa oynayan ikinci seferde yerden T koyar.</w:t>
      </w:r>
    </w:p>
    <w:p>
      <w:r>
        <w:t>Oysa ki ilk seferde A konmazsa yerden Q koyar ve A ile ezilir.</w:t>
      </w:r>
    </w:p>
    <w:p>
      <w:r>
        <w:t>Ortağının Valesi büyük kalır.</w:t>
      </w:r>
    </w:p>
    <w:p>
      <w:r>
        <w:t>QXX                          QX                               QXXX</w:t>
      </w:r>
    </w:p>
    <w:p>
      <w:r>
        <w:t>QXX</w:t>
      </w:r>
    </w:p>
    <w:p>
      <w:r>
        <w:t>AXXX                     AXXXX                         AXXXXX</w:t>
      </w:r>
    </w:p>
    <w:p>
      <w:r>
        <w:t>As çek, Q’a git    Baştan A çekmeden         Baştan A çek.</w:t>
      </w:r>
    </w:p>
    <w:p>
      <w:r>
        <w:t>Q’a doğru oyna        Çekmemek çok saçma</w:t>
      </w:r>
    </w:p>
    <w:p>
      <w:r>
        <w:br/>
        <w:t>Renk uzadıkça A çekip, Q’a doğru oynamak gerekir.</w:t>
      </w:r>
    </w:p>
    <w:p>
      <w:r>
        <w:t>Renk kısaldıkça önce Q’a doğru.</w:t>
      </w:r>
    </w:p>
    <w:p>
      <w:r>
        <w:t>(Vers la dame)</w:t>
      </w:r>
    </w:p>
    <w:p/>
    <w:p>
      <w:r>
        <w:t>1 Karo / 1 trefl açışına</w:t>
        <w:br/>
        <w:t>2 Kör ya da 2 Pik sıçrayarak cevap vermek     Zayıf,  3-6 Puan</w:t>
        <w:br/>
        <w:t>6’lı renk   gösterir</w:t>
      </w:r>
    </w:p>
    <w:p>
      <w:r>
        <w:t>Atağı aldıktan sonra elimizde kalanı sanki kendimiz atak ediyormuş gibi düşünebiliriz.</w:t>
      </w:r>
    </w:p>
    <w:p>
      <w:r>
        <w:t>QVXX ile ilk tur V konur, bir daha oynarken X ile gidilir ancak QVX ise dönüşte Q ile gidilir.</w:t>
      </w:r>
    </w:p>
    <w:p>
      <w:r>
        <w:t>D           K            B            G</w:t>
        <w:br/>
        <w:t>1 Karo      Pas        1 Pik       Pas</w:t>
        <w:br/>
        <w:t>2 Trefl                     3 Trefl  (Zon daveti)</w:t>
        <w:br/>
        <w:t>4 Trefl  (Şilem daveti)</w:t>
        <w:br/>
        <w:t>5 Trefl  (Oyun)</w:t>
        <w:br/>
        <w:t>Şileme gelindiği zaman, Kontr atılırsa yerin ilk söylediği rengi atak et anlamına gelir.</w:t>
      </w:r>
    </w:p>
    <w:p>
      <w:r>
        <w:t>Rakip araya girince transferi alma zorunluluğu ortadan kalkar</w:t>
      </w:r>
    </w:p>
    <w:p>
      <w:r>
        <w:t>D           K            B            G</w:t>
        <w:br/>
        <w:t>1 NT       Pas</w:t>
        <w:br/>
        <w:t>2 Karo     Kontr     2 Kör   (Senin Körünü 3’lü tutuyorum)</w:t>
        <w:br/>
        <w:t>Pas      (Senin Körünü tutmuyorum, Kör 2’li)</w:t>
        <w:br/>
        <w:t>Sür Kontr (Bende çok iyi 5’li Kör var)</w:t>
      </w:r>
    </w:p>
    <w:p>
      <w:r>
        <w:t>Cevapçı 4.renk yaptığında zon kesin, elini anlat demek.</w:t>
      </w:r>
    </w:p>
    <w:p>
      <w:r>
        <w:t>Açan; eğer Majör ise onun renginden başlayarak 3’lü ise gösterir.</w:t>
      </w:r>
    </w:p>
    <w:p>
      <w:r>
        <w:t>İlk söylediği renk Majör ise kendi elinde 3’lü varsa onu söylemek zorunda.</w:t>
      </w:r>
    </w:p>
    <w:p>
      <w:r>
        <w:t>Kendi rengi 5’li ise onu tekrar eder.</w:t>
      </w:r>
    </w:p>
    <w:p>
      <w:r>
        <w:t>Kesiyorsa NT der.</w:t>
      </w:r>
    </w:p>
    <w:p>
      <w:r>
        <w:t>16.07.2020</w:t>
      </w:r>
    </w:p>
    <w:p>
      <w:r>
        <w:t>3 Pik   -    4 Kör                   Kör oynayalım demek,</w:t>
        <w:br/>
        <w:t>3 Pik   -    4 Trefl/ 4 Karo   Forsing , açan Pas diyemez.</w:t>
      </w:r>
    </w:p>
    <w:p>
      <w:r>
        <w:t>4 Pik ile oyun açmak için eğer zonda değilsek, 8-9’lu renk olmak zorunda değil.</w:t>
      </w:r>
    </w:p>
    <w:p>
      <w:r>
        <w:t>7’li iyi Pik + Singleton   ya da   7-4 el ile de 4 Pik açılabilir.</w:t>
      </w:r>
    </w:p>
    <w:p>
      <w:r>
        <w:t>1 NT açılışına yapılan Minör transferlerinde eğer rengi tutuyorsak,</w:t>
        <w:br/>
        <w:t>bir altını söyleriz.</w:t>
      </w:r>
    </w:p>
    <w:p>
      <w:r>
        <w:t>1 NT     –    2NT  ( Karoya Transfer)</w:t>
        <w:br/>
        <w:t>3 Trefl  (Karoyu tutuyorum)</w:t>
        <w:br/>
        <w:t>Onör 3’lü var ise tutulur.</w:t>
      </w:r>
    </w:p>
    <w:p>
      <w:r>
        <w:t>Minöre transfer eden cevapçıda minör 6’lıdır.</w:t>
      </w:r>
    </w:p>
    <w:p>
      <w:r>
        <w:t>18.07.2020</w:t>
      </w:r>
    </w:p>
    <w:p>
      <w:r>
        <w:t>1 Pik    –  2 Kör  (Zone kesin)</w:t>
        <w:br/>
        <w:t>Ama 1 Karo –  2 Kör  (Zayıf)</w:t>
      </w:r>
    </w:p>
    <w:p>
      <w:r>
        <w:br/>
        <w:t>Oynarken hem elde hem yerde kısalık varsa, önce yan renklerdeki alacaklar alınır, sonra elden ve yerden çakılır,  koza el sürülmez.</w:t>
      </w:r>
    </w:p>
    <w:p>
      <w:r>
        <w:t>Oynarken dikkat edilmesi gereken en önemli 2 konu:</w:t>
        <w:br/>
        <w:t>Atağı analiz et</w:t>
        <w:br/>
        <w:t>Kozları say</w:t>
      </w:r>
    </w:p>
    <w:p/>
    <w:p>
      <w:r>
        <w:t>1 Minör açanın rebidi  1 NT olursa           Çok sınırlı 13-14 puan</w:t>
        <w:br/>
        <w:t>1 Minör açanın rebidi  2 Minör olursa      12-15 puan (Reverse yapamadığı için renk tekrarı olabilir)</w:t>
        <w:br/>
        <w:t>1 Minör açanın rebidi yeni renk olursa     12-18 puan</w:t>
      </w:r>
    </w:p>
    <w:p>
      <w:r>
        <w:br/>
        <w:t>Herkesin konuştuğu durumlarda onları oynatmamak için 4 seviyesinde konuşulmaz.</w:t>
      </w:r>
    </w:p>
    <w:p>
      <w:r>
        <w:t>Kontratın yapılabileceğine inanılırsa söylenir, baraj olsun diye konuşulmaz.</w:t>
      </w:r>
    </w:p>
    <w:p>
      <w:r>
        <w:t>Rakipler 4 Kör dediğinde 4 Pik denebilir.</w:t>
      </w:r>
    </w:p>
    <w:p>
      <w:r>
        <w:t>2-3 batar göze alınabilir, çünkü aksi durumda onlar zon yapabilirler.</w:t>
      </w:r>
    </w:p>
    <w:p>
      <w:r>
        <w:t>Ama onlar 3 Pik dediğinde 4 Trefl/4 Karo ya da 4 Kör denmez.</w:t>
      </w:r>
    </w:p>
    <w:p>
      <w:r>
        <w:t>Söylenirse bu yapmak içindir.</w:t>
      </w:r>
    </w:p>
    <w:p>
      <w:r>
        <w:t>Zon yapmayan bir kontrat olduğunda 4 seviyesinde baraj olmaz.</w:t>
      </w:r>
    </w:p>
    <w:p>
      <w:r>
        <w:t>Zon yapan bir konuşmaya baraj yapılabilir.</w:t>
      </w:r>
    </w:p>
    <w:p>
      <w:r>
        <w:t>Ayrıca biz zonda, rakipler zonda değilse baraj yapılmaz.</w:t>
      </w:r>
    </w:p>
    <w:p>
      <w:r>
        <w:t>1 Kör – 3 Pik Splinter ( Pike özel 3 seviyesinde olur çünkü 4 dersen zon seviyesine geçmiş olursun)</w:t>
        <w:br/>
        <w:t>Ortağı Splinter yaptığında açanın elinde singleton’un karşısında hiç puan yoksa idealdir.</w:t>
      </w:r>
    </w:p>
    <w:p>
      <w:r>
        <w:t>Koz fiti varken ortağının kısalığında puan olmaması çok değerlidir.</w:t>
      </w:r>
    </w:p>
    <w:p>
      <w:r>
        <w:t>B               K            D              G</w:t>
        <w:br/>
        <w:t>1 Karo      1 Pik           X          Kör var demek</w:t>
        <w:br/>
        <w:t>2 Pik       Pas         Pas            3 Kör     Çok kör var. B               K            D              G</w:t>
        <w:br/>
        <w:t>1 Karo            X          Pas           Pas</w:t>
        <w:br/>
        <w:t>2 Trefl  (X atıp, üzerine renk söylenirse, Pilav üstü döner, 17-19 puan)</w:t>
        <w:br/>
        <w:t>2  Karo (X atıp, üzerine Cube bid yapılırsa, 20+ Puan)</w:t>
      </w:r>
    </w:p>
    <w:p>
      <w:r>
        <w:br/>
        <w:t>Oynarken 2 renk sağlamak gerekiyorsa, hangi renkte büyük onör dışarıda ise, öncelik ona verilir.</w:t>
      </w:r>
    </w:p>
    <w:p>
      <w:r>
        <w:t>Davet edecek kadar bile puan yok.</w:t>
      </w:r>
    </w:p>
    <w:p>
      <w:r>
        <w:t>6-7-8 puan</w:t>
      </w:r>
    </w:p>
    <w:p>
      <w:r>
        <w:t>1 Karo        Pas        2 Kör     6’lı Kör 3-6 puan</w:t>
        <w:br/>
        <w:t>3 Kör    7’li Kör 3-6 puan</w:t>
        <w:br/>
        <w:t>1 Karo      1 Pik        3 Kör    6’li Kör 9-11 puan</w:t>
      </w:r>
    </w:p>
    <w:p/>
    <w:p>
      <w:r>
        <w:t>Bir tarafta kozun uzun olduğu biliniyorsa mümkün olduğu kadar çok çakmaya çalışılır.</w:t>
      </w:r>
    </w:p>
    <w:p>
      <w:r>
        <w:t>Yani kozun uzun olduğu taraftan da çakılır.</w:t>
      </w:r>
    </w:p>
    <w:p>
      <w:r>
        <w:t>25.07.2020</w:t>
      </w:r>
    </w:p>
    <w:p>
      <w:r>
        <w:br/>
        <w:t>Steyman yapan oyuncu, ortağı ne derse desin 4 NT derse KANTİTATİFtir.</w:t>
      </w:r>
    </w:p>
    <w:p>
      <w:r>
        <w:t>1 NT                                             2 Trefl</w:t>
        <w:br/>
        <w:t>2 Karo/2 Kör/ 2 Pik                   4 NT</w:t>
      </w:r>
    </w:p>
    <w:p>
      <w:r>
        <w:t>Dikkat:  Key Kart sorusu değilir! 1 NT                                             2 Trefl</w:t>
        <w:br/>
        <w:t>2 Kör/ 2 Pik                                 3 Pik / 3 Kör</w:t>
      </w:r>
    </w:p>
    <w:p>
      <w:r>
        <w:t>Ters Majörü söylemek, senin majörünü tutuyorum, şileme gitmek istiyorum demektir.</w:t>
      </w:r>
    </w:p>
    <w:p>
      <w:r>
        <w:t>6NT oynamak istiyor</w:t>
        <w:br/>
        <w:t>Min.</w:t>
      </w:r>
    </w:p>
    <w:p>
      <w:r>
        <w:t>El ile Pas geçilebilir ya da 6NT denir.</w:t>
      </w:r>
    </w:p>
    <w:p>
      <w:r>
        <w:t>-------------------------------------------------------------</w:t>
        <w:br/>
        <w:t>AQXX     Sıra var. -------------------------------------------------------------</w:t>
        <w:br/>
        <w:t>AJ9X      4’lü sıra var. ------------------------------------------------------------</w:t>
        <w:br/>
        <w:t>Fit verirken Reverse olmaz! -------------------------------------------------------</w:t>
        <w:br/>
        <w:t>ATX        Oynayan başlarsa sadece A alır. -------------------------------------------------------</w:t>
        <w:br/>
        <w:t>K9X        Oynayan başlarsa sadece 1 el alır. -------------------------------------------------------------------------------------</w:t>
        <w:br/>
        <w:t>AXXX</w:t>
        <w:br/>
        <w:t>KQTX</w:t>
        <w:br/>
        <w:t>K çekilir. -------------------------------------------------------------------------------------</w:t>
        <w:br/>
        <w:t>KQXX</w:t>
        <w:br/>
        <w:t>ATXX</w:t>
        <w:br/>
        <w:t>K ve Q çekilir. ---------------------------------------------------------------------------------</w:t>
        <w:br/>
        <w:t>AKJTX              A çekilir. ------------------------------------------------------------</w:t>
        <w:br/>
        <w:t>AQ9X     Burada J ile başlanabilir çünkü 9’lu var. -------------------------------------------------------------------------------</w:t>
        <w:br/>
        <w:t>Kontrol sayıları toplam 12 ‘dir. ------------------------------------------------------------------------------------</w:t>
        <w:br/>
        <w:t>T8XX                Sıra var. -----------------------------------------------------------------</w:t>
        <w:br/>
        <w:t>Dbl’a cevap verirken de yeni renk forsing olmaz. ------------------------------------------------------------------------------------</w:t>
        <w:br/>
        <w:t>AT8X                 Sıra var. --------------------------------------------------</w:t>
        <w:br/>
        <w:t>AQXXX       Önce A çekilir,</w:t>
        <w:br/>
        <w:t>XXXX         Sonra Q’a doğru oynanır. --------------------------------------------------</w:t>
        <w:br/>
        <w:t>AQXX         Önce A çekilir,</w:t>
        <w:br/>
        <w:t>XXXX          Sonra Q’a doğru oynanır. ------------------------------------------------------------------------------------</w:t>
        <w:br/>
        <w:t>A8X</w:t>
        <w:br/>
        <w:t>QT9XX</w:t>
        <w:br/>
        <w:t>Sıra var ezmeye çalışılır. ---------------------------------------------------</w:t>
        <w:br/>
        <w:t>QXX               Önce Q’a doğru oynanır</w:t>
        <w:br/>
        <w:t>Sonra elden yerden X verilir. ------------------------------------------------------------------</w:t>
        <w:br/>
        <w:t>1NT               2♣</w:t>
        <w:br/>
        <w:t>2♥            2♠  Davet Eli, 4’lü♠var ------------------------------------------------------------------</w:t>
        <w:br/>
        <w:t>1♠       2♣</w:t>
        <w:br/>
        <w:t>2♥       3♥ Fit var,13+Tp var, Slam’a gidelim mi ? ------------------------------------------------------------------------------------</w:t>
        <w:br/>
        <w:t>AQTXX     Burada J oynanmaz, X oynanır T konur. ---------------------------------------------------------</w:t>
      </w:r>
    </w:p>
    <w:p>
      <w:r>
        <w:t>Ortağın Majörünü tutuyor ve Şilem oynamak oynamak istiyorsa,</w:t>
        <w:br/>
        <w:t>ters majör söylenir. ------------------------------------------------------------------------------------</w:t>
        <w:br/>
        <w:t>T8X                  AK’nın karşısından T ya da 8 oynanır. ------------------------------------------------------------------------------             O yüzden ♣ 5’li değilse, 4’lü♠ gösterilmez, 1NT denir. ----------------------------------------------------------------------------------</w:t>
        <w:br/>
        <w:t>Açan ♠’i tutuyor ve key card sormak istiyorsa 3 ters majör der. ---------------------------------------------------------------------------------</w:t>
        <w:br/>
        <w:t>Ama elde ya da yerde 9’lu olursa, yerden büyükle başlamak gerekir. -------------------------------------------------------------------------------------</w:t>
        <w:br/>
        <w:t>AQX</w:t>
        <w:br/>
        <w:t>KXX</w:t>
      </w:r>
    </w:p>
    <w:p>
      <w:r>
        <w:t>Burada Doğu K ile almaz ise, Q’ı alma şansını yitirir. -------------------------------------------------------------------------------------</w:t>
        <w:br/>
        <w:t>AKXXX</w:t>
      </w:r>
    </w:p>
    <w:p>
      <w:r>
        <w:br/>
        <w:t>QTXX</w:t>
        <w:br/>
        <w:t>Onör T’nun olduğu taraftaki onör hemen kullanılmaz! -------------------------------------------------------------------------------</w:t>
        <w:br/>
        <w:t>1♣        1♦       1♠       2♦</w:t>
        <w:br/>
        <w:t>Dbl   ‘’Bende 3’lü ♠var’’ anlamına gelir. ------------------------------------------------------------------------------------</w:t>
        <w:br/>
        <w:t>KQXX</w:t>
      </w:r>
    </w:p>
    <w:p>
      <w:r>
        <w:t>ATXX   K ve Q çekilir,rakiplerin verdiğine bakılır.AT korunur. ------------------------------------------------------------------------------------</w:t>
        <w:br/>
        <w:t>AKXX</w:t>
      </w:r>
    </w:p>
    <w:p>
      <w:r>
        <w:t>QTXX   A ve K çekilir,rakiplerin verdiğine bakılır.QT korunur. -------------------------------------------------------------------------------------</w:t>
        <w:br/>
        <w:t>Yerde tek onör olduğunda alma reddedilir, bağışlanırsa zarar edilir. ---------------------------------------------------------------------------------------------</w:t>
        <w:br/>
        <w:t>1♦           1♠</w:t>
        <w:br/>
        <w:t>2♦  ♠AK♥KQ ♦AXXXXX♣XXX</w:t>
        <w:br/>
        <w:t>Böyle bir elle 2♦ denebilir. ------------------------------------------------------------------------------</w:t>
        <w:br/>
        <w:t>Honneur – Sur Honneur yapmak sevilmelidir ancak dikkat</w:t>
        <w:br/>
        <w:t>Sıranın üzerine oturulmaz ! -------------------------------------------------------------------------------------</w:t>
        <w:br/>
        <w:t>AXXX                     AXXX</w:t>
      </w:r>
    </w:p>
    <w:p>
      <w:r>
        <w:t>KXX                       KXXX</w:t>
        <w:br/>
        <w:t>1 tur elden ve yerden küçük oynanır. -------------------------------------------------------------------------------------</w:t>
        <w:br/>
        <w:t>AQJ</w:t>
        <w:br/>
        <w:t>KXX</w:t>
        <w:br/>
        <w:t>Oynayan yerden V koyduğunda Doğu elden K koymak zorunda değildir, bir sonraki turda Q’ı K ile alabilir. ------------------------------------------------------------------------------------</w:t>
        <w:br/>
        <w:t>AKVTX          NT oynarken de aynı şekide 2 kez empas yapılır</w:t>
        <w:br/>
        <w:t>XX</w:t>
      </w:r>
    </w:p>
    <w:p/>
    <w:p>
      <w:r>
        <w:t>2,5 Sıra olduğunda sıranın başından atak edilir. ------------------------------------------------------------------------------------</w:t>
        <w:br/>
        <w:t>AKVTXX       A çekilirse, 2 kez empas yapma imkanı olmadığı için</w:t>
        <w:br/>
        <w:t>9X               A çekmeden direkt 2 kez empas yapılır. ----------------------------------------------------------------------------------------------</w:t>
      </w:r>
    </w:p>
    <w:p>
      <w:r>
        <w:t>1 NT ‘ye transfer yapan oyuncu , sonraki konuşmasında 3 seviyesinde yeni bir renk söylerse ZONE kesin demektir. ---------------------------------------------------------------------------------</w:t>
        <w:br/>
        <w:t>ROPI   Rdbl = 0 − Pas = 1</w:t>
        <w:br/>
        <w:t>4NT ile A sorulduğunda rakip Dbl derse;</w:t>
        <w:br/>
        <w:t>RDbl  0 Key card</w:t>
        <w:br/>
        <w:t>P        1 Key card</w:t>
        <w:br/>
        <w:t>En ucuz konuşma  2 key card gösterir. ---------------------------------------------------------------------------------</w:t>
        <w:br/>
        <w:t>1NT           2♣</w:t>
        <w:br/>
        <w:t>2♦         4NT Kantitatif , Slam Daveti</w:t>
      </w:r>
    </w:p>
    <w:p>
      <w:r>
        <w:br/>
        <w:t>1♣           2♦ Zayıf El, 6’lı♦, 3-5 HP</w:t>
      </w:r>
    </w:p>
    <w:p>
      <w:r>
        <w:t>Inverted Minor yapan kişide 4’lü Majör olmaz. ------------------------------------------------------------</w:t>
        <w:br/>
        <w:t>AJ97                               AJTX</w:t>
        <w:br/>
        <w:t>QT8                                Q9X</w:t>
      </w:r>
    </w:p>
    <w:p>
      <w:r>
        <w:t>2 over 1 yapıldığı zaman, renkte sıçramak, ‘’sende bu renk tek bile olsa slam’a gidebiliriz’’ demektir. -----------------------------------------------------------------------------------------</w:t>
        <w:br/>
        <w:t>1♦              1♠</w:t>
        <w:br/>
        <w:t>1NT                 2♣Yeni minor,Forcing,açan konuşmak zorunda</w:t>
        <w:br/>
        <w:t>2NT/3♣</w:t>
      </w:r>
    </w:p>
    <w:p>
      <w:r>
        <w:t>Koz oyunlarında atak edereken; koz uzunsa, eldeki uzun renk atak edilir. --------------------------------------------------------------------------</w:t>
        <w:br/>
        <w:t>1♦      1♥      Dbl       P</w:t>
        <w:br/>
        <w:t>1NT12-14Hp</w:t>
      </w:r>
    </w:p>
    <w:p/>
    <w:p>
      <w:r>
        <w:br/>
        <w:t>Araya giren Dbl + Renk söylerse  Kuvvetli</w:t>
        <w:br/>
        <w:t>Cevapçı Dbl + Renk söylerse  Zayıf</w:t>
      </w:r>
    </w:p>
    <w:p>
      <w:r>
        <w:t>1♥      1♠      Dbl</w:t>
        <w:br/>
        <w:t>2♥       P          2♠       3♦</w:t>
      </w:r>
    </w:p>
    <w:p/>
    <w:p>
      <w:r>
        <w:t>1♦      1NT      2♠Çok puan var demek değil!! -------------------------------------------------------------------------</w:t>
        <w:br/>
        <w:t>1♥                                   2♣</w:t>
        <w:br/>
        <w:t>2♦                                   3♥</w:t>
        <w:br/>
        <w:t>4♠/5♣/5♦ Exclusion   Koz belli,sıçrama var, 4♠ ve üzeri</w:t>
      </w:r>
    </w:p>
    <w:p>
      <w:r>
        <w:br/>
        <w:t>ATX               J tarafından X oynanır, elden T konur</w:t>
      </w:r>
    </w:p>
    <w:p>
      <w:r>
        <w:t>JXXXX            Sonra A çekilir. ---------------------------------------------------------------</w:t>
        <w:br/>
        <w:t>P/4♠ 6-7Hp, 6-7 tane♠</w:t>
      </w:r>
    </w:p>
    <w:p>
      <w:r>
        <w:t>1 Majör açışına;</w:t>
        <w:br/>
        <w:t>Küçük rengi sıçrayarak söylemek 9-11 Hp, İyi 6’lı renk</w:t>
        <w:br/>
        <w:t>Büyük rengi sıçrayarak söylemek Zayıf</w:t>
      </w:r>
    </w:p>
    <w:p>
      <w:r>
        <w:br/>
        <w:t>1♠         P         P         1NT  11-15Hp, ♠var</w:t>
        <w:br/>
        <w:t>2♣4’lü majör sorar</w:t>
        <w:br/>
        <w:t>2♦♥ ‘e transfer</w:t>
        <w:br/>
        <w:t>2♠♣ ‘e transfer</w:t>
        <w:br/>
        <w:t>2NT 4’lü majör olmasına rağmen saklayabilir.</w:t>
      </w:r>
    </w:p>
    <w:p>
      <w:r>
        <w:t>1 Kör      2 Trefl</w:t>
        <w:br/>
        <w:t>2  Kör     4 Kör       ( Bende açış Puanı var, zon oynarız)</w:t>
        <w:br/>
        <w:t>3 Kör       ( İstersen Şilem oynayalım)</w:t>
      </w:r>
    </w:p>
    <w:p>
      <w:r>
        <w:br/>
        <w:t>1 Trefl       1 Pik</w:t>
        <w:br/>
        <w:t>1 NT          2 Kör      5’li Pik, 4’lü Kör var.</w:t>
      </w:r>
    </w:p>
    <w:p>
      <w:r>
        <w:t>Buna açan Rebidi 1NT olduğu için Pas geçebilir</w:t>
      </w:r>
    </w:p>
    <w:p>
      <w:r>
        <w:t>K dışarıda ise kaç sayılırsa sayılsın Empas atılır.</w:t>
      </w:r>
    </w:p>
    <w:p>
      <w:r>
        <w:t>10 saydığımızda rakiplerde dağılım; 1-2, 2-1, 0-3, 3-0 olabilir.</w:t>
      </w:r>
    </w:p>
    <w:p>
      <w:r>
        <w:t>K’nın tek olma şansı daha düşüktür.</w:t>
      </w:r>
    </w:p>
    <w:p>
      <w:r>
        <w:t>O yüzden EMPAS yapılmalı.</w:t>
      </w:r>
    </w:p>
    <w:p>
      <w:r>
        <w:t>TXXX</w:t>
      </w:r>
    </w:p>
    <w:p/>
    <w:p>
      <w:r>
        <w:t>AJ9XX</w:t>
        <w:br/>
        <w:t>Bu durumda çift empas yapılır.</w:t>
      </w:r>
    </w:p>
    <w:p>
      <w:r>
        <w:t>Yerden T , sonra elden V konur.</w:t>
      </w:r>
    </w:p>
    <w:p/>
    <w:p>
      <w:r>
        <w:t>01.08.2020</w:t>
      </w:r>
    </w:p>
    <w:p>
      <w:r>
        <w:t>Çok az puanla koz oynadığında löve sayılmalıdır.</w:t>
      </w:r>
    </w:p>
    <w:p>
      <w:r>
        <w:t>El kaptırmadan alacaklarını alarak kontratı yapmaya çalışmak gerekir.</w:t>
      </w:r>
    </w:p>
    <w:p>
      <w:r>
        <w:t>QTX             -----   Defanstayken Q oynayıp, V’yi yutmak iyidir.</w:t>
      </w:r>
    </w:p>
    <w:p>
      <w:r>
        <w:t>K9XX</w:t>
        <w:tab/>
        <w:t>V</w:t>
      </w:r>
    </w:p>
    <w:p>
      <w:r>
        <w:t>AXXXX</w:t>
      </w:r>
    </w:p>
    <w:p/>
    <w:p>
      <w:r>
        <w:t>Kaçma işlemini yapmak üzere oynarken, rakip büyük kozla çaktığında;</w:t>
        <w:br/>
        <w:t>üzerine alıcı kozla çakılmamalı, kaçılacak kart kaçılmalıdır.</w:t>
      </w:r>
    </w:p>
    <w:p>
      <w:r>
        <w:t>1 Karo   -   2 Pik       6’lı Pik, 3-6 Puan gösterir.</w:t>
      </w:r>
    </w:p>
    <w:p>
      <w:r>
        <w:t>Normalde cevap vermeyecek el var demektir.</w:t>
      </w:r>
    </w:p>
    <w:p>
      <w:r>
        <w:t>2 tane Pas ‘tan sonra konuşan 3.</w:t>
      </w:r>
    </w:p>
    <w:p>
      <w:r>
        <w:t>Kişi daha özgürdür, açış puanı olmadan da konuşabilir.</w:t>
      </w:r>
    </w:p>
    <w:p>
      <w:r>
        <w:t>B                    K                D                   G</w:t>
        <w:br/>
        <w:t>P                   1 NT</w:t>
        <w:br/>
        <w:t>2 Kör                X                   P                   3 Karo</w:t>
        <w:br/>
        <w:t>P                    3 Kör             P                   3 NT</w:t>
      </w:r>
    </w:p>
    <w:p>
      <w:r>
        <w:t>X   :    Davet.</w:t>
      </w:r>
    </w:p>
    <w:p>
      <w:r>
        <w:t>‘’Zon oynayalım mı?</w:t>
      </w:r>
    </w:p>
    <w:p>
      <w:r>
        <w:t>Renk söyle.’’</w:t>
        <w:br/>
        <w:t>Neden kendisi 3 Karo demedi?</w:t>
      </w:r>
    </w:p>
    <w:p>
      <w:r>
        <w:t>Zon kesin değil diye.</w:t>
      </w:r>
    </w:p>
    <w:p>
      <w:r>
        <w:t>3 Kör : Cue bid.</w:t>
      </w:r>
    </w:p>
    <w:p>
      <w:r>
        <w:t>Ortak Karo deyince hoşuna gitti;</w:t>
        <w:br/>
        <w:t>‘’Zone oynarız,  Körü kesiyorsan 3 NT de’’.</w:t>
      </w:r>
    </w:p>
    <w:p>
      <w:r>
        <w:t>Cevapçı kontr atıp renk söylerse uzun renk ve az puan gösterir.</w:t>
      </w:r>
    </w:p>
    <w:p>
      <w:r>
        <w:t>Ama araya giren kontr atıp renk söylerse uzun renk ve çok puan gösterir.</w:t>
      </w:r>
    </w:p>
    <w:p>
      <w:r>
        <w:t>Oynarken dışarıdaki As hangi rakipte diye tahmin ediliyorsa, o rakip 2.</w:t>
      </w:r>
    </w:p>
    <w:p>
      <w:r>
        <w:t>Pozisyona konmalıdır.</w:t>
      </w:r>
    </w:p>
    <w:p>
      <w:r>
        <w:t>08.08.2020</w:t>
      </w:r>
    </w:p>
    <w:p/>
    <w:p>
      <w:r>
        <w:t>B                    K                D              G</w:t>
        <w:br/>
        <w:t>1 Kör             X               XX   Fit yok, güç var demek</w:t>
      </w:r>
    </w:p>
    <w:p/>
    <w:p/>
    <w:p>
      <w:r>
        <w:t>Araya girerken;  5’li majör var ve puan 11’den az ise</w:t>
        <w:br/>
        <w:t>daima o renk ile araya girilir, kontr denmez.</w:t>
      </w:r>
    </w:p>
    <w:p>
      <w:r>
        <w:t>29.08.2020</w:t>
      </w:r>
    </w:p>
    <w:p>
      <w:r>
        <w:t>1 Karo   -    2 Kör</w:t>
        <w:br/>
        <w:t>1 Kör     -    2 Pik</w:t>
        <w:br/>
        <w:t>Açanın renginden daha pahalı olan rengi cevapçı sıçrayarak 2 seviyesinde söylerse ZAYIF tır.</w:t>
      </w:r>
    </w:p>
    <w:p>
      <w:r>
        <w:t>( 3-7 puan) Rakip zonda siz değilken daha az bile olabilir.</w:t>
      </w:r>
    </w:p>
    <w:p>
      <w:r>
        <w:t>Söylenen renk ALTILIDIR.</w:t>
      </w:r>
    </w:p>
    <w:p>
      <w:r>
        <w:t>Eğer ikinci rengin uzun renginden daha pahalı ise 5-4 dağılıma sahip eller ile de NT açılabilinir.</w:t>
      </w:r>
    </w:p>
    <w:p>
      <w:r>
        <w:t>5’li Karo, 4’lü Kör</w:t>
        <w:br/>
        <w:t>5’li Trefl, 4’lü Karo vb…</w:t>
      </w:r>
    </w:p>
    <w:p>
      <w:r>
        <w:t>05.09.2020</w:t>
      </w:r>
    </w:p>
    <w:p>
      <w:r>
        <w:br/>
        <w:t>JX</w:t>
      </w:r>
    </w:p>
    <w:p>
      <w:r>
        <w:t>Atak: X</w:t>
      </w:r>
    </w:p>
    <w:p>
      <w:r>
        <w:t>AXXX</w:t>
        <w:br/>
        <w:t>Yerden V’yi koymak gerekir.</w:t>
      </w:r>
    </w:p>
    <w:p>
      <w:r>
        <w:t>Elde AXXX yerine AXX ya da AKX de olsa gene yerden V konur.</w:t>
      </w:r>
    </w:p>
    <w:p>
      <w:r>
        <w:t>Elde  ve yerde eşdeğer onörler olursa uzaktan almaya çalışılır ama</w:t>
        <w:br/>
        <w:t>yerde onör yalnız kalacaksa, o zaman yerdeki onör konur ve şans denenir.</w:t>
      </w:r>
    </w:p>
    <w:p>
      <w:r>
        <w:t>QTX</w:t>
      </w:r>
    </w:p>
    <w:p/>
    <w:p>
      <w:r>
        <w:t>9X</w:t>
        <w:br/>
        <w:t>Eşdeğer onörler olduğu için yerden X konur.</w:t>
      </w:r>
    </w:p>
    <w:p>
      <w:r>
        <w:t>4NT ile key card sorduktan sonra 7 ile ilgili isek, 5NT ile grand slam araştırması yapılır.</w:t>
      </w:r>
    </w:p>
    <w:p>
      <w:r>
        <w:t>Grand Slam Try denir.</w:t>
      </w:r>
    </w:p>
    <w:p>
      <w:r>
        <w:t>Türkiye’de genellikle 5NT’ye K sorusu denir ama aslında Grand Slam denemesidir.</w:t>
      </w:r>
    </w:p>
    <w:p>
      <w:r>
        <w:t>Örneğin; sağlanması gereken 2 renkten birinde A dışarıda, diğerinde VT dışarıda ise, önce A dışarıda olan oynanır.</w:t>
      </w:r>
    </w:p>
    <w:p>
      <w:r>
        <w:t>15.09.2020</w:t>
      </w:r>
    </w:p>
    <w:p/>
    <w:p/>
    <w:p/>
    <w:p>
      <w:r>
        <w:br/>
        <w:t>Bu el ile tutuş, kendi rengini tekrar, NT denirse, ortak PAS diyebilir.</w:t>
      </w:r>
    </w:p>
    <w:p>
      <w:r>
        <w:t>Zonu garanti altına almak için 4.</w:t>
      </w:r>
    </w:p>
    <w:p>
      <w:r>
        <w:t>Renk yapmak lazım.</w:t>
      </w:r>
    </w:p>
    <w:p>
      <w:r>
        <w:t>Elinde Kör olmasa da Kör denir.</w:t>
      </w:r>
    </w:p>
    <w:p>
      <w:r>
        <w:t>Oynayan Doğu.</w:t>
      </w:r>
    </w:p>
    <w:p>
      <w:r>
        <w:t>Son 5 karta girildiğinde oynayan (DOĞU) ve rakip (GÜNEY)’in elleri aşağıdaki gibidir :</w:t>
        <w:br/>
        <w:t>D                                              G</w:t>
        <w:br/>
        <w:t>Pik    X                                       Pik   -</w:t>
        <w:br/>
        <w:t>Kör    X                                      Kör   V</w:t>
        <w:br/>
        <w:t>Karo  –                                      Karo  Q</w:t>
        <w:br/>
        <w:t>Trefl KV                                     Trefl QT</w:t>
        <w:br/>
        <w:t>Oynayan kör ile eli rakibe vermelidir.</w:t>
      </w:r>
    </w:p>
    <w:p>
      <w:r>
        <w:t>Rakip Karosunu çekecek.</w:t>
      </w:r>
    </w:p>
    <w:p>
      <w:r>
        <w:t>Sonra mecburen trefl gelecek.</w:t>
      </w:r>
    </w:p>
    <w:p>
      <w:r>
        <w:t>Böylece oynayan son 2 eli alır.</w:t>
      </w:r>
    </w:p>
    <w:p>
      <w:r>
        <w:t>K             D              G               B</w:t>
        <w:br/>
        <w:t>1 Trefl</w:t>
        <w:br/>
        <w:t>1 Karo                     2 Kör         JUMP REVERSE</w:t>
        <w:br/>
        <w:t>İlk renk 5’li  , ikinci renk 4’lü</w:t>
        <w:br/>
        <w:t>çok kuvvetli el.</w:t>
      </w:r>
    </w:p>
    <w:p>
      <w:r>
        <w:t>Reverse’den daha kuvvetli</w:t>
      </w:r>
    </w:p>
    <w:p>
      <w:r>
        <w:br/>
        <w:t>Kontr atan kişi , normal bir ele sahipse bir daha konuşmaz.</w:t>
      </w:r>
    </w:p>
    <w:p>
      <w:r>
        <w:t>Ancak ortağı Cue-bid yaparsa tekrar konuşur.</w:t>
      </w:r>
    </w:p>
    <w:p>
      <w:r>
        <w:t>Normal el = 13-15Puan</w:t>
        <w:br/>
        <w:t>Tutmadığınız için konuşmaya devam etmeyin!</w:t>
      </w:r>
    </w:p>
    <w:p>
      <w:r>
        <w:t>Kontr atıp renk söylemek o renk bende en az 5’li demek.</w:t>
      </w:r>
    </w:p>
    <w:p>
      <w:r>
        <w:t>(Pilav üstü döner)    17-20 puan.</w:t>
      </w:r>
    </w:p>
    <w:p>
      <w:r>
        <w:t>Rakiplerin konuştuğu bir renge önce PAS deyip sonra rakipler</w:t>
        <w:br/>
        <w:t>bir kontrata geldiğinde,  KONTR denirse bu kontr Ceza Kontr’udur.</w:t>
      </w:r>
    </w:p>
    <w:p>
      <w:r>
        <w:t>Yukarıdaki durumda Batının eli ile oyuncuların çoğu bunu anlamakta</w:t>
        <w:br/>
        <w:t>zorluk çeker.</w:t>
      </w:r>
    </w:p>
    <w:p>
      <w:r>
        <w:t>Açanın her iki rengini de tutmuyoruz ama tutmadığımız için</w:t>
        <w:br/>
        <w:t>Körü tekrarlamamalıyız.</w:t>
      </w:r>
    </w:p>
    <w:p>
      <w:r>
        <w:t>İkisi de aynı adette olduğu için açanın ilk rengine</w:t>
        <w:br/>
        <w:t>döneriz.</w:t>
      </w:r>
    </w:p>
    <w:p>
      <w:r>
        <w:t>19.09.2020</w:t>
      </w:r>
    </w:p>
    <w:p>
      <w:r>
        <w:t>Cevapçı açanın 2.</w:t>
      </w:r>
    </w:p>
    <w:p>
      <w:r>
        <w:t>Rengine PAS geçerse atak KOZ olmalıdır.</w:t>
      </w:r>
    </w:p>
    <w:p>
      <w:r>
        <w:t>Çünkü oynayan hep karşılıklı çakmaya oynayabilir.</w:t>
      </w:r>
    </w:p>
    <w:p>
      <w:r>
        <w:t>Rakip araya girdikten sonra söylenen renkler 5’li olur.</w:t>
      </w:r>
    </w:p>
    <w:p>
      <w:r>
        <w:t>Sadece</w:t>
        <w:br/>
        <w:t>1 Trefl – 1 Karo – 1 Kör  (Kör 4’lü olabilir)</w:t>
      </w:r>
    </w:p>
    <w:p>
      <w:r>
        <w:t>1 Trefl – 1 Karo – KONTR (4-4 Majörler var anlamına gelir)</w:t>
      </w:r>
    </w:p>
    <w:p>
      <w:r>
        <w:br/>
        <w:t>Majör renkte 5-3 Fit olduğunda bazen 3NT oynanabilir ama</w:t>
        <w:br/>
        <w:t>Taraflardan biri dengesizse ve Fit var ise NT oynanmaz!</w:t>
      </w:r>
    </w:p>
    <w:p>
      <w:r>
        <w:t>4-4 Fit olduğunda her zaman 4 Majör oynanır.</w:t>
      </w:r>
    </w:p>
    <w:p>
      <w:r>
        <w:t>22.09.2020</w:t>
      </w:r>
    </w:p>
    <w:p/>
    <w:p>
      <w:r>
        <w:t>D                     G                     B                  K</w:t>
        <w:br/>
        <w:t>1 Kör                Kontr              4 Kör           PAS       şeklinde deklare edildi ve 7 Kör yapıldı.</w:t>
      </w:r>
    </w:p>
    <w:p>
      <w:r>
        <w:t>Güney’in Kontr dememesi gerekirdi.</w:t>
      </w:r>
    </w:p>
    <w:p>
      <w:r>
        <w:t>Yeterli puanı yok.</w:t>
      </w:r>
    </w:p>
    <w:p>
      <w:r>
        <w:t>Güney Kontr dediğinde Batının Sür Kontr demesi gerekirdi.</w:t>
      </w:r>
    </w:p>
    <w:p>
      <w:r>
        <w:t>Kuvvetli olduğunu belli edecek.</w:t>
      </w:r>
    </w:p>
    <w:p>
      <w:r>
        <w:t>Sonra tekrar konuşarak FIT verebilir.</w:t>
      </w:r>
    </w:p>
    <w:p>
      <w:r>
        <w:t>1 Kör              Kontr              Sür Kontr           PAS</w:t>
        <w:br/>
        <w:t>Güney Kontr demeseydi Batının 2 Trefl demesi gerekirdi.</w:t>
      </w:r>
    </w:p>
    <w:p>
      <w:r>
        <w:t>Kuvvetli el, sonra tekrar konuşarak FIT verebilir.</w:t>
      </w:r>
    </w:p>
    <w:p>
      <w:r>
        <w:t>D                     G                     B                  K</w:t>
        <w:br/>
        <w:t>3 Karo             Pas</w:t>
        <w:br/>
        <w:t>Pas                  3 NT</w:t>
        <w:br/>
        <w:t>Bu el, Pik empası yapılarak 6 Karo olur.</w:t>
      </w:r>
    </w:p>
    <w:p>
      <w:r>
        <w:t>Kuzeyin Kör Q oynaması, oynayana (Doğu) avantaj sağlar.</w:t>
      </w:r>
    </w:p>
    <w:p>
      <w:r>
        <w:t>Yerden Kör T oynadığında,  Kuzey V’yi koyarsa, Doğu  A ile ezer, Kör 9 büyük kalır.</w:t>
      </w:r>
    </w:p>
    <w:p>
      <w:r>
        <w:t>Kör rengini oynayan (Doğu)  kendisi oynarsa, bu renkten 2 el alabilir ama rakip oynarsa  3 el alır.</w:t>
      </w:r>
    </w:p>
    <w:p>
      <w:r>
        <w:t>As’lı,  Rua’lı, Koz onörlerine sahip eller, Kontrollü Ellerdir.</w:t>
      </w:r>
    </w:p>
    <w:p>
      <w:r>
        <w:t>Damlı, Valeli eller Kontrolsüzdür.</w:t>
      </w:r>
    </w:p>
    <w:p>
      <w:r>
        <w:t>1 Majör    -    3 Karo   ( 6-7’li karo , 9-11 Puan)</w:t>
        <w:br/>
        <w:t>1 Majör    -    2 NT      (13+ Puan, 4’lü Fit, dengeli el)   JACOBY</w:t>
      </w:r>
    </w:p>
    <w:p>
      <w:r>
        <w:br/>
        <w:t>4-4 Fit , 5-3 Fitten daha iyidir.</w:t>
      </w:r>
    </w:p>
    <w:p>
      <w:r>
        <w:t>Rakip NT ile araya girdiğinde  (dikkat açtığında değil!)</w:t>
      </w:r>
    </w:p>
    <w:p>
      <w:r>
        <w:t>ona atılan KONTR cezadır.</w:t>
      </w:r>
    </w:p>
    <w:p>
      <w:r>
        <w:t>(yapamazsınız demek)</w:t>
      </w:r>
    </w:p>
    <w:p>
      <w:r>
        <w:br/>
        <w:t>Majörde anlaştıktan sonra söylenen yeni renk zone denemesidir.</w:t>
      </w:r>
    </w:p>
    <w:p>
      <w:r>
        <w:t>TRIAL BID</w:t>
        <w:br/>
        <w:t>1 Kör   -   2 Kör</w:t>
        <w:br/>
        <w:t>2 Pik                        Körler , Pikler var.</w:t>
      </w:r>
    </w:p>
    <w:p>
      <w:r>
        <w:t>Pikten yardımın varsa   Zone oynayalım</w:t>
      </w:r>
    </w:p>
    <w:p>
      <w:r>
        <w:t>1 Kör   -   2 Kör</w:t>
        <w:br/>
        <w:t>2NT                         NT açacak kadar güç var, dengeli el.</w:t>
      </w:r>
    </w:p>
    <w:p>
      <w:r>
        <w:t>Zone oynayalım mı?</w:t>
      </w:r>
    </w:p>
    <w:p>
      <w:r>
        <w:t>Yapay konuşmalara atılan kontrlar o rengin atak edilmesini ister.</w:t>
      </w:r>
    </w:p>
    <w:p>
      <w:r>
        <w:t>Açanın 1.</w:t>
      </w:r>
    </w:p>
    <w:p>
      <w:r>
        <w:t>Ve 2.</w:t>
      </w:r>
    </w:p>
    <w:p>
      <w:r>
        <w:t>Konuşmalarında NT demesi dengeli el gösterir.</w:t>
      </w:r>
    </w:p>
    <w:p>
      <w:r>
        <w:t>Ancak 3.</w:t>
      </w:r>
    </w:p>
    <w:p>
      <w:r>
        <w:t>Ve 4.</w:t>
      </w:r>
    </w:p>
    <w:p>
      <w:r>
        <w:t>Konuşmalarında NT demesi dengeli el vaat etmez.</w:t>
      </w:r>
    </w:p>
    <w:p>
      <w:r>
        <w:t>Cevapçının tüm durumlarda NT demesi dengeli el vaat etmez.</w:t>
      </w:r>
    </w:p>
    <w:p>
      <w:r>
        <w:t>Briçte   AVT9X   -  XXX  en az puanla en çok el alınabilen bir durumdur.</w:t>
      </w:r>
    </w:p>
    <w:p>
      <w:r>
        <w:t>2 defa yerden oynayarak 4 el almak mümkündür.</w:t>
      </w:r>
    </w:p>
    <w:p>
      <w:r>
        <w:t>26.09.2020</w:t>
      </w:r>
    </w:p>
    <w:p/>
    <w:p>
      <w:r>
        <w:t>Bu elde; konuşmalar esnasında Kuzeyin, Batının Pik deklarasyonuna Negatif Kontr atmasından elinde 4 adet kör olduğu bilindiği için, Kör rengi oynanırken yere doğru kör oynayıp K konmalı, ikinci turda elden yerden küçük konmalıdır.</w:t>
      </w:r>
    </w:p>
    <w:p>
      <w:r>
        <w:t>Koz oynanırken, koz onörüne onör sür onör yapmadan önce bana ya da ortağa büyük kalacak mı diye</w:t>
        <w:br/>
        <w:t>çok düşünülmesi gerekir.</w:t>
      </w:r>
    </w:p>
    <w:p>
      <w:r>
        <w:t>Genelde koz oynanırken onör sür onör yapılmaz.</w:t>
      </w:r>
    </w:p>
    <w:p>
      <w:r>
        <w:t>Ancak ortakta kozun uzun olduğu biliniyorsa yapılır.</w:t>
      </w:r>
    </w:p>
    <w:p>
      <w:r>
        <w:t>2 Zayıf açışına cevapçının 2 NT demesi ‘’Nasılsın?</w:t>
      </w:r>
    </w:p>
    <w:p>
      <w:r>
        <w:t>‘’ sorusudur.</w:t>
      </w:r>
    </w:p>
    <w:p>
      <w:r>
        <w:t>Açanın eli kötü ise rengini tekrar eder,</w:t>
        <w:br/>
        <w:t>iyi ise başka birşey söyler.</w:t>
      </w:r>
    </w:p>
    <w:p>
      <w:r>
        <w:t>2 Karo      –      2 NT</w:t>
        <w:br/>
        <w:t>3 Trefl / 3 Kör/ 3 Pik/ 3NT (Eli kötü değil)</w:t>
        <w:br/>
        <w:t>KXXX</w:t>
      </w:r>
    </w:p>
    <w:p/>
    <w:p>
      <w:r>
        <w:br/>
        <w:t>AV9XXX</w:t>
        <w:br/>
        <w:t>Oynarken As çekilmez.</w:t>
      </w:r>
    </w:p>
    <w:p>
      <w:r>
        <w:t>Elden küçük oynayıp, yerden K konur.</w:t>
      </w:r>
    </w:p>
    <w:p>
      <w:r>
        <w:t>Eldeki çatal korunur.</w:t>
      </w:r>
    </w:p>
    <w:p>
      <w:r>
        <w:t>Daha sonra ele, çatala doğru oynanır.</w:t>
      </w:r>
    </w:p>
    <w:p>
      <w:r>
        <w:t>DİKKAT!</w:t>
      </w:r>
    </w:p>
    <w:p>
      <w:r>
        <w:t>Cevapçı Kontr atıp ardından renk söylerse kuvvetli değil, zayıftır.</w:t>
      </w:r>
    </w:p>
    <w:p>
      <w:r>
        <w:t>Ama açan aynı şeyi yaparsa kuvvetlidir.</w:t>
      </w:r>
    </w:p>
    <w:p>
      <w:r>
        <w:t>1 NT açışına 2 NT Karo’ya Transferdir.</w:t>
      </w:r>
    </w:p>
    <w:p>
      <w:r>
        <w:t>Eğer normal 2NT cevabı verecek el var ise önce steyman yapıp, sonra 2 NT denir.</w:t>
      </w:r>
    </w:p>
    <w:p>
      <w:r>
        <w:t>1 NT               -        2 Trefl</w:t>
        <w:br/>
        <w:t>2Kör/2 Pik     -       2 NT</w:t>
      </w:r>
    </w:p>
    <w:p>
      <w:r>
        <w:t>1 NT açışına Cevapçının Minöre transfer yapabilmesi için minor renginin 6’lı olması gerekir.</w:t>
      </w:r>
    </w:p>
    <w:p>
      <w:r>
        <w:t>5’li Minörle transfer yapılmaz.</w:t>
      </w:r>
    </w:p>
    <w:p>
      <w:r>
        <w:t>1 NT açan, cevapçı minöre transfer yaptığında, o minörü tutuyorsa transferi kırıp, rengin bir altını söyler.</w:t>
      </w:r>
    </w:p>
    <w:p>
      <w:r>
        <w:t>1 NT     -    2 NT (Karoya transfer)</w:t>
        <w:br/>
        <w:t>3 Trefl (Karoyu tutuyor)</w:t>
      </w:r>
    </w:p>
    <w:p>
      <w:r>
        <w:t>1NT    -     2 Pik (Trefle transfer)</w:t>
        <w:br/>
        <w:t>2NT (Trefli tutuyor)</w:t>
      </w:r>
    </w:p>
    <w:p/>
    <w:p>
      <w:r>
        <w:t>W            N           E           S</w:t>
        <w:br/>
        <w:t>1 NT                    2 NT</w:t>
        <w:br/>
        <w:t>3 Trefl                 3 Karo</w:t>
        <w:br/>
        <w:t>PAS</w:t>
      </w:r>
    </w:p>
    <w:p>
      <w:r>
        <w:t>Bu elde oynayanın (E) Körü  ve Piki elde yerde bitirmesi lazım ki rakipler ya trefl oynamak ya da el çaka yer çakaya gelmek zorunda kalsınlar.</w:t>
      </w:r>
    </w:p>
    <w:p>
      <w:r>
        <w:t>07.10.2020</w:t>
      </w:r>
    </w:p>
    <w:p>
      <w:r>
        <w:t>2 Trefl                             -    2 Karo</w:t>
        <w:br/>
        <w:t>2 NT (23-24 Puan)           -     Steyman/ Transfer/Pas</w:t>
        <w:br/>
        <w:t>2 Trefl açan kişi açtıktan sonra NT’ya dönerse,</w:t>
        <w:br/>
        <w:t>cevapçı sanki NT açılmış gibi Steyman ve Transfer yapar.</w:t>
      </w:r>
    </w:p>
    <w:p>
      <w:r>
        <w:t>0 puanla PAS diyebilir.</w:t>
      </w:r>
    </w:p>
    <w:p>
      <w:r>
        <w:t>Oyun açanın üzerine 4NT ile araya girmek bende en az 6-5 Minörler var demektir.</w:t>
      </w:r>
    </w:p>
    <w:p>
      <w:r>
        <w:t>NT’ya atak ederken 3 boştan atak ediliyorsa en büyüğü ile çıkılabilir.</w:t>
      </w:r>
    </w:p>
    <w:p>
      <w:r>
        <w:t>10.10.2020</w:t>
      </w:r>
    </w:p>
    <w:p>
      <w:r>
        <w:t>Oyun açan,</w:t>
        <w:br/>
        <w:t>rakiplerden biri ya da her ikisi de konuşup, ortağı da PAS demişse,</w:t>
        <w:br/>
        <w:t>1NT rebidi yaparsa 18-19 puan gösterir.</w:t>
      </w:r>
    </w:p>
    <w:p>
      <w:r>
        <w:t>Yani ortak PAS dediğinde 2NT’ya sıçramaya gerek yoktur.</w:t>
      </w:r>
    </w:p>
    <w:p>
      <w:r>
        <w:t>B               K               D               G</w:t>
        <w:br/>
        <w:t>1 Karo      1 Kör         PAS         1 Pik</w:t>
        <w:br/>
        <w:t>1 NT     (18-19 Puan)</w:t>
      </w:r>
    </w:p>
    <w:p/>
    <w:p>
      <w:r>
        <w:t>Atak ederken AK sek ise bunu anlatmak için önce K , sonra A oynanır.</w:t>
      </w:r>
    </w:p>
    <w:p>
      <w:r>
        <w:t>AQT98 Elde ve yerdeyse hep asın karşısından başlanır.</w:t>
      </w:r>
    </w:p>
    <w:p>
      <w:r>
        <w:t>Önce valeyi sonra ruayı ezmeye çalışılır.</w:t>
      </w:r>
    </w:p>
    <w:p>
      <w:r>
        <w:t>14.10.2020</w:t>
      </w:r>
    </w:p>
    <w:p>
      <w:r>
        <w:t>B                 K                 D               G</w:t>
        <w:br/>
        <w:t>Pas          1 Trefl       1 Karo      1Kör/1 Pik   Majörler 4’lü olabilir.</w:t>
      </w:r>
    </w:p>
    <w:p>
      <w:r>
        <w:t>Açanda 5’li Majör ve 16 Puan varsa 2 minör ile yalancı deklerasyon yapabilir.</w:t>
      </w:r>
    </w:p>
    <w:p>
      <w:r>
        <w:t>1 Kör     -----        1 NT</w:t>
        <w:br/>
        <w:t>2 Trefl   -----       2 Kör</w:t>
        <w:br/>
        <w:t>3 Kör     -----       4 Kör</w:t>
      </w:r>
    </w:p>
    <w:p>
      <w:r>
        <w:br/>
        <w:t>Defansta iken kozu uzun olan defans oyuncusu rakibi kısaltmaya çalışır.</w:t>
      </w:r>
    </w:p>
    <w:p>
      <w:r>
        <w:t>Oynayanı temel elden çaktırmaya uğraşır.</w:t>
      </w:r>
    </w:p>
    <w:p>
      <w:r>
        <w:t>Her 12 puanı olan, 3 PAS’tan sonra sonuncu konumdayken oyun açmak zorunda değildir.</w:t>
      </w:r>
    </w:p>
    <w:p>
      <w:r>
        <w:t>17.10.2020</w:t>
      </w:r>
    </w:p>
    <w:p/>
    <w:p>
      <w:r>
        <w:t>1 Trefl     -    1 Kör</w:t>
        <w:br/>
        <w:t>2 NT   Kozu tutsak da tutmasak da dengeli el ve 18-19 puan varsa mutlaka 2 NT demek gerekir.</w:t>
      </w:r>
    </w:p>
    <w:p>
      <w:r>
        <w:t>Direkt  4 Kör demek ise  açanın gambling’i gibi olur.</w:t>
      </w:r>
    </w:p>
    <w:p>
      <w:r>
        <w:t>Uzun körler 14 puan civarı anlamına gelir.</w:t>
      </w:r>
    </w:p>
    <w:p>
      <w:r>
        <w:t>Oyun açanın üzerinde kuvvetli bir el varsa ve NT demişse, biraz daha az puanla konuşabiliriz.</w:t>
      </w:r>
    </w:p>
    <w:p>
      <w:r>
        <w:t>Çünkü puanların yerleri biliniyor, NT diyen oyun açanın puanlarını ezecektir.</w:t>
      </w:r>
    </w:p>
    <w:p>
      <w:r>
        <w:t>Oyunun ortasında ortak el alıp bir rengi küçük bir marka ile gelirse, el alındığında bu renk dönülmelidir.</w:t>
      </w:r>
    </w:p>
    <w:p>
      <w:r>
        <w:t>Encouraging.</w:t>
      </w:r>
    </w:p>
    <w:p>
      <w:r>
        <w:t>Bu durumda ortağa itaat etmek zorunludur.</w:t>
      </w:r>
    </w:p>
    <w:p>
      <w:r>
        <w:t>Defanstaki oyuncular oyun sonunda alabilecekleri elleri aldıklarını düşünüyorlarsa el çaka yer çaka oynamalıdırlar.</w:t>
      </w:r>
    </w:p>
    <w:p>
      <w:r>
        <w:t>Rakibin oynadığı renkte büyük bir kart koymak, ortağa ‘gerisi bende’ demektir.</w:t>
      </w:r>
    </w:p>
    <w:p>
      <w:r>
        <w:t>AX</w:t>
        <w:br/>
        <w:t>KXX                          Q8X</w:t>
      </w:r>
    </w:p>
    <w:p>
      <w:r>
        <w:t>JT9XX</w:t>
        <w:br/>
        <w:t>Rakip yerden küçük oynadığında  J konmalıdır ki ortağa treflin gerisi bizde mesajı verilebilsin.</w:t>
      </w:r>
    </w:p>
    <w:p>
      <w:r>
        <w:t>23.10.2020</w:t>
      </w:r>
    </w:p>
    <w:p>
      <w:r>
        <w:t>Defansta iken, rakip bir renge kart kaçtı ise, el alındığında o rengi (kaçılan) oynamak zarar getirmez.</w:t>
      </w:r>
    </w:p>
    <w:p>
      <w:r>
        <w:t>3 seviyesinde oyun açan oyuncunun elinde singleton olma olasılığı %85’tir.</w:t>
      </w:r>
    </w:p>
    <w:p>
      <w:r>
        <w:t>1 Pik   -    2 Trefl</w:t>
        <w:br/>
        <w:t>2 Pik   (Pik 5’li olabilir)</w:t>
      </w:r>
    </w:p>
    <w:p>
      <w:r>
        <w:t>1 Pik    -   2 Karo/ 2 Kör  5’li demektir.</w:t>
      </w:r>
    </w:p>
    <w:p>
      <w:r>
        <w:t>2 Trefl    Kısa olabilir</w:t>
      </w:r>
    </w:p>
    <w:p>
      <w:r>
        <w:t>Açan kişi ikinci konuşmasında reverse yapmaz ya da sıçramazsa  12-18 puanı vardır.</w:t>
      </w:r>
    </w:p>
    <w:p>
      <w:r>
        <w:t>1 Tefl – 1 Karo</w:t>
        <w:br/>
        <w:t>1 Kör     (En fazla 17 puanı olacağını kabul ederek, eğer zone yapma imkanı yoksa PAS geçilebilir)</w:t>
      </w:r>
    </w:p>
    <w:p>
      <w:r>
        <w:t>24.11.2020</w:t>
      </w:r>
    </w:p>
    <w:p>
      <w:r>
        <w:t>5 seviyesinde baraj yapmak için koz adedinin 10 adet olması gerekir.</w:t>
      </w:r>
    </w:p>
    <w:p>
      <w:r>
        <w:t>Baraj yaparken 2 konu çok önemlidir:</w:t>
        <w:br/>
        <w:t>Zone’da olmamak</w:t>
        <w:br/>
        <w:t>Koz adedi</w:t>
      </w:r>
    </w:p>
    <w:p/>
    <w:p>
      <w:r>
        <w:t>1 Karo  -   1 Pik</w:t>
        <w:br/>
        <w:t>3 Trefl  -   4 Karo</w:t>
        <w:br/>
        <w:t>4 NT     -   5  Trefl</w:t>
        <w:br/>
        <w:t>6 Karo</w:t>
        <w:br/>
        <w:t>Burada açan, ikinci konuşmasında 2NT diyemez, eli dengeli değil.</w:t>
      </w:r>
    </w:p>
    <w:p>
      <w:r>
        <w:t>Piki tutamaz , 4 adet değil.</w:t>
      </w:r>
    </w:p>
    <w:p>
      <w:r>
        <w:t>Karo tekrar edemez, ortağı Pas geçebilir.</w:t>
      </w:r>
    </w:p>
    <w:p>
      <w:r>
        <w:t>Ortağın konuşmasını sağlamak için yeni bir renkte sıçrıyor (3 Trefl) Ortak buna PAS geçemez.</w:t>
      </w:r>
    </w:p>
    <w:p>
      <w:r>
        <w:t>Defansta iken 1 onörlü olan renk , eğer  o renk yerde  aralıklı 2 onörlü ise;  o renk oynanmaz!</w:t>
      </w:r>
    </w:p>
    <w:p>
      <w:r>
        <w:t>Oynanırsa zarar edilir.</w:t>
      </w:r>
    </w:p>
    <w:p>
      <w:r>
        <w:t>JX   (Vale oynanmamalıdır)</w:t>
      </w:r>
    </w:p>
    <w:p>
      <w:r>
        <w:t>QT9X</w:t>
        <w:br/>
        <w:t>----------------------------------------------------------------------------------------------</w:t>
        <w:br/>
        <w:t>AQ9X</w:t>
      </w:r>
    </w:p>
    <w:p/>
    <w:p>
      <w:r>
        <w:br/>
        <w:t>JT87</w:t>
        <w:br/>
        <w:t>Önce 7’liyi çekip, yerden küçük verildi ise bir sonrasında J’yi çekmek şartdır ki el A’ın karşısında kalsın.</w:t>
      </w:r>
    </w:p>
    <w:p>
      <w:r>
        <w:t>1NT     -  2 Karo</w:t>
        <w:br/>
        <w:t>2 Kör    -  3 Trefl  (Zone kesin mesajı)</w:t>
        <w:br/>
        <w:t>4 Kör    -&gt; Min.</w:t>
      </w:r>
    </w:p>
    <w:p>
      <w:r>
        <w:t>El</w:t>
        <w:br/>
        <w:t>3 Kör    -&gt; Max.</w:t>
      </w:r>
    </w:p>
    <w:p>
      <w:r>
        <w:t>El (ortağına elin iyi ise, istiyorsan şileme gidebiliriz mesajı)</w:t>
      </w:r>
    </w:p>
    <w:p/>
    <w:p>
      <w:r>
        <w:br/>
        <w:t>W                     N                     E                 S</w:t>
        <w:br/>
        <w:t>1 NT             3 Trefl              3 Pik             Pas</w:t>
        <w:br/>
        <w:t>4 Trefl   (Cue-bid yaparak ortağını tuttuğunu belli eder)</w:t>
        <w:br/>
        <w:t>Bu oyun 7 Pik olur!</w:t>
      </w:r>
    </w:p>
    <w:p>
      <w:r>
        <w:t>W                     N                     E                 S</w:t>
        <w:br/>
        <w:t>PAS</w:t>
        <w:br/>
        <w:t>1 Karo            1 Kör              Dbl   -&gt;  4’lü Pik gösteriyor.</w:t>
      </w:r>
    </w:p>
    <w:p>
      <w:r>
        <w:t>Sputnik Kontr</w:t>
      </w:r>
    </w:p>
    <w:p>
      <w:r>
        <w:br/>
        <w:t>W                     N                     E                 S</w:t>
        <w:br/>
        <w:t>1 Karo            1 Kör              2 Trefl  -&gt; Forsing</w:t>
        <w:br/>
        <w:t>Cevapçı yeni renk söylerse Forsing dir</w:t>
        <w:br/>
        <w:t>Cevapçı Kontr atıp sonra renk söylerse Forsing değildir.</w:t>
      </w:r>
    </w:p>
    <w:p>
      <w:r>
        <w:t>Cevapçı NT deyip sonra renk söylerse Forsing değildir.</w:t>
      </w:r>
    </w:p>
    <w:p>
      <w:r>
        <w:t>Bu oyunda yan renklerin hiçbirisi iyi olmadığı ve kozun markaları da iyi olduğu için,  hiç koza girmeden oynanmalıdır.</w:t>
      </w:r>
    </w:p>
    <w:p>
      <w:r>
        <w:t>Elden Kör’e, yerden Trefl’e çakılır.</w:t>
      </w:r>
    </w:p>
    <w:p>
      <w:r>
        <w:t>Trefle 2 kere yerden çakma ihtiyacı olduğu için böyle oynamak daha doğrudur.</w:t>
      </w:r>
    </w:p>
    <w:p>
      <w:r>
        <w:t>Hem elden hem yerden çakarak oynamayı gerektiren ellerde önce alıcılar alınmalıi, sonra çakmaya başlanmalıdır.</w:t>
      </w:r>
    </w:p>
    <w:p>
      <w:r>
        <w:t>El çaka yer çaka oyunu seçebilmek için, yan renklerde büyükler dışarıda olmalı, sağlanabilir renk olmamalı, elde ve yerde farklı kısalıklar olmalı ve kozlar çok iyi olmalıdır.</w:t>
      </w:r>
    </w:p>
    <w:p>
      <w:r>
        <w:t>Kontrol gösterirken;  ataktan üst üste 2 el verilmeyecek renkler gösterilir.</w:t>
      </w:r>
    </w:p>
    <w:p>
      <w:r>
        <w:t>A , K , Singleton, Şigan  kontrol olarak gösterilir.</w:t>
      </w:r>
    </w:p>
    <w:p>
      <w:r>
        <w:t>05.11.2020</w:t>
      </w:r>
    </w:p>
    <w:p>
      <w:r>
        <w:t>B            K           D           G</w:t>
        <w:br/>
        <w:t>3♦        4♦  Majörler</w:t>
        <w:br/>
        <w:t>4♣   Trefl + 1 Majör (En az 5-5, genellikle 6-5)</w:t>
      </w:r>
    </w:p>
    <w:p>
      <w:r>
        <w:t>3♥        4♣  Trefl + Pik</w:t>
        <w:br/>
        <w:t>4NT Minörler</w:t>
      </w:r>
    </w:p>
    <w:p/>
    <w:p>
      <w:r>
        <w:t>1♠        2♣ ‘’Zone Kesin’’</w:t>
        <w:br/>
        <w:t>2 Over 1 zone kesin anlamına gelir.</w:t>
      </w:r>
    </w:p>
    <w:p>
      <w:r>
        <w:t>Ondan sonraki konuşmalar rahat yapılır,      zondan önce durulmayacağı bellidir.</w:t>
      </w:r>
    </w:p>
    <w:p>
      <w:r>
        <w:t>KTXX</w:t>
      </w:r>
    </w:p>
    <w:p>
      <w:r>
        <w:br/>
        <w:t>AQXX</w:t>
        <w:br/>
        <w:t>Önce A ve Q çekilir.</w:t>
      </w:r>
    </w:p>
    <w:p>
      <w:r>
        <w:t>K ve T tutulur.Onör ve 10’lu olduğunda her zaman bu ikili korunmaya çalışılır.</w:t>
      </w:r>
    </w:p>
    <w:p>
      <w:r>
        <w:t>AXXX</w:t>
      </w:r>
    </w:p>
    <w:p>
      <w:r>
        <w:br/>
        <w:t>QXXX</w:t>
        <w:br/>
        <w:t>Direkt Q’a doğru oynanmaz.</w:t>
      </w:r>
    </w:p>
    <w:p>
      <w:r>
        <w:t>Önce A çekilir, sonra Q’a doğru oynanır.</w:t>
      </w:r>
    </w:p>
    <w:p>
      <w:r>
        <w:t>Ortağın rengi 4’lü tutuluyorsa ve singleton varsa, ortağa fit verilmelidir.</w:t>
      </w:r>
    </w:p>
    <w:p>
      <w:r>
        <w:t>Fit ve dengesizlik olduğunda puan eksikliğinden çekinilmeyebilir.</w:t>
      </w:r>
    </w:p>
    <w:p>
      <w:r>
        <w:t>07.11.2020</w:t>
      </w:r>
    </w:p>
    <w:p>
      <w:r>
        <w:t>K ve J dışarıdaysa önce V’ye empas yapmak gerekir.</w:t>
      </w:r>
    </w:p>
    <w:p>
      <w:r>
        <w:t>TXX</w:t>
      </w:r>
    </w:p>
    <w:p/>
    <w:p>
      <w:r>
        <w:t>AQ98X</w:t>
        <w:br/>
        <w:t>2 defa yerden oynanmalıdır.</w:t>
      </w:r>
    </w:p>
    <w:p>
      <w:r>
        <w:t>Önce V’ye sonra K’ya empas yapılır.</w:t>
      </w:r>
    </w:p>
    <w:p>
      <w:r>
        <w:t>Koz atağı, rakipler ikinci renklerine oynuyorlarsa yapılabir.</w:t>
      </w:r>
    </w:p>
    <w:p>
      <w:r>
        <w:t>Ama basitçe tutuş ( 1 Pik – 2 Pik) ile anlaştıkları zaman koz atağı yapmak uygun değildir.</w:t>
      </w:r>
    </w:p>
    <w:p>
      <w:r>
        <w:t>1 NT          -      2NT   Karoya transfer</w:t>
        <w:br/>
        <w:t>3 Trefl    Karoyu tutuyorum</w:t>
        <w:br/>
        <w:t>3 Karo    Karoyu tutmuyorum</w:t>
        <w:br/>
        <w:t>1NT açışına 2 Pik diyerek Trefl’e ya da 2 NT diyerek Karoya transfer eden oyuncu, ikinci konuşmasında başka bir renk söylerse (3Kör/3Pik) bu renk tek, şileme gidelim mi anlamına gelir.</w:t>
      </w:r>
    </w:p>
    <w:p>
      <w:r>
        <w:t>B              K              D              G</w:t>
        <w:br/>
        <w:t>1 Karo          1 Pik                X               2 Karo  Cue-bid; Piki tutuyorum, kuvvetliyim</w:t>
        <w:br/>
        <w:t>3 Karo  Cue-bid’in biraz altı bir el.</w:t>
      </w:r>
    </w:p>
    <w:p>
      <w:r>
        <w:t>Piki 4’lü tutuyorum, 9-11 puan</w:t>
      </w:r>
    </w:p>
    <w:p/>
    <w:p>
      <w:r>
        <w:t>B              K              D              G</w:t>
        <w:br/>
        <w:t>1 Pik                X             3 Pik   Zayıf</w:t>
      </w:r>
    </w:p>
    <w:p>
      <w:r>
        <w:br/>
        <w:t>Q’lara ilk turda empas yapılmaz.</w:t>
      </w:r>
    </w:p>
    <w:p>
      <w:r>
        <w:t>2.</w:t>
      </w:r>
    </w:p>
    <w:p>
      <w:r>
        <w:t>Turda yapılır.</w:t>
      </w:r>
    </w:p>
    <w:p>
      <w:r>
        <w:t>V’lere ise 3.</w:t>
      </w:r>
    </w:p>
    <w:p>
      <w:r>
        <w:t>Turda yapılabilir.</w:t>
      </w:r>
    </w:p>
    <w:p>
      <w:r>
        <w:t>Sadece V dışarıda iken önce A ve K çekilir, gerekirse 3.</w:t>
      </w:r>
    </w:p>
    <w:p>
      <w:r>
        <w:t>Turda empas yapılabilir.</w:t>
      </w:r>
    </w:p>
    <w:p>
      <w:r>
        <w:t>Karo açışına, rakip araya girdiğinde, 4’lü karo varsa karo fiti çekinmeden verilebilir.</w:t>
      </w:r>
    </w:p>
    <w:p>
      <w:r>
        <w:t>Karo açanın elinde büyük ihtimalle karo 4’lüdür.</w:t>
      </w:r>
    </w:p>
    <w:p>
      <w:r>
        <w:t>İstisna: Majörler 4’lü, 3’lü karo, 2’li trefl</w:t>
      </w:r>
    </w:p>
    <w:p>
      <w:r>
        <w:br/>
        <w:t>VXXX’den atak etmek iyi değildir!</w:t>
      </w:r>
    </w:p>
    <w:p>
      <w:r>
        <w:t>12.11.2020    ♣ ♦♥♠</w:t>
      </w:r>
    </w:p>
    <w:p/>
    <w:p>
      <w:r>
        <w:t>2 NT      -      3 ♣  5’li Majör sorusu</w:t>
        <w:br/>
        <w:t>3 ♦  5’li Majör yok, 4’lü Majör var</w:t>
        <w:br/>
        <w:t>3 ♥  5’li Kör var</w:t>
        <w:br/>
        <w:t>3 ♠  5’li Pik var</w:t>
        <w:br/>
        <w:t>3 NT  5’li Majör yok, 4’lü Majör de yok</w:t>
      </w:r>
    </w:p>
    <w:p>
      <w:r>
        <w:t>2 NT açan, 3 ♣ sorusuna  3♦cevabı verdiyse, Cevapçı elindeki majörün tersini söyler.</w:t>
      </w:r>
    </w:p>
    <w:p>
      <w:r>
        <w:t>2 NT      -      3 ♣</w:t>
        <w:br/>
        <w:t>3 ♦     -       3 ♥  Pik var</w:t>
        <w:br/>
        <w:t>3 ♠    Kör var</w:t>
        <w:br/>
        <w:t>3 NT   Ben senin majörünle ilgilenmiyorum</w:t>
        <w:br/>
        <w:t>4 NT   Kantitatif.</w:t>
      </w:r>
    </w:p>
    <w:p>
      <w:r>
        <w:t>Şilem teklifi</w:t>
        <w:br/>
        <w:t>5 NT   Şilem seç</w:t>
        <w:br/>
        <w:t>6 NT   6 NT oynayalım</w:t>
      </w:r>
    </w:p>
    <w:p/>
    <w:p/>
    <w:p>
      <w:r>
        <w:br/>
        <w:t>2 ♦       -      2 NT  Nasılsın, iyi misin?</w:t>
      </w:r>
    </w:p>
    <w:p>
      <w:r>
        <w:t>3 ♦ Zayıf</w:t>
        <w:br/>
        <w:t>3 ♣   İyi, treflde birşeyler var</w:t>
        <w:br/>
        <w:t>3 ♥  İyi, körde birşeyler var</w:t>
        <w:br/>
        <w:t>3 ♠    İyi, pikte birşeyler var</w:t>
        <w:br/>
        <w:t>3 NT  Rengim kapalı ya da her renkte birşeyler var</w:t>
      </w:r>
    </w:p>
    <w:p/>
    <w:p>
      <w:r>
        <w:t>1 ♥    -      2 ♥</w:t>
        <w:br/>
        <w:t>3 ♦ Karodan yardımın varsa 4 Kör oynamak istiyorum Trial Bid</w:t>
        <w:br/>
        <w:t>Cevapçının elinde karo Onörlü, kısa ya da uzunsa yardım var kabul edilir.</w:t>
      </w:r>
    </w:p>
    <w:p>
      <w:r>
        <w:t>AX, KX, XX yararlı.</w:t>
      </w:r>
    </w:p>
    <w:p>
      <w:r>
        <w:t>En kötüsü XXX olmasıdır.</w:t>
      </w:r>
    </w:p>
    <w:p>
      <w:r>
        <w:t>1♥     -   2 ♣</w:t>
        <w:br/>
        <w:t>2♥ Kör 6’lı olmak zorunda değil.</w:t>
      </w:r>
    </w:p>
    <w:p>
      <w:r>
        <w:t>AKXXX</w:t>
      </w:r>
    </w:p>
    <w:p>
      <w:r>
        <w:br/>
        <w:t>JXX</w:t>
      </w:r>
    </w:p>
    <w:p>
      <w:r>
        <w:t>A çekip, V’ye doğru oynamak 4 el almak için daha garantili bir yöntemdir.</w:t>
      </w:r>
    </w:p>
    <w:p>
      <w:r>
        <w:t>5 el almak hedefleniyorsa A, K çekilir.</w:t>
      </w:r>
    </w:p>
    <w:p>
      <w:r>
        <w:t>Eğer kuzeyde AK9XX olsaydı, V’ye doğru oynamak 4 el almak için %100 doğru olurdu.</w:t>
      </w:r>
    </w:p>
    <w:p>
      <w:r>
        <w:t>NT oynarken bu pozisyonlar önemlidir.</w:t>
      </w:r>
    </w:p>
    <w:p>
      <w:r>
        <w:t>5 el almaya çalışırken 3 ele de inilebilir.</w:t>
      </w:r>
    </w:p>
    <w:p>
      <w:r>
        <w:t>O yüzden 4 el almak garanti ise ve 4 ele ihtiyaç varsa ona göre oynanır.</w:t>
      </w:r>
    </w:p>
    <w:p>
      <w:r>
        <w:t>Her türlü Kontr’dan sonra yeni renk ya da renk tekrarı yapılırken güç de belli edilir.</w:t>
      </w:r>
    </w:p>
    <w:p>
      <w:r>
        <w:t>B              K              D            G</w:t>
        <w:br/>
        <w:t>1♠            2♦        X</w:t>
        <w:br/>
        <w:t>3♦/3♥/3 ♠  Güçlü</w:t>
      </w:r>
    </w:p>
    <w:p/>
    <w:p/>
    <w:p>
      <w:r>
        <w:br/>
        <w:t>1 ♥     -      1♠</w:t>
        <w:br/>
        <w:t>2 ♣      -      2♥</w:t>
        <w:br/>
        <w:t>2 NT     -       3NT</w:t>
        <w:br/>
        <w:t>Buradaki 2 NT 16-17 puan demek.</w:t>
      </w:r>
    </w:p>
    <w:p>
      <w:r>
        <w:t>14.11.2020   ♣ ♦ ♥♠</w:t>
      </w:r>
    </w:p>
    <w:p/>
    <w:p>
      <w:r>
        <w:t>B           K           D           G</w:t>
        <w:br/>
        <w:t>1 ♠     2 ♥   2 seviyesinde araya giriş 11-16 puan ile limitlidir.</w:t>
      </w:r>
    </w:p>
    <w:p>
      <w:r>
        <w:t>Daha kuvvetli eller ile önce Kontr atılmalı, sonra renk</w:t>
        <w:br/>
        <w:t>söylenmelidir.</w:t>
      </w:r>
    </w:p>
    <w:p>
      <w:r>
        <w:t>Ortağın atak ettiği renkte, yerde onör olmadığı zaman 3.</w:t>
      </w:r>
    </w:p>
    <w:p>
      <w:r>
        <w:t>Oyuncu en büyüğünü koymalıdır.</w:t>
      </w:r>
    </w:p>
    <w:p>
      <w:r>
        <w:t>Genellikle de (%90) aynı renge devam etmelidir.</w:t>
      </w:r>
    </w:p>
    <w:p>
      <w:r>
        <w:t>19.11.2020</w:t>
      </w:r>
    </w:p>
    <w:p/>
    <w:p>
      <w:r>
        <w:t>Bu elde kozu (Kör) temizledikten sonra uzun yan renk olan karoya girilir.</w:t>
      </w:r>
    </w:p>
    <w:p>
      <w:r>
        <w:t>Elden 8’li gelinir, yerden küçük konur.</w:t>
      </w:r>
    </w:p>
    <w:p>
      <w:r>
        <w:t>Sonra tekrar elden V ile gidilir.</w:t>
      </w:r>
    </w:p>
    <w:p>
      <w:r>
        <w:t>21.11.2020</w:t>
      </w:r>
    </w:p>
    <w:p/>
    <w:p>
      <w:r>
        <w:br/>
        <w:t>N                        S</w:t>
        <w:br/>
        <w:t>1 ♥                2 ♣   (Zone forcing)</w:t>
        <w:br/>
        <w:t>2 ♥                3 ♥   (Slam’a gidiyoruz)</w:t>
        <w:br/>
        <w:t>3 ♠                4 ♦</w:t>
        <w:br/>
        <w:t>4 ♠                4 NT</w:t>
        <w:br/>
        <w:t>5 ♣                6 ♥</w:t>
      </w:r>
    </w:p>
    <w:p/>
    <w:p/>
    <w:p>
      <w:r>
        <w:t>E                    W</w:t>
        <w:br/>
        <w:t>1 ♦                1 NT</w:t>
        <w:br/>
        <w:t>2 ♣                3 ♦</w:t>
        <w:br/>
        <w:t>3 ♥                4 ♦</w:t>
        <w:br/>
        <w:t>5 ♦</w:t>
      </w:r>
    </w:p>
    <w:p/>
    <w:p>
      <w:r>
        <w:t>Zayıf 2  açan kişide 4’lü Majör olmamalıdır.</w:t>
      </w:r>
    </w:p>
    <w:p>
      <w:r>
        <w:t>Söylenecek renk bulunamadığında hep Trefl ile yalan söylenir.</w:t>
      </w:r>
    </w:p>
    <w:p>
      <w:r>
        <w:t>NT oynanırken defansta, el alındıktan sonra dönerken, tıpkı koz oyununa atak eder gibi dönülür.</w:t>
      </w:r>
    </w:p>
    <w:p>
      <w:r>
        <w:t>Elinde 9’lu ve 7’li varken, 9’lu ile, 9’lu,7’li,3’lü varken, 3’lü ile dönülür.</w:t>
      </w:r>
    </w:p>
    <w:p>
      <w:r>
        <w:t>NT oynanırken bloke kalmamak için bu kural çok önemlidir.</w:t>
      </w:r>
    </w:p>
    <w:p>
      <w:r>
        <w:t>Örneğin, ortak küçük bir kart oynuyorsa, ya 2 tane daha var, ya da bitti demektir.</w:t>
      </w:r>
    </w:p>
    <w:p>
      <w:r>
        <w:t>Kötü atak sıralaması (kötüden iyiye doğru)</w:t>
        <w:br/>
        <w:t>JXXX</w:t>
        <w:br/>
        <w:t>JX</w:t>
        <w:br/>
        <w:t>JXX</w:t>
        <w:br/>
        <w:t>Üç boştan atak etmek o kadar kötü değildir.</w:t>
      </w:r>
    </w:p>
    <w:p>
      <w:r>
        <w:t>3.</w:t>
      </w:r>
    </w:p>
    <w:p>
      <w:r>
        <w:t>Kart atak edilir.</w:t>
      </w:r>
    </w:p>
    <w:p>
      <w:r>
        <w:t>28.11.2020</w:t>
      </w:r>
    </w:p>
    <w:p>
      <w:r>
        <w:br/>
        <w:t>Koz oyunlarında, kozu 9 sayarken normalde A ve K çekilir ancak rakiplerden biri blokatif ya da zayıf açılış yaptıysa, onda kozun kısa olacağı varsayılarak, koz dağılımı 3-1 yani zayıf açanın ortağında uzun olduğu kabul edilip ona göre oynanır.</w:t>
      </w:r>
    </w:p>
    <w:p>
      <w:r>
        <w:t>Ortak sıçrayarak davet ettiğinde, renk söylenirse (renk tekrarı olsa bile) PAS diyemez.</w:t>
      </w:r>
    </w:p>
    <w:p>
      <w:r>
        <w:t>1♥    --   1♠</w:t>
        <w:br/>
        <w:t>3♥    --   4♣/4♦     Körü tutuyorum, istersen slam’a gidelim</w:t>
        <w:br/>
        <w:t>--   3♠            Körü tutmuyorum, Pikler var</w:t>
      </w:r>
    </w:p>
    <w:p>
      <w:r>
        <w:t>05.12.2020</w:t>
      </w:r>
    </w:p>
    <w:p>
      <w:r>
        <w:br/>
        <w:t>1♠  -   1NT</w:t>
        <w:br/>
        <w:t>2♠   6’lı ♠ garanti eder.</w:t>
      </w:r>
    </w:p>
    <w:p>
      <w:r>
        <w:t>Cevapçı açanın bir üstünü deklare ettiği için ♠6’lıdır.</w:t>
      </w:r>
    </w:p>
    <w:p>
      <w:r>
        <w:t>2 NT  -    3♣</w:t>
        <w:br/>
        <w:t>3♠   -  4 NT  Kantitatif, piki tutmuyorum</w:t>
        <w:br/>
        <w:t>4♥    Ters Majör, piki tutuyorum, slam’a gidelim</w:t>
      </w:r>
    </w:p>
    <w:p>
      <w:r>
        <w:t>2 NT  -    3♣</w:t>
        <w:br/>
        <w:t>3♥   -   3♠  Ters Majör, körü tutuyorum</w:t>
      </w:r>
    </w:p>
    <w:p/>
    <w:p>
      <w:r>
        <w:t>1♠   -  2♠</w:t>
        <w:br/>
        <w:t>2 NT   Bende hepsinden var, singleton yok, zone gidelim mi?</w:t>
      </w:r>
    </w:p>
    <w:p>
      <w:r>
        <w:t>NT kontratlarında atak edilen renk yerde yoksa, ya da 1 veya 2 tane ise, elde de AQX var ise en       büyüğü olan A değil Q konur.</w:t>
      </w:r>
    </w:p>
    <w:p>
      <w:r>
        <w:t>KTXX</w:t>
      </w:r>
    </w:p>
    <w:p>
      <w:r>
        <w:t>XX (Dummy)</w:t>
      </w:r>
    </w:p>
    <w:p>
      <w:r>
        <w:t>AQX</w:t>
      </w:r>
    </w:p>
    <w:p>
      <w:r>
        <w:t>K98X</w:t>
      </w:r>
    </w:p>
    <w:p>
      <w:r>
        <w:t>XX (Dummy)</w:t>
      </w:r>
    </w:p>
    <w:p>
      <w:r>
        <w:t>AQX</w:t>
      </w:r>
    </w:p>
    <w:p/>
    <w:p>
      <w:r>
        <w:t>1♠  -   1NT</w:t>
        <w:br/>
        <w:t>2♣</w:t>
        <w:br/>
        <w:t>Açanın 2.</w:t>
      </w:r>
    </w:p>
    <w:p>
      <w:r>
        <w:t>Rengi ♣ olduğunda buna güvenilmez, kısa olabilir, yalancı deklarasyon olabilir.</w:t>
      </w:r>
    </w:p>
    <w:p>
      <w:r>
        <w:t>İyi 6 tane ♣ olduğunda bazen 3♣ açılabilir.</w:t>
      </w:r>
    </w:p>
    <w:p>
      <w:r>
        <w:t>(2♣ açılamayacağı için)</w:t>
      </w:r>
    </w:p>
    <w:p>
      <w:r>
        <w:t>1 ♥  -   3NT   Mini Splinter, 11-12HP, 4’lü tutuş, herhangi bir renk singleton</w:t>
        <w:br/>
        <w:t>4 ♣              Singleton olan renk hangisi?</w:t>
      </w:r>
    </w:p>
    <w:p>
      <w:r>
        <w:t>- 4♦/ 4♥/4♠   Singleton</w:t>
      </w:r>
    </w:p>
    <w:p/>
    <w:p/>
    <w:p>
      <w:r>
        <w:br/>
        <w:t>Q8                              X (Atak)</w:t>
      </w:r>
    </w:p>
    <w:p>
      <w:r>
        <w:t>ATXX (Dummy)</w:t>
      </w:r>
    </w:p>
    <w:p>
      <w:r>
        <w:t>Yer X koyduğunda, elden 8’li konur.</w:t>
      </w:r>
    </w:p>
    <w:p>
      <w:r>
        <w:t>(Yerde T olduğu için)</w:t>
      </w:r>
    </w:p>
    <w:p>
      <w:r>
        <w:t>10.12.2020</w:t>
      </w:r>
    </w:p>
    <w:p>
      <w:r>
        <w:br/>
        <w:t>Koz rakiplerin birinde yığıldıysa (Çapraz Koz) kozu kısaltmamak gerekir.Eldeki diğer renkler  oynanıp, rakibin kozunu kısaltması sağlanır.</w:t>
      </w:r>
    </w:p>
    <w:p>
      <w:r>
        <w:t>QT8XX</w:t>
      </w:r>
    </w:p>
    <w:p>
      <w:r>
        <w:t>AKJ9XX</w:t>
      </w:r>
    </w:p>
    <w:p/>
    <w:p>
      <w:r>
        <w:t>W            N          E              S</w:t>
        <w:br/>
        <w:t>1♠      2♣      5♦   Seni 4’lü tutuyorum.</w:t>
      </w:r>
    </w:p>
    <w:p>
      <w:r>
        <w:t>Karoyu sayma, onun dışındaki keycardları göster</w:t>
        <w:br/>
        <w:t>Voidwood (Exclusion Keycard backwood)</w:t>
        <w:br/>
        <w:t>Key card sorusuna verilen cevaplar gibi cevaplanır.</w:t>
      </w:r>
    </w:p>
    <w:p>
      <w:r>
        <w:t>(0-3, 1-4, 2+ Koz Q’ı yok, 2+Koz Q’ı var)</w:t>
      </w:r>
    </w:p>
    <w:p>
      <w:r>
        <w:br/>
        <w:t>W          N           E           S</w:t>
        <w:br/>
        <w:t>1♠      2♥     2♠      Dbl  konuş</w:t>
        <w:br/>
        <w:t>3♠  3♠ oynamak istiyor, davet değil.</w:t>
      </w:r>
    </w:p>
    <w:p>
      <w:r>
        <w:t>Davet olsaydı RDbl/ 2 NT/ 3♣/ 3♦/3♥derdi.</w:t>
      </w:r>
    </w:p>
    <w:p>
      <w:r>
        <w:t>P              P          Dbl    ölümü öp konuş!</w:t>
      </w:r>
    </w:p>
    <w:p>
      <w:r>
        <w:t>Bu elle Batı oyun açabilir.</w:t>
      </w:r>
    </w:p>
    <w:p>
      <w:r>
        <w:t>10 puanı var tüm puanları uzun renklerde.</w:t>
      </w:r>
    </w:p>
    <w:p>
      <w:r>
        <w:t>5-5 el ve güzel.</w:t>
      </w:r>
    </w:p>
    <w:p>
      <w:r>
        <w:t>Cevapçı yeni renk söylediğinde Pas geçilemez.</w:t>
      </w:r>
    </w:p>
    <w:p>
      <w:r>
        <w:t>Birinci seferinde de ikinci seferinde de forsing dir.</w:t>
      </w:r>
    </w:p>
    <w:p>
      <w:r>
        <w:t>12.12.2020</w:t>
      </w:r>
    </w:p>
    <w:p>
      <w:r>
        <w:br/>
        <w:t>Oyun açandan sonra araya girildiğinde PAS, PAS geçilip sıra tekrar açana geldiğinde, rakibin rengi kısa ise KONTR denir, rakibin rengi uzunsa PAS denir.</w:t>
      </w:r>
    </w:p>
    <w:p>
      <w:r>
        <w:t>W            N           E           S</w:t>
        <w:br/>
        <w:t>1♦        1 ♠        P           P</w:t>
        <w:br/>
        <w:t>1NT  18-19 Puan demektir.</w:t>
      </w:r>
    </w:p>
    <w:p>
      <w:r>
        <w:t>2 NT demeye gerek yoktur.</w:t>
      </w:r>
    </w:p>
    <w:p>
      <w:r>
        <w:t>Çift Empas kazanma şansı en yüksek empastır.</w:t>
      </w:r>
    </w:p>
    <w:p>
      <w:r>
        <w:t>%75.</w:t>
      </w:r>
    </w:p>
    <w:p>
      <w:r>
        <w:t>AJ9X</w:t>
      </w:r>
    </w:p>
    <w:p>
      <w:r>
        <w:br/>
        <w:t>TXX</w:t>
        <w:br/>
        <w:t>Önce elden 9’luya doğru oynanır (hazırlık empası)</w:t>
        <w:br/>
        <w:t>Sonra Vale’ye doğru oynanır.</w:t>
      </w:r>
    </w:p>
    <w:p>
      <w:r>
        <w:t>19.12.2020</w:t>
      </w:r>
    </w:p>
    <w:p>
      <w:r>
        <w:t>QXX</w:t>
      </w:r>
    </w:p>
    <w:p/>
    <w:p>
      <w:r>
        <w:t>AKT9X</w:t>
      </w:r>
    </w:p>
    <w:p>
      <w:r>
        <w:t>Önce A çekilir, sonra Q’a doğru oynanır, KT elde korunur.</w:t>
      </w:r>
    </w:p>
    <w:p>
      <w:r>
        <w:t>Sonra yerden KT’ya doğru oynanır.</w:t>
      </w:r>
    </w:p>
    <w:p>
      <w:r>
        <w:t>Böylece sağında JXXX dağılım olsa dahi, bu renkten 4 el alınması sağlanır.</w:t>
      </w:r>
    </w:p>
    <w:p>
      <w:r>
        <w:t>N             E             S           W</w:t>
        <w:br/>
        <w:t>1♥     1NT           X    Yapamazsınız</w:t>
        <w:br/>
        <w:t>2♥   Normal ♥tutuşu</w:t>
        <w:br/>
        <w:t>2♣/2♦/2♠  Bunu oynamak istiyorum (Açan P geçebilir)</w:t>
        <w:br/>
        <w:t>2NT   Cue-bid</w:t>
        <w:br/>
        <w:t>Kuvvetli ellerle X (Yapamazsınız) demek uygun olur.</w:t>
      </w:r>
    </w:p>
    <w:p>
      <w:r>
        <w:t>Açan      2♠ açtığında  6-10 Hp</w:t>
        <w:br/>
        <w:t xml:space="preserve">Cevapçı 2♠ dediğinde 3-5 Hp       </w:t>
        <w:tab/>
        <w:t>6’lı ♠</w:t>
      </w:r>
    </w:p>
    <w:p/>
    <w:p>
      <w:r>
        <w:br/>
        <w:t>Sıçrayarak renk söylendiği zaman ortak renk tekrarı yapsa bile forsing dir.</w:t>
      </w:r>
    </w:p>
    <w:p>
      <w:r>
        <w:t>1♦    ---      1♥</w:t>
        <w:br/>
        <w:t>3♦    ---      3♥ Forsing</w:t>
        <w:br/>
        <w:t>4♥</w:t>
        <w:br/>
        <w:t>Burada W eğer ♥’ü tutmuyor olsaydı, 3NT ile ilgili de şüphesi varsa 3♠derdi.</w:t>
      </w:r>
    </w:p>
    <w:p>
      <w:r>
        <w:t>Kozda anlaştıktan sonra söylenen renk Trial Bid’dir.</w:t>
      </w:r>
    </w:p>
    <w:p>
      <w:r>
        <w:t>Bu renkten yardımın var mı?</w:t>
      </w:r>
    </w:p>
    <w:p>
      <w:r>
        <w:t>anlamına gelir.</w:t>
      </w:r>
    </w:p>
    <w:p>
      <w:r>
        <w:t>1♥    ---      2♥</w:t>
        <w:br/>
        <w:t>2NT    Elim dengeli 4♥ oynayalım mı?</w:t>
      </w:r>
    </w:p>
    <w:p>
      <w:r>
        <w:t>Cevapçı 3♥ derse PAS denmelidir.</w:t>
      </w:r>
    </w:p>
    <w:p>
      <w:r>
        <w:t>2♣ açılışına super renk ve 8+ Hp olursa o renk söylenebilir</w:t>
        <w:br/>
        <w:t>yoksa 2♦ diyerek Waiting bid yapmak uygundur.</w:t>
      </w:r>
    </w:p>
    <w:p>
      <w:r>
        <w:t>26.12.2020</w:t>
      </w:r>
    </w:p>
    <w:p>
      <w:r>
        <w:t>Balancing Notrump (Reveille)</w:t>
        <w:br/>
        <w:t>N              E             S           W</w:t>
        <w:br/>
        <w:t>1♣          P           P         1NT    10-13Hp)</w:t>
        <w:br/>
        <w:t>1♦          P           P         1NT    (10-14Hp)</w:t>
        <w:br/>
        <w:t>1♥          P           P         1NT    (10-15Hp)</w:t>
        <w:br/>
        <w:t>1♠          P           P         1NT     (10-16Hp)</w:t>
      </w:r>
    </w:p>
    <w:p/>
    <w:p>
      <w:r>
        <w:t>Sanzatu oynarken, Aslar dışarıda ise sağ kağıtlarını çekmek doğru değildir.</w:t>
      </w:r>
    </w:p>
    <w:p>
      <w:r>
        <w:t>Self-Squeeze’e neden olur.</w:t>
      </w:r>
    </w:p>
    <w:p>
      <w:r>
        <w:t>27.12.2020</w:t>
      </w:r>
    </w:p>
    <w:p>
      <w:r>
        <w:br/>
        <w:t>Elde 5’li ♣ ve 4’lü ♦ ya da 5’li ♣ ile 4’lü ♥ olup 15 Hp olduğunda deklarasyonda sorun yaşanabilir.</w:t>
      </w:r>
    </w:p>
    <w:p>
      <w:r>
        <w:t>Bu nedenle bu tür ellerde 1 NT açmak daha uygun olur.</w:t>
      </w:r>
    </w:p>
    <w:p>
      <w:r>
        <w:t>Renk tekrarı davet değildir.</w:t>
      </w:r>
    </w:p>
    <w:p>
      <w:r>
        <w:t>N              E              S           W</w:t>
        <w:br/>
        <w:t>1♠          2♣        2♠          X</w:t>
        <w:br/>
        <w:t>2♥          3♣        3♠    Davet değildir!</w:t>
      </w:r>
    </w:p>
    <w:p>
      <w:r>
        <w:t>Açarken de cevap verirken de 5-5 renklerden hep pahalısı söylenir.</w:t>
      </w:r>
    </w:p>
    <w:p>
      <w:r>
        <w:t>E                S              W           N</w:t>
        <w:br/>
        <w:t>1♦       1♠</w:t>
        <w:br/>
        <w:t>P                P              X             P</w:t>
        <w:br/>
        <w:t>P               2♥            P             P</w:t>
      </w:r>
    </w:p>
    <w:p>
      <w:r>
        <w:t>NT açışına yapılan transferi açan kırarsa, ‘’seni tutuyorum, elim max.’’ demektir.</w:t>
      </w:r>
    </w:p>
    <w:p>
      <w:r>
        <w:t>NT açışına yapılan transferi açan sıçrayarak kırarsa, ‘’seni tutuyorum, elim min.’’ demektir.</w:t>
      </w:r>
    </w:p>
    <w:p>
      <w:r>
        <w:t>Yapay konuşmalara atılan KONTR atak gösterir.</w:t>
      </w:r>
    </w:p>
    <w:p>
      <w:r>
        <w:t>Yani o rengin atak edilmesini ister.</w:t>
      </w:r>
    </w:p>
    <w:p>
      <w:r>
        <w:t>Örneğin staymana kontr trefl atak ister.</w:t>
      </w:r>
    </w:p>
    <w:p>
      <w:r>
        <w:t>2 seviyesindeki açışa atılan kontr , 1 seviyesindeki açışa atılan kontra göre daha fazla puan gösterir.</w:t>
      </w:r>
    </w:p>
    <w:p>
      <w:r>
        <w:t>(Açış puanı ve üstü)</w:t>
      </w:r>
    </w:p>
    <w:p>
      <w:r>
        <w:t>1NT ------   2Pik   Trefle transfer</w:t>
        <w:br/>
        <w:t>2NT             Trefl’i tutuyorum</w:t>
        <w:br/>
        <w:t>3Trefl          Trefl’i tutmuyorum</w:t>
      </w:r>
    </w:p>
    <w:p>
      <w:r>
        <w:t>1NT -------   2NT desem      Karo’ya transfer</w:t>
      </w:r>
    </w:p>
    <w:p>
      <w:r>
        <w:br/>
        <w:t>B          K          D        G</w:t>
        <w:br/>
        <w:t>1 karo – Pas – 1Pik  - 2Pik (Cevapçının rengini söylemek Naturel.6’lı Pik var, güç var)</w:t>
        <w:br/>
        <w:t>2 Karo (Diğer 2 renk bende 5-5)</w:t>
        <w:br/>
        <w:t>Kontr  (Konuşulmuş 2 renk dışında renk söyle,bende 4-4)</w:t>
        <w:br/>
        <w:t>1 NT (15.5-17.5 puan dengeli , 2 rengi de durduruyor)</w:t>
        <w:br/>
        <w:t>3 NT ( 3NT oynamak istiyorum)</w:t>
        <w:br/>
        <w:t>2 Kör (11-16 puan, en az 5’li)</w:t>
        <w:br/>
        <w:t>3 Kör (zayıf 7’li el)</w:t>
      </w:r>
    </w:p>
    <w:p/>
    <w:p>
      <w:r>
        <w:t>1 NT açışına  2 Kör ile araya girersem, Kör + 1 Minör var demektir.</w:t>
      </w:r>
    </w:p>
    <w:p>
      <w:r>
        <w:t>2 Pik ile araya girersem, Pik + 1 Minör var demektir.</w:t>
      </w:r>
    </w:p>
    <w:p>
      <w:r>
        <w:t>1 NT açışına araya gireyim mi girmeyeyim mi diye tereddüt ediyorsan, elinde singleton varsa gir, yoksa girme.</w:t>
      </w:r>
    </w:p>
    <w:p>
      <w:r>
        <w:t>1 Pik – 2 Kör</w:t>
        <w:br/>
        <w:t>4 Kör  ( körü tutuyor ama zaten zor açmış)</w:t>
        <w:br/>
        <w:t>3 Kör  ( körü tutuyor, daha iyi el)</w:t>
        <w:br/>
        <w:t>4 Karo ( Körü tutuyor karo tek)</w:t>
      </w:r>
    </w:p>
    <w:p>
      <w:r>
        <w:br/>
        <w:t>1 Açısına 2 dersem bir daha konuşmam lazım.</w:t>
      </w:r>
    </w:p>
    <w:p>
      <w:r>
        <w:t>Zondan önce durulmaz.</w:t>
      </w:r>
    </w:p>
    <w:p>
      <w:r>
        <w:t>1 Pik – 2 Kör</w:t>
        <w:br/>
        <w:t>2 Pik dediğinde Pas denmez, 3 Pik veya başka bir şey.</w:t>
      </w:r>
    </w:p>
    <w:p>
      <w:r>
        <w:t>1 karo açan sonra 1NT derse, karo 4’lüdür.</w:t>
      </w:r>
    </w:p>
    <w:p>
      <w:r>
        <w:t>Önce minörde anlaşıp, sonra majörde anlaşırsak, 4NT ile key card sorusu Majör üzerindendir.</w:t>
      </w:r>
    </w:p>
    <w:p>
      <w:r>
        <w:t>5NT   7 ile ilgiliyim demek.</w:t>
      </w:r>
    </w:p>
    <w:p>
      <w:r>
        <w:t>Rua sorusu.</w:t>
      </w:r>
    </w:p>
    <w:p>
      <w:r>
        <w:t>1 adet K   adı ile söyle</w:t>
        <w:br/>
        <w:t>2 adet K   olmayan rengi söyle</w:t>
        <w:br/>
        <w:t>3 adet K  direkt 7 deklare et</w:t>
      </w:r>
    </w:p>
    <w:p>
      <w:r>
        <w:t>Renk tekrarı zone daveti değildir.</w:t>
      </w:r>
    </w:p>
    <w:p>
      <w:r>
        <w:t>Başka renk veya Kontr demesi gerekir.</w:t>
      </w:r>
    </w:p>
    <w:p>
      <w:r>
        <w:t>B                   K              D            G</w:t>
        <w:br/>
        <w:t>1 Pik          2Karo       2 Pik    3 Karo</w:t>
        <w:br/>
        <w:t>Kontr veya 3 Kör</w:t>
      </w:r>
    </w:p>
    <w:p>
      <w:r>
        <w:br/>
        <w:t>İlk DEFOS  :</w:t>
        <w:br/>
        <w:t>Tekler kendini istiyor.</w:t>
      </w:r>
    </w:p>
    <w:p>
      <w:r>
        <w:t>Çiftler preferans; Büyük ise geride kalanların büyüğü, küçük ise kalanların küçüğünü istiyor.</w:t>
      </w:r>
    </w:p>
    <w:p>
      <w:r>
        <w:t>SUIT PREFERANCE :</w:t>
        <w:br/>
        <w:t>Büyük bir şey atak edildiğinde; yerde tek ise, preferans ver :</w:t>
        <w:br/>
        <w:t>En küçük : El tutunca kalan renklerin küçüğünü gel</w:t>
        <w:br/>
        <w:t>Büyük : El tutunca kalan renklerin büyüğünü gel</w:t>
        <w:br/>
        <w:t>Ortada : El tutunca bu renge devam et</w:t>
      </w:r>
    </w:p>
    <w:p>
      <w:r>
        <w:br/>
        <w:t>Honör 2’li renkten atak etmeyi tercih etme, risklidir.</w:t>
      </w:r>
    </w:p>
    <w:p>
      <w:r>
        <w:t>1 NT -----   2 Karo  ( Köre transfer)</w:t>
        <w:br/>
        <w:t>2 Kör -----  3NT (kuvvetli el, başka bir 5’li rengi varsa onu da söyleyebilir)</w:t>
        <w:br/>
        <w:t>4 Kör ( 3’lü körü varsa)</w:t>
      </w:r>
    </w:p>
    <w:p>
      <w:r>
        <w:t>Jump Shift</w:t>
        <w:br/>
        <w:t>1 Karo ------  1 Kör</w:t>
        <w:br/>
        <w:t>2 Pik derse ;</w:t>
        <w:br/>
        <w:t>Reverse’ den daha kuvvetli, 2 Trefl açışına yakın bir el var demektir.</w:t>
      </w:r>
    </w:p>
    <w:p>
      <w:r>
        <w:t>1 Trefl – 1 Kör</w:t>
        <w:br/>
        <w:t>1 Pik    – 2 Karo   ( 4.</w:t>
      </w:r>
    </w:p>
    <w:p>
      <w:r>
        <w:t>Renk: Zone kesin, konuş)</w:t>
      </w:r>
    </w:p>
    <w:p>
      <w:r>
        <w:br/>
        <w:t>Key Card sorusu sormak için en az 2 key cardın olmalı.</w:t>
      </w:r>
    </w:p>
    <w:p>
      <w:r>
        <w:t>2 NT -  3 Trefl  ( 5’li Majör sorusu)</w:t>
        <w:br/>
        <w:t>3 Karo   ( 5’li Majör yok)</w:t>
        <w:br/>
        <w:t>3 NT      ( 5’li Majör yok, 4’lü Majör de yok)</w:t>
      </w:r>
    </w:p>
    <w:p/>
    <w:p>
      <w:r>
        <w:t>1 Pik – 1 NT</w:t>
        <w:br/>
        <w:t>2 Kör –  PAS geçilebilir.</w:t>
      </w:r>
    </w:p>
    <w:p>
      <w:r>
        <w:t>Açanın söylediği 2.</w:t>
      </w:r>
    </w:p>
    <w:p>
      <w:r>
        <w:t>Renk daha küçük ise pas   geçilebilir.</w:t>
      </w:r>
    </w:p>
    <w:p>
      <w:r>
        <w:t>Cevapçının ikinci rengine PAS yok!</w:t>
      </w:r>
    </w:p>
    <w:p>
      <w:r>
        <w:t>Fit sürkontr’u</w:t>
        <w:br/>
        <w:t>B             K              D            G</w:t>
        <w:br/>
        <w:t>1 Kör     Pas        1 Pik          X</w:t>
        <w:br/>
        <w:t>XX   (Bende 3’li Pik var, Pikin 5’li ise oynayabiliriz)</w:t>
      </w:r>
    </w:p>
    <w:p/>
    <w:p/>
    <w:p>
      <w:r>
        <w:t>Fit Kontr’u</w:t>
        <w:br/>
        <w:t>B             K              D            G</w:t>
        <w:br/>
        <w:t>1 Kör     Pas        1 Pik      2 Trefl</w:t>
        <w:br/>
        <w:t>X  (Seni 3’lü tutuyorum, Pikin 5’li ise Pik oynayalım)</w:t>
      </w:r>
    </w:p>
    <w:p/>
    <w:p/>
    <w:p>
      <w:r>
        <w:br/>
        <w:t>B           K            D              G</w:t>
        <w:br/>
        <w:t>Pas     Pas       1Karo    2 Karo    Majörler 5-5</w:t>
        <w:br/>
        <w:t>2 NT       Küçükler  5-5 (burada Trefl ve Kör oluyor)</w:t>
      </w:r>
    </w:p>
    <w:p/>
    <w:p/>
    <w:p/>
    <w:p>
      <w:r>
        <w:br/>
        <w:t>1 NT açışına Transfer yaptıktan sonra, transfer ettiğin rengi tekrarlarsan</w:t>
        <w:br/>
        <w:t>6’lı demektir.</w:t>
      </w:r>
    </w:p>
    <w:p>
      <w:r>
        <w:t>AQT</w:t>
      </w:r>
    </w:p>
    <w:p/>
    <w:p>
      <w:r>
        <w:t>xxxX  /  XXX</w:t>
        <w:br/>
        <w:t>Önce elden küçük, yerden 10’lu,</w:t>
        <w:br/>
        <w:t>Sonra elden küçük, yerden Q</w:t>
        <w:br/>
        <w:t>(elde 3 ya da 4 adet olduğunda önce yerdeki küçük onöre doğru oyna)</w:t>
      </w:r>
    </w:p>
    <w:p>
      <w:r>
        <w:t>AQT</w:t>
      </w:r>
    </w:p>
    <w:p/>
    <w:p>
      <w:r>
        <w:t>XX</w:t>
        <w:br/>
        <w:t>Elden küçük yerden Q  (Elde 2 adet)</w:t>
        <w:br/>
        <w:t>Sadece 2 el almak istiyorsan dama doğru</w:t>
      </w:r>
    </w:p>
    <w:p>
      <w:r>
        <w:t>10.09.2020</w:t>
        <w:br/>
        <w:t>Rakipler, konuşulan renk kısa olduğunda KONTR der, uzun olan kontr’u CEZA’ya çevirir.</w:t>
      </w:r>
    </w:p>
    <w:p>
      <w:r>
        <w:t>O yüzden açan, sırtındaki oyuncu Kontr’a PAS derse, bir daha konuşmaması uygun olur, muhtemelen Trap Pas yapıyordur.</w:t>
      </w:r>
    </w:p>
    <w:p>
      <w:r>
        <w:t>Çaktırmaya ya da büyük onörü çıkartmaya giderken oynanan kart, ortağa yol gösterir.</w:t>
      </w:r>
    </w:p>
    <w:p>
      <w:r>
        <w:t>(Suit-Preference)</w:t>
        <w:br/>
        <w:t>Elindeki kartlardan en büyüğü ile giderse, ortak el tuttuğunda dışarıdaki renklerin büyüğünü gelmelidir, en küçüğü ile gidiyorsa küçüğünü gel anlamına gelir.</w:t>
      </w:r>
    </w:p>
    <w:p>
      <w:r>
        <w:t>Ortadaki ile gidiyorsa tercihi yoktur.</w:t>
      </w:r>
    </w:p>
    <w:p>
      <w:r>
        <w:t>Koz kontratı oynarken ortadakini oynamak koz gel anlamına gelebilir.</w:t>
      </w:r>
    </w:p>
    <w:p>
      <w:r>
        <w:t>Sağ kağıda kart kaçarken, küçük kart değil, eli yeri benzemez yapacak kart kaçılmalıdır.</w:t>
      </w:r>
    </w:p>
    <w:p>
      <w:r>
        <w:t>Oyunu açan, rakip araya girdiğinde, uyandırma yapıp yapmamakta kararsız kaldığı durumlarda; rakibin konuştuğu renk elinde 0 ya da 1 adet ise min puan ile oyun açmışsa bile kontr ile uyandırma yapar ama o renk onör 2’li ise onu 3’lü gibi kabul edip uyandırma yapılmamalıdır.</w:t>
      </w:r>
    </w:p>
    <w:p>
      <w:r>
        <w:t>1 NT          2 Trefl</w:t>
        <w:br/>
        <w:t>2 Kör         3 Pik  (3 Ters Majör  Slam’e gitme aracı)</w:t>
      </w:r>
    </w:p>
    <w:p>
      <w:r>
        <w:t>1 NT          2 Trefl</w:t>
        <w:br/>
        <w:t>2 Kör         4 NT  (KANTİTATİF  Cevap olarak ya 6 denir,ya Pas denir )</w:t>
      </w:r>
    </w:p>
    <w:p>
      <w:r>
        <w:t>29.09.2020</w:t>
        <w:br/>
        <w:t>Michaels Cubid</w:t>
        <w:br/>
        <w:t>Rakip oyun açtığında 5-5 iki renkli elleri anlatmak için kullanılır.</w:t>
      </w:r>
    </w:p>
    <w:p>
      <w:r>
        <w:t>Araya girecek el olması yeterlidir.</w:t>
      </w:r>
    </w:p>
    <w:p>
      <w:r>
        <w:t>Zone durumuna dikkat etmek gerekir.</w:t>
      </w:r>
    </w:p>
    <w:p>
      <w:r>
        <w:t>Rakip zone’da biz değilken, puanlar uzun renklerde ise 6 puanla bile yapılabilir.</w:t>
      </w:r>
    </w:p>
    <w:p>
      <w:r>
        <w:t>En az 5-5 iki renk vaat eder, daha fazlası da olabilir.</w:t>
      </w:r>
    </w:p>
    <w:p>
      <w:r>
        <w:t>(6-5, 6-6, 7-6 …)</w:t>
        <w:br/>
        <w:t>Minör açılışına yapıldığında Majörleri gösterir.</w:t>
      </w:r>
    </w:p>
    <w:p>
      <w:r>
        <w:t>Majör açılışına yapıldığında diğer Majör ve Minörlerden birini gösterir.</w:t>
      </w:r>
    </w:p>
    <w:p>
      <w:r>
        <w:t>MC yapanın ortağı renklerinden birini seçer.</w:t>
      </w:r>
    </w:p>
    <w:p>
      <w:r>
        <w:t>Hangisi daha uzun ise onu seçer.</w:t>
      </w:r>
    </w:p>
    <w:p>
      <w:r>
        <w:t>Eğer tutuşu varsa ;</w:t>
        <w:br/>
        <w:t>sıçrayarak tutabilir,</w:t>
        <w:br/>
        <w:t>zone ilan edebilir,</w:t>
        <w:br/>
        <w:t>ya da rakibin rengini söyleyerek cue-bid yapabilir.</w:t>
      </w:r>
    </w:p>
    <w:p>
      <w:r>
        <w:t>B                 N                           D                S</w:t>
        <w:br/>
        <w:t>1 Trefl      2 Trefl (Majörler)       P               2 Kör / 2 Pik  (Majörlerden birini seçer)</w:t>
        <w:br/>
        <w:t>3 Kör / 3 Pik (Tutuşu vardır)</w:t>
        <w:br/>
        <w:t>3 Trefl (majörlerden birine fit var,</w:t>
        <w:br/>
        <w:t>kuvvetli ,el,açış puanı ve daha fazlası var,zone oynayabiliriz)</w:t>
        <w:br/>
        <w:t>4 Kör / 4 Pik (Tutuşu var, direkt zone ilan)</w:t>
        <w:br/>
        <w:t>1 Karo      2 Karo (Majörler)</w:t>
        <w:br/>
        <w:t>1 Kör        2 Kör (Diğer Majör (Pik) ve Minörlerden biri)</w:t>
        <w:br/>
        <w:t>1 Pik         2 Pik (Diğer Majör (Kör) ve Minörlerden biri)</w:t>
      </w:r>
    </w:p>
    <w:p>
      <w:r>
        <w:t>Cevapçı MC yapanın Minörünü öğrenmek istiyorsa 2 NT ile sorar.</w:t>
      </w:r>
    </w:p>
    <w:p>
      <w:r>
        <w:t>Unusual Notrump</w:t>
        <w:br/>
        <w:t>Açış rengi dışındaki küçük renkleri anlatmak için kullanılır.</w:t>
      </w:r>
    </w:p>
    <w:p>
      <w:r>
        <w:t>Gene en az 5-5 olmalıdır.</w:t>
      </w:r>
    </w:p>
    <w:p>
      <w:r>
        <w:t>Rakip Majör açtığında, 2NT denirse minörler var</w:t>
        <w:br/>
        <w:t>Rakip minor açtığında, 2 NT denirse diğer minor ve Kör vardır.</w:t>
      </w:r>
    </w:p>
    <w:p>
      <w:r>
        <w:t>Pik ve bir rengi anlatma teknolojimiz yok.</w:t>
      </w:r>
    </w:p>
    <w:p>
      <w:r>
        <w:t>1 Trefl – 2 NT (Dışarıdaki renklerden küçükler, Karo ve Kör)</w:t>
        <w:br/>
        <w:t>1 Karo - 2 NT (Dışarıdaki renklerden küçükler,  Trefl – Kör)</w:t>
        <w:br/>
        <w:t>1 Kör   - 2 NT (Dışarıdaki renklerden küçükler = Minörler Trefl - Karo)</w:t>
        <w:br/>
        <w:t>1 Pik   – 2 NT (Dışarıdaki renklerden küçükler = Minörler Trefl - Karo)</w:t>
      </w:r>
    </w:p>
    <w:p>
      <w:r>
        <w:t>Unusual Notrump yapanın ortağı, 3 seviyesinde cevap verecek.</w:t>
      </w:r>
    </w:p>
    <w:p>
      <w:r>
        <w:t>Normal ellerle, seçtiği rengi söyler.</w:t>
      </w:r>
    </w:p>
    <w:p>
      <w:r>
        <w:t>isterse 3 NT diyebilir,</w:t>
        <w:br/>
        <w:t>isterse 5 Minör diyebilir,</w:t>
        <w:br/>
        <w:t>kuvvetli eli varsa Cue-bid yapabilir.</w:t>
      </w:r>
    </w:p>
    <w:p>
      <w:r>
        <w:t>Bir konuşma yapay olduğunda ortağı asla PAS geçmememelidir.</w:t>
      </w:r>
    </w:p>
    <w:p>
      <w:r>
        <w:t>S                                           W                          N                     E</w:t>
        <w:br/>
        <w:t>1 Karo                                2 Karo                       Pas               2 Kör</w:t>
        <w:br/>
        <w:t>(Michaels Cubid, 5-5 Majörler)                        (Majörlerden uzun olanı seçer)</w:t>
        <w:br/>
        <w:t>6 Kör</w:t>
      </w:r>
    </w:p>
    <w:p/>
    <w:p/>
    <w:p>
      <w:r>
        <w:br/>
        <w:t>N                         E                         S                                    W</w:t>
        <w:br/>
        <w:t>2 Trefl              Pas                  2 Pik (2 Karo demeliydi)         Pas</w:t>
        <w:br/>
        <w:t>4 NT                 Pas                  5 Trefl                                  Pas</w:t>
        <w:br/>
        <w:t>6 Kör</w:t>
        <w:br/>
        <w:t>N eğer, S’dan 2 key kart cevabı alabilseydi 7Kör diyecekti.</w:t>
      </w:r>
    </w:p>
    <w:p>
      <w:r>
        <w:t>2 NT açılışına      3 Trefl (5’l, Majör sorusudur)</w:t>
        <w:br/>
        <w:t>3 Karo              5’li major yok, 4’lü Majör var</w:t>
        <w:br/>
        <w:t>Cevapçı elinde hangi renk varsa tersini söyler.</w:t>
      </w:r>
    </w:p>
    <w:p>
      <w:r>
        <w:t>3 Kör / 3 Pik    5’li Kör / Pik var.</w:t>
      </w:r>
    </w:p>
    <w:p>
      <w:r>
        <w:t>3 NT                  5’li major de yok, 4’lü Majör de yok.</w:t>
      </w:r>
    </w:p>
    <w:p>
      <w:r>
        <w:t>01.10.2020</w:t>
      </w:r>
    </w:p>
    <w:p>
      <w:r>
        <w:t>W                N              E              S</w:t>
        <w:br/>
        <w:t>1 Trefl        Pas        1 Pik</w:t>
        <w:br/>
        <w:t>1 Pik   Pikler var demektir, naturel konuşma</w:t>
        <w:br/>
        <w:t>Rengin 6’lı olması gerekir.</w:t>
      </w:r>
    </w:p>
    <w:p>
      <w:r>
        <w:t>Cevapçının rengi söylendiğinde Cue-bid değil, natureldir.</w:t>
      </w:r>
    </w:p>
    <w:p>
      <w:r>
        <w:t>İki renkte da fit varsa, koz olarak 4-4 olan seçilmelidir.</w:t>
      </w:r>
    </w:p>
    <w:p>
      <w:r>
        <w:t>4-4 Koz oynamak 5-3 oynamaktan daha iyidir.</w:t>
      </w:r>
    </w:p>
    <w:p>
      <w:r>
        <w:t>Yan renk 5-3 olduğunda bu renkten 5 tane alma ihtimali vardır.</w:t>
      </w:r>
    </w:p>
    <w:p>
      <w:r>
        <w:t>Oysa yan renk 4-4 olursa, bu renkten en fazla 4 el alınabilir.</w:t>
      </w:r>
    </w:p>
    <w:p>
      <w:r>
        <w:t>Atak ederken, eğer koz uzun ve elde singleton varsa;</w:t>
        <w:br/>
        <w:t>El kötü ise, az puan varsa singleton atak edilir</w:t>
        <w:br/>
        <w:t>El iyi ise, puanın varsa singleton atağı tercih edilmez.</w:t>
      </w:r>
    </w:p>
    <w:p>
      <w:r>
        <w:t>Ortak NT açtığında 7’li renk varsa çok iyimser davranılır.</w:t>
      </w:r>
    </w:p>
    <w:p>
      <w:r>
        <w:t>7’li Majör var ise 0 puanla bile transfer yapıp, zone söylenebilir.</w:t>
      </w:r>
    </w:p>
    <w:p>
      <w:r>
        <w:t>15 Puan ve  kötü bir 5’li major varsa,  1 NT ile oyun  açılabilir.</w:t>
      </w:r>
    </w:p>
    <w:p>
      <w:r>
        <w:t>1 NT              -      2 Kör     ( Pike transfer, Min 5’li Pik var)</w:t>
        <w:br/>
        <w:t>2 Pik              -      3 Trefl   (Pik ve Trefl var)</w:t>
        <w:br/>
        <w:t>3 Kör (Trefl tutuşu var)</w:t>
        <w:br/>
        <w:t>Saçma bir renk söylemek , ortağın 2. rengine tutuş olduğunu gösterir.</w:t>
      </w:r>
    </w:p>
    <w:p>
      <w:r>
        <w:t>B                            K                         D                      G</w:t>
        <w:br/>
        <w:t>1 NT                   2 Karo            3Trefl/3Karo             P</w:t>
        <w:br/>
        <w:t>Trefl/Karo var, Zone kesin</w:t>
      </w:r>
    </w:p>
    <w:p/>
    <w:p>
      <w:r>
        <w:t>1 NT’ye  2NT diyecek ellerle 2 NT denemez çünkü 2NT Karo’ya transferdir. B                            K                         D                    G</w:t>
        <w:br/>
        <w:t>1 NT                   2 Karo                   2 NT                  P</w:t>
        <w:br/>
        <w:t>Uzun bir majörüm var     3 Trefle transfer</w:t>
        <w:br/>
        <w:t>3 Trefl</w:t>
        <w:br/>
        <w:t>Demek mecburi</w:t>
      </w:r>
    </w:p>
    <w:p>
      <w:r>
        <w:t>3 Trefl denirse , Trefl var Zone kesin anlamını taşır. B                            K                         D                    G</w:t>
        <w:br/>
        <w:t>1 Trefl                     1 Karo                 1 Pik                P</w:t>
        <w:br/>
        <w:t>1 NT                                               4’lü Pik olabilir</w:t>
        <w:br/>
        <w:t>Karoyu kesmeden de NT diyebilir</w:t>
        <w:br/>
        <w:t>Açanın burada 1NT demesi illa da karoyu kesiyorum anlamına gelmez.</w:t>
      </w:r>
    </w:p>
    <w:p>
      <w:r>
        <w:t>Elimizdeki uzun rengi doğal olarak anlatabiliyorsak, o rengi söyleriz.</w:t>
      </w:r>
    </w:p>
    <w:p>
      <w:r>
        <w:t>O durumda X atmaya gerek yoktur.</w:t>
      </w:r>
    </w:p>
    <w:p>
      <w:r>
        <w:t>1 Karo  ---   2 Karo  Inverted Minor</w:t>
        <w:br/>
        <w:t>4’lü Majörüm yok.</w:t>
      </w:r>
    </w:p>
    <w:p>
      <w:r>
        <w:t>Senin Karonu iyi tutuyorum</w:t>
        <w:br/>
        <w:t>Elim kuvvetli</w:t>
        <w:br/>
        <w:t>Burada açan PAS diyemez.</w:t>
      </w:r>
    </w:p>
    <w:p>
      <w:r>
        <w:t>Dengeli eli varsa NT der.</w:t>
      </w:r>
    </w:p>
    <w:p>
      <w:r>
        <w:t>4’lü Majör göstermesine gerek yoktur, çünkü ortağında 4’lü olmadığını biliyor.</w:t>
      </w:r>
    </w:p>
    <w:p>
      <w:r>
        <w:t>Açan inverted minor yapıldıktan sonra 4lü majörünü söylerse 14+puanı ve dengesiz eli vardır, yani karosu en az 5li ve söylediği majör en az 4lüdür.</w:t>
      </w:r>
    </w:p>
    <w:p>
      <w:r>
        <w:t>2 Trefl açmak için illa 23 h puanı olması gerekmez.</w:t>
      </w:r>
    </w:p>
    <w:p>
      <w:r>
        <w:t>21 puandan itibaren dengesiz elle açılabilir.</w:t>
      </w:r>
    </w:p>
    <w:p>
      <w:r>
        <w:t>17 puandan itibaren kendi başına zone oynayabilecek elle de açılabilir.</w:t>
      </w:r>
    </w:p>
    <w:p>
      <w:r>
        <w:t>Michael’s Cue-bid yapan oyuncunun ortağı, bir rengi seçer.</w:t>
      </w:r>
    </w:p>
    <w:p>
      <w:r>
        <w:t>Dikkat!!</w:t>
      </w:r>
    </w:p>
    <w:p>
      <w:r>
        <w:t>MC yapan oyuncu, ortağının yaptığı seçimi tutuş zannetmemelidir.</w:t>
      </w:r>
    </w:p>
    <w:p>
      <w:r>
        <w:t>Eğer ortağın kuvvetli eli varsa puanına göre tutuş yapar ya da Cue-bid yapar.</w:t>
      </w:r>
    </w:p>
    <w:p>
      <w:r>
        <w:t>B                     K                    D                   G</w:t>
        <w:br/>
        <w:t>1 Karo             2 Karo               P                 3 Karo</w:t>
        <w:br/>
        <w:t>Zone kesin, slam olabilir, sen elini anlat</w:t>
      </w:r>
    </w:p>
    <w:p>
      <w:r>
        <w:t>31.10.2020</w:t>
      </w:r>
    </w:p>
    <w:p>
      <w:r>
        <w:t>2 seviyesinde araya girmek için :</w:t>
        <w:br/>
        <w:t>Ya renk kaliteli olacak</w:t>
        <w:br/>
        <w:t>Ya el dengesiz olacak yani 1 singleton olacak</w:t>
        <w:br/>
        <w:t>Ya 11-16 puanın üst diliminde olacak 14+</w:t>
        <w:br/>
        <w:t>Bir özelliği olmayan 11 puan, 5’li renklerle araya girilmez.</w:t>
      </w:r>
    </w:p>
    <w:p>
      <w:r>
        <w:t>Lebensohl</w:t>
        <w:br/>
        <w:t>1NT açılışına rakip 2 seviyesinde araya girerse, bu seviyede söylenen 2 Kör ya da 2 Pik natureldir, o renkleri oynama isteği belirtir.</w:t>
      </w:r>
    </w:p>
    <w:p>
      <w:r>
        <w:t>2NT denirse 3 Trefl’e transferdir.</w:t>
      </w:r>
    </w:p>
    <w:p>
      <w:r>
        <w:t>3 Karo denirse , Karo var Zone kesin anlamını taşır.</w:t>
      </w:r>
    </w:p>
    <w:p>
      <w:r>
        <w:t>Bu nedenle bu ellerle önce 2Trefl  sonra 2NT denir.</w:t>
      </w:r>
    </w:p>
    <w:p>
      <w:r>
        <w:t>Key Card sorusu cevapları hatırlatma:</w:t>
        <w:br/>
        <w:t>5 Trefl -&gt;  1-4 key kart</w:t>
        <w:br/>
        <w:t>5 Karo -&gt;   0-3 key kart</w:t>
        <w:br/>
        <w:t>5 Kör   -&gt;   2 key kart ve koz damı yok</w:t>
        <w:br/>
        <w:t>5 Pik   -&gt;    2 key kart ve koz damı var.</w:t>
      </w:r>
    </w:p>
    <w:p>
      <w:r>
        <w:t>Ortak ‘’Zone kesin’’ anlamına gelen bir konuşma yaptığında, direkt zone ilan etmek minimum el anlamına gelir.</w:t>
      </w:r>
    </w:p>
    <w:p>
      <w:r>
        <w:t>1 Kör    -     2 Trefl</w:t>
        <w:br/>
        <w:t>2 Kör    -     2 Pik</w:t>
        <w:br/>
        <w:t>4 Pik         Min.</w:t>
      </w:r>
    </w:p>
    <w:p>
      <w:r>
        <w:t>El</w:t>
        <w:br/>
        <w:t>3 Pik         İyi El</w:t>
        <w:br/>
        <w:t>4 Karo      İyi el, Piki tutuyorum, Karo tek</w:t>
      </w:r>
    </w:p>
    <w:p>
      <w:r>
        <w:t>♠ 94</w:t>
        <w:br/>
        <w:t>♥ T9</w:t>
        <w:br/>
        <w:t>♦ K654</w:t>
        <w:br/>
        <w:t>♣ KVT52</w:t>
        <w:br/>
        <w:t>♠6</w:t>
        <w:br/>
        <w:t>♥76542</w:t>
        <w:br/>
        <w:t>♦T973</w:t>
        <w:br/>
        <w:t>♣AQ9</w:t>
        <w:br/>
        <w:t>KOZ ♣.</w:t>
      </w:r>
    </w:p>
    <w:p>
      <w:r>
        <w:t>Ortak, 3.tur Pik oynadığında rakip yerden V,T ya da K ile çakarsa ,defanstaki oyuncu alıcı koz ile üzerine çakmayı reddetmelilir.</w:t>
      </w:r>
    </w:p>
    <w:p>
      <w:r>
        <w:t>26/11/2020</w:t>
      </w:r>
    </w:p>
    <w:p>
      <w:r>
        <w:t>Minöre transfer etmek için daima en az 6 tane olmalıdır.</w:t>
      </w:r>
    </w:p>
    <w:p>
      <w:r>
        <w:t>Splinter hatırlatma :</w:t>
        <w:br/>
        <w:t>1 ♠      4 ♣ / 4 ♦/ 4 ♥</w:t>
        <w:br/>
        <w:t>1 ♥     3 ♠ / 4 ♣ / 4 ♦</w:t>
        <w:br/>
        <w:t>Splinter’i unutmak, çok kötü sonuç doğurur.</w:t>
      </w:r>
    </w:p>
    <w:p>
      <w:r>
        <w:t>B        K         D           G</w:t>
        <w:br/>
        <w:t>1♥     P       1NT      2♥ (En az 5’li ♠ ve en az 5’lü Minör var demektir)</w:t>
        <w:br/>
        <w:t>X      (Konuş demek, 1♥’e Kontr demek gibi)</w:t>
      </w:r>
    </w:p>
    <w:p>
      <w:r>
        <w:br/>
        <w:t>B           K           D        G</w:t>
        <w:br/>
        <w:t>1♣    1♦</w:t>
        <w:br/>
        <w:t>1♥    1♠      X                        1♠ ♠5’li, yoksa X derdi</w:t>
        <w:br/>
        <w:t>X  ♥ 3’lü.</w:t>
      </w:r>
    </w:p>
    <w:p>
      <w:r>
        <w:t>Fit Kontr’u</w:t>
      </w:r>
    </w:p>
    <w:p>
      <w:r>
        <w:t>2NT      ----        3♣</w:t>
        <w:br/>
        <w:t>3♦     ----      3♠  -&gt;Ters major,♥’ü var            3♦ 5’li Majör yok, 4’lü var</w:t>
        <w:br/>
        <w:t>Ortak NT açınca, Majör daima NT açana oynatılmalıdır.</w:t>
      </w:r>
    </w:p>
    <w:p>
      <w:r>
        <w:t>Majör açınca, ortaktan eğer bir üstü gelmezse, majörü tekrarlamak rengin 6’li olduğunu garanti etmez, aşağıdaki örneklerde 6’lıdır, diğer durumlarda 5’li olabilir.</w:t>
      </w:r>
    </w:p>
    <w:p>
      <w:r>
        <w:t>1♠- 1NT             1♥  - 1♠</w:t>
        <w:br/>
        <w:t>2♠                     2♥</w:t>
      </w:r>
    </w:p>
    <w:p>
      <w:r>
        <w:t>Majör Fiti varken, 3NT denirse, ‘’Slam’e gidebiliriz, singleton yok, kontrol göster’’ anlamına gelir.</w:t>
      </w:r>
    </w:p>
    <w:p>
      <w:r>
        <w:t>1♠ --  2♣     2 over one.</w:t>
      </w:r>
    </w:p>
    <w:p>
      <w:r>
        <w:t>Zone forcing</w:t>
        <w:br/>
        <w:t>2♠ --  3♠     Slam’a gidelim mi?</w:t>
      </w:r>
    </w:p>
    <w:p>
      <w:r>
        <w:t>3NT --  4♣     Kontrol</w:t>
        <w:br/>
        <w:t>4♦ --   4♠    4♦= kontrol, 4♠= ♥ kontrolüm yok, 4♠oynayalım</w:t>
      </w:r>
    </w:p>
    <w:p>
      <w:r>
        <w:t>ATX</w:t>
      </w:r>
    </w:p>
    <w:p/>
    <w:p>
      <w:r>
        <w:t>KQ9XX</w:t>
        <w:br/>
        <w:t>Oynama şekli: K çek, yerden T’yu at.</w:t>
      </w:r>
    </w:p>
    <w:p>
      <w:r>
        <w:t>Sonra A’a doğru oyna.</w:t>
      </w:r>
    </w:p>
    <w:p>
      <w:r>
        <w:t>Turda Q9’a doğru oyna.</w:t>
      </w:r>
    </w:p>
    <w:p>
      <w:r>
        <w:t>(Uzun taraftaki çatala doğru)</w:t>
      </w:r>
    </w:p>
    <w:p>
      <w:r>
        <w:t>3. renk yaptığında ortağın Pas diyemez ya da zon ilan edemez.</w:t>
      </w:r>
    </w:p>
    <w:p>
      <w:r>
        <w:t>18.12.2020 ♣ ♦ ♥ ♠</w:t>
      </w:r>
    </w:p>
    <w:p>
      <w:r>
        <w:t>2/1 Two over One</w:t>
      </w:r>
    </w:p>
    <w:p>
      <w:r>
        <w:t>1 Majör açılışına 2 seviyesinde cevap vermek 13+ puan gösterir.</w:t>
      </w:r>
    </w:p>
    <w:p>
      <w:r>
        <w:t>1 ♠     -         2 ♣ /2♦/2♥        13+ hp</w:t>
      </w:r>
    </w:p>
    <w:p>
      <w:r>
        <w:br/>
        <w:t>1 ♠     -         3 ♣ /3♦/3♥</w:t>
        <w:br/>
        <w:t>1 ♥     -         3 ♣ /3♦                    9-11 hp, 6’lı renk gösterir.</w:t>
      </w:r>
    </w:p>
    <w:p>
      <w:r>
        <w:t>1 ♦     -         3 ♣</w:t>
      </w:r>
    </w:p>
    <w:p>
      <w:r>
        <w:br/>
        <w:t>1 ♠/1♥ -      1NT   5-12 hp (limit genişledi, forsing)</w:t>
        <w:br/>
        <w:t>Açan varsa 2. rengi onu söyler, yoksa 2♣ der.</w:t>
      </w:r>
    </w:p>
    <w:p>
      <w:r>
        <w:t>1 ♠      -     2 ♠                     (İyi 8 – 10 hp)</w:t>
        <w:br/>
        <w:t>1 ♠      -     1 NT sonra 2 ♠  (5 - kötü 8 hp)</w:t>
      </w:r>
    </w:p>
    <w:p/>
    <w:p>
      <w:r>
        <w:t>E            S           W           N</w:t>
        <w:br/>
        <w:t>1♦      P       1♠      2♥  5’li Majör, 4’lü Minör varsa 5’li Majör söylenir.</w:t>
      </w:r>
    </w:p>
    <w:p>
      <w:r>
        <w:t>X    5’li Minör, 4’lü Majör varsa Kontr denir.</w:t>
      </w:r>
    </w:p>
    <w:p>
      <w:r>
        <w:t>Defansta iken kart yemek zorunda kalındığında eldeki herhangi bir rengi şikan bırakmak doğru değildir.</w:t>
      </w:r>
    </w:p>
    <w:p>
      <w:r>
        <w:t>Çünkü böyle yapıldığında oynayanın işi kolaylaşır,ona bilgi verilmiş olur ve ona göre oynamasını sağlar.</w:t>
      </w:r>
    </w:p>
    <w:p>
      <w:r>
        <w:t>26.12.2020</w:t>
      </w:r>
    </w:p>
    <w:p>
      <w:r>
        <w:t>1NT    ---    2♣</w:t>
        <w:br/>
        <w:t>2♦   ---    2♥      5’li ♥</w:t>
        <w:br/>
        <w:t>Cevapçı Steyman yaparak 2♣ ile 4’lü major sorar.</w:t>
      </w:r>
    </w:p>
    <w:p>
      <w:r>
        <w:t>Açan 2♦ diyerek 4’lü Majörü olmadığını belirtir.</w:t>
      </w:r>
    </w:p>
    <w:p>
      <w:r>
        <w:t>Cevapçı 2♥ diyerek 5’li majörünü söyler.</w:t>
      </w:r>
    </w:p>
    <w:p>
      <w:r>
        <w:t>O zaman neden baştan 2♣ yerine 2♦diyerek ♥’e transfer etmedi?</w:t>
      </w:r>
    </w:p>
    <w:p>
      <w:r>
        <w:t>Buradan ♠’inin 4’lü olduğunu ve gücünün de davet eli kadar olduğunu anlarız.</w:t>
      </w:r>
    </w:p>
    <w:p>
      <w:r>
        <w:t>1NT    ---    2♣</w:t>
        <w:br/>
        <w:t>2♦   ---    3♥      5’li ♠</w:t>
        <w:br/>
        <w:t>Cevapçı steyman yaptıktan sonra 3 seviyesinde Majör deklare ederse bu ters majördür.</w:t>
      </w:r>
    </w:p>
    <w:p>
      <w:r>
        <w:t>1 NT açışına;</w:t>
        <w:br/>
        <w:t>5-4 Majörler var ama hiç zone ümidi yoksa o zaman 5’li olan renge transfer edilip, ardından PAS geçilir.</w:t>
      </w:r>
    </w:p>
    <w:p>
      <w:r>
        <w:t>5-4 Majörler var ve zone ümidi varsa (6-8Hp) önce Steyman yapılır.</w:t>
      </w:r>
    </w:p>
    <w:p>
      <w:r>
        <w:t>Ortak 4’lü ya da 5’li olan Majörlerden birini söyler ise o renk 6-7 Hp ile 3 seviyesinde 8Hp ile 4 seviyesinde yükseltilir.</w:t>
      </w:r>
    </w:p>
    <w:p>
      <w:r>
        <w:t>Ortak 2♦ derse 2 seviyesinde 5’li olan Majör söylenir.</w:t>
      </w:r>
    </w:p>
    <w:p>
      <w:r>
        <w:t>5-4 Majörler var ve zone ve zone kesin ise 3 seviyesinde ters major söylenir.</w:t>
      </w:r>
    </w:p>
    <w:p>
      <w:r>
        <w:t>01.01.2021</w:t>
      </w:r>
    </w:p>
    <w:p>
      <w:r>
        <w:t>♦ K762     -    ♦ A3</w:t>
        <w:br/>
        <w:t>♦6 atak edildi.</w:t>
      </w:r>
    </w:p>
    <w:p>
      <w:r>
        <w:t>Ortak A ile aldı, karo döndü.</w:t>
      </w:r>
    </w:p>
    <w:p>
      <w:r>
        <w:t>K ile aldıktan sonra ortağa çaktırmaya giderken, ortağın hangi rengi dönmesi isteniyorsa ona göre gidilir.</w:t>
      </w:r>
    </w:p>
    <w:p>
      <w:r>
        <w:t>Örneğin ♠ dönmesi isteniyorsa kalan kartlardan büyüğü ile (bu elde 7’li) ile gidilir.</w:t>
      </w:r>
    </w:p>
    <w:p>
      <w:r>
        <w:t>4NT      -       5♠</w:t>
        <w:br/>
        <w:t>4 NT ile key card sorusuna 5♠ demek aslında 2 key card + koz Q’ı anlamına gelir.</w:t>
      </w:r>
    </w:p>
    <w:p>
      <w:r>
        <w:t>Ancak fazla koz varsa Q olmasa bile varmış gibi cevap verilebilir.</w:t>
      </w:r>
    </w:p>
    <w:p>
      <w:r>
        <w:t>Ortakla birlikte toplam koz sayısı 11-12 iken A ve K çekildiğinde Q düşeceği için bu şekilde göstermenin bir sakıncası yoktur.</w:t>
      </w:r>
    </w:p>
    <w:p>
      <w:r>
        <w:t>Bir renkte AQT98 elde ve yerde ise;</w:t>
        <w:br/>
        <w:t>Asın karşısından başta V’ye empas yapılır, sonra tekrar A’ın karşısından K’ya empas yapılır.</w:t>
      </w:r>
    </w:p>
    <w:p>
      <w:r>
        <w:t>Q98X</w:t>
      </w:r>
    </w:p>
    <w:p>
      <w:r>
        <w:br/>
        <w:t>ATX</w:t>
        <w:br/>
        <w:t>Hep A’ın karşısından oynanır.</w:t>
      </w:r>
    </w:p>
    <w:p>
      <w:r>
        <w:t>Bir tarafta K diğer tarafta Q olduğunda,</w:t>
        <w:br/>
        <w:t>KXXXX               KXXX                KXXX               KXX</w:t>
      </w:r>
    </w:p>
    <w:p>
      <w:r>
        <w:br/>
        <w:t>QXX                 QXXX                 QXX                 QXX</w:t>
        <w:br/>
        <w:t>Önce onöre doğru oynanır.</w:t>
      </w:r>
    </w:p>
    <w:p>
      <w:r>
        <w:t>Kazanılırsa, A’nın bir tarafta ikili olduğu ümit edilerek elden yerden küçük oynanır.</w:t>
      </w:r>
    </w:p>
    <w:p>
      <w:r>
        <w:t>Deklarasyon esnasında rakiplerden biri konuştu ise A onda kısa diye düşünülerek, ona göre oynanır, yani o kişi 2. yapılır.</w:t>
      </w:r>
    </w:p>
    <w:p>
      <w:r>
        <w:t>KXX</w:t>
      </w:r>
    </w:p>
    <w:p>
      <w:r>
        <w:br/>
        <w:t>QX</w:t>
        <w:br/>
        <w:t>Burada önce kısa taraftaki onöre (Q’a) doğru oynanır.</w:t>
      </w:r>
    </w:p>
    <w:p>
      <w:r>
        <w:t>Rakibin renginde QX/VX/QV   sek olduğu zaman kötüdür.</w:t>
      </w:r>
    </w:p>
    <w:p>
      <w:r>
        <w:t>Dağılım puanları sayılırken bunlar sayılmaz.</w:t>
      </w:r>
    </w:p>
    <w:p>
      <w:r>
        <w:t>1 Majör    -      1 NT        5-12 P Forcing, dengesiz olabilir, şikan bile olabilir</w:t>
        <w:br/>
        <w:t>1 Majör    -      2 Majör   8-10 P</w:t>
      </w:r>
    </w:p>
    <w:p>
      <w:r>
        <w:t>1 ♠       -    1 NT</w:t>
        <w:br/>
        <w:t>2♣        -    3♠    11-12 P, 3’ü fit</w:t>
      </w:r>
    </w:p>
    <w:p>
      <w:r>
        <w:t>02.01.2021 ♣ ♦ ♥♠</w:t>
      </w:r>
    </w:p>
    <w:p>
      <w:r>
        <w:t>Atak rengine yerde onör yoksa 3.</w:t>
      </w:r>
    </w:p>
    <w:p>
      <w:r>
        <w:t>Oyuncu daima en büyüğünü koyar.</w:t>
      </w:r>
    </w:p>
    <w:p>
      <w:r>
        <w:t>Sadece NT oynanırken, yerde kısa ise ve o renk 3.</w:t>
      </w:r>
    </w:p>
    <w:p>
      <w:r>
        <w:t>Oyuncunun elinde AQX ise A yerine Q’ı koyar.</w:t>
      </w:r>
    </w:p>
    <w:p>
      <w:r>
        <w:t>W                            N                          E                             S</w:t>
        <w:br/>
        <w:t>1NT                        P                           P                           Dbl</w:t>
        <w:br/>
        <w:t>P                             P                          RDbl  ‘’Acil kaçalım ortak’’ W                            N                          E                             S</w:t>
        <w:br/>
        <w:t>P                          1♥</w:t>
        <w:br/>
        <w:t>P                          1♠                            P                                 2♣</w:t>
        <w:br/>
        <w:t>P                          2♥                     P                          P</w:t>
        <w:br/>
        <w:t>Zayıf ellerle ortağın ilk rengine dönülür.</w:t>
      </w:r>
    </w:p>
    <w:p>
      <w:r>
        <w:t>Preferans</w:t>
        <w:br/>
        <w:t>Kuzeyde ♥ 2’li olmasına rağmen ortağının ilk rengi olan ♥’ü seçer.</w:t>
      </w:r>
    </w:p>
    <w:p>
      <w:r>
        <w:t>Dbl üzerine RDbl                                          Bende güç var anlamına gelir.</w:t>
      </w:r>
    </w:p>
    <w:p>
      <w:r>
        <w:t>Dbl üzerine 2 tane Pas’dan sonra RDbl  Ortak kaçalım anlamına gelir.</w:t>
      </w:r>
    </w:p>
    <w:p>
      <w:r>
        <w:t>07.01.2021 ♣♦♠♥</w:t>
      </w:r>
    </w:p>
    <w:p>
      <w:r>
        <w:br/>
        <w:t>N              E             S           W</w:t>
        <w:br/>
        <w:t>1♥      2NT   Unusual Notrump yani küçükler (♣ ve ♦) var</w:t>
      </w:r>
    </w:p>
    <w:p>
      <w:r>
        <w:br/>
        <w:t>N            E             S           W</w:t>
        <w:br/>
        <w:t>1♣        P         1♥       1♠</w:t>
        <w:br/>
        <w:t>Dbl   ‘’Bende 3 tane♥var’’</w:t>
        <w:br/>
        <w:t>Dbl</w:t>
        <w:br/>
        <w:t>Rdb ‘’Bende 3 tane♥var’’ (W Dbl derse Rdb da fit içindir)</w:t>
        <w:br/>
        <w:t>Cevapçının söylediği renge müdahale olunca (renk ya da Dbl ile) Dbl, Rbl yapılır.</w:t>
      </w:r>
    </w:p>
    <w:p>
      <w:r>
        <w:t>Fit Kontr’u ortağı 4’lü gösterdiği zaman olur, 5’li olduğunu bilince olmaz.</w:t>
      </w:r>
    </w:p>
    <w:p>
      <w:r>
        <w:t>N            E             S           W</w:t>
        <w:br/>
        <w:t>1NT         P             P            ?</w:t>
      </w:r>
    </w:p>
    <w:p>
      <w:r>
        <w:t>Dengesiz el varsa,</w:t>
        <w:br/>
        <w:t>ortağı NT açanın üzerinde olduğu için</w:t>
        <w:br/>
        <w:t>az puanla da konuşabilir.</w:t>
      </w:r>
    </w:p>
    <w:p>
      <w:r>
        <w:t>NT açanın ortağı P dediği için onun elinde çok az puan olduğu belli.</w:t>
      </w:r>
    </w:p>
    <w:p>
      <w:r>
        <w:t>Demek ki ortakta puan var ve NT açanın üzerinde, yani onun onörlerini ezebilme avantajı var.</w:t>
      </w:r>
    </w:p>
    <w:p>
      <w:r>
        <w:t>09.01.2021 ♣♦♠♥</w:t>
      </w:r>
    </w:p>
    <w:p>
      <w:r>
        <w:br/>
        <w:t>N              E             S           W</w:t>
        <w:br/>
        <w:t>1♥        1NT        2♥      2♠   Forsing değil, oynamak için</w:t>
        <w:br/>
        <w:t>1♠        1NT        2♠      3♥   Forsing</w:t>
        <w:br/>
        <w:t>1♠        1NT        2♠      Dbl   Davet eli</w:t>
        <w:br/>
        <w:t>Ortak NT açtığında ya da NT ile araya girdiğinde, rakip müdahale ederse, Dbl davet içindir.</w:t>
      </w:r>
    </w:p>
    <w:p>
      <w:r>
        <w:t>972</w:t>
      </w:r>
    </w:p>
    <w:p>
      <w:r>
        <w:t>KQ8                                      T543</w:t>
      </w:r>
    </w:p>
    <w:p>
      <w:r>
        <w:t>AJ6</w:t>
        <w:br/>
        <w:t>Batı K ile atak ettiğinde, yerden küçük elden de küçük verilebilir.</w:t>
      </w:r>
    </w:p>
    <w:p>
      <w:r>
        <w:t>Eğer Batı eli alıp Q ile devam ederse AV’ye doğru gelmiş olur ve bu renkten 2 el alınır.</w:t>
      </w:r>
    </w:p>
    <w:p>
      <w:r>
        <w:t>Ancak K atak edenin ortağı 3’lü verdiğinde, atak edenin o renge devam etmemesi gerekir.</w:t>
      </w:r>
    </w:p>
    <w:p>
      <w:r>
        <w:t>N            E             S           W</w:t>
        <w:br/>
        <w:t>1♠         Dbl         2♣ Forsing değil (Dbl’dan sonra söylenirse Forsing olmaz)</w:t>
        <w:br/>
        <w:t>2 over 1 rakip araya girdikten sonra söylenirse zone forsing değildir.</w:t>
      </w:r>
    </w:p>
    <w:p>
      <w:r>
        <w:t>Rakip oynarken, deklarasyon esnasında ortak araya girmişse, onun rengi atak edilir.</w:t>
      </w:r>
    </w:p>
    <w:p>
      <w:r>
        <w:t>Ancak ortak oyun açmışsa onun rengini atak etmek şart değildir.</w:t>
      </w:r>
    </w:p>
    <w:p>
      <w:r>
        <w:t>Önce Dbl deyip, ardından NT denirse, 18-20HP anlamına gelir.</w:t>
      </w:r>
    </w:p>
    <w:p>
      <w:r>
        <w:t>1♠    -----    3♣/♦/♥</w:t>
        <w:br/>
        <w:t>1♥   -----    3♣/♦                   İyi 6’li renk, 9-11Hp gösterir.</w:t>
      </w:r>
    </w:p>
    <w:p>
      <w:r>
        <w:t>1♦   -----    3♣</w:t>
      </w:r>
    </w:p>
    <w:p>
      <w:r>
        <w:br/>
        <w:t>1♠   -----   1NT</w:t>
        <w:br/>
        <w:t>2♣   -----   2♦  Oynamak istiyorum</w:t>
        <w:br/>
        <w:t>Açanın 2.rengine reverse değilse PAS var</w:t>
      </w:r>
    </w:p>
    <w:p>
      <w:r>
        <w:t>14.01.2021 ♣♦♠♥</w:t>
      </w:r>
    </w:p>
    <w:p>
      <w:r>
        <w:t>N              E             S           W</w:t>
        <w:br/>
        <w:t>3♣         4♣    En az 5-5 majörler ve kuvvetli el var</w:t>
      </w:r>
    </w:p>
    <w:p/>
    <w:p>
      <w:r>
        <w:t>Rakip bir renkte anlaştığı zaman atılan kontrlar her zaman ‘’konuş’’ anlamına gelir.</w:t>
      </w:r>
    </w:p>
    <w:p>
      <w:r>
        <w:t>N              E             S           W</w:t>
        <w:br/>
        <w:t>3♣       Dbl      5♣      Dbl   olsa bile ‘’konuş’’ demektir.</w:t>
      </w:r>
    </w:p>
    <w:p>
      <w:r>
        <w:t>1♦ ------ 2♦ Inverted Minor</w:t>
        <w:br/>
        <w:t>2NT ----- 3♠ Inverted’den sonra 3 seviyesinde söylenen renk tektir.</w:t>
      </w:r>
    </w:p>
    <w:p>
      <w:r>
        <w:t>Açan dengeli ise hangi rengi kesip kesmediğinin bir önemi yoktur, 2NT rebid edebilir.</w:t>
      </w:r>
    </w:p>
    <w:p>
      <w:r>
        <w:t>Inverted Minor’dan sonra açan ya da cevapçı tarafından söylenen renk tektir.</w:t>
      </w:r>
    </w:p>
    <w:p>
      <w:r>
        <w:t>1♦ ------ 2♦</w:t>
        <w:br/>
        <w:t>2♥    5’li ♦, 4’lü ♥ anlamına gelir.</w:t>
      </w:r>
    </w:p>
    <w:p>
      <w:r>
        <w:t>N              E               S            W</w:t>
        <w:br/>
        <w:t>1♦           P             2♦        P</w:t>
        <w:br/>
        <w:t>2NT           P             3♠        P</w:t>
        <w:br/>
        <w:t>4NT           P              5♦       P</w:t>
        <w:br/>
        <w:t>6♦</w:t>
      </w:r>
    </w:p>
    <w:p>
      <w:r>
        <w:t>16.01.2021 ♣♦♠♥</w:t>
      </w:r>
    </w:p>
    <w:p>
      <w:r>
        <w:t>Inverted Minor’dan sonra açan 2NT derse, kesme mecburiyeti yoktur.</w:t>
      </w:r>
    </w:p>
    <w:p>
      <w:r>
        <w:t>Açan sıçramadan NT’ya dönerse 12-14 Hp,</w:t>
        <w:br/>
        <w:t>1♦   ---     2♣</w:t>
        <w:br/>
        <w:t>2NT</w:t>
        <w:br/>
        <w:t>Açan sıçrayarak NT’ya dönerse 18-19 Hp gösterir.</w:t>
      </w:r>
    </w:p>
    <w:p>
      <w:r>
        <w:t>1♥   ---    1♠</w:t>
        <w:br/>
        <w:t>2NT</w:t>
        <w:br/>
        <w:t>Araya giren de olsa sıçrama yoksa 2NT, 12-14Hp dir.</w:t>
      </w:r>
    </w:p>
    <w:p>
      <w:r>
        <w:t>N              E             S           W</w:t>
        <w:br/>
        <w:t>1♦        1♥       1♠     5’li ♠</w:t>
        <w:br/>
        <w:t>Dbl    4’lü♠</w:t>
      </w:r>
    </w:p>
    <w:p>
      <w:r>
        <w:t>Araya girilen renk hep 5’lidir.</w:t>
      </w:r>
    </w:p>
    <w:p>
      <w:r>
        <w:t>İstisna aşağıdaki durum:</w:t>
        <w:br/>
        <w:t>N              E            S            W</w:t>
        <w:br/>
        <w:t>1♣        1♦        P      1♥/1♠  4 tane</w:t>
      </w:r>
    </w:p>
    <w:p>
      <w:r>
        <w:br/>
        <w:t>Açan 16-17 puanlarda sıçramamalıdır.</w:t>
      </w:r>
    </w:p>
    <w:p>
      <w:r>
        <w:t>1♦   ---   1♥</w:t>
        <w:br/>
        <w:t>2♣    geniş bir limit</w:t>
      </w:r>
    </w:p>
    <w:p>
      <w:r>
        <w:br/>
        <w:t>Rakibin ayrık iki onörü varken, sıralı kağıtlar oynanırsa, el alınamaz, zarar edilir.</w:t>
      </w:r>
    </w:p>
    <w:p>
      <w:r>
        <w:t>KT9X</w:t>
      </w:r>
    </w:p>
    <w:p>
      <w:r>
        <w:t>QJX</w:t>
      </w:r>
    </w:p>
    <w:p>
      <w:r>
        <w:t>AXX</w:t>
        <w:br/>
        <w:t>Ama yerde onör yoksa oynanabilir.</w:t>
      </w:r>
    </w:p>
    <w:p>
      <w:r>
        <w:t>Tek tarafta onör varsa, sıra oynayarak zarar edilmez.</w:t>
      </w:r>
    </w:p>
    <w:p>
      <w:r>
        <w:t>Transfer edip, 2NT denirse   8-9 Hp</w:t>
        <w:br/>
        <w:t>Transfer edip, o renk tekrarlanırsa en az 6’lı olmalı.</w:t>
      </w:r>
    </w:p>
    <w:p>
      <w:r>
        <w:t>1 NT Forsing sadece Majör açışları içindir.</w:t>
      </w:r>
    </w:p>
    <w:p>
      <w:r>
        <w:t>1♣   ---   1NT              1♦   ---   1NT</w:t>
        <w:br/>
        <w:t>P                                       P</w:t>
      </w:r>
    </w:p>
    <w:p>
      <w:r>
        <w:br/>
        <w:t>Oynayan Doğu.</w:t>
      </w:r>
    </w:p>
    <w:p>
      <w:r>
        <w:t>Oynayanda ♥98, ♦KQJT var.</w:t>
      </w:r>
    </w:p>
    <w:p>
      <w:r>
        <w:t>Defansta ♠ J973, ♥T6 var.</w:t>
      </w:r>
    </w:p>
    <w:p>
      <w:r>
        <w:t>Diğer oyuncuların kartları önemsiz.</w:t>
      </w:r>
    </w:p>
    <w:p>
      <w:r>
        <w:t>Eğer oynayan ♥9 oynarsa, defans ♥T ile alır, ♠ oynar, çaktırır.</w:t>
      </w:r>
    </w:p>
    <w:p>
      <w:r>
        <w:t>Sonra ♠leri alır.</w:t>
      </w:r>
    </w:p>
    <w:p>
      <w:r>
        <w:t>Oysa ki oynayanın ♦ oynaması lazım.</w:t>
      </w:r>
    </w:p>
    <w:p>
      <w:r>
        <w:t>Alıcı koz ile üste çakmamak iyidir.</w:t>
      </w:r>
    </w:p>
    <w:p>
      <w:r>
        <w:t>Kafa karıştırır.</w:t>
      </w:r>
    </w:p>
    <w:p>
      <w:r>
        <w:t>23.01.2021 ♣♦♠♥</w:t>
      </w:r>
    </w:p>
    <w:p>
      <w:r>
        <w:t>1♣    ----    1♠</w:t>
        <w:br/>
        <w:t>2♣    ----    2NT  3NT oynayalım mı?</w:t>
      </w:r>
    </w:p>
    <w:p>
      <w:r>
        <w:t>3♠    ----    3NT</w:t>
        <w:br/>
        <w:t>Burada 3♠  Davetini kabul ettim, bende 3’lü♠var</w:t>
        <w:br/>
        <w:t>Cevapçı 2NT ile davet ettiğinde açan kendi renginden büyük bir rengi söylediyse daveti kabul ettiği anlamına gelir.</w:t>
      </w:r>
    </w:p>
    <w:p>
      <w:r>
        <w:t>Defansta ikinci pozisyonda iken yerde o renk boş ise ve elinde AJ veya AQ varsa ikinci iken büyük konabilir.</w:t>
      </w:r>
    </w:p>
    <w:p>
      <w:r>
        <w:t>N              E             S           W</w:t>
        <w:br/>
        <w:t>1♣       1♦      1♠     1NT</w:t>
        <w:br/>
        <w:t>Dbl  Fit (Support) Kontru; senin♠ bende 4’lü.</w:t>
      </w:r>
    </w:p>
    <w:p>
      <w:r>
        <w:t>♠AKQJXX</w:t>
        <w:br/>
        <w:t>♥A</w:t>
        <w:br/>
        <w:t>♦9</w:t>
        <w:br/>
        <w:t>♣ KQ9XX</w:t>
        <w:br/>
        <w:t>Bu el ile 2♣ açılmalıdır.</w:t>
      </w:r>
    </w:p>
    <w:p>
      <w:r>
        <w:t>Ortakta birşey olmasa bile Zone yapabilecek bir el</w:t>
      </w:r>
    </w:p>
    <w:p/>
    <w:p>
      <w:r>
        <w:t>Bu elde koz oynanmamalıdır.</w:t>
      </w:r>
    </w:p>
    <w:p>
      <w:r>
        <w:t>Hem elde, hem yerde kısalık var.</w:t>
      </w:r>
    </w:p>
    <w:p>
      <w:r>
        <w:t>Koza dokunmadan oynanmalıdır.</w:t>
      </w:r>
    </w:p>
    <w:p>
      <w:r>
        <w:t>Hem elde hem yerde kısalık varsa, yan renklerdeki alıcıların bir an önce kurtarılması gerekir.</w:t>
      </w:r>
    </w:p>
    <w:p>
      <w:r>
        <w:t>Bu elde ♠K’ya doğru oynayıp, onu kaçırmaya çalışmak gerekir.</w:t>
      </w:r>
    </w:p>
    <w:p>
      <w:r>
        <w:t>Potansiyel alıcı kartlar, alıcı hale getirilmelidir.</w:t>
      </w:r>
    </w:p>
    <w:p>
      <w:r>
        <w:t>Yoksa sonra el çaka, yer çaka oynanırken, rakipler ellerindeki renkleri kısaltıp, oynayanın alıcı kartlarına çakabilirler.</w:t>
      </w:r>
    </w:p>
    <w:p>
      <w:r>
        <w:t>N              E             S           W</w:t>
        <w:br/>
        <w:t>P           1NT        P          2♣</w:t>
        <w:br/>
        <w:t>P           2♥        P          2NT   Davet Eli</w:t>
        <w:br/>
        <w:t>3NT   4’lü ♠’i vardır. N              E             S           W</w:t>
        <w:br/>
        <w:t>P             1♦       1♠     Dbl</w:t>
        <w:br/>
        <w:t>2♠       3♠  Kuvvetliyim</w:t>
      </w:r>
    </w:p>
    <w:p>
      <w:r>
        <w:t>3NT’yu Minör ile geçmek çok kuvvetliyim anlamına gelir.</w:t>
      </w:r>
    </w:p>
    <w:p>
      <w:r>
        <w:t>4♣/4♦ kompetisyon için söylenmez.</w:t>
      </w:r>
    </w:p>
    <w:p>
      <w:r>
        <w:t>NT’den slam olması için iyi bir 33 Hp olması gerekir.</w:t>
      </w:r>
    </w:p>
    <w:p>
      <w:r>
        <w:t>Oysa Koz ellerinde splinter olduğunda 27 Hp ile bile slam oynanabilir</w:t>
      </w:r>
    </w:p>
    <w:p>
      <w:r>
        <w:t>13.02.2021 ♣♦♠♥</w:t>
      </w:r>
    </w:p>
    <w:p>
      <w:r>
        <w:t>1♠     ------------     1NT (Forsing 5-12Hp)</w:t>
        <w:br/>
        <w:t>P olmaz!</w:t>
      </w:r>
    </w:p>
    <w:p>
      <w:r>
        <w:t>Başka renk varsa onu söyler</w:t>
        <w:br/>
        <w:t>Kendi rengi 6’lı ise onu tekrar eder</w:t>
        <w:br/>
        <w:t>O da yoksa 2♣ der.</w:t>
      </w:r>
    </w:p>
    <w:p>
      <w:r>
        <w:t>1♠    ------------   2♠ (İyi 8-10Hp)</w:t>
      </w:r>
    </w:p>
    <w:p>
      <w:r>
        <w:t>1♠    ------------   1NT</w:t>
        <w:br/>
        <w:t>2♣    ------------   2♠ (5-8 Hp) ♠tutuşu</w:t>
      </w:r>
    </w:p>
    <w:p>
      <w:r>
        <w:t>1♠    ------------   1NT</w:t>
        <w:br/>
        <w:t>2♣    ------------   2♠ (6-10Hp) ♠ 2li</w:t>
      </w:r>
    </w:p>
    <w:p>
      <w:r>
        <w:t>Cevapçının ♠’i 3’lü ya da 4’lü tutuyor olması fark etmez, puana bakılır.</w:t>
      </w:r>
    </w:p>
    <w:p>
      <w:r>
        <w:t>Eğer iyi 8 puan yoksa önce 1NT’den geçip, sonra 2♠ denir.</w:t>
      </w:r>
    </w:p>
    <w:p>
      <w:r>
        <w:t>Oynayan : S</w:t>
        <w:br/>
        <w:t>Kontrat  : 4♠</w:t>
        <w:br/>
        <w:t>Yere doğru 2 kez ♣ oynanıp, ♣ sağlanmalıdır.</w:t>
      </w:r>
    </w:p>
    <w:p>
      <w:r>
        <w:t>Üzerine ♦ atılır.</w:t>
      </w:r>
    </w:p>
    <w:p>
      <w:r>
        <w:t>1♦     1♥  Renk ile araya girmek 8-16 Hp gösterir.</w:t>
      </w:r>
    </w:p>
    <w:p>
      <w:r>
        <w:t>Daha fazla puan varsa önce Dbl atılıp, sonra rengin söylenmesi gerekir.</w:t>
      </w:r>
    </w:p>
    <w:p>
      <w:r>
        <w:t>1♦     Dbl       P       1♠</w:t>
        <w:br/>
        <w:t>P        2♥  Neden baştan 1♥ demedi?</w:t>
      </w:r>
    </w:p>
    <w:p>
      <w:r>
        <w:t>Demek ki 16’nın üzerinde Puan var.</w:t>
      </w:r>
    </w:p>
    <w:p>
      <w:r>
        <w:t>2NT Açılışı 20-22 Hp ile yapılır.</w:t>
      </w:r>
    </w:p>
    <w:p>
      <w:r>
        <w:t>Ancak güzel 22Hp ile 2♣ de açılabilir.</w:t>
      </w:r>
    </w:p>
    <w:p>
      <w:r>
        <w:t>2♣ açıldığı zaman ortak en az 2 tur konuşmak zorundadır.</w:t>
      </w:r>
    </w:p>
    <w:p>
      <w:r>
        <w:t>2♣    -----   2♦</w:t>
        <w:br/>
        <w:t>2♠    -----     P geçemez!</w:t>
      </w:r>
    </w:p>
    <w:p>
      <w:r>
        <w:t>0Hp ile bile konuşmak zorundadır.</w:t>
      </w:r>
    </w:p>
    <w:p>
      <w:r>
        <w:t>Sadece açan 2NT rebid ederse cevapçı P diyebilir.</w:t>
      </w:r>
    </w:p>
    <w:p>
      <w:r>
        <w:t>2♣    -----   2♦</w:t>
        <w:br/>
        <w:t>2NT    -----     P   diyebilir.</w:t>
      </w:r>
    </w:p>
    <w:p>
      <w:r>
        <w:t>Çünkü açan 23-24 Hp göstererek limite oldu.</w:t>
      </w:r>
    </w:p>
    <w:p>
      <w:r>
        <w:t>Cevapçıda 0-1 Hp varsa P diyebilir.</w:t>
      </w:r>
    </w:p>
    <w:p>
      <w:r>
        <w:t>2♣    -----   2♦</w:t>
        <w:br/>
        <w:t>2♠    -----     3♦ ♠’I tutmuyor, ♦ları var.</w:t>
      </w:r>
    </w:p>
    <w:p>
      <w:r>
        <w:t>3♥   -----     P geçemez.</w:t>
      </w:r>
    </w:p>
    <w:p>
      <w:r>
        <w:t>Çünkü 3♥ puan göstermiyor.Kaç puanı olduğu bilinmiyor.</w:t>
      </w:r>
    </w:p>
    <w:p>
      <w:r>
        <w:t>2♣ açanın puanı beli olduğu zaman cevapçı P geçebilir ama açan yeni renk söylediği sürece P geçemez.</w:t>
      </w:r>
    </w:p>
    <w:p>
      <w:r>
        <w:t>2♣    -----   2♦</w:t>
        <w:br/>
        <w:t>2♠      -----    3♣</w:t>
        <w:br/>
        <w:t>3♠     -----    P var çünkü açan renk tekrarı yaptı.</w:t>
      </w:r>
    </w:p>
    <w:p>
      <w:r>
        <w:t>Açan NT ve renk tekrarı yaptığında puanını belli eder.</w:t>
      </w:r>
    </w:p>
    <w:p>
      <w:r>
        <w:t>Oynayan : S</w:t>
        <w:br/>
        <w:t>Kontrat : 4♠</w:t>
        <w:br/>
        <w:t>Atak  ♥</w:t>
        <w:br/>
        <w:t>İkinci  ♥ ‘e çakıp, hemen  ♦ oynanır, A çıkartılır.</w:t>
      </w:r>
    </w:p>
    <w:p>
      <w:r>
        <w:t>Sonra Kozlar çekilir.</w:t>
      </w:r>
    </w:p>
    <w:p>
      <w:r>
        <w:t>Kontrat 4♠ olur.</w:t>
      </w:r>
    </w:p>
    <w:p>
      <w:r>
        <w:t>Oynayan :S</w:t>
        <w:br/>
        <w:t>Kontrat  : 4♠</w:t>
        <w:br/>
        <w:t>Atak ♦.</w:t>
      </w:r>
    </w:p>
    <w:p>
      <w:r>
        <w:t>Atak  A♦ ile alınır.</w:t>
      </w:r>
    </w:p>
    <w:p>
      <w:r>
        <w:t>A ve K ♠ çekilir.</w:t>
      </w:r>
    </w:p>
    <w:p>
      <w:r>
        <w:t>Ardından küçük ♠ ile el rakibe verilir.</w:t>
      </w:r>
    </w:p>
    <w:p>
      <w:r>
        <w:t>En garantili yöntem budur çünkü alıcı koz dışarıda kaldığı zaman, yerdeki ♣’e ulaşamama durumu olabilir.</w:t>
      </w:r>
    </w:p>
    <w:p>
      <w:r>
        <w:t>Oynayan :S</w:t>
        <w:br/>
        <w:t>Kontrat  : 4♥</w:t>
        <w:br/>
        <w:t>Atak ♦.</w:t>
      </w:r>
    </w:p>
    <w:p>
      <w:r>
        <w:t>♦ alındıktan sonra A ve K♥ çekilir.</w:t>
      </w:r>
    </w:p>
    <w:p>
      <w:r>
        <w:t>Sonra ♦ ya da ♠ oynayarak    çakmaya çalışılır.</w:t>
      </w:r>
    </w:p>
    <w:p>
      <w:r>
        <w:t>15-16Hp ile 5-4 ellere sahip olduğunda, 2. renk ♠ olduğu zaman NT mi yoksa renk mi açayım diye düşünülebilir.</w:t>
      </w:r>
    </w:p>
    <w:p>
      <w:r>
        <w:t>Ancak 2.</w:t>
      </w:r>
    </w:p>
    <w:p>
      <w:r>
        <w:t>Renk ♥ ya da ♦ ise 5-4 eller kesinlikle NT açılmalıdır.</w:t>
      </w:r>
    </w:p>
    <w:p>
      <w:r>
        <w:t>Bu tip ellerle 17Hp varken NT değil, renk açıp reverse yapılır.</w:t>
      </w:r>
    </w:p>
    <w:p>
      <w:r>
        <w:t>18.02.2021 ♣♦♠♥</w:t>
      </w:r>
    </w:p>
    <w:p>
      <w:r>
        <w:br/>
        <w:t>Defansta iken kesinlikle el çaka yer çaka oynanmamalıdır.</w:t>
      </w:r>
    </w:p>
    <w:p>
      <w:r>
        <w:t>Sadece aşağıdaki durumlarda oynanabilir:</w:t>
        <w:br/>
        <w:t>Ortak da çakıyorsa,</w:t>
        <w:br/>
        <w:t>Alacakların hepsi alınmışsa</w:t>
      </w:r>
    </w:p>
    <w:p>
      <w:r>
        <w:br/>
        <w:t>Oynarken kozdan dışarı varsa, riskli olsa dahi kaçma işi önce yapılmalıdır.</w:t>
      </w:r>
    </w:p>
    <w:p>
      <w:r>
        <w:t>Defansta iken kendi eline göre eldeki iki renkten birinin oynanması fark etmiyorsa, ikisinde de birşey yoksa; yerde uzun olan yerine kısa olan renk tercih edilmelidir.</w:t>
      </w:r>
    </w:p>
    <w:p>
      <w:r>
        <w:t>Kozun kötü dağıldığı bilindiği zaman, kozun uzun olduğu taraftan çakılabilir.</w:t>
      </w:r>
    </w:p>
    <w:p>
      <w:r>
        <w:t>Koz ♠,</w:t>
        <w:br/>
        <w:t>Oynayan W</w:t>
        <w:br/>
        <w:t>Deklarasyondan ♠’in S’da uzun olduğu biliniyorsa, ona göre oynanır.</w:t>
      </w:r>
    </w:p>
    <w:p>
      <w:r>
        <w:t>06.03.2021 ♣♦♠♥</w:t>
        <w:br/>
        <w:t>Drury</w:t>
        <w:br/>
        <w:t>PAS’tan gelen oyuncu;</w:t>
        <w:br/>
        <w:t>1♥’e 3♥ diyecek eli varsa (11-12TP)</w:t>
        <w:br/>
        <w:t>2♣   Senin ♥’ünü 3’lü tutuyorum, DAVET</w:t>
        <w:br/>
        <w:t>2♦   Senin ♥’ünü 4’lü tutuyorum, DAVET</w:t>
        <w:br/>
        <w:t>Açan oyuncu; (3./4.pozisyonda açmış olmalı)</w:t>
        <w:br/>
        <w:t>2♥         Zone oynamaz</w:t>
        <w:br/>
        <w:t>4♥         Zone</w:t>
        <w:br/>
        <w:t>4NT         Slam’e gitmek istiyor</w:t>
        <w:br/>
        <w:t>Splinter   Slam ile ilgili</w:t>
        <w:br/>
        <w:t>Tek/şigan varsa belki splinter yapmaz, belli değil, o zaman Trial Bid ile yeni renk söylenir.</w:t>
      </w:r>
    </w:p>
    <w:p>
      <w:r>
        <w:t>1♥   ----    3♥    ZAYIF anlamına gelir, o yüzden PAS’dan gelen oyuncu ortağını tutacaksa Drury yapar.</w:t>
      </w:r>
    </w:p>
    <w:p>
      <w:r>
        <w:t>1♥   ----    2♦   ♥’ü 4’lü tutuyorum, 11-12TP var</w:t>
      </w:r>
    </w:p>
    <w:p>
      <w:r>
        <w:t>Burada cevapçının PAS’tan geliyor olması çok önemli!</w:t>
      </w:r>
    </w:p>
    <w:p>
      <w:r>
        <w:t>Yoksa 1 Majör açılışına 2♣/2♦ (2 over 1) Zone Forsing olur.</w:t>
      </w:r>
    </w:p>
    <w:p>
      <w:r>
        <w:t>A842                           Elden ve yerden küçük oynanır.</w:t>
      </w:r>
    </w:p>
    <w:p>
      <w:r>
        <w:t>K çekilir</w:t>
        <w:br/>
        <w:t>A’a gidilir.</w:t>
      </w:r>
    </w:p>
    <w:p>
      <w:r>
        <w:t>KT6                            Partaj ise 4.kart el alır.</w:t>
      </w:r>
    </w:p>
    <w:p>
      <w:r>
        <w:t>Bu rekten 3 el alabilmenin yolu budur.</w:t>
      </w:r>
    </w:p>
    <w:p>
      <w:r>
        <w:t>Elde ve yerde eşdeğer onörler olduğu zaman uzak taraftan almak avantaj sağlar.</w:t>
      </w:r>
    </w:p>
    <w:p>
      <w:r>
        <w:t>KT</w:t>
        <w:br/>
        <w:t>Atağ</w:t>
      </w:r>
    </w:p>
    <w:p>
      <w:r>
        <w:t>Q9X</w:t>
        <w:br/>
        <w:t>Atağa 10’lu konur.</w:t>
      </w:r>
    </w:p>
    <w:p>
      <w:r>
        <w:t>V gelirse Q ile alınır,</w:t>
        <w:br/>
        <w:t>K, A’a verilir.</w:t>
      </w:r>
    </w:p>
    <w:p>
      <w:r>
        <w:t>9’lu sağ kalır.</w:t>
      </w:r>
    </w:p>
    <w:p>
      <w:r>
        <w:t>Eğer rakip baştan A koyarsa o zaman K ve Q alır.</w:t>
      </w:r>
    </w:p>
    <w:p>
      <w:r>
        <w:t>Her durumda 2 el garanti alınır.</w:t>
      </w:r>
    </w:p>
    <w:p>
      <w:r>
        <w:t>NT oynanırken, rakibin girdiği renge kart verirken, büyük verilirse, ‘’atağı beğendim’’ demektir.</w:t>
      </w:r>
    </w:p>
    <w:p>
      <w:r>
        <w:t>Smith Eco.</w:t>
      </w:r>
    </w:p>
    <w:p>
      <w:r>
        <w:t>Hem atak eden, hem de de atağı karşılayan kişi bunu yapabilir.</w:t>
      </w:r>
    </w:p>
    <w:p>
      <w:r>
        <w:t>3♣ açılışına aşağıdaki örnek el ile 3NT denebilir.</w:t>
      </w:r>
    </w:p>
    <w:p>
      <w:r>
        <w:t>Puan az olabilir ama en az 2 AS olmalıdır.</w:t>
      </w:r>
    </w:p>
    <w:p>
      <w:r>
        <w:t>♠JTXX</w:t>
        <w:br/>
        <w:t>♥AXX</w:t>
        <w:br/>
        <w:t>♦AXX</w:t>
        <w:br/>
        <w:t>♣KXX</w:t>
      </w:r>
    </w:p>
    <w:p>
      <w:r>
        <w:t>14.03.2021 ♣♦♠♥</w:t>
      </w:r>
    </w:p>
    <w:p>
      <w:r>
        <w:t>Güzel 10 Puan ile 1♠ diye açılır  ya da araya girilir.</w:t>
      </w:r>
    </w:p>
    <w:p>
      <w:r>
        <w:t>♠KQXXX       ♥AJT      ♦XXX       ♣X</w:t>
        <w:br/>
        <w:t>Kötü 10 Puan ile 2♠ diye açılır  ya da araya girilir.</w:t>
      </w:r>
    </w:p>
    <w:p>
      <w:r>
        <w:t>♠KQJT98       ♥JXX      ♦XX       ♣QV</w:t>
        <w:br/>
        <w:t>2♠ açan el ile 2♠ arayan giren el aynıdır.</w:t>
      </w:r>
    </w:p>
    <w:p>
      <w:r>
        <w:t>Aynı durum 3 açış ve araya girişleri için de geçerlidir.</w:t>
      </w:r>
    </w:p>
    <w:p>
      <w:r>
        <w:t>1♥ ----   1♠</w:t>
        <w:br/>
        <w:t>2♣ ----   2♦  4.Renk (Zone kesin, elini anlat)</w:t>
        <w:br/>
        <w:t>Açan ortağının ilk renginden başlayarak gösterir.</w:t>
      </w:r>
    </w:p>
    <w:p>
      <w:r>
        <w:t>3’lü ♠’i varsa onu söyler.</w:t>
      </w:r>
    </w:p>
    <w:p>
      <w:r>
        <w:t>1♠               2♠</w:t>
        <w:br/>
        <w:t>2NT   15.5/17.5 Hp, dengeli el ‘’Puanın iyiyse zon oynayalım,benim elim dengeli’’ demektir.</w:t>
      </w:r>
    </w:p>
    <w:p>
      <w:r>
        <w:t>PUPPET STAYMAN</w:t>
      </w:r>
    </w:p>
    <w:p/>
    <w:p/>
    <w:p>
      <w:r>
        <w:t>Minörü 4 seviyesine yükseltmek hep slam içindir, yarışmak için yapılmaz.</w:t>
      </w:r>
    </w:p>
    <w:p>
      <w:r>
        <w:t>W                          N                       E                          S</w:t>
        <w:br/>
        <w:t>P                      1♣                1♠                  2♠   Tutuş ve Davet+</w:t>
        <w:br/>
        <w:t>P                 3♣  Davet kabul edilmiyorsa 3’lü♣ ile bile denebilir.</w:t>
      </w:r>
    </w:p>
    <w:p>
      <w:r>
        <w:t>03.04.2021 ♣♦♠♥</w:t>
      </w:r>
    </w:p>
    <w:p>
      <w:r>
        <w:t>Reverse yapıldığı zaman kötü eli gösterebilecek konuşma 2NT’dir.</w:t>
      </w:r>
    </w:p>
    <w:p>
      <w:r>
        <w:t>1NT ile araya girildiği zaman cevapçı gene aynen 1NT açışına verdiği gibi cevap verir.</w:t>
      </w:r>
    </w:p>
    <w:p>
      <w:r>
        <w:t>Steyman/Transfer yapabilir.</w:t>
      </w:r>
    </w:p>
    <w:p>
      <w:r>
        <w:t>NT oynanırken, oynayan, diğer renklerde korkusu yoksa atak edilen renkte AK varsa 1 kez, sadece A varsa ilk iki eli bağışlar.</w:t>
      </w:r>
    </w:p>
    <w:p>
      <w:r>
        <w:t>Ortak bir rengi atak ettikten sonra, el aldığında başka bir renk dönerse, bu renkte oynadığı markaya bakılır.</w:t>
      </w:r>
    </w:p>
    <w:p>
      <w:r>
        <w:t>Bu marka küçükse el alındığında atak edilen renk değil, bu renk oynanır, büyükse o zaman el alınca bunu dönme atak ettiğim rengi dön anlamına gelir.</w:t>
      </w:r>
    </w:p>
    <w:p>
      <w:r>
        <w:t>2♣         2♦</w:t>
        <w:br/>
        <w:t>3♠    AKQVXXX ♠ olması lazım.</w:t>
      </w:r>
    </w:p>
    <w:p>
      <w:r>
        <w:t>Başka renk oynamaz anlamına gelir.</w:t>
      </w:r>
    </w:p>
    <w:p>
      <w:r>
        <w:t>2♣ açışına bir renk cevap verilirse  min 8Hp, bu renk 5’li ve 2 honörlü olmalıdır.</w:t>
      </w:r>
    </w:p>
    <w:p>
      <w:r>
        <w:t>2♣                                             2♦  Waiting Bid</w:t>
        <w:br/>
        <w:t>2♠♠var                                      3♥  ♥ var</w:t>
        <w:br/>
        <w:t>4NTKoz♥üzerinden kk sorusu    5♣ 1 tane kk var</w:t>
        <w:br/>
        <w:t>5♦ Koz Q var mı?</w:t>
      </w:r>
    </w:p>
    <w:p>
      <w:r>
        <w:t>5♥ Koz Q yok</w:t>
        <w:br/>
        <w:t>6♥ Koz Q var</w:t>
        <w:br/>
        <w:t>Başka bir renk Koz Q var +</w:t>
        <w:br/>
        <w:t>söylenen renkte K var</w:t>
      </w:r>
    </w:p>
    <w:p>
      <w:r>
        <w:br/>
        <w:t>Rakip ♥ açtığında ortak Dbl der ise aşağıdaki el ile NT denir:</w:t>
        <w:br/>
        <w:t>♠ JXX</w:t>
        <w:br/>
        <w:t>♥ KQXX</w:t>
        <w:br/>
        <w:t>♦ JTX</w:t>
        <w:br/>
        <w:t>♣ AJX</w:t>
      </w:r>
    </w:p>
    <w:p>
      <w:r>
        <w:br/>
        <w:t>1 ♠             Dbl             RDbl  Fit yok güç var</w:t>
      </w:r>
    </w:p>
    <w:p>
      <w:r>
        <w:t>20.02.2021 ♣♦♠♥</w:t>
      </w:r>
    </w:p>
    <w:p>
      <w:r>
        <w:t>Yerde bir renk biterken tam bittiği anda ortağa gelmesi istenen kart hakkında bilgi verilebiliyorsa verilmelidir.</w:t>
      </w:r>
    </w:p>
    <w:p>
      <w:r>
        <w:t>Reverse yapınca mutlaka el dengesiz olmalı.</w:t>
      </w:r>
    </w:p>
    <w:p>
      <w:r>
        <w:t>İlk renk 5’li, ikinci renk 4’lü olarak kabul edilir ancak bazen 4-4-4-1 eller ile de reverse yapılabilir.</w:t>
      </w:r>
    </w:p>
    <w:p>
      <w:r>
        <w:t>Defansta iken;</w:t>
        <w:br/>
        <w:t>Elde A9XX koz var ise A ile her zaman ilk el alınmaz, ikincisini de almama hakkına sahiptir.</w:t>
      </w:r>
    </w:p>
    <w:p>
      <w:r>
        <w:t>Oynarken kozlar elde ve yerde 4-4 olsa dahi önce temel el belirlenir, temel elden kesinlikle çakılmaz.</w:t>
      </w:r>
    </w:p>
    <w:p>
      <w:r>
        <w:t>Cevapçı major açışına önce 1NT deyip sonra başka renk söylerse o renk genellikle 6’lıdır.</w:t>
      </w:r>
    </w:p>
    <w:p>
      <w:r>
        <w:t>En az 5’li hesap edilmelidir.</w:t>
      </w:r>
    </w:p>
    <w:p>
      <w:r>
        <w:t>Zayıf el gösterir.</w:t>
      </w:r>
    </w:p>
    <w:p>
      <w:r>
        <w:t>W                             E</w:t>
        <w:br/>
        <w:t>1♠                    1NT</w:t>
        <w:br/>
        <w:t>2♣                    2♥/2♠ denebilir.</w:t>
      </w:r>
    </w:p>
    <w:p>
      <w:r>
        <w:t>6-10 Hp</w:t>
        <w:br/>
        <w:t>2NT  11-12Hp anlamına gelir.</w:t>
      </w:r>
    </w:p>
    <w:p>
      <w:r>
        <w:t>A tek ile splinter yapmak çok sevimli değildir ama mecbur olunduğunda yapılır.</w:t>
      </w:r>
    </w:p>
    <w:p>
      <w:r>
        <w:t>N                 E                S               W</w:t>
        <w:br/>
        <w:t>1♦          P             1NT</w:t>
        <w:br/>
        <w:t>2♦   Michael’s Cue-bid gibi 5-5 renk gösterir.</w:t>
      </w:r>
    </w:p>
    <w:p>
      <w:r>
        <w:t>(Açanın rengi)</w:t>
      </w:r>
    </w:p>
    <w:p>
      <w:r>
        <w:t>N                 E                S               W</w:t>
        <w:br/>
        <w:t>1♣           P              1♥</w:t>
        <w:br/>
        <w:t>2♣   ♣ ve ♥ dışında kalan 2 renk var anlamına gelir.</w:t>
      </w:r>
    </w:p>
    <w:p>
      <w:r>
        <w:t>Defansta iken; NT oyunlarında KQ’ın üzerinde AV var ise ilk el alınmaz, bu rakibin kafasını karıştırır.</w:t>
      </w:r>
    </w:p>
    <w:p>
      <w:r>
        <w:t>Koz oyunlarında bile bu yöntem, oynayanda o renkten daha olduğu biliniyorsa uygulanır.</w:t>
      </w:r>
    </w:p>
    <w:p>
      <w:r>
        <w:t>27.02.2021 ♣♦♠♥</w:t>
      </w:r>
    </w:p>
    <w:p>
      <w:r>
        <w:t>N            E            S</w:t>
        <w:br/>
        <w:t>1♦      1♥      1♠  5’li olmak zorunda, 4’lü ise Dbl denir.</w:t>
      </w:r>
    </w:p>
    <w:p>
      <w:r>
        <w:t>Ortakla birlikte ne kadar iyi fit varsa, rakibi batırmak o kadar zordur.</w:t>
      </w:r>
    </w:p>
    <w:p>
      <w:r>
        <w:t>Zayıf açış yapanda iyi 4’lü Majör olmaz.</w:t>
      </w:r>
    </w:p>
    <w:p>
      <w:r>
        <w:t>Çünkü eğer ortakta puan varsa ve 4 Majör fiti de varsa zone kaçırılır, sebebi de ortak 2 açılışının üzerine 5’li majörü olsa dahi onu söylemez.</w:t>
      </w:r>
    </w:p>
    <w:p>
      <w:r>
        <w:t>Defansta iken alıcı kozla üste çakmayı reddederek kozumuzu terfi ettirebiliriz.</w:t>
      </w:r>
    </w:p>
    <w:p>
      <w:r>
        <w:t>2 Over 1 Sisteminde, 1 Majör açışına, ortak 1NT derse PAS yok!</w:t>
      </w:r>
    </w:p>
    <w:p>
      <w:r>
        <w:t>6’lı ise kendi rengini tekrar edebilir.</w:t>
      </w:r>
    </w:p>
    <w:p>
      <w:r>
        <w:t>İkinci rengi varsa onu söyleyebilir.</w:t>
      </w:r>
    </w:p>
    <w:p>
      <w:r>
        <w:t>Ya da 2♣ diyebilir.</w:t>
      </w:r>
    </w:p>
    <w:p>
      <w:r>
        <w:t>1♠   ----    2♥</w:t>
        <w:br/>
        <w:t>2NT   ----    3♣</w:t>
        <w:br/>
        <w:t>3♥    Bende onör 2 tane ♥ var demektir</w:t>
      </w:r>
    </w:p>
    <w:p>
      <w:r>
        <w:br/>
        <w:t>K763</w:t>
      </w:r>
    </w:p>
    <w:p/>
    <w:p>
      <w:r>
        <w:t>Q954</w:t>
        <w:br/>
        <w:t>Bir taraftaki onöre doğru oynanır.</w:t>
      </w:r>
    </w:p>
    <w:p>
      <w:r>
        <w:t>O onör kazandıysa elden ve yerden küçük oynanır.</w:t>
      </w:r>
    </w:p>
    <w:p>
      <w:r>
        <w:t>Elden K’ya doğru oynanır, K kaçtı ise sonra elden küçük oynanır ve yerden de küçük konur.</w:t>
      </w:r>
    </w:p>
    <w:p>
      <w:r>
        <w:t>Q’ın kaçmayacağı bellidir.</w:t>
      </w:r>
    </w:p>
    <w:p>
      <w:r>
        <w:t>Ümit A’nın ikinci turda düşmesidir.</w:t>
      </w:r>
    </w:p>
    <w:p>
      <w:r>
        <w:t>04.03.2021 ♣♦♠♥</w:t>
      </w:r>
    </w:p>
    <w:p>
      <w:r>
        <w:t>Ortak splinter yaptığında, bu renk elde ;</w:t>
        <w:br/>
        <w:t>XXX  /  JXX  /  XXXX</w:t>
        <w:br/>
        <w:t>gibi ise çok memnun olunur, slam ihtimali vardır.</w:t>
      </w:r>
    </w:p>
    <w:p>
      <w:r>
        <w:t>2NT açışı 20-22 dengeli/yarı dengeli el ile yapılır</w:t>
        <w:br/>
        <w:t>Cevapçı 2♣ ile 5’li Majör sorar</w:t>
        <w:br/>
        <w:t>2♥/2♠  5’li ♥/♠ var.</w:t>
      </w:r>
    </w:p>
    <w:p>
      <w:r>
        <w:t>3♦          5’li Majör yok, 4’lü Majör var.</w:t>
      </w:r>
    </w:p>
    <w:p>
      <w:r>
        <w:t>3 NT         5’li Majör yok, 4’lü Majör de yok.</w:t>
      </w:r>
    </w:p>
    <w:p>
      <w:r>
        <w:t>3♦’ya cevapçı elindeki ters majörü söyler.</w:t>
      </w:r>
    </w:p>
    <w:p>
      <w:r>
        <w:t>Ortak zone forsing yaparsa güzel 14 Hp ile de Reverse yapılabilir.</w:t>
      </w:r>
    </w:p>
    <w:p>
      <w:r>
        <w:t>1♦    ----     2♣</w:t>
        <w:br/>
        <w:t>2♥  güzel 14 Hp olabilir.</w:t>
      </w:r>
    </w:p>
    <w:p>
      <w:r>
        <w:t>1♣   ----      1♥</w:t>
        <w:br/>
        <w:t>3♣   ----      4♣  Slam’a gidelim mi?</w:t>
      </w:r>
    </w:p>
    <w:p>
      <w:r>
        <w:t>Kontroller gösterilir.</w:t>
      </w:r>
    </w:p>
    <w:p>
      <w:r>
        <w:t>KONTROLLER;   A, K, Tek, Şikan olmasıdır.</w:t>
      </w:r>
    </w:p>
    <w:p>
      <w:r>
        <w:t>Atak eden oyuncuya hemen 2 el vermeyiz demektir.</w:t>
      </w:r>
    </w:p>
    <w:p>
      <w:r>
        <w:t>KXX, AXX de kontroldür.</w:t>
      </w:r>
    </w:p>
    <w:p>
      <w:r>
        <w:t>A ve Şikan 1.tur kontroller,</w:t>
        <w:br/>
        <w:t>K ve Tek     2.tur kontrollerdir.</w:t>
      </w:r>
    </w:p>
    <w:p>
      <w:r>
        <w:t>7 oynanırken asla onör altından atak edilmemelidir.</w:t>
      </w:r>
    </w:p>
    <w:p>
      <w:r>
        <w:t>Kayıpsız renkten çıkılmalıdır.</w:t>
      </w:r>
    </w:p>
    <w:p>
      <w:r>
        <w:t>06.05.2021 ♣♦♠♥</w:t>
      </w:r>
    </w:p>
    <w:p>
      <w:r>
        <w:t>1NT --------------------- 2♠   ♣’e transfer</w:t>
        <w:br/>
        <w:t>3♣   ♣’i tutmuyor.</w:t>
      </w:r>
    </w:p>
    <w:p>
      <w:r>
        <w:t>1NT ---------------------- 2♠   ♣’e transfer</w:t>
        <w:br/>
        <w:t>3♣  ♣ tutuşu yok.</w:t>
      </w:r>
    </w:p>
    <w:p>
      <w:r>
        <w:t>2NT   ♣’i tutuyor.</w:t>
      </w:r>
    </w:p>
    <w:p>
      <w:r>
        <w:t>3♠    ♠ tek</w:t>
        <w:br/>
        <w:t>3NT   KQVX ♠ olabilir.</w:t>
      </w:r>
    </w:p>
    <w:p>
      <w:r>
        <w:t>♠’in tek olduğunu bilerek 3NT diyor.</w:t>
      </w:r>
    </w:p>
    <w:p>
      <w:r>
        <w:t>1NT ---------------------- 2NT   ♦’ya transfer</w:t>
        <w:br/>
        <w:t>3♣   ♦’yu tutuyor.</w:t>
      </w:r>
    </w:p>
    <w:p>
      <w:r>
        <w:t>NT açan, transfer edilen rengi tutuyorsa, transferi kırar,</w:t>
        <w:br/>
        <w:t>söylemesi gereken rengin bir altını söyler.</w:t>
      </w:r>
    </w:p>
    <w:p>
      <w:r>
        <w:t>Oynarken uzun renk ile ilgili çözüm ileriye ertelenmemelidir!</w:t>
      </w:r>
    </w:p>
    <w:p>
      <w:r>
        <w:t>1♠        2♠  Michaels Cue-bid, ♥ + bir minör</w:t>
        <w:br/>
        <w:t>1♠        2♠       3♥  Açış puanı var, ♠’i tutuyorum.</w:t>
      </w:r>
    </w:p>
    <w:p>
      <w:r>
        <w:t>1♠        2♠       3♥      3NT  Minör sorusu, bunu sorabilmek için</w:t>
        <w:br/>
        <w:t>iki minörü de olması lazım.</w:t>
      </w:r>
    </w:p>
    <w:p>
      <w:r>
        <w:t>Rakibin vaat ettiği rengi söylemek de rakibin söylediği rengi söylemek ile aynıdır CUE-BID</w:t>
      </w:r>
    </w:p>
    <w:p>
      <w:r>
        <w:br/>
        <w:t>AJTXX</w:t>
      </w:r>
    </w:p>
    <w:p>
      <w:r>
        <w:t>KXX              K çekilir, J’ye doğru oynanır, Q’a empas yapılır.</w:t>
      </w:r>
    </w:p>
    <w:p>
      <w:r>
        <w:t>KJX</w:t>
      </w:r>
    </w:p>
    <w:p>
      <w:r>
        <w:t>AT9XX          K çekilir, J oynanır, Q’a empas yapılır.</w:t>
      </w:r>
    </w:p>
    <w:p>
      <w:r>
        <w:t>AJX</w:t>
      </w:r>
    </w:p>
    <w:p>
      <w:r>
        <w:t>KT9XX           A çekilir, J oynanır, Q’a empas yapılır.</w:t>
      </w:r>
    </w:p>
    <w:p>
      <w:r>
        <w:t>AJXXX</w:t>
      </w:r>
    </w:p>
    <w:p>
      <w:r>
        <w:t>KT9               K çekilir, T oynanır, Q’a empas yapılır.</w:t>
      </w:r>
    </w:p>
    <w:p>
      <w:r>
        <w:t>Genel olarak kısa taraftaki büyük kart çekilir, sonra büyük oynanıp, empas yapılır.</w:t>
      </w:r>
    </w:p>
    <w:p>
      <w:r>
        <w:t>11.03.2021 ♣♦♠♥</w:t>
      </w:r>
    </w:p>
    <w:p/>
    <w:p>
      <w:r>
        <w:t>1♥         2♥</w:t>
        <w:br/>
        <w:t>2NT     TRIAL BID</w:t>
      </w:r>
    </w:p>
    <w:p>
      <w:r>
        <w:br/>
        <w:t>Defansta iken, eğer bir renk yerde kısa ise, elde o renk KX ise ikinci poziyonda iken K konabilir.</w:t>
      </w:r>
    </w:p>
    <w:p>
      <w:r>
        <w:t>Ancak bu genellikle rakipte o rengin adedinin bilindiği durumlarda yapılır.</w:t>
      </w:r>
    </w:p>
    <w:p>
      <w:r>
        <w:t>Yerde o renk uzunsa yapılmaz çünkü K konduğu zaman, ortağın A’ı de ayna anda düşebilir.</w:t>
      </w:r>
    </w:p>
    <w:p>
      <w:r>
        <w:t>Yerde sıra varken onör, sür onör yapılmamalıdır.</w:t>
      </w:r>
    </w:p>
    <w:p>
      <w:r>
        <w:t>A altından oynamak için yerde K olması gerekir.</w:t>
      </w:r>
    </w:p>
    <w:p>
      <w:r>
        <w:t>Yerde boş ise A altından oynanmaz.</w:t>
      </w:r>
    </w:p>
    <w:p>
      <w:r>
        <w:t>Ortak Trial Bid yaptığında;</w:t>
        <w:br/>
        <w:t>A tek ya da Şigan   en iyisidir.</w:t>
      </w:r>
    </w:p>
    <w:p>
      <w:r>
        <w:t>O renkten hiç verilmez.</w:t>
      </w:r>
    </w:p>
    <w:p>
      <w:r>
        <w:t>AX veya Singleton iyidir, o renkten 1 tane verilir.</w:t>
      </w:r>
    </w:p>
    <w:p>
      <w:r>
        <w:t>AXX, QVX, KXX       ortada, o renkten 2 tane verilir.</w:t>
      </w:r>
    </w:p>
    <w:p>
      <w:r>
        <w:t>o renkten 3-4 adet veriliyorsa çok kötü.</w:t>
      </w:r>
    </w:p>
    <w:p>
      <w:r>
        <w:t>Rakibe Dbl atıldığında, Rbl gelirse ve ortak bunun üzerine bir yere kaçarsa, buna saygı gösterilir ve artık başka bir yere kaçmaya çalışılmaz!</w:t>
      </w:r>
    </w:p>
    <w:p>
      <w:r>
        <w:t>18.03.2021 ♣♦♠♥</w:t>
      </w:r>
    </w:p>
    <w:p/>
    <w:p>
      <w:r>
        <w:t>N                        S</w:t>
        <w:br/>
        <w:t>1♥              1♠</w:t>
        <w:br/>
        <w:t>3♣  Sahte jump shift (♣ ile yapılması şart değil, ♦ ile de yapılabilir)</w:t>
        <w:br/>
        <w:t>Bazen Reverse ve Jump Shift ortağı konuşturmak için sahte yapılabilir.</w:t>
      </w:r>
    </w:p>
    <w:p>
      <w:r>
        <w:t>Reverse ve Jump Shift yapıldığında ortak Pas geçemez!</w:t>
      </w:r>
    </w:p>
    <w:p>
      <w:r>
        <w:t>Burada kuzeydeki oyuncunun eli, ortağı cevap verdiğinde 100% zone oynar, o yüzden ortağını konuşturabilmek için sahte jump shift yapar.</w:t>
      </w:r>
    </w:p>
    <w:p>
      <w:r>
        <w:t>5-4, 4-4 Majör fitleri varken asla NT oynanmaz.</w:t>
      </w:r>
    </w:p>
    <w:p>
      <w:r>
        <w:t>Ancak 5-3 Majör fiti ile bazen NT oynanabilir.</w:t>
      </w:r>
    </w:p>
    <w:p>
      <w:r>
        <w:t>2♣ açışına, cevapçı ancak kaliteli min.</w:t>
      </w:r>
    </w:p>
    <w:p>
      <w:r>
        <w:t>5’li bir rengi olursa o rengi söyleyebilir ama rengin kaliteli olması şarttır.</w:t>
      </w:r>
    </w:p>
    <w:p>
      <w:r>
        <w:t>N                     E                             S                             W</w:t>
        <w:br/>
        <w:t>1♥            2♥ (♠+1 Minör)       Dbl(kuvvetli)              2NT (Minör sorar)</w:t>
        <w:br/>
        <w:t>P                3♦ (Minör =♦)</w:t>
        <w:br/>
        <w:t>4♦ (Minör = ♦, elim çok kuvvetli)</w:t>
        <w:br/>
        <w:t>3♠ (6-7 tane ♠var, minörü söylemiyorum, elim kuvvetli)</w:t>
        <w:br/>
        <w:t>3♥ (Cue-bid,çok kuvvetliyim)</w:t>
      </w:r>
    </w:p>
    <w:p/>
    <w:p>
      <w:r>
        <w:t>Ortağın rengini 4’lü tutuş ve singleton varsa, puan az bile olsa mutlaka fit verilmelidir.</w:t>
      </w:r>
    </w:p>
    <w:p>
      <w:r>
        <w:t>20.03.2021 ♣♦♠♥</w:t>
        <w:br/>
        <w:t>1♣     Dbl      P       1♥   0-9 Hp</w:t>
        <w:br/>
        <w:t>2♥  10-12 Hp</w:t>
        <w:br/>
        <w:t>Dbl diyende açış puanı vardır.</w:t>
      </w:r>
    </w:p>
    <w:p>
      <w:r>
        <w:t>Cevapçıda da 10-12 Hp varsa sıçrayarak söylemelidir.</w:t>
      </w:r>
    </w:p>
    <w:p>
      <w:r>
        <w:t>S                    W                     N                   E</w:t>
        <w:br/>
        <w:t>1♣            Dbl                P                2♥</w:t>
        <w:br/>
        <w:t>P               2♠                P                2NT</w:t>
        <w:br/>
        <w:t>P                  3NT</w:t>
        <w:br/>
        <w:t>1♥   ------     1NT  (5-12 Hp)</w:t>
        <w:br/>
        <w:t>P</w:t>
        <w:br/>
        <w:t>Açan ortağında 12 puan olsa bile zone oynamak istemeyebilir, o durumda PAS geçebilir.</w:t>
      </w:r>
    </w:p>
    <w:p>
      <w:r>
        <w:t>E                      W</w:t>
        <w:br/>
        <w:t>1♥   ------     4♦  Splinter, seni tutuyorum ♦ singleton</w:t>
        <w:br/>
        <w:t>4NT   ------     6♦   1 key kard + ♦ şigan</w:t>
        <w:br/>
        <w:t>6♥</w:t>
      </w:r>
    </w:p>
    <w:p>
      <w:r>
        <w:t>4NT ile Key Card sorusuna Şiganı gösterme teknolojisi :</w:t>
        <w:br/>
        <w:t>Tek sayıda key card varsa 6 seviyesinde şigan adı ile söylenir.</w:t>
      </w:r>
    </w:p>
    <w:p>
      <w:r>
        <w:t>Tek sayıda key card var ve ♣ şigan   6♣</w:t>
        <w:br/>
        <w:t>Tek sayıda key card var ve ♦ şigan   6♦</w:t>
        <w:br/>
        <w:t>Tek sayıda key card var ve ♠ şigan   6♥</w:t>
        <w:br/>
        <w:t>Koz ♥ olduğunda; Şigan♠ise, 6 seviyesinde oynamayı geçmemek için 6♥ denir.</w:t>
      </w:r>
    </w:p>
    <w:p>
      <w:r>
        <w:t>Koz ♠ olduğunda tüm şiganlar adı ile söylenebilir.</w:t>
      </w:r>
    </w:p>
    <w:p>
      <w:r>
        <w:t>6♣, 6♦, 6♥</w:t>
        <w:br/>
        <w:t>Koz ♦ olduğunda, 6♣ Tek sayıda key card ve ♣ şigan</w:t>
        <w:br/>
        <w:t>Koz ♦ olduğunda, 6♦Tek sayıda key card ve ♥ ya da ♠ şigan</w:t>
        <w:br/>
        <w:t>Koz ♣ olduğunda, 6♣ Tek sayıda keycard ve ♦, ♥ ya da ♠ şigan</w:t>
      </w:r>
    </w:p>
    <w:p>
      <w:r>
        <w:t>2 tane key card var ve şigan  5NT</w:t>
      </w:r>
    </w:p>
    <w:p>
      <w:r>
        <w:br/>
        <w:t>1♣   ----   1♠</w:t>
        <w:br/>
        <w:t>2♣   ----    2♦  zone forsing , elini anlat  (♦ile alakası olmayabilir)</w:t>
        <w:br/>
        <w:t>Açan; ♠’i 3’lü tutuyor mu?, ♣ nasıl?</w:t>
      </w:r>
    </w:p>
    <w:p>
      <w:r>
        <w:t>♦4’lü mü?</w:t>
      </w:r>
    </w:p>
    <w:p>
      <w:r>
        <w:t>2♥   ----   2♠</w:t>
        <w:br/>
        <w:t>Cevapçının, ortağının 2 açışına kendi rengini söylemesi için renginin 6’lı ya da çok iyi bir 5’li olması lazım.</w:t>
      </w:r>
    </w:p>
    <w:p>
      <w:r>
        <w:t>6-3-2-2    ya da 5-4-2-2 dağılıma sahip eller ile uzun renk minör ise NT açılabilir.</w:t>
      </w:r>
    </w:p>
    <w:p>
      <w:r>
        <w:t>Uzun renk kötü bir 6’lı minör olabilir ve/veya puanlar tüm renklere dağılmış olabilir.</w:t>
      </w:r>
    </w:p>
    <w:p>
      <w:r>
        <w:t>5-4-3-1 dağılıma sahip 11 Hp ile oyun açılabilir.</w:t>
      </w:r>
    </w:p>
    <w:p>
      <w:r>
        <w:t>25.03.2021 ♣♦♠♥</w:t>
      </w:r>
    </w:p>
    <w:p>
      <w:r>
        <w:t>1♣          1♥</w:t>
        <w:br/>
        <w:t>2NT          3♠  Cevapçıda ♥ ve ♠ 4’lüdür.</w:t>
      </w:r>
    </w:p>
    <w:p>
      <w:r>
        <w:t>1♣          1♥</w:t>
        <w:br/>
        <w:t>2NT          3♥</w:t>
        <w:br/>
        <w:t>Cevapçıda ♥ 5’li olsa 2. konuşmasında tekrarlardı.</w:t>
      </w:r>
    </w:p>
    <w:p>
      <w:r>
        <w:t>Key card soranın elinde en az 2,5 key card olması gerekir.</w:t>
      </w:r>
    </w:p>
    <w:p>
      <w:r>
        <w:t>Aksi takdirde koz ♠ iken problem yaşanmaz ama diğer renklerde sorun olur.</w:t>
      </w:r>
    </w:p>
    <w:p>
      <w:r>
        <w:t>1NT                     2NT    ♦’ya transfer</w:t>
        <w:br/>
        <w:t>3♦            3♥    ♥ singleton, ♦’yu tutmasan bile slam’e gidelim mi?</w:t>
      </w:r>
    </w:p>
    <w:p>
      <w:r>
        <w:t>Minörle ilgili olan cevapçı, sonraki konuşmasında major söylerse,</w:t>
        <w:br/>
        <w:t>Bu renk tektir ve slam ile ilgilidir.</w:t>
      </w:r>
    </w:p>
    <w:p>
      <w:r>
        <w:t>1NT açan, cevapçı 2NT ile ♦’ya transfer ettiğinde; eğer ♦’yu tutuyorsa transferi kırarak 3♣ der.</w:t>
      </w:r>
    </w:p>
    <w:p>
      <w:r>
        <w:t>XXXX</w:t>
      </w:r>
    </w:p>
    <w:p/>
    <w:p>
      <w:r>
        <w:t>KQJX</w:t>
        <w:br/>
        <w:t>Bu renk daima küçükten büyüğe doğru oynanır.</w:t>
      </w:r>
    </w:p>
    <w:p>
      <w:r>
        <w:t>Yere geçip, ele doğru gelinir.</w:t>
      </w:r>
    </w:p>
    <w:p>
      <w:r>
        <w:t>Sonra tekrar yere geçip ele doğru oynanır.</w:t>
      </w:r>
    </w:p>
    <w:p>
      <w:r>
        <w:t>2 kez yerden oynanır.</w:t>
      </w:r>
    </w:p>
    <w:p>
      <w:r>
        <w:t>27.03.2021 ♣♦♠♥</w:t>
      </w:r>
    </w:p>
    <w:p>
      <w:r>
        <w:br/>
        <w:t>Onör 10’lu daima korunmalıdır!</w:t>
      </w:r>
    </w:p>
    <w:p>
      <w:r>
        <w:t>AKXX                                    AQXX                                AXX</w:t>
      </w:r>
    </w:p>
    <w:p>
      <w:r>
        <w:br/>
        <w:t>QTXX                                    KTXX                              KQTXX</w:t>
        <w:br/>
        <w:t>A ve K çekilir                               A ve Q çekilir,                      K çekilir, A çekilir,</w:t>
        <w:br/>
        <w:t>aynı taraftan X oynanır           KT’ya doğru oynanır          QT’ya doğru oynanır</w:t>
      </w:r>
    </w:p>
    <w:p>
      <w:r>
        <w:br/>
        <w:t>ATXX</w:t>
      </w:r>
    </w:p>
    <w:p>
      <w:r>
        <w:t>J982</w:t>
        <w:br/>
        <w:t>KQXXX</w:t>
        <w:br/>
        <w:t>Önce K çekilir, 4-0 dağılım görülür, AT’ya doğru oynanır.</w:t>
      </w:r>
    </w:p>
    <w:p>
      <w:r>
        <w:t>KT9</w:t>
      </w:r>
    </w:p>
    <w:p>
      <w:r>
        <w:br/>
        <w:t>AXX</w:t>
        <w:br/>
        <w:t>Bu eli kendimiz oynar isek 2 el alabiliriz.</w:t>
      </w:r>
    </w:p>
    <w:p>
      <w:r>
        <w:t>(A ve K)</w:t>
        <w:br/>
        <w:t>Ama rakip atak ederse yerden 9 konur, A ile ezilir.</w:t>
      </w:r>
    </w:p>
    <w:p>
      <w:r>
        <w:t>Sonra elden küçük oynayıp, yerden T konur (Böylece 3 el alma imkanı olur)</w:t>
      </w:r>
    </w:p>
    <w:p>
      <w:r>
        <w:t>AT8</w:t>
      </w:r>
    </w:p>
    <w:p>
      <w:r>
        <w:br/>
        <w:t>KXX</w:t>
        <w:br/>
        <w:t>Rakip Q atak ederse yerden 8 verilir, elden K ile alınır.</w:t>
      </w:r>
    </w:p>
    <w:p>
      <w:r>
        <w:t>Yerde AT çatal kalır.</w:t>
      </w:r>
    </w:p>
    <w:p>
      <w:r>
        <w:t>Elden küçük AT’ye doğru oynanır.</w:t>
      </w:r>
    </w:p>
    <w:p>
      <w:r>
        <w:t>3 el alınır.</w:t>
      </w:r>
    </w:p>
    <w:p>
      <w:r>
        <w:t>KTX</w:t>
      </w:r>
    </w:p>
    <w:p/>
    <w:p>
      <w:r>
        <w:t>AX</w:t>
        <w:br/>
        <w:t>Q atak edilirse A ile elden alınır.</w:t>
      </w:r>
    </w:p>
    <w:p>
      <w:r>
        <w:t>Yere KT’a doğru oynanır.</w:t>
      </w:r>
    </w:p>
    <w:p>
      <w:r>
        <w:t>NT’ya atak edilirken 4-4 renklerden A’sız olan tercih edilir.</w:t>
      </w:r>
    </w:p>
    <w:p>
      <w:r>
        <w:t>2♣ açışına 2♦ dışında bir renk söylenirse;</w:t>
        <w:br/>
        <w:t>Min.</w:t>
      </w:r>
    </w:p>
    <w:p>
      <w:r>
        <w:t>8 Hp ve uzun olmalıdır.</w:t>
      </w:r>
    </w:p>
    <w:p>
      <w:r>
        <w:t>4NT sorusuna 5♦ ile A yok cevabı alındığında;</w:t>
        <w:br/>
        <w:t>gene de koz damı sorulmak isteniyorsa bir üstü 5♥ile sorulur.</w:t>
      </w:r>
    </w:p>
    <w:p>
      <w:r>
        <w:t>1♣              1♦</w:t>
        <w:br/>
        <w:t>1♠              3♦    Davettir, PAS denilebilir.</w:t>
      </w:r>
    </w:p>
    <w:p>
      <w:r>
        <w:t>2♥    4.renk  Zone kesin demektir.</w:t>
      </w:r>
    </w:p>
    <w:p>
      <w:r>
        <w:t>Ortağın PAS dememesi isteniyorsa 4.</w:t>
      </w:r>
    </w:p>
    <w:p>
      <w:r>
        <w:t>Renk yapılmalıdır.</w:t>
      </w:r>
    </w:p>
    <w:p>
      <w:r>
        <w:t>08.04.2021 ♣♦♠♥</w:t>
      </w:r>
    </w:p>
    <w:p>
      <w:r>
        <w:t>1♥             1♠</w:t>
        <w:br/>
        <w:t>3♥             3♠ Forsing</w:t>
        <w:br/>
        <w:t>Açan sıçradıktan sonra, cevapçının direkt renk söylemesi renk tekrarı olsa bile Forsing’dir.</w:t>
      </w:r>
    </w:p>
    <w:p>
      <w:r>
        <w:t>Buna PAS denmez.</w:t>
      </w:r>
    </w:p>
    <w:p>
      <w:r>
        <w:t>1♥             1♠          P             P</w:t>
        <w:br/>
        <w:t>Dbl                   P               P               Rdb</w:t>
      </w:r>
    </w:p>
    <w:p>
      <w:r>
        <w:t>DBL    ♠ kısa, diğerleri uzun</w:t>
        <w:br/>
        <w:t>RDBL  ‘’SOS ♠’ten acil kaçalım, başka renk söyle’’ anlamına gelir.</w:t>
      </w:r>
    </w:p>
    <w:p>
      <w:r>
        <w:t>1♥             1♠</w:t>
        <w:br/>
        <w:t>1NT                2♦ Yeni Minör Forsing</w:t>
      </w:r>
    </w:p>
    <w:p/>
    <w:p>
      <w:r>
        <w:t>A’a doğru oynamak diye bir kavram yoktur.</w:t>
      </w:r>
    </w:p>
    <w:p>
      <w:r>
        <w:t>Almaz onörlere doğru oynanır.</w:t>
      </w:r>
    </w:p>
    <w:p>
      <w:r>
        <w:t>(K,Q,V,T’a doğru)</w:t>
      </w:r>
    </w:p>
    <w:p>
      <w:r>
        <w:br/>
        <w:t>1♥               P            1♠            Dbl</w:t>
        <w:br/>
        <w:t>Rdb  Fit Sürkontru (♠fiti var)</w:t>
      </w:r>
    </w:p>
    <w:p>
      <w:r>
        <w:br/>
        <w:t>Defanstayken yerde uzun bir renk yoksa pasif oynamak en iyisidir.</w:t>
      </w:r>
    </w:p>
    <w:p>
      <w:r>
        <w:t>10.04.2021 ♣♦♠♥</w:t>
      </w:r>
    </w:p>
    <w:p>
      <w:r>
        <w:t>Elde ve yerde eşdeğer onörler varsa hep uzakten almaya çalışılır.</w:t>
      </w:r>
    </w:p>
    <w:p>
      <w:r>
        <w:t>Elde ve yerde büyükler varken rakibin onörünü ezmek tercih edilir.</w:t>
      </w:r>
    </w:p>
    <w:p>
      <w:r>
        <w:t>Elde sıralı onörler varken, soldaki oyuncunun onör sür onör yapması isteniyorsa sıralılardan büyüğü, istenmiyorsa küçüğü oynanır.</w:t>
      </w:r>
    </w:p>
    <w:p>
      <w:r>
        <w:t>Defansta iken koz hakimiyeti yoksa sağ kartları elde tutmanın anlamı yoktur.</w:t>
      </w:r>
    </w:p>
    <w:p>
      <w:r>
        <w:t>Ortakta 5’li olduğu bilinen renk, 4’lü ise ve singleton varsa puana çok takılmadan hep fit vermeye çalışılır.</w:t>
      </w:r>
    </w:p>
    <w:p>
      <w:r>
        <w:t>1♦       1NT        Dbl     Ceza</w:t>
        <w:br/>
        <w:t>Rakip NT ile araya girerse DBL ‘’yapamazsınız’’ anlamındadır.</w:t>
      </w:r>
    </w:p>
    <w:p>
      <w:r>
        <w:t>1 Minör              1NT        6-10 Hp</w:t>
        <w:br/>
        <w:t>1 Majör              1NT         5-12 Hp, Dengesiz olabilir.</w:t>
      </w:r>
    </w:p>
    <w:p>
      <w:r>
        <w:t>1♠                 1NT</w:t>
        <w:br/>
        <w:t>2♣                 2♥    Renk söylerse uzundur</w:t>
        <w:br/>
        <w:t>1NT’den sonra 2♥diyen oyuncunun baştan 1♠’e 2♥ dememesinin sebebi puanının yetersiz olmasıdır, 1♠-- 2♥ 13+Hp gösterir.</w:t>
      </w:r>
    </w:p>
    <w:p>
      <w:r>
        <w:t>(2 Over 1)</w:t>
      </w:r>
    </w:p>
    <w:p>
      <w:r>
        <w:t>15.04.2021 ♣♦♠♥</w:t>
      </w:r>
    </w:p>
    <w:p>
      <w:r>
        <w:br/>
        <w:t>Elde ve yerde AQT98 varsa KV’ye çift empas yapılır.</w:t>
      </w:r>
    </w:p>
    <w:p>
      <w:r>
        <w:t>Kazanma şansı %75’tir.</w:t>
      </w:r>
    </w:p>
    <w:p>
      <w:r>
        <w:t>Önce V’ye sonra K’ya empas atılır.</w:t>
      </w:r>
    </w:p>
    <w:p>
      <w:r>
        <w:t>A8XX                  AXXX               AQ98                 AQT98           ATXX</w:t>
      </w:r>
    </w:p>
    <w:p>
      <w:r>
        <w:br/>
        <w:t>QT9X                   QT98              TXXX                    XXX                Q98X</w:t>
      </w:r>
    </w:p>
    <w:p>
      <w:r>
        <w:t>A’ın karşısından oynayıp, önce V’ye empas yapılır.</w:t>
      </w:r>
    </w:p>
    <w:p>
      <w:r>
        <w:t>P             P           1♠        P</w:t>
        <w:br/>
        <w:t>2♣      P’dan geldiği için seni 3’lü tutuyorum demektir.</w:t>
      </w:r>
    </w:p>
    <w:p>
      <w:r>
        <w:t>P’dan gelmeseydi 1♠--2♣ Forsing, zondan önce durmak yok anlamına gelirdi.</w:t>
      </w:r>
    </w:p>
    <w:p>
      <w:r>
        <w:t>(2 over 1)</w:t>
      </w:r>
    </w:p>
    <w:p/>
    <w:p/>
    <w:p>
      <w:r>
        <w:t>AT32</w:t>
        <w:br/>
        <w:t>8                  Q964</w:t>
        <w:br/>
        <w:t>KJ75</w:t>
        <w:br/>
        <w:t>Atak 8’li.</w:t>
      </w:r>
    </w:p>
    <w:p>
      <w:r>
        <w:t>Oynayanın ne yapması gerekir?</w:t>
      </w:r>
    </w:p>
    <w:p>
      <w:r>
        <w:t>Yerden T’lu koymalı, sağındaki Q’ı koyunca K ile alır.</w:t>
      </w:r>
    </w:p>
    <w:p>
      <w:r>
        <w:t>Sonra yerden oynar ve 9’a empas yapar.</w:t>
      </w:r>
    </w:p>
    <w:p>
      <w:r>
        <w:t>1♥ --   3♣   ♥Fiti yok, İyi 6’lı renk 9-11Hp</w:t>
        <w:br/>
        <w:t>Bu deklarasyon az puanla 3NT oynamaya yarar.</w:t>
      </w:r>
    </w:p>
    <w:p>
      <w:r>
        <w:t>E                     S                 W                  N</w:t>
        <w:br/>
        <w:t>1♠                  P                1NT                P</w:t>
        <w:br/>
        <w:t>2♦              P             3♣             P</w:t>
        <w:br/>
        <w:t>P                      P</w:t>
      </w:r>
    </w:p>
    <w:p>
      <w:r>
        <w:t>24.04.2021 ♣♦♠♥</w:t>
      </w:r>
    </w:p>
    <w:p>
      <w:r>
        <w:t>Defanstayken aşağıdaki noktalara çok dikkat edilmelidir :</w:t>
        <w:br/>
        <w:t>Atak rengi kimde kaç tane?</w:t>
      </w:r>
    </w:p>
    <w:p>
      <w:r>
        <w:t>Ortakta kaç adet koz var?</w:t>
      </w:r>
    </w:p>
    <w:p>
      <w:r>
        <w:t>Rakip ne yapmaya çalışıyor?</w:t>
      </w:r>
    </w:p>
    <w:p>
      <w:r>
        <w:t>1♠ -- 3♦  9-11Hp, Fit yok, İyi 6 tane♦</w:t>
        <w:br/>
        <w:t>‘’Senin rengini tutmuyorum.</w:t>
      </w:r>
    </w:p>
    <w:p>
      <w:r>
        <w:t>En fazla 2 boş olabilir(XX)’’</w:t>
      </w:r>
    </w:p>
    <w:p>
      <w:r>
        <w:t>Yan renk iyi, koz kötü ise önce KOZ oynanır ki rakibin kozları birazdan kafa kafaya düşsün.</w:t>
      </w:r>
    </w:p>
    <w:p>
      <w:r>
        <w:t>Örneğin AKQVX dışarıda ise, gene koz oynanır, ilk elde V ve X çıkar ama sonraki elde KQ birlikte düşebilir.</w:t>
      </w:r>
    </w:p>
    <w:p>
      <w:r>
        <w:t>Koz iyi, yan renk kötü ise, önce kozlar varken yan renk oynanıp, sağlanmaya çalışılır ki kozlar temizlendikten sonra el alınabilsin.</w:t>
      </w:r>
    </w:p>
    <w:p>
      <w:r>
        <w:t>5-5, 6-4 fit bulunca, orta ellerle zone deklare edilir.</w:t>
      </w:r>
    </w:p>
    <w:p>
      <w:r>
        <w:t>Zaten bu ellerle dağılım puanlarının tamamı sayıldığında da zone oynanacak puanın yakalandığı görülür.</w:t>
      </w:r>
    </w:p>
    <w:p>
      <w:r>
        <w:t>1♠       P        1NT  5-12 Hp</w:t>
        <w:br/>
        <w:t>1♠      Dbl      1NT   8-10 Hp</w:t>
        <w:br/>
        <w:t>1♠      Dbl        Rdb   Fit yok, güç var</w:t>
        <w:br/>
        <w:t>1♠      Dbl        Rdb       2♥ Elde oynanabilecek tek ♥varsa o söylenmeli</w:t>
        <w:br/>
        <w:t>1♠      Dbl        Rdb         P    Elde 2 renk varsa P geçip ortağa bırakılmalı</w:t>
      </w:r>
    </w:p>
    <w:p>
      <w:r>
        <w:br/>
        <w:t>1♥       2♠   3-5 Hp Zayıf</w:t>
        <w:br/>
        <w:t>1♥       3♣   9-11Hp, Fit yok (Onör 2’li dahi değil) İyi 6’lı renk</w:t>
      </w:r>
    </w:p>
    <w:p>
      <w:r>
        <w:t>Oyunun sonlarında, yerde koz kalmamışsa ve sağlanacak birşey yoksa rakiplerin squeeze olma ya da yanlış kart yeme ihtimaline karşın eldeki kozlar çekilmelidir.</w:t>
      </w:r>
    </w:p>
    <w:p>
      <w:r>
        <w:t>26.04.2021 ♣♦♠♥</w:t>
      </w:r>
    </w:p>
    <w:p>
      <w:r>
        <w:t>1♦ Açışı majör tutulmadığı zaman %100 4 adettir.</w:t>
      </w:r>
    </w:p>
    <w:p>
      <w:r>
        <w:t>Sonradan tutulabilir.</w:t>
      </w:r>
    </w:p>
    <w:p>
      <w:r>
        <w:t>1♦   ----    1♠</w:t>
        <w:br/>
        <w:t>1NT   ----    2♦ (4 adet ile tutulabilir, açanda 4 adet olduğunu biliyoruz)</w:t>
      </w:r>
    </w:p>
    <w:p>
      <w:r>
        <w:t>Bizim oynadığımız Landy Multy sistemde, puan var ama el dengeli ise 1NT açılışına araya girilmez, PAS geçilir.</w:t>
      </w:r>
    </w:p>
    <w:p>
      <w:r>
        <w:t>Batı Oyun açar.</w:t>
      </w:r>
    </w:p>
    <w:p>
      <w:r>
        <w:t>Kuzey 1NT ile araya girer.</w:t>
      </w:r>
    </w:p>
    <w:p>
      <w:r>
        <w:t>Güney bu elle 5♣ der.</w:t>
      </w:r>
    </w:p>
    <w:p>
      <w:r>
        <w:t>1♣        1♠         P          P</w:t>
        <w:br/>
        <w:t>1NT  18-19 Hp gösterir.</w:t>
      </w:r>
    </w:p>
    <w:p>
      <w:r>
        <w:t>01.05.2021 ♣♦♠♥</w:t>
      </w:r>
    </w:p>
    <w:p>
      <w:r>
        <w:t>Cevapçı her pozisyonda dengesiz ellerle NT diyebilir.</w:t>
      </w:r>
    </w:p>
    <w:p>
      <w:r>
        <w:t>AT9XX                    Normalde K çekip AT’y adoğru oynanır.</w:t>
      </w:r>
    </w:p>
    <w:p>
      <w:r>
        <w:t>Ancak oynarken eli nereye vermek isterim diye düşünmek gerekir.</w:t>
      </w:r>
    </w:p>
    <w:p>
      <w:r>
        <w:t>Eğer elin doğuya geçmesi istenmiyorsa o zaman oynanış şekli,</w:t>
        <w:br/>
        <w:t>eldeki  KV’ye doğru olmalıdır.</w:t>
      </w:r>
    </w:p>
    <w:p>
      <w:r>
        <w:t>KJX</w:t>
      </w:r>
    </w:p>
    <w:p/>
    <w:p>
      <w:r>
        <w:t>Smith Echo:</w:t>
        <w:br/>
        <w:t>NT oynanırken atak edildiği zaman, atağı sevdim/sevmedim bilgisinin verilmesidir.</w:t>
      </w:r>
    </w:p>
    <w:p>
      <w:r>
        <w:t>Önce büyük, sonra küçük  Atağı sevdim</w:t>
        <w:br/>
        <w:t>Önce küçük, sonra büyük  Atağı sevmedim anlamına gelir.</w:t>
      </w:r>
    </w:p>
    <w:p>
      <w:r>
        <w:t>Bunu her iki taraf (atak eden ya da ortağı) da yapabilir.</w:t>
      </w:r>
    </w:p>
    <w:p>
      <w:r>
        <w:t>Negative Kontr’a cevap verirken, ortağın vaat ettiği renk söylenirse  Reverse olmaz!</w:t>
      </w:r>
    </w:p>
    <w:p>
      <w:r>
        <w:t>Reverse yapacak el varsa ya sıçranır ya da rakibin rengi söylenerek CueBid yapılır.</w:t>
      </w:r>
    </w:p>
    <w:p>
      <w:r>
        <w:t>Cue bid en kuvvetlisidir.</w:t>
      </w:r>
    </w:p>
    <w:p>
      <w:r>
        <w:t>1♣           1♠           Dbl          2♦</w:t>
        <w:br/>
        <w:t>2♥        Reverse olmaz.</w:t>
      </w:r>
    </w:p>
    <w:p>
      <w:r>
        <w:t>♥ Fiti var.</w:t>
      </w:r>
    </w:p>
    <w:p>
      <w:r>
        <w:t>3♥        ♥ Fiti var, 2♥ diyenden daha iyi el var.</w:t>
      </w:r>
    </w:p>
    <w:p>
      <w:r>
        <w:t>4♥        Zone oynamak için.</w:t>
      </w:r>
    </w:p>
    <w:p>
      <w:r>
        <w:t>Daha çok dengesiz ellerle söylenir.</w:t>
      </w:r>
    </w:p>
    <w:p>
      <w:r>
        <w:t>2♠/3♦ Cubid.</w:t>
      </w:r>
    </w:p>
    <w:p>
      <w:r>
        <w:t>Cuebid yapıp sonra ♥ denirse çok kuvvetli.</w:t>
      </w:r>
    </w:p>
    <w:p>
      <w:r>
        <w:t>Koz♣ ve 4NT ile key card sorulduğunda;</w:t>
        <w:br/>
        <w:t>5♣ cevabı aldıktan sonra bir üstü 5♦ ile koz Q’ı sorulur.</w:t>
      </w:r>
    </w:p>
    <w:p>
      <w:r>
        <w:t>Yoksa 6♣ denir yani en yakın seviyede koza dönülür.</w:t>
      </w:r>
    </w:p>
    <w:p>
      <w:r>
        <w:t>Koz Q varsa onunla birlikte K cevabı verilir.</w:t>
      </w:r>
    </w:p>
    <w:p>
      <w:r>
        <w:t>Örneğin burada 5♥denirse, Koz Q var onunla birlikte ♥K da var.</w:t>
      </w:r>
    </w:p>
    <w:p>
      <w:r>
        <w:t>4-4 Kozla oynamak zordur ancak 5-3 yan renk varken 4-4 olanı koz yapmak tercih edilir.</w:t>
      </w:r>
    </w:p>
    <w:p>
      <w:r>
        <w:t>Hatta bazen 5-4 renk varken bile 4-4 olan rengi koz yapmak tercih edilebilir.</w:t>
      </w:r>
    </w:p>
    <w:p>
      <w:r>
        <w:t>Burada Koz ♥ (4-4) olursa, kozun ♠ (5-3) olmasına göre daha fazla el alınır.</w:t>
      </w:r>
    </w:p>
    <w:p>
      <w:r>
        <w:t>Deklarasyon aşağıdaki şekilde olmalı:</w:t>
        <w:br/>
        <w:t>1♠       2♠</w:t>
        <w:br/>
        <w:t>3♥       4♥</w:t>
        <w:br/>
        <w:t>4NT        5♣</w:t>
        <w:br/>
        <w:t>5♦       6♥</w:t>
      </w:r>
    </w:p>
    <w:p>
      <w:r>
        <w:t>08.05.2021 ♣♦♠♥</w:t>
      </w:r>
    </w:p>
    <w:p>
      <w:r>
        <w:t>1NT          2♠   ♣’e transfer</w:t>
      </w:r>
    </w:p>
    <w:p>
      <w:r>
        <w:t>2NT     ♣’i tutuyorum, elim iyi.</w:t>
      </w:r>
    </w:p>
    <w:p>
      <w:r>
        <w:t>3♣   3♣ oynayalım, zone yok.</w:t>
      </w:r>
    </w:p>
    <w:p>
      <w:r>
        <w:t>3♦/♠/♥  ♦/♠/♥ tek.</w:t>
      </w:r>
    </w:p>
    <w:p>
      <w:r>
        <w:t>(Minör transferinden sonra söylenen renkler tektir)</w:t>
        <w:br/>
        <w:t>3NT   3NT oynayalım.</w:t>
      </w:r>
    </w:p>
    <w:p>
      <w:r>
        <w:t>(Bazen az puanla, örneğin KQXXXXX ♣ ile söylenebilir)</w:t>
        <w:br/>
        <w:t>4♣   Bu renkten slam’e gidelim.</w:t>
      </w:r>
    </w:p>
    <w:p>
      <w:r>
        <w:t>Kontrol göster.</w:t>
      </w:r>
    </w:p>
    <w:p>
      <w:r>
        <w:t>4♦/♥/♠ Kontroller aşağıdan başlayarak sıra ile gösterilir.</w:t>
      </w:r>
    </w:p>
    <w:p>
      <w:r>
        <w:t>4♥  ♦’da kontrol yok, ♥’de var.</w:t>
      </w:r>
    </w:p>
    <w:p>
      <w:r>
        <w:t>4♠  Kendisinde ♦ kontrolu da var demektir.</w:t>
      </w:r>
    </w:p>
    <w:p>
      <w:r>
        <w:t>(Ortağında ♦ kontrolu olmadığını öğrendiğinde, kendisinde de olmasaydı 5♣ derdi, Zone’a park)</w:t>
      </w:r>
    </w:p>
    <w:p/>
    <w:p/>
    <w:p>
      <w:r>
        <w:t>1♣               1NT  ♥/♠ kesin 4’lü değil.</w:t>
      </w:r>
    </w:p>
    <w:p>
      <w:r>
        <w:t>♦ 4’lü olabilir.</w:t>
      </w:r>
    </w:p>
    <w:p>
      <w:r>
        <w:t>(NT’nun kendi tarafından oynanmasını istiyorsa 4’lü ♦’yu göstermeyebilir)</w:t>
      </w:r>
    </w:p>
    <w:p/>
    <w:p>
      <w:r>
        <w:t>11-14 Hp, elde tek renk olduğu zaman 1NT’ye defans yapmak pek tercih edilmez.</w:t>
      </w:r>
    </w:p>
    <w:p>
      <w:r>
        <w:t>Onun yerine 4’lü major renk ile konuşulabilir.</w:t>
      </w:r>
    </w:p>
    <w:p>
      <w:r>
        <w:t>NT oynarken yeterli el yer geçişleri varsa aşağıdaki renk A çekip, Q’a doğru oynanır.</w:t>
      </w:r>
    </w:p>
    <w:p>
      <w:r>
        <w:t>AQ9XX</w:t>
      </w:r>
    </w:p>
    <w:p>
      <w:r>
        <w:t>XXX</w:t>
      </w:r>
    </w:p>
    <w:p>
      <w:r>
        <w:br/>
        <w:t>Minörde Splinter yaperken, rengin %100 5’li olması (açanda 3 adet olabilir) ve 4’lü major olmaması gerekir.</w:t>
      </w:r>
    </w:p>
    <w:p>
      <w:r>
        <w:t>1♣       1♠        3♠ 5’li ♣, tek♠</w:t>
      </w:r>
    </w:p>
    <w:p>
      <w:r>
        <w:t>10.05.2021 ♣♦♠♥</w:t>
      </w:r>
    </w:p>
    <w:p>
      <w:r>
        <w:t>XXX                      Doğu konuştu ise yerden X gelip, elden Q konur.</w:t>
      </w:r>
    </w:p>
    <w:p>
      <w:r>
        <w:t>Bu renk 3-5 olsa idi o zaman yerden X gelip, elden T konurdu.</w:t>
      </w:r>
    </w:p>
    <w:p>
      <w:r>
        <w:t>AQT8XX</w:t>
      </w:r>
    </w:p>
    <w:p>
      <w:r>
        <w:br/>
        <w:t>Açan Splinter yaptığı zaman 16-18Hp’dır.</w:t>
      </w:r>
    </w:p>
    <w:p>
      <w:r>
        <w:t>İyi bir 5’li renk varken davet kabul edilir:</w:t>
        <w:br/>
        <w:t>AQ987</w:t>
        <w:br/>
        <w:t>AVTXX</w:t>
        <w:br/>
        <w:t>AVT9X</w:t>
        <w:br/>
        <w:t>KQTXX</w:t>
        <w:br/>
        <w:t>KQVXX</w:t>
        <w:br/>
        <w:t>AQTXX</w:t>
      </w:r>
    </w:p>
    <w:p>
      <w:r>
        <w:br/>
        <w:t>1♦                 2♣</w:t>
        <w:br/>
        <w:t>2NT   min el, dengeli</w:t>
      </w:r>
    </w:p>
    <w:p>
      <w:r>
        <w:br/>
        <w:t>1NT                       2♦  ♥’e transfer</w:t>
        <w:br/>
        <w:t>Açan 2NT (ya da 2♥dışında) başka birşey söylerse ♥’ü tutuyordur.</w:t>
      </w:r>
    </w:p>
    <w:p>
      <w:r>
        <w:t>Transferi kıranda 4’lü koz ve max el var demektir.</w:t>
      </w:r>
    </w:p>
    <w:p>
      <w:r>
        <w:t>Koz bir tarafta yığıldı ise mümkün olduğu kadar hem elden hem yerden çakmaya çalışılır.</w:t>
      </w:r>
    </w:p>
    <w:p>
      <w:r>
        <w:t>Bu durumda kozun uzun olduğu taraftan da çakılır.</w:t>
      </w:r>
    </w:p>
    <w:p>
      <w:r>
        <w:t>22.05.2021 ♣♦♠♥</w:t>
      </w:r>
    </w:p>
    <w:p/>
    <w:p>
      <w:r>
        <w:t>9XX</w:t>
        <w:br/>
        <w:t>XX                 AQJ7</w:t>
        <w:br/>
        <w:t>KT8X</w:t>
        <w:br/>
        <w:t>Oyun NT, Kuzey-Güney defansta.</w:t>
      </w:r>
    </w:p>
    <w:p>
      <w:r>
        <w:t>Güney, ilk turda sallanmadan J’ye K’yı koymamalıdır.</w:t>
      </w:r>
    </w:p>
    <w:p>
      <w:r>
        <w:t>İkinci turda almalıdır.</w:t>
      </w:r>
    </w:p>
    <w:p>
      <w:r>
        <w:t>Araya girilen renk 5’I kabul eilir ve ona göre cevap verilir.</w:t>
      </w:r>
    </w:p>
    <w:p>
      <w:r>
        <w:t>Bazen AKJX gibi ellerle 4’lü olarak da araya girilmiş olabilir ama cevapçı daima 5’li kabul edip ona göre cevap vermelidir.</w:t>
      </w:r>
    </w:p>
    <w:p>
      <w:r>
        <w:t>Kart kaçarken eli yeri benzemez yapmak ya da kısayı daha kısa hale getirmek gerekir.</w:t>
      </w:r>
    </w:p>
    <w:p>
      <w:r>
        <w:t>Oynayan:  Kuzey.</w:t>
      </w:r>
    </w:p>
    <w:p>
      <w:r>
        <w:t>Atak:  ♣T</w:t>
        <w:br/>
        <w:t>Yerden ♣A konur.</w:t>
      </w:r>
    </w:p>
    <w:p>
      <w:r>
        <w:t>Elden ♦ atılır.</w:t>
      </w:r>
    </w:p>
    <w:p>
      <w:r>
        <w:t>Elden ♥A çekip, ♥X oynanır, yerden ♥K ile alınır.</w:t>
      </w:r>
    </w:p>
    <w:p>
      <w:r>
        <w:t>Yerden ♠oynanır, elden♠Q konur, Doğu ♠K ile alıp, ♣gelir.</w:t>
      </w:r>
    </w:p>
    <w:p>
      <w:r>
        <w:t>♣’e elden çakıp ♠oynanır.</w:t>
      </w:r>
    </w:p>
    <w:p>
      <w:r>
        <w:t>Doğudan T geldiğinde yerden V konmaz küçük konur, Batıdan ♠A düşer.</w:t>
      </w:r>
    </w:p>
    <w:p>
      <w:r>
        <w:t>Bu oyun tarzında ♠A’ın düşmesi ümit edilir.</w:t>
      </w:r>
    </w:p>
    <w:p>
      <w:r>
        <w:t>Eğer Doğu’da ♠AK olsaydı ♣ yerine ♠A atak ederdi diye düşünülür.</w:t>
      </w:r>
    </w:p>
    <w:p>
      <w:r>
        <w:t>QXX          Rakiplerde kimde bu renk kısa diye düşünülüyorsa onu ikinci</w:t>
        <w:br/>
        <w:t>Pozisyona koymak gerekir.</w:t>
      </w:r>
    </w:p>
    <w:p>
      <w:r>
        <w:t>İlk tur bir onöre doğru oynanır.</w:t>
      </w:r>
    </w:p>
    <w:p>
      <w:r>
        <w:t>JXX           İkinci turda elden yerden küçük konur.</w:t>
      </w:r>
    </w:p>
    <w:p>
      <w:r>
        <w:t>QXXX             QXX                Hep aynı 2.</w:t>
      </w:r>
    </w:p>
    <w:p>
      <w:r>
        <w:t>Turda elden ve yerden</w:t>
        <w:br/>
        <w:t>küçük konur.</w:t>
      </w:r>
    </w:p>
    <w:p>
      <w:r>
        <w:t>JXXX             JXXXX</w:t>
      </w:r>
    </w:p>
    <w:p>
      <w:r>
        <w:br/>
        <w:t>Yukarıdaki elin deklarasyonu aşağıdaki şekilde olmalı idi:</w:t>
      </w:r>
    </w:p>
    <w:p>
      <w:r>
        <w:t>D               G               B               K</w:t>
        <w:br/>
        <w:t>1♣         P          1♦         1♥</w:t>
        <w:br/>
        <w:t>P             2♥         3♣         P</w:t>
      </w:r>
    </w:p>
    <w:p>
      <w:r>
        <w:br/>
        <w:t>1NT araya girildiğinde aynı 1NT açılmış gibi cevap verilir.</w:t>
      </w:r>
    </w:p>
    <w:p>
      <w:r>
        <w:t>Ancak ortak 1NT açıp, rakip araya girerse system off olur.</w:t>
      </w:r>
    </w:p>
    <w:p>
      <w:r>
        <w:t>Söylenen renk normal, oynamak istediği renktir.</w:t>
      </w:r>
    </w:p>
    <w:p>
      <w:r>
        <w:t>1NT    -     2♥    -     2♠  ‘’ ♠oynamak istiyorum, zayıfım’’</w:t>
      </w:r>
    </w:p>
    <w:p>
      <w:r>
        <w:t>1NT açan ya da araya girene cevaplar:</w:t>
        <w:br/>
        <w:t>2♣     Steyman</w:t>
        <w:br/>
        <w:t>2♦     Köre transfer</w:t>
        <w:br/>
        <w:t>2♥     Pike transfer</w:t>
        <w:br/>
        <w:t>2♠     Trefle transfer</w:t>
        <w:br/>
        <w:t>2NT      Karoya transfer</w:t>
        <w:br/>
        <w:t>3♣     Minörler Zayıf El</w:t>
        <w:br/>
        <w:t>3♦     Minörler Kuvvetli El</w:t>
        <w:br/>
        <w:t>3♥     Minörler ♥ tek</w:t>
        <w:br/>
        <w:t>3♠     Minörler ♠ tek</w:t>
      </w:r>
    </w:p>
    <w:p>
      <w:r>
        <w:t>13.06.2021 ♣♦♠♥</w:t>
      </w:r>
    </w:p>
    <w:p>
      <w:r>
        <w:t>İki Pas’tan sonra sonuncunun NT ile araya girmesi Uyandırma Sanzatusudur.</w:t>
      </w:r>
    </w:p>
    <w:p>
      <w:r>
        <w:t>1♠       P         P        1NT       11-16Hp Reveille</w:t>
      </w:r>
    </w:p>
    <w:p>
      <w:r>
        <w:br/>
        <w:t>Majörde anlaştıktan sonra NT Forsing’dir, her renkten yardım ister.</w:t>
      </w:r>
    </w:p>
    <w:p>
      <w:r>
        <w:t>1♣        1♠       Dbl      2♠</w:t>
        <w:br/>
        <w:t>P            2NT    her yerden yardım ihtiyacı var.</w:t>
      </w:r>
    </w:p>
    <w:p>
      <w:r>
        <w:t>Forsing,</w:t>
        <w:br/>
        <w:t>Buna PAS denmez.</w:t>
      </w:r>
    </w:p>
    <w:p>
      <w:r>
        <w:t>2 açılışına Michaels Cuebid yapılabilir ama Unusual Notrump yapılamaz çünkü gerçek 2NT demeyi engeller.</w:t>
      </w:r>
    </w:p>
    <w:p>
      <w:r>
        <w:t>Ancak sıçrayarak NT söylenebilir.</w:t>
      </w:r>
    </w:p>
    <w:p>
      <w:r>
        <w:t>Örneğin 2♥ açılışına 4NT diyerek minörler gösterilebilir.</w:t>
      </w:r>
    </w:p>
    <w:p>
      <w:r>
        <w:t>Ya da rakipler 2 renk konuştuğunda ve puan gösterdiklerinde yani 2NT naturel konuşmanın anlamlı olmadığı durumda olabilir.</w:t>
      </w:r>
    </w:p>
    <w:p>
      <w:r>
        <w:t>1♠      P        2♥      2NT  Naturel, oynamak için olamaz.</w:t>
      </w:r>
    </w:p>
    <w:p>
      <w:r>
        <w:t>Çünkü normalde 2NT diyecek puan olmaz, olsa dahi, ortağına sıfır puan kalır gene 2NT oynamak için olamaz.</w:t>
      </w:r>
    </w:p>
    <w:p>
      <w:r>
        <w:t>Diğer 2 renk (minörler) 6-5 ya da zone durumu uygunsa 5-5 olabilir.</w:t>
      </w:r>
    </w:p>
    <w:p>
      <w:r>
        <w:t>Kozun ne olduğu henüz belirlenmemiş ise 4NT ile key card sorusuna son konuşulan renk koz kabul edilerek cevap verilir.</w:t>
      </w:r>
    </w:p>
    <w:p>
      <w:r>
        <w:t>2♥        3♦       P         3♥  Cuebid kuvvetli el</w:t>
        <w:br/>
        <w:t>P             4♣       P       4NT</w:t>
        <w:br/>
        <w:t>Key card cevabı koz ♣’e göre verilir.</w:t>
      </w:r>
    </w:p>
    <w:p>
      <w:r>
        <w:t>1♣           P           1♠       2♥</w:t>
        <w:br/>
        <w:t>Dbl  Fit Kontr’u ‘’senin rengin (♠) bende 3’lü’’</w:t>
      </w:r>
    </w:p>
    <w:p/>
    <w:p>
      <w:r>
        <w:br/>
        <w:t>Kuzey ve Güney bu elleri nasıl konuşmalıdırlar???</w:t>
      </w:r>
    </w:p>
    <w:p>
      <w:r>
        <w:t>?</w:t>
      </w:r>
    </w:p>
    <w:p>
      <w:r>
        <w:t>27.06.2021 ♣♦♠♥</w:t>
      </w:r>
    </w:p>
    <w:p>
      <w:r>
        <w:t>♣ 8X              Yerden 8 oynanır, elden X konur.</w:t>
      </w:r>
    </w:p>
    <w:p>
      <w:r>
        <w:t>♣AQT9XX       Sonra tekrar yere geçilir, elden 9’lu konur (hepsini almak için)</w:t>
        <w:br/>
        <w:t>AQT9 varken, hep önce 9’a sonra T’a doğru oynanır.</w:t>
      </w:r>
    </w:p>
    <w:p>
      <w:r>
        <w:t>NT oynanırken;</w:t>
        <w:br/>
        <w:t>A9XXX</w:t>
      </w:r>
    </w:p>
    <w:p>
      <w:r>
        <w:t>K8X                                        Q6</w:t>
      </w:r>
    </w:p>
    <w:p>
      <w:r>
        <w:br/>
        <w:t>JTX</w:t>
        <w:br/>
        <w:t>Atak X, yerden Q kondu, 3.</w:t>
      </w:r>
    </w:p>
    <w:p>
      <w:r>
        <w:t>Oyuncunun J’yi atması gerekir ki bloke olunmasın.</w:t>
      </w:r>
    </w:p>
    <w:p>
      <w:r>
        <w:t>1♣          1♦         Dbl  ‘’Bende 4-4 Majörler var’’</w:t>
        <w:br/>
        <w:t>1♥ ‘’Bende 4’lü ♥var’’</w:t>
        <w:br/>
        <w:t>1♠ ‘’Bende 4’lü ♠var’’</w:t>
        <w:br/>
        <w:t>Ama ♥ ile araya girilirse idi :</w:t>
        <w:br/>
        <w:t>1♣          1♥         Dbl  ‘’Bende 4’lü ♠var’’</w:t>
      </w:r>
    </w:p>
    <w:p>
      <w:r>
        <w:t>04.07.2021 ♣♦♠♥</w:t>
      </w:r>
    </w:p>
    <w:p>
      <w:r>
        <w:t>2♥ ile araya girmek, 2♥ açmak gibidir.</w:t>
      </w:r>
    </w:p>
    <w:p>
      <w:r>
        <w:t>6-10Hp, 6’lı♥.</w:t>
      </w:r>
    </w:p>
    <w:p>
      <w:r>
        <w:t>Elde ♣ kısa olduğunda, eksik puanla da, Stayman yapılabilir.</w:t>
      </w:r>
    </w:p>
    <w:p>
      <w:r>
        <w:t>2♣          2♥          P   ‘’Elim iyi’’</w:t>
        <w:br/>
        <w:t>DBL ‘’Elim kötü’’</w:t>
      </w:r>
    </w:p>
    <w:p>
      <w:r>
        <w:t>Koz oynanırken 9 sayıldığında, rakiplerden biri konuşmuş ise, onda kozu kısa kabul edip, 2.</w:t>
      </w:r>
    </w:p>
    <w:p>
      <w:r>
        <w:t>Turda (A’ı çektikten sonra) Q’a empas yapılır.</w:t>
      </w:r>
    </w:p>
    <w:p>
      <w:r>
        <w:t>Cevapçının 1 seviyesinde DBL demesi için 6Hp,</w:t>
        <w:br/>
        <w:t>2 seviyesinde DBL demesi için 8Hp gereklidir.</w:t>
      </w:r>
    </w:p>
    <w:p>
      <w:r>
        <w:t>1♥         2♣       DBL  min.</w:t>
      </w:r>
    </w:p>
    <w:p>
      <w:r>
        <w:t>8Hp</w:t>
      </w:r>
    </w:p>
    <w:p>
      <w:r>
        <w:t>08.07.2021 ♣♦♠♥</w:t>
      </w:r>
    </w:p>
    <w:p>
      <w:r>
        <w:t>2♣           2♦</w:t>
        <w:br/>
        <w:t>2♥           3♥ ‘’Elim İyi’’</w:t>
        <w:br/>
        <w:t>4♥ ‘’Elim Kötü’’</w:t>
        <w:br/>
        <w:t>Bir konuşmanın zona gittiği iki taraf açısından da belli ise, direkt zone ilan etmek elin kötü olduğunu gösterir.</w:t>
      </w:r>
    </w:p>
    <w:p>
      <w:r>
        <w:t>2♣           2♦</w:t>
        <w:br/>
        <w:t>3♥  ‘’Koz ♥olacak, sen onu merak etme.</w:t>
      </w:r>
    </w:p>
    <w:p>
      <w:r>
        <w:t>Sende A var mı?</w:t>
      </w:r>
    </w:p>
    <w:p>
      <w:r>
        <w:t>‘’</w:t>
        <w:br/>
        <w:t>3♠  ♠A var</w:t>
        <w:br/>
        <w:t>4♣  ♣A var</w:t>
        <w:br/>
        <w:t>4♦  ♦A var</w:t>
        <w:br/>
        <w:t>4NT   2 tane A var</w:t>
        <w:br/>
        <w:t>3NT   A yok, K ya da K lar var</w:t>
        <w:br/>
        <w:t>4♥   A yok, K da yok</w:t>
      </w:r>
    </w:p>
    <w:p>
      <w:r>
        <w:br/>
        <w:t>4NT ile keycard sorusundan sonra 5NT ile Rua sorusuna, elde 2 tane K varsa, olmayanın adı söylenir.</w:t>
      </w:r>
    </w:p>
    <w:p>
      <w:r>
        <w:t>1♥          2NT  ‘’Seni 4’lü tutuyorum, Davet eli, 11-12Hp’’</w:t>
      </w:r>
    </w:p>
    <w:p>
      <w:r>
        <w:br/>
        <w:t>1NT            2♥</w:t>
        <w:br/>
        <w:t>3♠   4’lü ♠, min.el</w:t>
        <w:br/>
        <w:t>2NT  4’lü ♠, max.el</w:t>
      </w:r>
    </w:p>
    <w:p>
      <w:r>
        <w:br/>
        <w:t>2NT           3♣  5’li major sorusu</w:t>
        <w:br/>
        <w:t>3♠            4NT  ‘’♠’i tutmuyorum, slam oynayalım mı?’’</w:t>
      </w:r>
    </w:p>
    <w:p/>
    <w:p>
      <w:r>
        <w:t>1♣           2♣           P            2♦ ‘’Uzun majörünü söyle’’</w:t>
        <w:br/>
        <w:t>Michaels Cuebid</w:t>
      </w:r>
    </w:p>
    <w:p>
      <w:r>
        <w:t>1NT             2♣            P              2♦‘’Hangi majörün uzun?’’</w:t>
        <w:br/>
        <w:t>Landy Multi</w:t>
      </w:r>
    </w:p>
    <w:p>
      <w:r>
        <w:br/>
        <w:t>Q’ın altında birşey yoksa Q’a doğru oynanır</w:t>
      </w:r>
    </w:p>
    <w:p>
      <w:r>
        <w:t>Q8                                QXX                         QXX</w:t>
      </w:r>
    </w:p>
    <w:p>
      <w:r>
        <w:br/>
        <w:t>AXXXXX                       AXXXXX                    AXXXX</w:t>
      </w:r>
    </w:p>
    <w:p>
      <w:r>
        <w:t>Direkt Q’a doğru oynanır</w:t>
        <w:br/>
        <w:t>A çekip, Q’a doğru oynanır</w:t>
        <w:br/>
        <w:t>A çekip, Q’a doğru oynanır</w:t>
      </w:r>
    </w:p>
    <w:p>
      <w:r>
        <w:t>Sıra yokken el aldırmak istenen onöre doğru oynanır.</w:t>
      </w:r>
    </w:p>
    <w:p>
      <w:r>
        <w:t>15.07.2021 ♣♦♠♥</w:t>
      </w:r>
    </w:p>
    <w:p>
      <w:r>
        <w:t>1NT                         2♠  ♣’e transfer</w:t>
        <w:br/>
        <w:t>2NT  ♣’i tutuyor, transferi kırar</w:t>
        <w:br/>
        <w:t>3♣  ♣’i tutmuyor</w:t>
        <w:br/>
        <w:t>-------------------------------------------------------------------------------------</w:t>
        <w:br/>
        <w:t>1NT                        2NT  ♦’ya transfer</w:t>
        <w:br/>
        <w:t>3♣ ♦’yu tutuyor, transferi kırar</w:t>
        <w:br/>
        <w:t>3♦ ♦’yu tutmuyor</w:t>
      </w:r>
    </w:p>
    <w:p>
      <w:r>
        <w:br/>
        <w:t>Saçma sapan bir renk söylemek, hep konuşulmuş son rengi tutuyorum anlamına gelir.</w:t>
      </w:r>
    </w:p>
    <w:p>
      <w:r>
        <w:t>Yerde ezilecek onör yoksa 3.</w:t>
      </w:r>
    </w:p>
    <w:p>
      <w:r>
        <w:t>Oyuncu en büyüğünü koyar!</w:t>
      </w:r>
    </w:p>
    <w:p>
      <w:r>
        <w:t>18.07.2021 ♣♦♠♥</w:t>
      </w:r>
    </w:p>
    <w:p>
      <w:r>
        <w:t>1NT açışına 4 seviyesinde transferde yaygın kullanılanı Texas transferdir,</w:t>
        <w:br/>
        <w:t>1NT              4♦♥’e transfer,</w:t>
        <w:br/>
        <w:t>1NT              4♥♠’e transfer</w:t>
        <w:br/>
        <w:t>yani 2 seviyesinde kullandığımız transfer gibi.</w:t>
      </w:r>
    </w:p>
    <w:p>
      <w:r>
        <w:t>Ancak hocamız South African’ı kullanıyor:</w:t>
        <w:br/>
        <w:t>1NT              4♣♥’e transfer</w:t>
        <w:br/>
        <w:t>1NT             4♦♠’e transfer</w:t>
      </w:r>
    </w:p>
    <w:p>
      <w:r>
        <w:t>1NT             4♣♥’e transfer</w:t>
        <w:br/>
        <w:t>4♥ Transferi alıyor.</w:t>
      </w:r>
    </w:p>
    <w:p>
      <w:r>
        <w:t>Slam talebini RED ediyor</w:t>
        <w:br/>
        <w:t>4♦ Yes but…</w:t>
        <w:br/>
        <w:t>4NT Key card soruyor</w:t>
        <w:br/>
        <w:t>Cevapçı NT açandan 4♥ ile RED cevabını alsa bile,</w:t>
        <w:br/>
        <w:t>isterse hala 4NT ile key card sorabilir.</w:t>
      </w:r>
    </w:p>
    <w:p>
      <w:r>
        <w:t>NT oyunlarında K çıkmak ‘’çocuğu ver’’ demektir.</w:t>
      </w:r>
    </w:p>
    <w:p>
      <w:r>
        <w:t>Yani A varsa A ile ezilebilir ya da Q veya V varsa verilir.</w:t>
      </w:r>
    </w:p>
    <w:p>
      <w:r>
        <w:t>AKVT varsa K çıkılır ki ortak Q’ı versin.</w:t>
      </w:r>
    </w:p>
    <w:p>
      <w:r>
        <w:t>AKXX  A çıkılır, ortağın onör vermesi istenmez.</w:t>
      </w:r>
    </w:p>
    <w:p>
      <w:r>
        <w:t>AKX    A çıkılır, ortağın onör vermesi istenmez.</w:t>
      </w:r>
    </w:p>
    <w:p>
      <w:r>
        <w:t>KQX    Q çıkılır ki ortak A ile ezmesin.</w:t>
      </w:r>
    </w:p>
    <w:p>
      <w:r>
        <w:t>Cevapçının söylediği rengi söylemek NATUREL’dir.</w:t>
      </w:r>
    </w:p>
    <w:p>
      <w:r>
        <w:t>1♦            P            1♠         2♠ ♠var</w:t>
        <w:br/>
        <w:t>Açanın söylediği rengi söylemek DİĞER RENKLER var demektir.</w:t>
      </w:r>
    </w:p>
    <w:p>
      <w:r>
        <w:t>1♦            P            1♠         2♦ ♥ ve ♣ en az 5-5</w:t>
      </w:r>
    </w:p>
    <w:p/>
    <w:p>
      <w:r>
        <w:t>NT oynarken o rengi mi, diğerini mi önce oynayayım diye düşünülürse, önce A’ı çıkartmaya çalışılmalıdır.Hep önce A’ı dışarıda olan renk oynanıp o çıkartılmaya çalışılır.</w:t>
      </w:r>
    </w:p>
    <w:p>
      <w:r>
        <w:t>1♥           2♣</w:t>
        <w:br/>
        <w:t>2♥           3♥ Kuvvetli El</w:t>
        <w:br/>
        <w:t>Açanın 2♥ rebidine, kuvvetli ellerle 4♥ denmemeli,</w:t>
        <w:br/>
        <w:t>3♥ denmelidir.</w:t>
      </w:r>
    </w:p>
    <w:p>
      <w:r>
        <w:t>3♥, 4♥’den daha iyidir.</w:t>
      </w:r>
    </w:p>
    <w:p>
      <w:r>
        <w:t>Slam’e gidilebilir.</w:t>
      </w:r>
    </w:p>
    <w:p>
      <w:r>
        <w:t>1♥’e 2♣ dendikten sonra (2 over 1) PAS yok.</w:t>
      </w:r>
    </w:p>
    <w:p>
      <w:r>
        <w:t>3NT’ya uzun renk atak edilir.</w:t>
      </w:r>
    </w:p>
    <w:p>
      <w:r>
        <w:t>6NT’ya kayıpsız atak edilir.</w:t>
      </w:r>
    </w:p>
    <w:p>
      <w:r>
        <w:t>Koz rengi</w:t>
        <w:br/>
        <w:t>AXXX</w:t>
      </w:r>
    </w:p>
    <w:p>
      <w:r>
        <w:t>TXXX      olduğu zaman;</w:t>
        <w:br/>
        <w:t>Önce yerden küçük oynanır, sonra A çekilir.</w:t>
      </w:r>
    </w:p>
    <w:p>
      <w:r>
        <w:t>Alıcılar dışarıda kaldı ise bırakılır ve uzun yan renge girilir.</w:t>
      </w:r>
    </w:p>
    <w:p>
      <w:r>
        <w:t>1♠      2♥     3♠  Zayıf</w:t>
        <w:br/>
        <w:t>1♠       P       3♠  Zayıf</w:t>
        <w:br/>
        <w:t>1♠      2♥     2NT  DAVET 11-12Hp Fit var</w:t>
        <w:br/>
        <w:t>1♠      2♥     Dbl deyip sonraki konuşmada NT   Fit yok</w:t>
      </w:r>
    </w:p>
    <w:p>
      <w:r>
        <w:t>01.08.2021 ♣♦♠♥</w:t>
      </w:r>
    </w:p>
    <w:p>
      <w:r>
        <w:t>Araya giren ortağa sıçrayarak 2NT demek 13-15 puan gösterir.</w:t>
      </w:r>
    </w:p>
    <w:p>
      <w:r>
        <w:t>B            K             D              G</w:t>
        <w:br/>
        <w:t>1♣        P             P            1♥</w:t>
        <w:br/>
        <w:t>1♠      2NT  13-15 Hp, ♣ ve ♠’te keser var, ♥’ü tutmuyor.</w:t>
      </w:r>
    </w:p>
    <w:p>
      <w:r>
        <w:t>♥’ü tutsa idi cue-bid yapardı.</w:t>
      </w:r>
    </w:p>
    <w:p>
      <w:r>
        <w:t>K75XX                A’ın doğuda olduğu tahmin ediliyorsa,</w:t>
        <w:br/>
        <w:t>Doğu 2. pozisyona konur.</w:t>
      </w:r>
    </w:p>
    <w:p>
      <w:r>
        <w:t>Yerden X, elden Q konur.</w:t>
      </w:r>
    </w:p>
    <w:p>
      <w:r>
        <w:t>Q93                   Sonra elden ve yerden küçük oynanır.</w:t>
      </w:r>
    </w:p>
    <w:p>
      <w:r>
        <w:t>23+ Hp olmadığı durumlarda, 2♣ açmak için koz minor olduğu zaman 9,5 el alıcı olmalıdır.</w:t>
      </w:r>
    </w:p>
    <w:p>
      <w:r>
        <w:t>Koz major ise 9 alıcı el yeterlidir.</w:t>
      </w:r>
    </w:p>
    <w:p>
      <w:r>
        <w:t>2♣ açışına Dbl demek, ‘’bende iyi ve uzun ♣ var’’ demektir.</w:t>
      </w:r>
    </w:p>
    <w:p>
      <w:r>
        <w:t>Yapay konuşmalara atılan Dbl o rengin iyi ve uzun olduğunu gösterir.</w:t>
      </w:r>
    </w:p>
    <w:p>
      <w:r>
        <w:t>B                 K               D</w:t>
        <w:br/>
        <w:t>1♥           2♥          2♠</w:t>
        <w:br/>
        <w:t>Kuzey, 2♥ ile araya girerek Michael’s Cue bid yapar, yani ‘’bende öteki major (♠) ve bir minor min.</w:t>
      </w:r>
    </w:p>
    <w:p>
      <w:r>
        <w:t>5-5’’ der.</w:t>
      </w:r>
    </w:p>
    <w:p>
      <w:r>
        <w:t>Bu durumda Doğu 2♠ diyerek Cue bid yapmış olur, yani ‘’♥’ü tutuyorum, zone kesin’’ der.</w:t>
      </w:r>
    </w:p>
    <w:p>
      <w:r>
        <w:t>Ortak, rakibin rengini atak ederse, ya kendisi çakıyordur ya da ortağının çakmasını bekliyordur.</w:t>
      </w:r>
    </w:p>
    <w:p>
      <w:r>
        <w:t>Bu renge devam edilir.</w:t>
      </w:r>
    </w:p>
    <w:p>
      <w:r>
        <w:t>02.08.2021 ♣♦♠♥</w:t>
      </w:r>
    </w:p>
    <w:p>
      <w:r>
        <w:t>1NT açışına Transfer yaptıktan sonra puan belli edilir.</w:t>
      </w:r>
    </w:p>
    <w:p>
      <w:r>
        <w:t>0-7 Hp ile Transfer edilir ve sonra PAS denir.</w:t>
      </w:r>
    </w:p>
    <w:p>
      <w:r>
        <w:t>Açanın 2.</w:t>
      </w:r>
    </w:p>
    <w:p>
      <w:r>
        <w:t>Konuşmasında Reverse yapmadan 2.</w:t>
      </w:r>
    </w:p>
    <w:p>
      <w:r>
        <w:t>Renk söylemesi Forsing değildir.</w:t>
      </w:r>
    </w:p>
    <w:p>
      <w:r>
        <w:t>12- kötü18Hp gösterir.</w:t>
      </w:r>
    </w:p>
    <w:p>
      <w:r>
        <w:t>Cevapçının zone ümidi yoksa PAS geçebilir.</w:t>
      </w:r>
    </w:p>
    <w:p>
      <w:r>
        <w:t>23.08.2021 ♣♦♠♥</w:t>
      </w:r>
    </w:p>
    <w:p>
      <w:r>
        <w:t>1NT açılışına     8Hp ile cevap verilir</w:t>
        <w:br/>
        <w:t>2NT açılışına     4Hp ile cevap verilir</w:t>
        <w:br/>
        <w:t>Yalnız Transfer 0 Hp ile de yapılabilir</w:t>
      </w:r>
    </w:p>
    <w:p>
      <w:r>
        <w:t>Dbl’a cevap verirken hem koz hem güç belli edilir</w:t>
      </w:r>
    </w:p>
    <w:p>
      <w:r>
        <w:t>♠AV8XX             Bu elle 1♠ açışına 4♠ denir (GAMBLING)</w:t>
        <w:br/>
        <w:t>♥X                       5’li♠tutuşu ve singleton olunca puana bakılmaz</w:t>
        <w:br/>
        <w:t>♦XXX</w:t>
        <w:br/>
        <w:t>♣JXXX</w:t>
      </w:r>
    </w:p>
    <w:p>
      <w:r>
        <w:t>Fit verirken, NT derken, kendi rengini tekrar ederken hep güç de belli edilir.</w:t>
      </w:r>
    </w:p>
    <w:p>
      <w:r>
        <w:t>Defanstaki oyuncunun, oyun ortasında oynadığı rengin markası küçük ise, ortak tarafından el alındığında o rengin dönülmesi istenir.</w:t>
      </w:r>
    </w:p>
    <w:p>
      <w:r>
        <w:t>Eğer oynanan rengin markası büyük ise ‘’el aldığında bu rengi dönme, başka renk gel’’ anlamındadır</w:t>
      </w:r>
    </w:p>
    <w:p>
      <w:r>
        <w:t>1♣             2♣   Inverted Minor 11+ Puan</w:t>
      </w:r>
    </w:p>
    <w:p>
      <w:r>
        <w:br/>
        <w:t>Sıçrayarak NT dendiğinde 18-19HP gösterir</w:t>
        <w:br/>
        <w:t>1♦           1♠</w:t>
        <w:br/>
        <w:t>2NT  18-19Hp</w:t>
      </w:r>
    </w:p>
    <w:p>
      <w:r>
        <w:br/>
        <w:t>Defanstaki oyuncu, elinde alıcı koz kaldığında, rakibin elinde oynadığı renk bittiği zaman çakmak zorundadır.</w:t>
      </w:r>
    </w:p>
    <w:p>
      <w:r>
        <w:t>Çakmamaya devam ederse, oynayan elinden başka renkleri kaçabilir</w:t>
      </w:r>
    </w:p>
    <w:p>
      <w:r>
        <w:br/>
        <w:t>Zon durumu uygunsa ortağın 3♦ açışı, 3’lü tutuşla 1 seviye yükseltilir.</w:t>
      </w:r>
    </w:p>
    <w:p>
      <w:r>
        <w:t>Fit verilir ki rakiplerin konuşması engellensin.</w:t>
      </w:r>
    </w:p>
    <w:p>
      <w:r>
        <w:t>1 Majör açışına 3’lü fit varsa 5 HP ile 1NT denir.</w:t>
      </w:r>
    </w:p>
    <w:p>
      <w:r>
        <w:t>AQTXX</w:t>
      </w:r>
    </w:p>
    <w:p>
      <w:r>
        <w:t>JXX         9’lu olmadığı için X ile başlanır, yerden T konur</w:t>
      </w:r>
    </w:p>
    <w:p>
      <w:r>
        <w:br/>
        <w:t>AJ9XX</w:t>
      </w:r>
    </w:p>
    <w:p>
      <w:r>
        <w:t>QTX        T’lu oynanır, altına girilir, sonra Q oynanır</w:t>
      </w:r>
    </w:p>
    <w:p>
      <w:r>
        <w:t>26.08.2021 ♣♦♠♥</w:t>
      </w:r>
    </w:p>
    <w:p>
      <w:r>
        <w:t>KXX             Yerden X oynanır, elden Q konur</w:t>
        <w:br/>
        <w:t>Elden X oynanır, yerden de X konur</w:t>
        <w:br/>
        <w:t>QXXXX</w:t>
      </w:r>
    </w:p>
    <w:p>
      <w:r>
        <w:br/>
        <w:t>QTXXX        Yerden X oynanır, elden K koyup kazanınca</w:t>
        <w:br/>
        <w:t>A’ın K’dan sonra olmadığı varsayılır</w:t>
        <w:br/>
        <w:t>Elden X oynanır,Batı V koyunca yerden Q konur ki</w:t>
        <w:br/>
        <w:t>KXX            A çıksın ve T’lu büyük kalsın</w:t>
      </w:r>
    </w:p>
    <w:p>
      <w:r>
        <w:br/>
        <w:t>KXXX        Koz kontratı oynanıyor.</w:t>
      </w:r>
    </w:p>
    <w:p>
      <w:r>
        <w:t>Rakip Q atak etti.</w:t>
      </w:r>
    </w:p>
    <w:p>
      <w:r>
        <w:t>K koyarsam el alabilir miyim?</w:t>
      </w:r>
    </w:p>
    <w:p>
      <w:r>
        <w:t>HAYIR!</w:t>
      </w:r>
    </w:p>
    <w:p>
      <w:r>
        <w:t>Bana büyük kalır mı?</w:t>
      </w:r>
    </w:p>
    <w:p>
      <w:r>
        <w:t>XXX         Demek ki yerden X konacak</w:t>
        <w:br/>
        <w:t>Rakip el aldığında bu kez V ile gelirse gene yerden X konur, belki Doğu’da A ikili olabilir ve düşebilir</w:t>
      </w:r>
    </w:p>
    <w:p>
      <w:r>
        <w:br/>
        <w:t>KT9          Rakip Q atak etti.</w:t>
      </w:r>
    </w:p>
    <w:p>
      <w:r>
        <w:t>K konur,</w:t>
        <w:br/>
        <w:t>bir sonraki sefere V’ye verilir ama 9’lu büyük kalır</w:t>
        <w:br/>
        <w:t>XX</w:t>
      </w:r>
    </w:p>
    <w:p>
      <w:r>
        <w:t>KJXX         Rakip Q atak etti.</w:t>
      </w:r>
    </w:p>
    <w:p>
      <w:r>
        <w:t>K konur, A çıkar.</w:t>
      </w:r>
    </w:p>
    <w:p>
      <w:r>
        <w:t>Yerdeki V büyük kalır</w:t>
        <w:br/>
        <w:t>XXX</w:t>
      </w:r>
    </w:p>
    <w:p>
      <w:r>
        <w:t>El alabilir miyim?</w:t>
      </w:r>
    </w:p>
    <w:p>
      <w:r>
        <w:t>Bize büyük kalır mı?</w:t>
      </w:r>
    </w:p>
    <w:p>
      <w:r>
        <w:t>Hep bu iki soru sorulmalıdır</w:t>
      </w:r>
    </w:p>
    <w:p>
      <w:r>
        <w:t>Rakip konuştu ise, konuşanda A olma ihtimali çoktur.</w:t>
      </w:r>
    </w:p>
    <w:p>
      <w:r>
        <w:t>O yüzden oynarken konuşan rakip, 2.</w:t>
      </w:r>
    </w:p>
    <w:p>
      <w:r>
        <w:t>Pozisyona konur</w:t>
      </w:r>
    </w:p>
    <w:p>
      <w:r>
        <w:t>1♠          2♣</w:t>
        <w:br/>
        <w:t>2♥          2♠ ‘’♠’i tutuyorum, zone kesin, istersen slam’a git’’</w:t>
        <w:br/>
        <w:t>20p bile olabilir, ‘’elini anlatmaya devam et’’</w:t>
      </w:r>
    </w:p>
    <w:p>
      <w:r>
        <w:t>1♠                     2♦  13hp 5’li ♦</w:t>
        <w:br/>
        <w:t>2♥ Min 4’lü ♥     3♥ Min 4’lü ♥ ve slam’e gitmek istiyor</w:t>
      </w:r>
    </w:p>
    <w:p>
      <w:r>
        <w:t>1 Over 2’nun avantajı yapay konuşmaya gerek kalmaması</w:t>
      </w:r>
    </w:p>
    <w:p>
      <w:r>
        <w:br/>
        <w:t>1♠                2♦</w:t>
        <w:br/>
        <w:t>2♥                2NT     ♠’i 3 taneden az</w:t>
        <w:br/>
        <w:t>♥’ü 4 taneden az</w:t>
        <w:br/>
        <w:t>♣’i kesiyor</w:t>
        <w:br/>
        <w:t>♦’su 5 tane, 6’lı olsa tekrar ederdi</w:t>
        <w:br/>
        <w:t>3♥ Çok ♥ var</w:t>
        <w:br/>
        <w:t>3♠ Çok ♠ var</w:t>
        <w:br/>
        <w:t>3♦  3-4 tane♦</w:t>
        <w:br/>
        <w:t>3♣  ♣’i de varmış</w:t>
      </w:r>
    </w:p>
    <w:p>
      <w:r>
        <w:br/>
        <w:t>1 Majör         1NT  5-12 Hp</w:t>
        <w:br/>
        <w:t>İkinci konuşmada gücünü,tutuşunu,keserini anlatabiliyor.</w:t>
      </w:r>
    </w:p>
    <w:p>
      <w:r>
        <w:t>Açanın 2NT rebidinden sonra tekrar ve tutuş olsa bile Zone ilanı dışındaki bütün konuşmalar forsing’dir.</w:t>
      </w:r>
    </w:p>
    <w:p>
      <w:r>
        <w:t>30.08.2021 ♣♦♠♥</w:t>
        <w:br/>
        <w:t>Defansta iken eğer KQ üzerinde AV varsa ilk tur A almayabilir.</w:t>
      </w:r>
    </w:p>
    <w:p>
      <w:r>
        <w:t>KQXX</w:t>
      </w:r>
    </w:p>
    <w:p>
      <w:r>
        <w:t>AJX</w:t>
        <w:br/>
        <w:t>İlk turda A’la almasa da alacağı el sayısı değişmez ancak rakibi yanıltır.</w:t>
      </w:r>
    </w:p>
    <w:p>
      <w:r>
        <w:t>1♣         1♠       Dbl        Rdb  ‘’senin ♠’ini tutmuyorum ama güç var’’</w:t>
      </w:r>
    </w:p>
    <w:p>
      <w:r>
        <w:t>1♠         2♦      2♠  6-10 Tp</w:t>
        <w:br/>
        <w:t>3♠  3-6 Tp ZAYIF</w:t>
        <w:br/>
        <w:t>3♦  Fit var, Zone kesin</w:t>
        <w:br/>
        <w:t>2NT  Fit var, 11-12 Tp, DAVET</w:t>
        <w:br/>
        <w:t>Dbl  Fit yok, konuş</w:t>
      </w:r>
    </w:p>
    <w:p>
      <w:r>
        <w:t>11Hp, dengeli ellerle oyun açmıyoruz.</w:t>
      </w:r>
    </w:p>
    <w:p>
      <w:r>
        <w:t>Dengeli El    5332,   4432,    4333</w:t>
        <w:br/>
        <w:t>Ancak renk çok güzel olursa açılabilir</w:t>
      </w:r>
    </w:p>
    <w:p>
      <w:r>
        <w:t>02.09.2021 ♣♦♠♥</w:t>
      </w:r>
    </w:p>
    <w:p>
      <w:r>
        <w:t>♦ açan oyuncu ortağının majörünü tutmadıysa ♦’su %100 4’lüdür.</w:t>
      </w:r>
    </w:p>
    <w:p>
      <w:r>
        <w:t>7-4 eller değerlendirilirken, sanki 8 tane imiş gibi düşünülebilir.</w:t>
      </w:r>
    </w:p>
    <w:p>
      <w:r>
        <w:t>Örneğin 7 tane♠, 4 tane ♦’ü olan 11Hp’lı bir elle;</w:t>
        <w:br/>
        <w:t>1♠      P      1NT      2♥</w:t>
        <w:br/>
        <w:t>4♠ denebilir</w:t>
      </w:r>
    </w:p>
    <w:p/>
    <w:p>
      <w:r>
        <w:t>AQX             Önce T oyna, altına gir</w:t>
        <w:br/>
        <w:t>Sonra Q’a doğru oyna</w:t>
        <w:br/>
        <w:t>T98XX          KV dışarıda iken önce V’ye sonra K’ya empas atılır</w:t>
      </w:r>
    </w:p>
    <w:p/>
    <w:p>
      <w:r>
        <w:br/>
        <w:t>1NT       Dbl        P       2♣  P/Düzelt</w:t>
        <w:br/>
        <w:t>2♦  Majörünü söyle</w:t>
        <w:br/>
        <w:t>2♥/2♠  Senin Majör ya da Minörün</w:t>
        <w:br/>
        <w:t>beni ilgilendirmez.Bende bu renk var</w:t>
        <w:br/>
        <w:t>2NT   Çok iyiyim, Zone oynayabiliriz</w:t>
        <w:br/>
        <w:t>Eğer 3♣ ya da 3♦dersen P diyebilirim, yoksa ZONE</w:t>
      </w:r>
    </w:p>
    <w:p>
      <w:r>
        <w:t>18.09.2021 ♣♦♠♥</w:t>
      </w:r>
    </w:p>
    <w:p>
      <w:r>
        <w:t>Araya girerken renk  8-16 Hp</w:t>
        <w:br/>
        <w:t>Araya girerken önce Dbl sonra renk  17-20 Hp</w:t>
        <w:br/>
        <w:t>Araya girerken önce Dbl sonra rakibin rengi  20+ Hp</w:t>
      </w:r>
    </w:p>
    <w:p>
      <w:r>
        <w:t>1 Majör açan bir oyuncunun,daha sonra başka bir renk söyleyip, 3.konuşmasında 2NT dememsi 15,5 - 17,5 Hp demektir.</w:t>
      </w:r>
    </w:p>
    <w:p>
      <w:r>
        <w:t>‘’Bende NT açacak el vardı’’ anlamına gelir.</w:t>
      </w:r>
    </w:p>
    <w:p>
      <w:r>
        <w:t>1♥            1♠</w:t>
        <w:br/>
        <w:t>2♣ Bazen kısa ♣ ile de söylenebilir</w:t>
        <w:br/>
        <w:t>O yüzden buna kolay kolay PAS denmez</w:t>
        <w:br/>
        <w:t>Ortak min el ile 2♣’e bırakmaz, ortağının ilk rengine döner</w:t>
      </w:r>
    </w:p>
    <w:p>
      <w:r>
        <w:t>AXXX           A ve Q’ın altında birşey yoksa,</w:t>
        <w:br/>
        <w:t>A çekilip, Q’a doğru oynanır.</w:t>
      </w:r>
    </w:p>
    <w:p>
      <w:r>
        <w:t>QXXX</w:t>
      </w:r>
    </w:p>
    <w:p>
      <w:r>
        <w:br/>
        <w:t>1NT           2♥</w:t>
        <w:br/>
        <w:t>3♥ Ortağın ♠’ini 4’lü tutuyor.</w:t>
      </w:r>
    </w:p>
    <w:p>
      <w:r>
        <w:t>El max.</w:t>
      </w:r>
    </w:p>
    <w:p>
      <w:r>
        <w:t>ve 4’lü♥ de var</w:t>
        <w:br/>
        <w:t>1NT açanın ortağı 2♥ diyerek 5’li ♠’i olduğunu belrtir, ♠’e transfer eder.</w:t>
      </w:r>
    </w:p>
    <w:p>
      <w:r>
        <w:t>1NT açan, ortağının rengine 4’lü fiti olduğu için transferi kırar.</w:t>
      </w:r>
    </w:p>
    <w:p>
      <w:r>
        <w:t>1NT           2♥</w:t>
        <w:br/>
        <w:t>2♠ DİKKAT: Mecburi konuşmadır, ♠’i tutuyorum anlamına gelmez!</w:t>
      </w:r>
    </w:p>
    <w:p>
      <w:r>
        <w:t>3♠  Transferden sonra rengi tekrar ederse en az 6’lı olmalı</w:t>
      </w:r>
    </w:p>
    <w:p>
      <w:r>
        <w:t>30.09.2021 ♣♦♠♥</w:t>
      </w:r>
    </w:p>
    <w:p/>
    <w:p/>
    <w:p>
      <w:r>
        <w:t>98XX</w:t>
      </w:r>
    </w:p>
    <w:p>
      <w:r>
        <w:t>QX</w:t>
      </w:r>
    </w:p>
    <w:p>
      <w:r>
        <w:t>X</w:t>
        <w:br/>
        <w:t>Oynayan elden X oynadığında Batı Q değil X koymalıdır.</w:t>
      </w:r>
    </w:p>
    <w:p>
      <w:r>
        <w:t>Ancak Batıda TX olsaydı T’yi koyabilirdi.</w:t>
      </w:r>
    </w:p>
    <w:p>
      <w:r>
        <w:t>Yere doğru oynandığında, yerdekinin bir üstü var ise büyük konabilir.</w:t>
      </w:r>
    </w:p>
    <w:p>
      <w:r>
        <w:t>14Hp olan eller min el olarak kabul edilir ve öyle tarif edilir.</w:t>
      </w:r>
    </w:p>
    <w:p>
      <w:r>
        <w:t>1♠           1NT</w:t>
        <w:br/>
        <w:t>2♣           3♠   3’lü ♠ 11-12Hp</w:t>
        <w:br/>
        <w:t>--------------------------------------------------------</w:t>
        <w:br/>
        <w:t>1♠           2NT   4’lü ♠ 11-12Hp</w:t>
        <w:br/>
        <w:t>-----------------------------------------</w:t>
        <w:br/>
        <w:t>1♠           1NT</w:t>
        <w:br/>
        <w:t>2♣           2NT   Fit yok 11-12Hp</w:t>
      </w:r>
    </w:p>
    <w:p>
      <w:r>
        <w:t>P</w:t>
        <w:br/>
        <w:t>1♠            2♣      Drury</w:t>
      </w:r>
    </w:p>
    <w:p>
      <w:r>
        <w:t>XXX</w:t>
        <w:tab/>
        <w:t>P’dan gelirken bu elle</w:t>
        <w:br/>
        <w:t>KTX</w:t>
        <w:tab/>
        <w:t>2♣ denir.</w:t>
      </w:r>
    </w:p>
    <w:p>
      <w:r>
        <w:t>KQXX</w:t>
        <w:tab/>
        <w:t>3’lü ♠ 11-12 Tp</w:t>
        <w:br/>
        <w:t>KXX</w:t>
      </w:r>
    </w:p>
    <w:p>
      <w:r>
        <w:br/>
        <w:t>P</w:t>
        <w:br/>
        <w:t>1♠            2♦     4’lü ♠ 11-12 Tp</w:t>
      </w:r>
    </w:p>
    <w:p>
      <w:r>
        <w:br/>
        <w:t>1♣           2♦         Dbl  4-4 Majörler</w:t>
        <w:br/>
        <w:t>1♦           2♣         Dbl  Sadece 1 Majör de 4’lü olabilir</w:t>
      </w:r>
    </w:p>
    <w:p>
      <w:r>
        <w:t>02.10.2021 ♣♦♠♥</w:t>
      </w:r>
    </w:p>
    <w:p>
      <w:r>
        <w:br/>
        <w:t>1♦       P       1♥      1♠</w:t>
        <w:br/>
        <w:t>DBL SUPPORT DOUBLE ‘’Bende♥ 3’lü, sende 5’li ise oynayabiliriz’’ anlamına gelir.</w:t>
      </w:r>
    </w:p>
    <w:p>
      <w:r>
        <w:t>Ortağının rengine 3’lü fit verir, ortağında bu rengin 4 ya da 5 adet olduğunu bilmediği için direkt tutuş yapamaz.</w:t>
      </w:r>
    </w:p>
    <w:p>
      <w:r>
        <w:t>Defansta iken yerin uzun renginden el almaya çalışılmamalıdır!</w:t>
      </w:r>
    </w:p>
    <w:p>
      <w:r>
        <w:t>Elde ve yerde 4-3 olan bir renk, 3 tur oynandı ve herkes verdi ise kalan kart sağdır.</w:t>
      </w:r>
    </w:p>
    <w:p>
      <w:r>
        <w:t>Herşeyi saymak zor olduğundan bu şekilde düşünmek kolaylık sağlar.</w:t>
      </w:r>
    </w:p>
    <w:p>
      <w:r>
        <w:t>Oyun sonunda kalan kartlar:</w:t>
        <w:br/>
        <w:t>♥K 9 ♣K 8     Bu kartın sağ olduğundan emin değiliz, diğer kartlar sağ</w:t>
      </w:r>
    </w:p>
    <w:p>
      <w:r>
        <w:br/>
        <w:t>♥Q 6 ♠5 2       Bu kartın sağ olmadığını biliyoruz</w:t>
        <w:br/>
        <w:t>♥Q çekilir, ♥ile yere geçilir, ♣K çekilir, ♣8 oynanır</w:t>
        <w:br/>
        <w:t>♣8 sağ ise löve kazanılır.</w:t>
      </w:r>
    </w:p>
    <w:p>
      <w:r>
        <w:t>Elde kalırsak ♠’in sağ olmadığından eminiz.</w:t>
      </w:r>
    </w:p>
    <w:p>
      <w:r>
        <w:t>İhtimal olan kart için şans denenir.</w:t>
      </w:r>
    </w:p>
    <w:p>
      <w:r>
        <w:t>05.10.2021 ♣♦♠♥</w:t>
      </w:r>
    </w:p>
    <w:p>
      <w:r>
        <w:t>1NT diyen cevapçı daha sonra renk söylüyorsa, orada durmak istiyordur,onu oynamak istiyordur.</w:t>
      </w:r>
    </w:p>
    <w:p>
      <w:r>
        <w:t>1♠            1NT</w:t>
        <w:br/>
        <w:t>2♥            3♣</w:t>
        <w:br/>
        <w:t>P</w:t>
      </w:r>
    </w:p>
    <w:p>
      <w:r>
        <w:br/>
        <w:t>Bir renkten karşıklı AKQT9XXX varsa, 2 onörün olduğu taraftan bir onör çekilir.</w:t>
      </w:r>
    </w:p>
    <w:p>
      <w:r>
        <w:t>Rakiplerden biri vermezse ona göre hareket edilir.</w:t>
      </w:r>
    </w:p>
    <w:p>
      <w:r>
        <w:t>AK9XX                  KTXX</w:t>
        <w:br/>
        <w:t>QTXX                   AQ9XX</w:t>
      </w:r>
    </w:p>
    <w:p>
      <w:r>
        <w:br/>
        <w:t>1♥/♠            2NT        4’lü tutuş,11-12Tp</w:t>
        <w:br/>
        <w:t>2♥/♠  8-10Tp</w:t>
        <w:br/>
        <w:t>3♥/♠  4’lü tutus, çok ZAYIF</w:t>
        <w:br/>
        <w:t>4♥/♠  Çok koz,dengesiz el,az puan GAMBLING</w:t>
        <w:br/>
        <w:t>13+Tp varsa önce başka renk, sonra tutuş yapılır.</w:t>
      </w:r>
    </w:p>
    <w:p>
      <w:r>
        <w:t>14.10.2021 ♣♦♠♥</w:t>
      </w:r>
    </w:p>
    <w:p>
      <w:r>
        <w:t>1♣               1♥</w:t>
        <w:br/>
        <w:t>1NT     12-14Hp</w:t>
      </w:r>
    </w:p>
    <w:p>
      <w:r>
        <w:t>1♣               1♥</w:t>
        <w:br/>
        <w:t>2♣     12-16Hp</w:t>
      </w:r>
    </w:p>
    <w:p>
      <w:r>
        <w:t>1♣               1♥</w:t>
        <w:br/>
        <w:t>1♠     12-18Hp (Reverse olmayan yeni renk)</w:t>
      </w:r>
    </w:p>
    <w:p/>
    <w:p>
      <w:r>
        <w:br/>
        <w:t>Batı 1♥ ile oyun açar.</w:t>
      </w:r>
    </w:p>
    <w:p>
      <w:r>
        <w:t>Kuzey 1♠ araya girer.</w:t>
      </w:r>
    </w:p>
    <w:p>
      <w:r>
        <w:t>Doğu sıfır HP ile 4♥ der.</w:t>
      </w:r>
    </w:p>
    <w:p>
      <w:r>
        <w:t>Fit var, dengesiz el, B-D zonda değil, K-G zonda.</w:t>
      </w:r>
    </w:p>
    <w:p>
      <w:r>
        <w:t>4♥ cevabı doğrudur.</w:t>
      </w:r>
    </w:p>
    <w:p>
      <w:r>
        <w:t>16.10.2021 ♣♦♠♥</w:t>
      </w:r>
    </w:p>
    <w:p>
      <w:r>
        <w:t>Oyun ortasında, oynayan hangi rengi kısalttı ise, defans olarak o rengi oynamak iyidir.</w:t>
      </w:r>
    </w:p>
    <w:p>
      <w:r>
        <w:t>Ortakla birlikte toplam 24-25 puan olduğunda, eğer sadece rakiplerden biri konuşmuşsa, puanların onda olduğu biliniyorsa, zone oynanır.</w:t>
      </w:r>
    </w:p>
    <w:p>
      <w:r>
        <w:t>Ortakla birlikte 2 elin de dengesiz olduğu durumlarda şigan varsa, 5.kozun değeri 5 puandır.</w:t>
      </w:r>
    </w:p>
    <w:p>
      <w:r>
        <w:t>Stayman yaptıktan sonra renk söylemek forsing’dir.</w:t>
      </w:r>
    </w:p>
    <w:p>
      <w:r>
        <w:t>Rakibin rengi kısa olduğunda P geçmek sevilmez, mümkün olduğunca rekabet edilir.</w:t>
      </w:r>
    </w:p>
    <w:p>
      <w:r>
        <w:t>1♦           1♠        Dbl</w:t>
        <w:br/>
        <w:t>2♠           3♥           Dbl  4♠ oynayalım mı?</w:t>
      </w:r>
    </w:p>
    <w:p>
      <w:r>
        <w:t>23.10.2021 ♣♦♠♥</w:t>
      </w:r>
    </w:p>
    <w:p>
      <w:r>
        <w:t>1♣              1♠</w:t>
        <w:br/>
        <w:t>1NT              2♥</w:t>
        <w:br/>
        <w:t>4 tane ♥ varsa      P</w:t>
        <w:br/>
        <w:t>2-3 tane ♠ varsa  2♠   Preferance</w:t>
      </w:r>
    </w:p>
    <w:p>
      <w:r>
        <w:br/>
        <w:t>1NT              P             P          2♣  Majörler</w:t>
        <w:br/>
        <w:t>(1NT’den sonra araya 2 P girerse de Landy Multy yapılabiliyor)</w:t>
        <w:br/>
        <w:t>NT açan 2♦derse majörünü sorar</w:t>
        <w:br/>
        <w:t>NT açan 4’lü majörü varsa onu söyler</w:t>
      </w:r>
    </w:p>
    <w:p>
      <w:r>
        <w:br/>
        <w:t>1♥          Dbl        3♥  4’lü♥, çok az puan</w:t>
        <w:br/>
        <w:t>1♥          Dbl        2NT  4’lü♥, en az davet eli</w:t>
      </w:r>
    </w:p>
    <w:p>
      <w:r>
        <w:t>JXXX             Yere doğru oynanırken yeri geçen ilk kart</w:t>
        <w:br/>
        <w:t>QXX</w:t>
        <w:tab/>
        <w:t xml:space="preserve">             Batı’da ise o zaman büyüğü koyabilir.</w:t>
      </w:r>
    </w:p>
    <w:p>
      <w:r>
        <w:t>♠QXXX</w:t>
        <w:br/>
        <w:t>♥ATXX                     1 Minör açıldığında bu el ile Dbl denebilir.</w:t>
      </w:r>
    </w:p>
    <w:p>
      <w:r>
        <w:t>♦AX                          Ortak ♣ derse ona P geçilir.</w:t>
      </w:r>
    </w:p>
    <w:p>
      <w:r>
        <w:t>♣K9X</w:t>
      </w:r>
    </w:p>
    <w:p>
      <w:r>
        <w:br/>
        <w:t>NT oynanırken, ortak atak ettiğinde o atak beğenildiyse, rakibin girdiği renge ilk fırsatta verilen kart ile atağı beğenilip/beğenilmediğinin bilgisi verilir.</w:t>
      </w:r>
    </w:p>
    <w:p>
      <w:r>
        <w:t>(Smith Eco)</w:t>
        <w:br/>
        <w:t>Büyük kart verilirse atağın beğenildiği anlamına gelir.</w:t>
      </w:r>
    </w:p>
    <w:p>
      <w:r>
        <w:t>Her iki taraf da bunu yapabilir.</w:t>
      </w:r>
    </w:p>
    <w:p>
      <w:r>
        <w:t>♦fiti vermek ille de 5 adet var demek değildir.</w:t>
      </w:r>
    </w:p>
    <w:p>
      <w:r>
        <w:t>Sıkışıldığında 4 adet ile de tutulabilir.</w:t>
      </w:r>
    </w:p>
    <w:p>
      <w:r>
        <w:t>Ancak bu ♣ için geçerli değildir.</w:t>
      </w:r>
    </w:p>
    <w:p>
      <w:r>
        <w:t>1♥               1NT</w:t>
        <w:br/>
        <w:t>2♣                   3♥  11-12Tp, 3’lü tutuş</w:t>
      </w:r>
    </w:p>
    <w:p>
      <w:r>
        <w:br/>
        <w:t>Koz onörlerine onör sür onör yapmayı sevmeyin!</w:t>
      </w:r>
    </w:p>
    <w:p>
      <w:r>
        <w:t>Sizden sonra bir onör varsa onör sür onör yapmayın!</w:t>
      </w:r>
    </w:p>
    <w:p>
      <w:r>
        <w:t>Sizde o renk uzunsa onör sür onör yapmak iyi bir şey değildir, kısa olursa yapılabilir ancak sizden sonra bir onör varsa gene yapılmamalıdır.</w:t>
      </w:r>
    </w:p>
    <w:p>
      <w:r>
        <w:t>29.10.2021 ♣♦♠♥</w:t>
      </w:r>
    </w:p>
    <w:p>
      <w:r>
        <w:t>NT ile araya girildiği zaman atılan kontrlar, Ceza Kontr’udur.</w:t>
      </w:r>
    </w:p>
    <w:p>
      <w:r>
        <w:t>P         1♥      1NT       Dbl   Ceza X</w:t>
      </w:r>
    </w:p>
    <w:p>
      <w:r>
        <w:t>06.11.2021 ♣♦♠♥</w:t>
      </w:r>
    </w:p>
    <w:p>
      <w:r>
        <w:t>1♣         1♦      1NT (8-10Hp)</w:t>
        <w:br/>
        <w:t>1♣         1♦      P          1NT (8-12Hp)</w:t>
        <w:br/>
        <w:t>Araya girmek açana göre daha az puanla olabileceği için</w:t>
      </w:r>
    </w:p>
    <w:p>
      <w:r>
        <w:t>Kontrol gösterirken A,K,singleton,şigan kontrol olarak kabul edilir.</w:t>
      </w:r>
    </w:p>
    <w:p>
      <w:r>
        <w:t>Kontroldan kasıt; ataktan o renkte peşpeşe 2 el verilmeyeceğidir.</w:t>
      </w:r>
    </w:p>
    <w:p>
      <w:r>
        <w:t>Tüm yapay konuşmalara atılan Dbl, ortak tarafından o rengin atak edilmesini ister.</w:t>
      </w:r>
    </w:p>
    <w:p>
      <w:r>
        <w:t>Stayman,Transfer,Splinter,Key Card cevapları yapay konuşmalara örnektir.</w:t>
      </w:r>
    </w:p>
    <w:p>
      <w:r>
        <w:t>4.Renk yapan cevapçı, açan ortağının elini tarif etmesini ister.</w:t>
      </w:r>
    </w:p>
    <w:p>
      <w:r>
        <w:t>4.Renk yapmak Zone Forcing’idir.</w:t>
      </w:r>
    </w:p>
    <w:p>
      <w:r>
        <w:t>Sonrasında ne konuşulursa konuşulsun Zone’dan önce durulmaz!</w:t>
      </w:r>
    </w:p>
    <w:p>
      <w:r>
        <w:t>Açan elini tarif ederken, önce ortağının renginden başlar, 3’lü ise onu söyler, yoksa kendi renklerini anlatır.</w:t>
      </w:r>
    </w:p>
    <w:p>
      <w:r>
        <w:t>1♣          P          1♥      P</w:t>
        <w:br/>
        <w:t>1♠                    2♦ Zone Forcing</w:t>
        <w:br/>
        <w:t>Dikkat 5’li♥-5’li♦ 8 puan ile 2♦denemez!</w:t>
      </w:r>
    </w:p>
    <w:p>
      <w:r>
        <w:t>3NT’ya Dbl atılırsa, yerin söylediği ya da vaat ettiği ilk rengin atak edilmesi istenir.</w:t>
      </w:r>
    </w:p>
    <w:p>
      <w:r>
        <w:t>2 açanın üzerindeki kişide 1NT açacak el (15,5-17,5 Hp) var ve rakibi de kesiyorsa 2NT der.</w:t>
      </w:r>
    </w:p>
    <w:p>
      <w:r>
        <w:t>NT oynanırken, yerin uzun rengi atak edilmişse, en küçüğe empas yapılır.</w:t>
      </w:r>
    </w:p>
    <w:p>
      <w:r>
        <w:t>KJ98</w:t>
      </w:r>
    </w:p>
    <w:p>
      <w:r>
        <w:t>XXX      Atağa 8’li konur.</w:t>
      </w:r>
    </w:p>
    <w:p>
      <w:r>
        <w:t>13.11.2021 ♣♦♠♥</w:t>
      </w:r>
    </w:p>
    <w:p>
      <w:r>
        <w:t>Cevapçının yeni rengine PAS yok!</w:t>
      </w:r>
    </w:p>
    <w:p>
      <w:r>
        <w:t>Açanın yeni rengine PAS olabilir.</w:t>
      </w:r>
    </w:p>
    <w:p>
      <w:r>
        <w:t>AKTXX</w:t>
      </w:r>
    </w:p>
    <w:p>
      <w:r>
        <w:t>XXXX    A çekilir, A’nın üzerindeki oyuncudan Q ya da V gelirse  ikinci seferde empas yapılır.</w:t>
      </w:r>
    </w:p>
    <w:p>
      <w:r>
        <w:t>İki onörün birden aynı oyuncuda olma ihtimali daha düşük olduğu için, düşen onörün tek olduğu kabul edilir.</w:t>
      </w:r>
    </w:p>
    <w:p>
      <w:r>
        <w:t>KT8X</w:t>
      </w:r>
    </w:p>
    <w:p>
      <w:r>
        <w:t>A97XX    Yere doğru oynanır, batıdan V düşerse; ikinci seferde yerden X oynanır, elden 9 konur.</w:t>
      </w:r>
    </w:p>
    <w:p>
      <w:r>
        <w:t>1♣          1NT En az 3 adet ♣ vardır.</w:t>
      </w:r>
    </w:p>
    <w:p>
      <w:r>
        <w:t>Çünkü majörlerde en fazla 6 kart olabilir, ♦ 5’li olsaydı, 1♣’e 1♦cevabı verirdi.</w:t>
      </w:r>
    </w:p>
    <w:p>
      <w:r>
        <w:t>Atak</w:t>
        <w:br/>
        <w:t>TX</w:t>
        <w:br/>
        <w:t>QXXX</w:t>
        <w:tab/>
        <w:t>AV98</w:t>
      </w:r>
    </w:p>
    <w:p>
      <w:r>
        <w:t>Defans empas yapmaz!</w:t>
      </w:r>
    </w:p>
    <w:p>
      <w:r>
        <w:t>A koyar.</w:t>
      </w:r>
    </w:p>
    <w:p>
      <w:r>
        <w:t>Sonrasında normalde sıra olmadığında küçük oynanır ama burada yerin T’sunu yutacağı için V oynar.</w:t>
      </w:r>
    </w:p>
    <w:p>
      <w:r>
        <w:t>Eğer yerde TX yerine TXX olsaydı, A ile aldığında,8’li ile dönerdi.</w:t>
      </w:r>
    </w:p>
    <w:p>
      <w:r>
        <w:t>TX</w:t>
      </w:r>
    </w:p>
    <w:p>
      <w:r>
        <w:t>QXX</w:t>
        <w:br/>
        <w:t>Atak bu renk olursa yerden X konur.</w:t>
      </w:r>
    </w:p>
    <w:p>
      <w:r>
        <w:t>KV</w:t>
      </w:r>
    </w:p>
    <w:p>
      <w:r>
        <w:t>XXXXXX</w:t>
        <w:br/>
        <w:t>KV sek olunca,önce V’yi koymak daha doğrudur.</w:t>
      </w:r>
    </w:p>
    <w:p>
      <w:r>
        <w:t>1♥ açan sonra 3 ♥rebid ederse en az 6’lıdır.</w:t>
      </w:r>
    </w:p>
    <w:p>
      <w:r>
        <w:t>26.11.2021 ♣♦♠♥</w:t>
      </w:r>
    </w:p>
    <w:p>
      <w:r>
        <w:t>Cevapçı 2 seviyesinde yeni renk söylediği zaman daima en az 5’lidir.</w:t>
      </w:r>
    </w:p>
    <w:p>
      <w:r>
        <w:t>Koz : ♥</w:t>
        <w:br/>
        <w:t>4NT  key card sorar        5♣  1-4 key card</w:t>
        <w:br/>
        <w:t>5♦ Koz Q’ı sorar             5♥ Koz Q’ı yok</w:t>
        <w:br/>
        <w:t>6♥ Koz Q’ı var,yanında birşey yok</w:t>
        <w:br/>
        <w:t>6♦ Koz Q’ı var, ♦K veya 2K var</w:t>
      </w:r>
    </w:p>
    <w:p>
      <w:r>
        <w:br/>
        <w:t>XXX                Önce elden yerden küçük oynanır.</w:t>
      </w:r>
    </w:p>
    <w:p>
      <w:r>
        <w:t>Sonra A çekilir</w:t>
        <w:br/>
        <w:t>AXXX veya AXXXX</w:t>
      </w:r>
    </w:p>
    <w:p/>
    <w:p>
      <w:r>
        <w:t>1NT Açışına Cevaplar:</w:t>
        <w:br/>
        <w:t>P  0-7 Hp Dengeli El</w:t>
        <w:br/>
        <w:t>2♣ Stayman.</w:t>
      </w:r>
    </w:p>
    <w:p>
      <w:r>
        <w:t>4’lü Majör sorusu.</w:t>
      </w:r>
    </w:p>
    <w:p>
      <w:r>
        <w:t>8+Puan</w:t>
        <w:br/>
        <w:t>2♦♥’e transfer.</w:t>
      </w:r>
    </w:p>
    <w:p>
      <w:r>
        <w:t>0+ puan ve 5+ ♥</w:t>
        <w:br/>
        <w:t>2♥♠’e transfer.</w:t>
      </w:r>
    </w:p>
    <w:p>
      <w:r>
        <w:t>0+ puan ve 5+ ♠</w:t>
        <w:br/>
        <w:t>2♠♣’e transfer.</w:t>
      </w:r>
    </w:p>
    <w:p>
      <w:r>
        <w:t>6+♣olmalı.</w:t>
      </w:r>
    </w:p>
    <w:p>
      <w:r>
        <w:t>2NT♦’ya transfer.</w:t>
      </w:r>
    </w:p>
    <w:p>
      <w:r>
        <w:t>6+♦olmalı.</w:t>
      </w:r>
    </w:p>
    <w:p>
      <w:r>
        <w:t>Puan göstermez</w:t>
        <w:br/>
        <w:t>3♣ 5-5 Minör gösterir, zayıf el.</w:t>
      </w:r>
    </w:p>
    <w:p>
      <w:r>
        <w:t>3♦ 5-5 Minör gösterir, kuvvetli el.Belki de slam</w:t>
        <w:br/>
        <w:t>3♥ En az 5-4 Minörler.</w:t>
      </w:r>
    </w:p>
    <w:p>
      <w:r>
        <w:t>♥tek ya da şigan</w:t>
        <w:br/>
        <w:t>3♠ En az 5-4 Minörler.</w:t>
      </w:r>
    </w:p>
    <w:p>
      <w:r>
        <w:t>♠tek ya da şigan</w:t>
        <w:br/>
        <w:t>3NT 10-14 Hp.</w:t>
      </w:r>
    </w:p>
    <w:p>
      <w:r>
        <w:t>4’lü Majör yok.</w:t>
      </w:r>
    </w:p>
    <w:p>
      <w:r>
        <w:t>4♣♥’den slam daveti, 6+♥</w:t>
        <w:br/>
        <w:t>4♦♠’den slam daveti, 6+♠</w:t>
        <w:br/>
        <w:t>4♥Oynamak için.</w:t>
      </w:r>
    </w:p>
    <w:p>
      <w:r>
        <w:t>6+♥</w:t>
        <w:br/>
        <w:t>4♠Oynamak için.</w:t>
      </w:r>
    </w:p>
    <w:p>
      <w:r>
        <w:t>6+♠</w:t>
        <w:br/>
        <w:t>4NT  Kantitatif.</w:t>
      </w:r>
    </w:p>
    <w:p>
      <w:r>
        <w:t>Slam sorusu.</w:t>
      </w:r>
    </w:p>
    <w:p>
      <w:r>
        <w:t>15-17 Hp,4’lü Majör yok</w:t>
      </w:r>
    </w:p>
    <w:p>
      <w:r>
        <w:t>1NT                                              2♠♣’e transfer.</w:t>
      </w:r>
    </w:p>
    <w:p>
      <w:r>
        <w:t>2NT  Transferi kırdı.</w:t>
      </w:r>
    </w:p>
    <w:p>
      <w:r>
        <w:t>‘’Elim iyi,seni tutuyorum’’</w:t>
        <w:br/>
        <w:t>3♣ Oynamak için</w:t>
        <w:br/>
        <w:t>5♣ Oynamak için</w:t>
        <w:br/>
        <w:t>4♣’’♣’den slam’e gidiyoruz’’</w:t>
        <w:br/>
        <w:t>Cevapçı 4♣ derse:</w:t>
        <w:br/>
        <w:t>4♦♦Kontrol</w:t>
        <w:br/>
        <w:t>4♥♦’da Kontrol yok.</w:t>
      </w:r>
    </w:p>
    <w:p>
      <w:r>
        <w:t>♥’de var.</w:t>
      </w:r>
    </w:p>
    <w:p>
      <w:r>
        <w:t>27.11.2021 ♣♦♠♥</w:t>
      </w:r>
    </w:p>
    <w:p>
      <w:r>
        <w:t>QX</w:t>
        <w:br/>
        <w:t>Atak X</w:t>
        <w:br/>
        <w:t>AXX</w:t>
        <w:br/>
        <w:t>Atağa yerden Q konmalıdır.</w:t>
      </w:r>
    </w:p>
    <w:p>
      <w:r>
        <w:t>JXX</w:t>
        <w:br/>
        <w:t>Atak X               QTX</w:t>
        <w:br/>
        <w:t>Doğu yere göre davranır.</w:t>
      </w:r>
    </w:p>
    <w:p>
      <w:r>
        <w:t>Yerden X konunca o da T koyar.</w:t>
      </w:r>
    </w:p>
    <w:p>
      <w:r>
        <w:t>XXX</w:t>
        <w:br/>
        <w:t>Atak X               QTX</w:t>
        <w:br/>
        <w:t>Yerde onör olmayınca doğu 3.</w:t>
      </w:r>
    </w:p>
    <w:p>
      <w:r>
        <w:t>Oyuncu oyuncu olarak en büyüğünü koyar.</w:t>
      </w:r>
    </w:p>
    <w:p>
      <w:r>
        <w:t>DEFANS EMPAS YAPMAZ!!!</w:t>
      </w:r>
    </w:p>
    <w:p>
      <w:r>
        <w:t>1♣       P         P        2NT  18-19Hp dengeli el</w:t>
        <w:br/>
        <w:t>1♣       P       1♥      2NT  ♦ve ♠en az 5-5 (Unusual NT)</w:t>
      </w:r>
    </w:p>
    <w:p>
      <w:r>
        <w:br/>
        <w:t>KJ95               Her iki tarafa da geçiş kartları bırakılmalıdır.</w:t>
      </w:r>
    </w:p>
    <w:p>
      <w:r>
        <w:t>Bir taraftaki büyüklerin hepsi bitirilmemelidir.</w:t>
      </w:r>
    </w:p>
    <w:p>
      <w:r>
        <w:t>AQT42</w:t>
      </w:r>
    </w:p>
    <w:p/>
    <w:p>
      <w:r>
        <w:t>1NT       2♦     2NT ♣’e transfer.</w:t>
      </w:r>
    </w:p>
    <w:p>
      <w:r>
        <w:t>3♣  3♦’ya transfer.</w:t>
      </w:r>
    </w:p>
    <w:p>
      <w:r>
        <w:t>Rakip araya girdiğinde bir üst renge transfer.</w:t>
      </w:r>
    </w:p>
    <w:p>
      <w:r>
        <w:t>02.12.2021 ♣♦♠♥</w:t>
      </w:r>
    </w:p>
    <w:p>
      <w:r>
        <w:t>Dbl’a cevap verirken gücü de belli etmek gerekir.</w:t>
      </w:r>
    </w:p>
    <w:p>
      <w:r>
        <w:t>1♦       Dbl       1♥        1♠  0-9Hp</w:t>
        <w:br/>
        <w:t>1♦       Dbl      1♥         2♠  10-12Hp ve 4-5 adet♠</w:t>
        <w:br/>
        <w:t>1♦       Dbl      1♥         3♠  10-12Hp ve en az 5 adet♠</w:t>
        <w:br/>
        <w:t>1♦       Dbl      1♥         2♦  Cue-Bid, Açış Puanı</w:t>
        <w:br/>
        <w:t>Dbl diyen bir daha konuşursa kuvvetlidir.</w:t>
      </w:r>
    </w:p>
    <w:p>
      <w:r>
        <w:t>Sadece açan bir daha konuşursa Dbl diyen çok puan olmadan da konuşabilir.</w:t>
      </w:r>
    </w:p>
    <w:p>
      <w:r>
        <w:t>1♦       Dbl         P           3♦  5-5 Majörler, 6-8 Hp, Davet</w:t>
        <w:br/>
        <w:t>1♦       Dbl         P           4♦  5-5 Majörler, 4 Majör oynamak</w:t>
        <w:br/>
        <w:t>istiyor.</w:t>
      </w:r>
    </w:p>
    <w:p>
      <w:r>
        <w:t>10 Puan yeterli.</w:t>
      </w:r>
    </w:p>
    <w:p>
      <w:r>
        <w:t>1♦       Dbl         P           4♥/♠ 6-7adet♥/♠, Zone kesin.</w:t>
      </w:r>
    </w:p>
    <w:p>
      <w:r>
        <w:t>Slam?</w:t>
      </w:r>
    </w:p>
    <w:p>
      <w:r>
        <w:t>1NT       2♦     2NT ♣’e transfer.</w:t>
      </w:r>
    </w:p>
    <w:p>
      <w:r>
        <w:t>04.12.2021 ♣♦♠♥</w:t>
      </w:r>
    </w:p>
    <w:p>
      <w:r>
        <w:t>NT’ya cevap verirken; 5-4 Majörü olan ellerle cevapçı;</w:t>
        <w:br/>
        <w:t>* Zon ümidi yoksa, 5’li majöre transfer eder ve Pas der.</w:t>
      </w:r>
    </w:p>
    <w:p>
      <w:r>
        <w:t>* Zon ümidi varsa stayman yapar.</w:t>
      </w:r>
    </w:p>
    <w:p>
      <w:r>
        <w:t>.</w:t>
      </w:r>
    </w:p>
    <w:p>
      <w:r>
        <w:t>4’lüye fit gelirse davet eder</w:t>
        <w:br/>
        <w:t>.</w:t>
      </w:r>
    </w:p>
    <w:p>
      <w:r>
        <w:t>5’liye fit gelirse zon ilan eder</w:t>
        <w:br/>
        <w:t>.</w:t>
      </w:r>
    </w:p>
    <w:p>
      <w:r>
        <w:t>2♦cevabı gelirse,2 seviyesinde 5’lisini söyler</w:t>
        <w:br/>
        <w:t>* Zon ümidi kesinse stayman yapar.</w:t>
      </w:r>
    </w:p>
    <w:p>
      <w:r>
        <w:t>Fit gelirse zon ilan eder</w:t>
        <w:br/>
        <w:t>.</w:t>
      </w:r>
    </w:p>
    <w:p>
      <w:r>
        <w:t>2♦cevabına da 3 seviyesinde 4’lüsünü söyle</w:t>
        <w:br/>
        <w:t>Smolen; TERS MAJÖR, söylemediğim renk 5’li demek,açanda 3’lü varsa                      diye</w:t>
        <w:br/>
        <w:t>1NT        2♣</w:t>
        <w:br/>
        <w:t>2♦     2♥ 5’li♥, DAVET</w:t>
        <w:br/>
        <w:t>1NT        2♣</w:t>
        <w:br/>
        <w:t>2♦     3♥4’lü♥,5’li♠, ZON KESİN,Smolen</w:t>
        <w:br/>
        <w:t>3♠5’li♥,4’lü♠, ZON KESİN,Smolen</w:t>
      </w:r>
    </w:p>
    <w:p>
      <w:r>
        <w:br/>
        <w:t>NT’ya cevap verirken; 5-5 Majörü olan ellerle cevapçı;</w:t>
        <w:br/>
        <w:t>* Zon ümidi yoksa, kaliteli olan majöre transfer eder ve Pas der.</w:t>
      </w:r>
    </w:p>
    <w:p>
      <w:r>
        <w:t>* Zon ümidi varsa, ♥’e transfer eder, sonra ♠’ini söyler.</w:t>
      </w:r>
    </w:p>
    <w:p>
      <w:r>
        <w:t>* Zon kesinse, ♠’e transfer eder, sonra♥’ünü söyler.</w:t>
      </w:r>
    </w:p>
    <w:p>
      <w:r>
        <w:t>1NT        2♦</w:t>
        <w:br/>
        <w:t>2♥     2♠5’li♥,5’li♠, DAVET, PAS var</w:t>
        <w:br/>
        <w:t>1NT        2♥</w:t>
        <w:br/>
        <w:t>2♠     3♥5’li♥,5’li♠, ZON KESİN</w:t>
      </w:r>
    </w:p>
    <w:p/>
    <w:p>
      <w:r>
        <w:t>Ortak 1NT açtığında 8 puan olmasına ragmen, 2 tane yalnız Q varsa PAS geçilir.</w:t>
      </w:r>
    </w:p>
    <w:p>
      <w:r>
        <w:t>Q ve V yanında onör olmayınca değeri düşer.</w:t>
      </w:r>
    </w:p>
    <w:p>
      <w:r>
        <w:t>XX</w:t>
      </w:r>
    </w:p>
    <w:p>
      <w:r>
        <w:br/>
        <w:t>KQTXXX</w:t>
        <w:br/>
        <w:t>Normalde 2 defa yerden ele doğru Q’a ve K’ya doğru oynanır.</w:t>
      </w:r>
    </w:p>
    <w:p>
      <w:r>
        <w:t>Ame eğer sadece 1 kez yere geçme şansı varsa o zaman yerden X, elden T konur.</w:t>
      </w:r>
    </w:p>
    <w:p>
      <w:r>
        <w:t>V doğuda ise kazanılır.</w:t>
      </w:r>
    </w:p>
    <w:p>
      <w:r>
        <w:t>1 Majör açıldığında, cevapçı Pas’dan geliyorsa 2♣ diyerek açanı üçlü tuttuğunu belirtir.</w:t>
      </w:r>
    </w:p>
    <w:p>
      <w:r>
        <w:t>Durry</w:t>
        <w:br/>
        <w:t>P         P</w:t>
        <w:br/>
        <w:t>1♠      P       2♣ ♠’i 3’lü tutuyor</w:t>
      </w:r>
    </w:p>
    <w:p/>
    <w:p>
      <w:r>
        <w:t>Kompetisyonda, yani herkes konuşurken renk tekrarı davet değildir.</w:t>
      </w:r>
    </w:p>
    <w:p>
      <w:r>
        <w:t>Davet için başka renk, Dbl ya da Cue-bid yapılabilir.</w:t>
      </w:r>
    </w:p>
    <w:p>
      <w:r>
        <w:t>Ortak zone forcing yaptığı zaman, açanın cue-bid yapması öyle çok puan göstermez.</w:t>
      </w:r>
    </w:p>
    <w:p>
      <w:r>
        <w:t>1♣        2♠      3♥       P</w:t>
        <w:br/>
        <w:t>3♠♠’i kesmediği için NT diyemiyor.</w:t>
      </w:r>
    </w:p>
    <w:p>
      <w:r>
        <w:t>♥’ü 3’lü tutmuyor</w:t>
        <w:br/>
        <w:t>♣’i tekrar edemiyor.</w:t>
      </w:r>
    </w:p>
    <w:p>
      <w:r>
        <w:t>Sıkışık durumda kalıyor, mecburen Cue-bid yapıyor</w:t>
      </w:r>
    </w:p>
    <w:p>
      <w:r>
        <w:t>11.12.2021 ♣♦♠♥</w:t>
      </w:r>
    </w:p>
    <w:p>
      <w:r>
        <w:t>5-4-2-2 El var ise, Minörler olduğu zaman</w:t>
        <w:br/>
        <w:t>1♦ deyip sonra 3♣ demek için 19Hp gerekir.</w:t>
      </w:r>
    </w:p>
    <w:p>
      <w:r>
        <w:t>P             P           1♦       Dbl</w:t>
        <w:br/>
        <w:t>1♥     1♠ 0-9 Hp</w:t>
        <w:br/>
        <w:t>2♠ 10-12 Hp, 4-5’li♠</w:t>
        <w:br/>
        <w:t>3♠ 5’li♠, Dengesiz</w:t>
        <w:br/>
        <w:t>4♠ 6-7’li♠, Dengesiz, 13 Hp var demek değil!</w:t>
      </w:r>
    </w:p>
    <w:p>
      <w:r>
        <w:t>2♦ Cue-bid, ZON KESİN</w:t>
        <w:br/>
        <w:t>2♥Naturel, 5’li♥</w:t>
      </w:r>
    </w:p>
    <w:p>
      <w:r>
        <w:br/>
        <w:t>Dbl atıp Cue-bid yapmak,  ’’Zone kesin,Slam’e gidelim mi?’’ demektir.</w:t>
      </w:r>
    </w:p>
    <w:p>
      <w:r>
        <w:t>1♠       2♥       3♠ En az 4’lü ♠, dengesiz el</w:t>
      </w:r>
    </w:p>
    <w:p>
      <w:r>
        <w:br/>
        <w:t>Cevapçının yeni rengi Forsing’dir.</w:t>
      </w:r>
    </w:p>
    <w:p>
      <w:r>
        <w:t>Defanstayken, rakibin uzun bir rengi varsa, alınacakların kaçılmadan alınabilmesi için A’lar çekilebilir.</w:t>
      </w:r>
    </w:p>
    <w:p>
      <w:r>
        <w:t>Ancak böyle bir renk yoksa mesnetsiz A’lar çekilmez.</w:t>
      </w:r>
    </w:p>
    <w:p>
      <w:r>
        <w:t>16.12.2021 ♣♦♠♥</w:t>
      </w:r>
    </w:p>
    <w:p>
      <w:r>
        <w:t>1♠        3♠ Zayıf, 0-6 Hp</w:t>
        <w:br/>
        <w:t>-----------------------------------------</w:t>
        <w:br/>
        <w:t>1♠           2♠ 8-10 Hp</w:t>
        <w:br/>
        <w:t>-----------------------------------------</w:t>
        <w:br/>
        <w:t>1♠          2NT 4’lü Fit, davet</w:t>
        <w:br/>
        <w:t>-----------------------------------------</w:t>
        <w:br/>
        <w:t>1♠          1NT</w:t>
        <w:br/>
        <w:t>2♣          3♠3’lü Fit, davet</w:t>
        <w:br/>
        <w:t>-----------------------------------------</w:t>
        <w:br/>
        <w:t>1♠          1NT</w:t>
        <w:br/>
        <w:t>2♣          2♠6-8Hp, Fit var / 6-10, ♠Fit yok</w:t>
        <w:br/>
        <w:t>-----------------------------------------</w:t>
        <w:br/>
        <w:t>1♠        2♣Forsing</w:t>
      </w:r>
    </w:p>
    <w:p>
      <w:r>
        <w:br/>
        <w:t>1♥      1♠     1NT Araya girilince Forsing NT ortadan kalkar</w:t>
        <w:br/>
        <w:t>2NT 3-4 ♥ davet, 11-12 Tp</w:t>
      </w:r>
    </w:p>
    <w:p>
      <w:r>
        <w:br/>
        <w:t>2NT        P        3♥       Dbl</w:t>
        <w:br/>
        <w:t>P 3’lü ♠yok.</w:t>
      </w:r>
    </w:p>
    <w:p>
      <w:r>
        <w:t>Araya girince transferi almak zorunlu değildir.</w:t>
      </w:r>
    </w:p>
    <w:p>
      <w:r>
        <w:t>P geçmek ‘’bende 2 adet’’ demektir.</w:t>
      </w:r>
    </w:p>
    <w:p>
      <w:r>
        <w:t>3’lü ise transferi alır.</w:t>
      </w:r>
    </w:p>
    <w:p>
      <w:r>
        <w:t>3NT’yı kaldırmak Slam içindir.</w:t>
      </w:r>
    </w:p>
    <w:p>
      <w:r>
        <w:t>’’Halı bozup kilim yapılmaz’’</w:t>
      </w:r>
    </w:p>
    <w:p>
      <w:r>
        <w:t>25.12.2021 ♣♦♠♥</w:t>
      </w:r>
    </w:p>
    <w:p>
      <w:r>
        <w:t>6NT’ya atak ederken, kayıpsız atak edilmelidir.</w:t>
      </w:r>
    </w:p>
    <w:p>
      <w:r>
        <w:t>1NT/3NTgibi uzun rengi atak etmek gerekmez.</w:t>
      </w:r>
    </w:p>
    <w:p>
      <w:r>
        <w:t>Bekleyip 2 el almaya çalışılır.</w:t>
      </w:r>
    </w:p>
    <w:p>
      <w:r>
        <w:t>Onörlü renklerden atak edilirse zarar edilebilir.</w:t>
      </w:r>
    </w:p>
    <w:p>
      <w:r>
        <w:t>21.01.2021 ♣♦♠♥</w:t>
      </w:r>
    </w:p>
    <w:p>
      <w:r>
        <w:t>1NT’ye 2♣ ile steyman yapan oyuncu , 2.konuşmasında 2NT derse davet eli gösterir.</w:t>
      </w:r>
    </w:p>
    <w:p>
      <w:r>
        <w:t>1NT’ye 2♣ ile steyman yapan oyuncu , 2.konuşmasında 3NT derse majorü 4’lüdür.</w:t>
      </w:r>
    </w:p>
    <w:p>
      <w:r>
        <w:t>Çünkü ♥’ü 4’lü olsa ♥’ü tutardı.</w:t>
      </w:r>
    </w:p>
    <w:p>
      <w:r>
        <w:t>♠’i 4’lü olmasa steyman yapmazdı.</w:t>
      </w:r>
    </w:p>
    <w:p>
      <w:r>
        <w:t>NT açanın hem 4’lü ♥ hem 4’lü ♠’i varsa 3NT’ya 4♠demelidir.</w:t>
      </w:r>
    </w:p>
    <w:p>
      <w:r>
        <w:t>1♠ ‘e söylenen renkler 5’lidir.</w:t>
      </w:r>
    </w:p>
    <w:p>
      <w:r>
        <w:t>Sadece ♣ olmayabilir.</w:t>
      </w:r>
    </w:p>
    <w:p>
      <w:r>
        <w:t>1♠   ----     2♦</w:t>
        <w:br/>
        <w:t>2♠   ----     3♠    Better than 4♠(Slam’a gidelim mi?)</w:t>
      </w:r>
    </w:p>
    <w:p>
      <w:r>
        <w:t>2 over 1 oynandığında slam’a gitmenin yolu 2♠’e 3♠ demektir.</w:t>
      </w:r>
    </w:p>
    <w:p>
      <w:r>
        <w:t>2♠’e 4♠ dendiğinde, bu oynamak içindir, el kuvvetli değildir.</w:t>
      </w:r>
    </w:p>
    <w:p>
      <w:r>
        <w:t>2 over 1 oynandığında, söylenen renk 5’li olmak zorunda, değilse 2♣ ile yapılır.</w:t>
      </w:r>
    </w:p>
    <w:p>
      <w:r>
        <w:t>N              E             S           W</w:t>
        <w:br/>
        <w:t>1♥      2♦  araya giren 11-16 hp, limiti belli</w:t>
      </w:r>
    </w:p>
    <w:p>
      <w:r>
        <w:t>Trial Bid yapıldığında ortağa saygı göstermek zorunluluğu vardır.</w:t>
      </w:r>
    </w:p>
    <w:p>
      <w:r>
        <w:t>1♥   ----     2♥</w:t>
        <w:br/>
        <w:t>2♠   ----     3♥</w:t>
        <w:br/>
        <w:t>P  demek zorunda!</w:t>
      </w:r>
    </w:p>
    <w:p>
      <w:r>
        <w:t>Kayıpların az olduğu el kuvvetlidir.</w:t>
      </w:r>
    </w:p>
    <w:p>
      <w:r>
        <w:t>(TEMEL EL)</w:t>
        <w:br/>
        <w:t>Temel Elin karşısındaki koza çaktırmaya çalışılır.</w:t>
      </w:r>
    </w:p>
    <w:p>
      <w:r>
        <w:t>Sağlanabilir uzun renk oynanmaya çalışılır.</w:t>
      </w:r>
    </w:p>
    <w:p>
      <w:r>
        <w:t>1♥  ---  3♣  Kaliteli 6’lı renk, 9-11Hp, ♥’ü tutmuyor.</w:t>
      </w:r>
    </w:p>
    <w:p>
      <w:r>
        <w:t>Davet</w:t>
        <w:br/>
        <w:t>1♥  açanın eli ile ♣A ya da ♣K varsa el alma hesabı yapılır.</w:t>
      </w:r>
    </w:p>
    <w:p>
      <w:r>
        <w:t>Eksik puanla da zone yapılabilir.</w:t>
      </w:r>
    </w:p>
    <w:p>
      <w:r>
        <w:t>28.01.2021 ♣♦♠♥</w:t>
      </w:r>
    </w:p>
    <w:p>
      <w:r>
        <w:t>5NT ile Rua sorulduğunda koz dışında uzun kapalı yan renk varsa K cevabı verilmez, direkt 7 deklare edilir.</w:t>
      </w:r>
    </w:p>
    <w:p>
      <w:r>
        <w:t>Ceza kontrunun atıldığı 2 yer vardır:</w:t>
        <w:br/>
        <w:t>1) Rakip NT ile araya girerse</w:t>
        <w:br/>
        <w:t>2) Biri oyun açtı rakip Dbl attığında, ya da Dbl’dan sonra RDbl atıldığında</w:t>
        <w:br/>
        <w:t>1♥            Dbl             RDbl              1♠</w:t>
        <w:br/>
        <w:t>Bu durumda 1♥ ile oyunu açan ya da RDbl diyen ortağı Dbl derse cezadır.</w:t>
      </w:r>
    </w:p>
    <w:p>
      <w:r>
        <w:t>1NT açışına 8Hp altındaki ellerle Stayman yapabilmek için elin aşağıdaki dağılımlardan biri olması gerekir.</w:t>
      </w:r>
    </w:p>
    <w:p>
      <w:r>
        <w:t>Özellikle 2.</w:t>
      </w:r>
    </w:p>
    <w:p>
      <w:r>
        <w:t>Örnekteki el ile 0Hp ile bile yapılabilir.</w:t>
      </w:r>
    </w:p>
    <w:p>
      <w:r>
        <w:t>XXX                                       XXXX</w:t>
        <w:br/>
        <w:t>XXXX                                     XXXX</w:t>
        <w:br/>
        <w:t>XXXXX                                  XXXXX</w:t>
        <w:br/>
        <w:t>X</w:t>
        <w:br/>
        <w:t>2♦/2♥/2♠ Cevabı gelirse PAS denir.</w:t>
      </w:r>
    </w:p>
    <w:p>
      <w:r>
        <w:t>1♠           P            P           Dbl</w:t>
        <w:br/>
        <w:t>P                   P           P</w:t>
        <w:br/>
        <w:t>Kontr’lu oynanınca 2-3 içeri atarak çok puan kazanılır.</w:t>
      </w:r>
    </w:p>
    <w:p>
      <w:r>
        <w:t>ÇİFT EMPAS:</w:t>
        <w:br/>
        <w:t>İlk empasın kazanma şansı çok düşük ama ikincinin yok yüksektir.</w:t>
      </w:r>
    </w:p>
    <w:p>
      <w:r>
        <w:t>XXX                                           T98X</w:t>
      </w:r>
    </w:p>
    <w:p>
      <w:r>
        <w:t>AQT98                                      AQXX</w:t>
        <w:br/>
        <w:t>Her 2 örnekte de A’ın karşısından başlanır ve önce V’ye sonra K’ya empas atılır.</w:t>
      </w:r>
    </w:p>
    <w:p>
      <w:r>
        <w:t>1 NT          2♥                                   1 NT          2♥</w:t>
        <w:br/>
        <w:t>2NT      4’lü tutuş ve Max el ile           3♠      4’lü tutuş ve Min el ile</w:t>
      </w:r>
    </w:p>
    <w:p>
      <w:r>
        <w:t>30.01.2021 ♣♦♠♥</w:t>
      </w:r>
    </w:p>
    <w:p>
      <w:r>
        <w:t>9-10Hp, güzel renklerle 3.</w:t>
      </w:r>
    </w:p>
    <w:p>
      <w:r>
        <w:t>Pozisyonda iken oyun açılabilir.</w:t>
      </w:r>
    </w:p>
    <w:p>
      <w:r>
        <w:t>Örneğin elde ♠AKQTX var, oyun açılabilir ama ortak ne derse desin P denmelidir.</w:t>
      </w:r>
    </w:p>
    <w:p>
      <w:r>
        <w:t>Ancak ortak 2♣ Drury ile ‘’Nasıl açtın?’’ diye sorarsa 2♠ diyerek zayıf açıldığı belli edilir.</w:t>
      </w:r>
    </w:p>
    <w:p>
      <w:r>
        <w:t>QTXXX</w:t>
      </w:r>
    </w:p>
    <w:p>
      <w:r>
        <w:t>A7</w:t>
        <w:br/>
        <w:t>A çekilip, Q’a doğru oynanır, KV’nin nerede tahmin edildiğine göre Q ya da T konur.</w:t>
      </w:r>
    </w:p>
    <w:p>
      <w:r>
        <w:t>El ne kadar zayıf olursa olsun, ortak Reverse yaptığında P geçilmemelidir.</w:t>
      </w:r>
    </w:p>
    <w:p>
      <w:r>
        <w:t>Kötü el ile 2NT denebilir.</w:t>
      </w:r>
    </w:p>
    <w:p>
      <w:r>
        <w:t>Reverse yapan min eli varsa ilk rengine döner.</w:t>
      </w:r>
    </w:p>
    <w:p>
      <w:r>
        <w:t>1♦           1♠</w:t>
        <w:br/>
        <w:t>2♥           2NT</w:t>
        <w:br/>
        <w:t>3♣  Elim kuvvetli</w:t>
        <w:br/>
        <w:t>3♦  Elim min reverse eli (ilk renge dönüş)</w:t>
      </w:r>
    </w:p>
    <w:p/>
    <w:p>
      <w:r>
        <w:br/>
        <w:t>1NT   ------    2♥</w:t>
        <w:br/>
        <w:t>3♠    4’lü ♠, min NT eli</w:t>
        <w:br/>
        <w:t>2NT   4’lü ♠, elim max, iyi bir rengim yok.</w:t>
      </w:r>
    </w:p>
    <w:p>
      <w:r>
        <w:t>3♥   Retransfer, transferi al demek</w:t>
      </w:r>
    </w:p>
    <w:p>
      <w:r>
        <w:t>NT açan 3♠ ile 4’lü tutuş, min el belli ettikten sonra cevapçının konuşmaları:</w:t>
        <w:br/>
        <w:t>3♠         P</w:t>
        <w:br/>
        <w:t>4♠</w:t>
        <w:br/>
        <w:t>Diğer tüm konuşmalar Slam ile ilgili</w:t>
      </w:r>
    </w:p>
    <w:p>
      <w:r>
        <w:br/>
        <w:t>Zone yapmayan bir deklarasyona baraj yapılmaz!</w:t>
      </w:r>
    </w:p>
    <w:p>
      <w:r>
        <w:t>Oynarken, rakiplerden biri deklarasyon esnasında konuşmuşsa, eksik olan Q onda değil, konuşanın karşısında varsayılır.</w:t>
      </w:r>
    </w:p>
    <w:p>
      <w:r>
        <w:t>2 over 1 yapıldığı zaman renk uzun dahi olsa kapalı olmadan sıçranmamalıdır.</w:t>
      </w:r>
    </w:p>
    <w:p>
      <w:r>
        <w:t>2 over 1’dan sonra sıçramak için rengin solid olması gerekir.</w:t>
      </w:r>
    </w:p>
    <w:p>
      <w:r>
        <w:t>Nasıl olsa ortak zone’a kadar P demeyeceği için sıçramadan ikinci renk söylenebilir.</w:t>
      </w:r>
    </w:p>
    <w:p>
      <w:r>
        <w:t>5-4-3-1 Eller dengesizidr, cesur olunabilir ama çok cesur olunmaz!</w:t>
      </w:r>
    </w:p>
    <w:p>
      <w:r>
        <w:t>Bu tip ellere ‘’hırsız el’’ denir.</w:t>
      </w:r>
    </w:p>
    <w:p>
      <w:r>
        <w:t>06.02.2021 ♣♦♠♥</w:t>
        <w:br/>
        <w:t>1♦         1♠         1NT  ♥ ile ilgilenmiyorum.</w:t>
      </w:r>
    </w:p>
    <w:p>
      <w:r>
        <w:t>2♣   En az 5’li ♦, 4’lü ♣ var.</w:t>
      </w:r>
    </w:p>
    <w:p>
      <w:r>
        <w:t>Oynayan : E</w:t>
        <w:br/>
        <w:t>Kontrat : 4♥</w:t>
        <w:br/>
        <w:t>Kontratın olabilmesi için tek ihtimal ♦ empasının tutması.</w:t>
      </w:r>
    </w:p>
    <w:p>
      <w:r>
        <w:t>Elden T, yerden V konur ki, tutarsa yerde kalıp A’a elden kart atılabilsin.</w:t>
      </w:r>
    </w:p>
    <w:p>
      <w:r>
        <w:t>Aksi taktirde yere geçiş yok!</w:t>
      </w:r>
    </w:p>
    <w:p>
      <w:r>
        <w:t>Yerde sıra yokken onör sür onör yapılır ama yerde sıra varsa onör sür onör yapmanın faydası yoktur.</w:t>
      </w:r>
    </w:p>
    <w:p>
      <w:r>
        <w:t>Onör, süronör kuralında ezber yapmamak gerekir.</w:t>
      </w:r>
    </w:p>
    <w:p>
      <w:r>
        <w:t>Öncesinde mutlaka ‘’Bizim tarafa büyük kalıyor mu?’’ sorusu sorulmalıdır.</w:t>
      </w:r>
    </w:p>
    <w:p>
      <w:r>
        <w:t>Bazen büyüğe küçük de konabilir.</w:t>
      </w:r>
    </w:p>
    <w:p>
      <w:r>
        <w:t>1 ♥ ----------   2♣ Zone Forsing, ♣ kısa olabilir.</w:t>
      </w:r>
    </w:p>
    <w:p>
      <w:r>
        <w:t>2 ♥  Bende ♦ yok demek.</w:t>
      </w:r>
    </w:p>
    <w:p>
      <w:r>
        <w:t>2NT demek istemeyen min eller ile denebilir.</w:t>
      </w:r>
    </w:p>
    <w:p>
      <w:r>
        <w:t>Cevapçı ortağında  ♥’ün kaç tane olduğunu bilmiyor.</w:t>
      </w:r>
    </w:p>
    <w:p>
      <w:r>
        <w:t>Cevapçı 2♣ dedikten sonra 2NT derse buna bekleme denir.</w:t>
      </w:r>
    </w:p>
    <w:p>
      <w:r>
        <w:t>2NT diyerek ortağına yer bırakır.</w:t>
      </w:r>
    </w:p>
    <w:p>
      <w:r>
        <w:t>Zone oynanacağı belli ancak 3NT mi yoksa 4♥ mü oynacacak?</w:t>
      </w:r>
    </w:p>
    <w:p>
      <w:r>
        <w:t>Ortağının elini merak ediyor.</w:t>
      </w:r>
    </w:p>
    <w:p>
      <w:r>
        <w:t>Eğer oyun esnansında bağışlama yapılacaksa hep ilki bağışlanmalıdır.</w:t>
      </w:r>
    </w:p>
    <w:p>
      <w:r>
        <w:t>İkinci değil!</w:t>
      </w:r>
    </w:p>
    <w:p>
      <w:r>
        <w:t>Kaçma işi bir an önce yapılmalıdır.</w:t>
      </w:r>
    </w:p>
    <w:p>
      <w:r>
        <w:t>Kozları çektikten sonra yapılabiliyorsa ondan sonra yapılır.Ama koz dışarı varsa koz çekmeden bir an önce yapılmalıdır.</w:t>
      </w:r>
    </w:p>
    <w:p>
      <w:r>
        <w:t>6’lı minor, 4’lü major olunca 2 minör açmak kötüdür.</w:t>
      </w:r>
    </w:p>
    <w:p>
      <w:r>
        <w:t>17.04.2021 ♣♦♠♥</w:t>
      </w:r>
    </w:p>
    <w:p>
      <w:r>
        <w:t>♠AQT875</w:t>
        <w:br/>
        <w:t>♥K4</w:t>
        <w:br/>
        <w:t>♣K8</w:t>
        <w:br/>
        <w:t>♦AK8</w:t>
        <w:br/>
        <w:t>Bu elle 1♠ açtıktan sonra 1NT cevabı geldiğinde 3♦ denir.</w:t>
      </w:r>
    </w:p>
    <w:p>
      <w:r>
        <w:t>Çünkü 3♠ denirse ortak P geçebilir ama 3♦ denirse ‘Zone Kesin’, ortak P geçemez.</w:t>
      </w:r>
    </w:p>
    <w:p>
      <w:r>
        <w:t>Michaels Cubid’e cevap verirken, seçilebilecek bir renk yoksa 2♦ deyip,</w:t>
        <w:br/>
        <w:t>Michaels Cubid yapana seçim bırakılır.</w:t>
      </w:r>
    </w:p>
    <w:p>
      <w:r>
        <w:t>1♣        2♣         P         2♦</w:t>
      </w:r>
    </w:p>
    <w:p>
      <w:r>
        <w:t>♥ve♠min.5’li                  İkisini de tutmuyorum, sen seç</w:t>
        <w:br/>
        <w:t>2♠</w:t>
      </w:r>
    </w:p>
    <w:p/>
    <w:p/>
    <w:p>
      <w:r>
        <w:t>A98X</w:t>
      </w:r>
    </w:p>
    <w:p>
      <w:r>
        <w:t>TX                                     JXX</w:t>
      </w:r>
    </w:p>
    <w:p>
      <w:r>
        <w:t>KQXX</w:t>
        <w:br/>
        <w:t>K çekilir, sağdan V düşerse Q çekilip 9’a gidilir.</w:t>
      </w:r>
    </w:p>
    <w:p>
      <w:r>
        <w:t>K çekilir, soldan V düşerse  elden küçük oynanır, tek mi diye görülür.</w:t>
      </w:r>
    </w:p>
    <w:p>
      <w:r>
        <w:t>Defansta iken, Koz atak ederken ya da oyun içinde koz dönerken, hep küçüğü oynanmalıdır.</w:t>
      </w:r>
    </w:p>
    <w:p>
      <w:r>
        <w:t>N                                                    S</w:t>
        <w:br/>
        <w:t>1♥                                            1♠</w:t>
        <w:br/>
        <w:t>2♦                                      3♣</w:t>
        <w:br/>
        <w:t>3♦                                      3♥</w:t>
        <w:br/>
        <w:t>4♥                                            4NT</w:t>
        <w:br/>
        <w:t>5♣                                      5♦</w:t>
        <w:br/>
        <w:t>5♥                                            6♥</w:t>
      </w:r>
    </w:p>
    <w:p>
      <w:r>
        <w:t>12.02.2021 ♣♦♠♥</w:t>
      </w:r>
    </w:p>
    <w:p>
      <w:r>
        <w:br/>
        <w:t>Renkte fit olduğu zaman, Zone’a davet etmek için el dengeli ise NT, değil ise uzun renk varsa o söylenir.</w:t>
      </w:r>
    </w:p>
    <w:p>
      <w:r>
        <w:t>1♠  ---  2♠</w:t>
        <w:br/>
        <w:t>2NT   Dengeli El, davet</w:t>
        <w:br/>
        <w:t>3♦   ♦ da var, davet</w:t>
        <w:br/>
        <w:t>1♠  ---  2♠</w:t>
        <w:br/>
        <w:t>3♠ diye davet edilmez!</w:t>
      </w:r>
    </w:p>
    <w:p>
      <w:r>
        <w:t>Bazen Majör renkte fit bulunmuş olduğu halde 5-3 kozlarla 3NT oyunu da tercih edilebilir.</w:t>
      </w:r>
    </w:p>
    <w:p>
      <w:r>
        <w:t>Ancak öncesinde koz fiti verilmesi gereklidir.</w:t>
      </w:r>
    </w:p>
    <w:p>
      <w:r>
        <w:t>1♥  ---  2♥</w:t>
        <w:br/>
        <w:t>2NT ---   3NT</w:t>
      </w:r>
    </w:p>
    <w:p>
      <w:r>
        <w:br/>
        <w:t>Koz kontratlarında atak ederken tek varsa onu çıkmak tercih edilir.</w:t>
      </w:r>
    </w:p>
    <w:p>
      <w:r>
        <w:t>Sıralı kart varsa ondan atak edilir.</w:t>
      </w:r>
    </w:p>
    <w:p>
      <w:r>
        <w:t>Uzun renk çıkma zorunluluğu yoktur.</w:t>
      </w:r>
    </w:p>
    <w:p>
      <w:r>
        <w:t>2♠ açılışına 3♠ diye cevap verende puan yoktur, rakipler konuşmasın diye yapılan blokatif bir konuşmadır.</w:t>
      </w:r>
    </w:p>
    <w:p>
      <w:r>
        <w:t>3♠ oynayalım anlamına gelir.</w:t>
      </w:r>
    </w:p>
    <w:p>
      <w:r>
        <w:t>Koz oynarken :</w:t>
        <w:br/>
        <w:t>AKQ                                                            AKQ</w:t>
      </w:r>
    </w:p>
    <w:p>
      <w:r>
        <w:br/>
        <w:t>VT987                                                         65432</w:t>
        <w:br/>
        <w:t>Burada AKQ ile çakarak                                     Burada AKQ ile çakılırsa kozdan toplam 8 el alabilirsin                                rakibin büyük kozları el alır,zarar edilir.</w:t>
      </w:r>
    </w:p>
    <w:p>
      <w:r>
        <w:t>Rakip 1♥ açtığında aşağıdaki dağılıma sahip ellerle açış puanından daha eksik puan ile de Dbl denebilir.</w:t>
      </w:r>
    </w:p>
    <w:p>
      <w:r>
        <w:t>♠ XXXX                           ♠ XXXX</w:t>
        <w:br/>
        <w:t>♥                                     ♥ X</w:t>
        <w:br/>
        <w:t>♦ XXXXX                         ♦ XXXX</w:t>
        <w:br/>
        <w:t>♣ XXXX                           ♣ XXXX</w:t>
      </w:r>
    </w:p>
    <w:p/>
    <w:p>
      <w:r>
        <w:br/>
        <w:t>P               1♥             P             2♥</w:t>
        <w:br/>
        <w:t>P               P                  Dbl  Burada daha az puan ile de uyandırılabilir.</w:t>
      </w:r>
    </w:p>
    <w:p>
      <w:r>
        <w:t>Rakiplerin 2♥’de kalacakları belli.</w:t>
      </w:r>
    </w:p>
    <w:p>
      <w:r>
        <w:t>2 seviyesinde uyandırma yapılabilir.</w:t>
      </w:r>
    </w:p>
    <w:p>
      <w:r>
        <w:t>1♣             P              1NT            P</w:t>
        <w:br/>
        <w:t>2♣             P                P               P     derse oyun 2♣’e oynanacak.</w:t>
      </w:r>
    </w:p>
    <w:p>
      <w:r>
        <w:t>Dbl  diyerek uyandırır.</w:t>
      </w:r>
    </w:p>
    <w:p>
      <w:r>
        <w:t>Uyandırma hep 2 PAS’dan sonra</w:t>
      </w:r>
    </w:p>
    <w:p>
      <w:r>
        <w:br/>
        <w:t>T9X 3’lü renkten T atak edilir.</w:t>
      </w:r>
    </w:p>
    <w:p>
      <w:r>
        <w:t>Oyun ortasında zararsız bir şeyle el dışarıya verilmek istendiğinde onörsüz bir kağıt oynanmalıdır.</w:t>
      </w:r>
    </w:p>
    <w:p>
      <w:r>
        <w:t>KT98</w:t>
      </w:r>
    </w:p>
    <w:p>
      <w:r>
        <w:br/>
        <w:t>XXX</w:t>
        <w:br/>
        <w:t>Bu renkten 1 ya da 2 el almanın yolu, Elden küçük oynayıp, 9’lu konur.</w:t>
      </w:r>
    </w:p>
    <w:p>
      <w:r>
        <w:t>Sonra tekrar elden oynanır.</w:t>
      </w:r>
    </w:p>
    <w:p>
      <w:r>
        <w:t>Küçük onör varken,önce küçük onöre doğru oynanır.</w:t>
      </w:r>
    </w:p>
    <w:p>
      <w:r>
        <w:t>AJ9                             AQTX                             KJ9X</w:t>
      </w:r>
    </w:p>
    <w:p>
      <w:r>
        <w:br/>
        <w:t>XXX                                 XXX                             XXX</w:t>
        <w:br/>
        <w:t>9’a doğru                                T’ya doğru                          Dikkat!</w:t>
      </w:r>
    </w:p>
    <w:p>
      <w:r>
        <w:t>İstisna:</w:t>
        <w:br/>
        <w:t>KJ9 olduğunda önce V konur</w:t>
      </w:r>
    </w:p>
    <w:p>
      <w:r>
        <w:t>KQTXX</w:t>
      </w:r>
    </w:p>
    <w:p>
      <w:r>
        <w:br/>
        <w:t>XXX</w:t>
        <w:br/>
        <w:t>Burada Q’a doğru</w:t>
      </w:r>
    </w:p>
    <w:p>
      <w:r>
        <w:t>13.05.2021 ♣♦♠♥</w:t>
        <w:br/>
        <w:t>Puppet Stayman</w:t>
        <w:br/>
        <w:t>2NT                                         3♣  5’li majörün var mı sorusu</w:t>
        <w:br/>
        <w:t>3♦ 5’li major yok, 4’lü var.</w:t>
      </w:r>
    </w:p>
    <w:p>
      <w:r>
        <w:t>3♠  Elinde olan majorün tersini söyler (♥’ü var)</w:t>
        <w:br/>
        <w:t>3 NT  4’lü majörü ♠miş</w:t>
      </w:r>
    </w:p>
    <w:p>
      <w:r>
        <w:br/>
        <w:t>Oyun Güney tarafından 1NT oynanıyor.Batının ♥ K’ sına , Doğunun  ♥ V’yi vermesi gerekir ki renk tıkanmasın.</w:t>
      </w:r>
    </w:p>
    <w:p>
      <w:r>
        <w:t>NT oynanırken K çıkmak, ‘büyük ne varsa ver’ demektir.</w:t>
      </w:r>
    </w:p>
    <w:p>
      <w:r>
        <w:t>Dbl atıp ardından renk söylemek 17-19 Hp.</w:t>
      </w:r>
    </w:p>
    <w:p>
      <w:r>
        <w:t>15.05.2021 ♣♦♠♥</w:t>
      </w:r>
    </w:p>
    <w:p>
      <w:r>
        <w:t>El kritik (konuşur/konuşmaz arası) olduğunda, rakip 3 seviyesinde iken konuşulmaz.</w:t>
      </w:r>
    </w:p>
    <w:p>
      <w:r>
        <w:t>Örneğin; rakip 3♥’de kaldı ise 4♣ denmez.</w:t>
      </w:r>
    </w:p>
    <w:p>
      <w:r>
        <w:t>1NT açışına   4♦ ♥’e transfer              TEXAS</w:t>
        <w:br/>
        <w:t>4♥ ♠’e transfer              TRANSFER</w:t>
        <w:br/>
        <w:t>-------------------------------------------------------</w:t>
        <w:br/>
        <w:t>1NT açışına   4♣ ♥’e transfer          SOUTH AFRICAN</w:t>
        <w:br/>
        <w:t>4♦ ♠’e transfer                TRANSFER</w:t>
      </w:r>
    </w:p>
    <w:p>
      <w:r>
        <w:br/>
        <w:t>KQXX                KVXX                  QVXX            QVX</w:t>
      </w:r>
    </w:p>
    <w:p>
      <w:r>
        <w:t>XX                      QXX                    KXX             KXXX</w:t>
        <w:br/>
        <w:t>T’nun olmadığı, KQ/KQV’nin olduğu durumlarda hep 2 onörün olduğu tarafa doğru 2 sefer oynanır.</w:t>
      </w:r>
    </w:p>
    <w:p>
      <w:r>
        <w:t>1NT             2♣Majörler           P              2♠♠’i tercih ediyorum puan olmayabilir.</w:t>
      </w:r>
    </w:p>
    <w:p>
      <w:r>
        <w:t>3♠♠’i tutuyorum ve elim iyi.</w:t>
      </w:r>
    </w:p>
    <w:p>
      <w:r>
        <w:t>1♠                2♦</w:t>
        <w:br/>
        <w:t>2♥                2NT    Bekleme konuşması, ‘elini anlatmaya devam et’</w:t>
        <w:br/>
        <w:t>3♥                4NT        Slam’e bile gidilebilir.</w:t>
      </w:r>
    </w:p>
    <w:p>
      <w:r>
        <w:t>Yerde QX , QXX, QXXX olduğunda</w:t>
        <w:br/>
        <w:t>A atak edenin karşısındaki oyuncu sayı vermelidir.</w:t>
      </w:r>
    </w:p>
    <w:p>
      <w:r>
        <w:t>Önce büyük sonra küçük verirse çift sayıda var anlamına gelir.</w:t>
      </w:r>
    </w:p>
    <w:p>
      <w:r>
        <w:t>Burada Kuzey ♦A atak eder.</w:t>
      </w:r>
    </w:p>
    <w:p>
      <w:r>
        <w:t>Güneyin elinde ♦JT73 var.</w:t>
      </w:r>
    </w:p>
    <w:p>
      <w:r>
        <w:t>♦A’a ♦7’yi vermeli.</w:t>
      </w:r>
    </w:p>
    <w:p>
      <w:r>
        <w:t>1♥                                          2♣</w:t>
        <w:br/>
        <w:t>2♥6’lı anlamına gelmez!</w:t>
      </w:r>
    </w:p>
    <w:p>
      <w:r>
        <w:t>2NTBekleme konuşması,ortağın elini</w:t>
        <w:br/>
        <w:t>öğrenmeye çalışır.</w:t>
      </w:r>
    </w:p>
    <w:p>
      <w:r>
        <w:t>20.05.2021 ♣♦♠♥</w:t>
      </w:r>
    </w:p>
    <w:p>
      <w:r>
        <w:t>1NT ile araya girerken rakibin renginde durdurucu gerekir.</w:t>
      </w:r>
    </w:p>
    <w:p>
      <w:r>
        <w:t>1♠          1NT</w:t>
        <w:br/>
        <w:t>2♣          2NT     11-12 Hp.</w:t>
      </w:r>
    </w:p>
    <w:p>
      <w:r>
        <w:t>♠fiti yok</w:t>
      </w:r>
    </w:p>
    <w:p>
      <w:r>
        <w:br/>
        <w:t>2♣ açılışı olduğunda Zone’a kadar durulmaz.</w:t>
      </w:r>
    </w:p>
    <w:p>
      <w:r>
        <w:t>Tek istisna ;</w:t>
        <w:br/>
        <w:t>2♣          2♦</w:t>
        <w:br/>
        <w:t>2NT             P     0 Hp varsa Pas olabilir.</w:t>
      </w:r>
    </w:p>
    <w:p>
      <w:r>
        <w:t>1♠          2♠‘den sonra</w:t>
        <w:br/>
        <w:t>açanda tek ya da şigan yok ise slam olmaz diye düşünür.</w:t>
      </w:r>
    </w:p>
    <w:p>
      <w:r>
        <w:t>Cevapçı elinde 5’li minor, 4 majör olduğunda, puanı 13’den az ise,    cevap verirken majöre öncelik verir.</w:t>
      </w:r>
    </w:p>
    <w:p>
      <w:r>
        <w:t>Elde ve yerde çok fazla koz varsa, oynayan önce diğer renkleri elimine eder ki kendisi oynadığında daha az el alabileceği bir rengi rakipler oynamak zorunda kalsın.</w:t>
      </w:r>
    </w:p>
    <w:p>
      <w:r>
        <w:t>QXX        Bu rengi kendisi oynadığında el alamaz.</w:t>
      </w:r>
    </w:p>
    <w:p>
      <w:r>
        <w:t>Ama rakip oynarsa 1 el alır.</w:t>
      </w:r>
    </w:p>
    <w:p>
      <w:r>
        <w:t>JXX</w:t>
      </w:r>
    </w:p>
    <w:p>
      <w:r>
        <w:t>KTX       Bu rengi kendisi oynarsa 1 el kesin alır, ikinci el şansa bağlı</w:t>
        <w:br/>
        <w:t>Rakip oynamaya başlarsa kesin 2 el alır.</w:t>
      </w:r>
    </w:p>
    <w:p>
      <w:r>
        <w:t>Q9X</w:t>
      </w:r>
    </w:p>
    <w:p>
      <w:r>
        <w:t>ATX      Bu renge rakip başlarsa, oynayan hiç el vermez ama</w:t>
        <w:br/>
        <w:t>Kendisi başlarsa 1 el verebilir.</w:t>
      </w:r>
    </w:p>
    <w:p>
      <w:r>
        <w:t>KJX</w:t>
      </w:r>
    </w:p>
    <w:p>
      <w:r>
        <w:t>AKX       Bu renkten bir el verileceği bellidir, bu renk elimine edilir.</w:t>
      </w:r>
    </w:p>
    <w:p>
      <w:r>
        <w:t>A ve K çekilir, el rakibe verilir.</w:t>
      </w:r>
    </w:p>
    <w:p>
      <w:r>
        <w:t>Onlar diğer çatallı olan rengi</w:t>
        <w:br/>
        <w:t>XXX       oynamak zorunda kalırlar.</w:t>
      </w:r>
    </w:p>
    <w:p>
      <w:r>
        <w:t>1 Majör     -       1NT        5-12 Hp !</w:t>
      </w:r>
    </w:p>
    <w:p>
      <w:r>
        <w:t>Batının 1♠ açışına, doğunun eli  1NT denir.</w:t>
      </w:r>
    </w:p>
    <w:p>
      <w:r>
        <w:t>4NT’den sonra 5NT Grand Slam Try dir.</w:t>
      </w:r>
    </w:p>
    <w:p>
      <w:r>
        <w:t>4A, Koz K ve Koz Q’ı tamam ise, K’lar hakkında bilgi sorar.</w:t>
      </w:r>
    </w:p>
    <w:p>
      <w:r>
        <w:t>1K   olan renk söylenir.</w:t>
      </w:r>
    </w:p>
    <w:p>
      <w:r>
        <w:t>2K   olmayan söylenir.</w:t>
      </w:r>
    </w:p>
    <w:p>
      <w:r>
        <w:t>29.05.2021 ♣♦♠♥</w:t>
      </w:r>
    </w:p>
    <w:p>
      <w:r>
        <w:t>Rakipler 2.</w:t>
      </w:r>
    </w:p>
    <w:p>
      <w:r>
        <w:t>Renklerine oynarken KOZ atak etmek iyidir.</w:t>
      </w:r>
    </w:p>
    <w:p>
      <w:r>
        <w:t>NT oynanırken;</w:t>
        <w:br/>
        <w:t>KQXXX’dan K atak etmek ‘’Bana çocuğu ver’’ demektir.</w:t>
      </w:r>
    </w:p>
    <w:p>
      <w:r>
        <w:t>Yani ‘’A varsa A ile ez, yoksa V’yi ver’’ anlamına gelir.</w:t>
      </w:r>
    </w:p>
    <w:p>
      <w:r>
        <w:t>KQX’den atak ederken, ortakta uzun olması ümit edilir.</w:t>
      </w:r>
    </w:p>
    <w:p>
      <w:r>
        <w:t>K atak edilir, ortak A koyar ya da V verir.</w:t>
      </w:r>
    </w:p>
    <w:p>
      <w:r>
        <w:t>AKQ’dan A atak edilir.</w:t>
      </w:r>
    </w:p>
    <w:p>
      <w:r>
        <w:t>KQT9’dan K atak edilir.</w:t>
      </w:r>
    </w:p>
    <w:p>
      <w:r>
        <w:t>Ortakta V varsa verir.</w:t>
      </w:r>
    </w:p>
    <w:p>
      <w:r>
        <w:t>AKJTX’den K atak edilir.</w:t>
      </w:r>
    </w:p>
    <w:p>
      <w:r>
        <w:t>Ortakta Q varsa verir.</w:t>
      </w:r>
    </w:p>
    <w:p>
      <w:r>
        <w:t>Q yoksa sayısını verir.</w:t>
      </w:r>
    </w:p>
    <w:p>
      <w:r>
        <w:t>K atak etmek bende bu renk çok iyi, A ile ezersen ya da onör verirsen sorun olmaz demektir.</w:t>
      </w:r>
    </w:p>
    <w:p>
      <w:r>
        <w:t>KQX ile bazen belki ortakta uzundur diye atak edilebilir.</w:t>
      </w:r>
    </w:p>
    <w:p>
      <w:r>
        <w:t>Bu durumda Q atak edilir.</w:t>
      </w:r>
    </w:p>
    <w:p>
      <w:r>
        <w:t>3NT’ye AKX’den atak edilebilir.</w:t>
      </w:r>
    </w:p>
    <w:p>
      <w:r>
        <w:t>A atak edilip, duruma bakılır.</w:t>
      </w:r>
    </w:p>
    <w:p>
      <w:r>
        <w:t>A ve Q ataklarına APEL yapılır.</w:t>
      </w:r>
    </w:p>
    <w:p>
      <w:r>
        <w:t>K atağına çocuk yoksa SAYI verilir.</w:t>
      </w:r>
    </w:p>
    <w:p>
      <w:r>
        <w:t>3 tane varsa en küçüğü, 4 tane varsa en büyüğün bir küçüğü verilir.</w:t>
      </w:r>
    </w:p>
    <w:p>
      <w:r>
        <w:t>2</w:t>
      </w:r>
    </w:p>
    <w:p>
      <w:r>
        <w:t>XXX</w:t>
      </w:r>
    </w:p>
    <w:p>
      <w:r>
        <w:t>AKJTX</w:t>
        <w:br/>
        <w:t>AKJTX’den K atak edilir.</w:t>
      </w:r>
    </w:p>
    <w:p>
      <w:r>
        <w:t>Yerde XXX var.</w:t>
      </w:r>
    </w:p>
    <w:p>
      <w:r>
        <w:t>Ortak 2’li verir, demek ki ortakta 3 adetmiş.</w:t>
      </w:r>
    </w:p>
    <w:p>
      <w:r>
        <w:t>O zaman oynayanda bu renk 2 adet demektir.</w:t>
      </w:r>
    </w:p>
    <w:p>
      <w:r>
        <w:t>Bu durumda A çekilir, oynayanın Q’ı düşer.</w:t>
      </w:r>
    </w:p>
    <w:p>
      <w:r>
        <w:t>Dağınık puanlar kötü puanlardır.</w:t>
      </w:r>
    </w:p>
    <w:p>
      <w:r>
        <w:t>A bir tarafta Q diğer tarafta ise iyi değildir</w:t>
        <w:br/>
        <w:t>AQT aynı tarafta ise bu renkte 6’dan fazla puan var gibi düşünülebilir.</w:t>
      </w:r>
    </w:p>
    <w:p>
      <w:r>
        <w:t>11.06.2021 ♣♦♠♥</w:t>
      </w:r>
    </w:p>
    <w:p>
      <w:r>
        <w:t>Defans EMPAS yapmaz!!</w:t>
      </w:r>
    </w:p>
    <w:p>
      <w:r>
        <w:t>Yerde onör yoksa 3.</w:t>
      </w:r>
    </w:p>
    <w:p>
      <w:r>
        <w:t>Oyuncu en büyüğünü koyar.</w:t>
      </w:r>
    </w:p>
    <w:p>
      <w:r>
        <w:t>AQT9 bizde ise önce V’ye sonra K’ya empas yapılır ve daima A’ın karşısından oynanır.</w:t>
      </w:r>
    </w:p>
    <w:p>
      <w:r>
        <w:t>Q9X</w:t>
      </w:r>
    </w:p>
    <w:p>
      <w:r>
        <w:t>ATX</w:t>
      </w:r>
    </w:p>
    <w:p>
      <w:r>
        <w:t>1♥          2♥</w:t>
        <w:br/>
        <w:t>2NT   Dengeli El.</w:t>
      </w:r>
    </w:p>
    <w:p>
      <w:r>
        <w:t>‘’Her yerden yardım istiyorum’’ anlamına gelir.</w:t>
      </w:r>
    </w:p>
    <w:p>
      <w:r>
        <w:t>1♦          2♥  3-6 Hp, 6’lı♥</w:t>
      </w:r>
    </w:p>
    <w:p>
      <w:r>
        <w:br/>
        <w:t>5-4-3-1 Ellerle araya girerken, 1 adet olan rakibin kozu ise, Dbl denir ancak 5’li renk Majör ise önce o majörle girip, sonra Dbl denir.</w:t>
      </w:r>
    </w:p>
    <w:p>
      <w:r>
        <w:t>Eğer puan 17+ ise hep önce Dbl ile araya girilir.</w:t>
      </w:r>
    </w:p>
    <w:p>
      <w:r>
        <w:t>24.06.2021 ♣♦♠♥</w:t>
        <w:br/>
        <w:t>1♦        Dbl          P             1♥ 0-9 Hp</w:t>
        <w:br/>
        <w:t>2♥ 10-12 Hp 4’lü♥, dengeli/dengesiz</w:t>
        <w:br/>
        <w:t>5’li ♥, dengeli</w:t>
        <w:br/>
        <w:t>3♥ 10-12 Hp 5’li♥, dengesiz</w:t>
        <w:br/>
        <w:t>4♥ 6-7 adet ♥, çok fazla puan yok</w:t>
        <w:br/>
        <w:t>2♦ Cue-bid</w:t>
        <w:br/>
        <w:t>1NT   8-10 Hp, 4’lü major yok</w:t>
        <w:br/>
        <w:t>2NT   11-12 Hp, 4’lü major yok</w:t>
        <w:br/>
        <w:t>3NT   13-16 Hp, 4’lü major yok</w:t>
        <w:br/>
        <w:t>Dbl’a cevap verirken güç de belli edilmelidir.</w:t>
      </w:r>
    </w:p>
    <w:p>
      <w:r>
        <w:t>Çok puan varsa Cue-bid yapılır.</w:t>
      </w:r>
    </w:p>
    <w:p>
      <w:r>
        <w:t>Ortağın rengini 5’li tutarken, singleton da varsa çok fazla puan hesabı yapmadan direkt zone’a bağlamaya çalışılır.</w:t>
      </w:r>
    </w:p>
    <w:p>
      <w:r>
        <w:t>♠XXX</w:t>
        <w:br/>
        <w:t>♥J9XXX</w:t>
        <w:br/>
        <w:t>♦KJXX</w:t>
        <w:br/>
        <w:t>♣X</w:t>
        <w:br/>
        <w:t>Yukarıdaki el ile ortağın 1♥ açışına 4♥ denir.</w:t>
      </w:r>
    </w:p>
    <w:p>
      <w:r>
        <w:t>Koz oyunlarında ortağın rengini atak ederken yukarıdan 3.</w:t>
      </w:r>
    </w:p>
    <w:p>
      <w:r>
        <w:t>KTXX             Elden küçük Q’a doğru oynanır.</w:t>
      </w:r>
    </w:p>
    <w:p>
      <w:r>
        <w:t>Sonra yerden KT’a doğru oynanır.</w:t>
      </w:r>
    </w:p>
    <w:p>
      <w:r>
        <w:t>QXXX           V empası geciktirilmeli.</w:t>
      </w:r>
    </w:p>
    <w:p>
      <w:r>
        <w:t>Honör T’ya doğru oynama prensipi unutulmamalıdır.</w:t>
      </w:r>
    </w:p>
    <w:p>
      <w:r>
        <w:t>AK sek olduğu zaman koz kontratlarında K atak edilir.</w:t>
      </w:r>
    </w:p>
    <w:p>
      <w:r>
        <w:t>Açılan rengin bir üstü gelirse 6’lı demektir.</w:t>
      </w:r>
    </w:p>
    <w:p>
      <w:r>
        <w:t>1♣           1♦                            1♣           1♥</w:t>
        <w:br/>
        <w:t>2♣  6’lı                                     2♣  5’li olabilir</w:t>
      </w:r>
    </w:p>
    <w:p>
      <w:r>
        <w:t>02.07.2021 ♣♦♠♥</w:t>
      </w:r>
    </w:p>
    <w:p>
      <w:r>
        <w:t>Cevapçı açanın renginden daha küçük bir rengi 3 seviyesinde söylerse</w:t>
        <w:br/>
        <w:t>9-11puan, güzel 6’lı renk anlamına gelir.</w:t>
      </w:r>
    </w:p>
    <w:p>
      <w:r>
        <w:t>3NT’ye davet eder.</w:t>
      </w:r>
    </w:p>
    <w:p>
      <w:r>
        <w:t>1♦          3♣</w:t>
        <w:br/>
        <w:t>1♥          3♣/3♦</w:t>
        <w:br/>
        <w:t>1♠          3♣/3♦/3♥</w:t>
      </w:r>
    </w:p>
    <w:p>
      <w:r>
        <w:br/>
        <w:t>2♣           2♦</w:t>
        <w:br/>
        <w:t>2NT             Transfer ve Stayman yapılabilir.</w:t>
      </w:r>
    </w:p>
    <w:p>
      <w:r>
        <w:t>2♣           2♦</w:t>
        <w:br/>
        <w:t>2NT  23-24Hp</w:t>
        <w:br/>
        <w:t>3NT  25-26Hp</w:t>
      </w:r>
    </w:p>
    <w:p>
      <w:r>
        <w:t>KTX</w:t>
      </w:r>
    </w:p>
    <w:p>
      <w:r>
        <w:br/>
        <w:t>AQ98X</w:t>
        <w:br/>
        <w:t>Burada onör T’ya doğru 3.</w:t>
      </w:r>
    </w:p>
    <w:p>
      <w:r>
        <w:t>Sefer oynanamaz ancak T,9,8 sıralı olarak oynayanda olduğu için fark etmez.</w:t>
      </w:r>
    </w:p>
    <w:p>
      <w:r>
        <w:t>Önce yerden T ile elden A’a doğru gelinir.</w:t>
      </w:r>
    </w:p>
    <w:p>
      <w:r>
        <w:t>Sonra elden X ile yerdeki K’ya doğru oynanır.</w:t>
      </w:r>
    </w:p>
    <w:p>
      <w:r>
        <w:t>Bu esnada rakiplerin verdiği kartlara bakılır.</w:t>
      </w:r>
    </w:p>
    <w:p>
      <w:r>
        <w:t>Eğer 2.</w:t>
      </w:r>
    </w:p>
    <w:p>
      <w:r>
        <w:t>Turda Batı bu renge uymamışsa, yere geçilip, yerden X oynanıp, elden 8’li ile alınır.</w:t>
      </w:r>
    </w:p>
    <w:p>
      <w:r>
        <w:t>Böylece Doğuda VXXX 4 parça olmasına karşı önlem alınmış olur.</w:t>
      </w:r>
    </w:p>
    <w:p>
      <w:r>
        <w:t>NT oynanırken, oyun sonunda elde K ve V varsa, hangisini koyayım diye düşünüldüğünde K konmalıdır.</w:t>
      </w:r>
    </w:p>
    <w:p>
      <w:r>
        <w:t>Çünkü V konduğunda A çıksa bile, A ile alan rakibin elinde sağ kart olabilir ve onu çekebilir.</w:t>
      </w:r>
    </w:p>
    <w:p>
      <w:r>
        <w:t>NT oynanırken, atak X :</w:t>
        <w:br/>
        <w:t>Örnek: 1</w:t>
        <w:br/>
        <w:t>QX</w:t>
      </w:r>
    </w:p>
    <w:p>
      <w:r>
        <w:br/>
        <w:t>V9X</w:t>
        <w:br/>
        <w:t>Yerden X konur, eldeki onöre doğru çekilir.</w:t>
      </w:r>
    </w:p>
    <w:p>
      <w:r>
        <w:t>Örnek: 2</w:t>
        <w:br/>
        <w:t>QX</w:t>
      </w:r>
    </w:p>
    <w:p>
      <w:r>
        <w:br/>
        <w:t>TXX</w:t>
        <w:br/>
        <w:t>Yerden Q konur, ele çekilmez.</w:t>
      </w:r>
    </w:p>
    <w:p>
      <w:r>
        <w:t>Örnek: 3</w:t>
        <w:br/>
        <w:t>QXX</w:t>
      </w:r>
    </w:p>
    <w:p>
      <w:r>
        <w:br/>
        <w:t>TX</w:t>
        <w:br/>
        <w:t>Yerden X konur.</w:t>
      </w:r>
    </w:p>
    <w:p>
      <w:r>
        <w:t>Prensip:</w:t>
        <w:br/>
        <w:t>Oynayan el almaya ya da sonraki elin kendisine büyük kalmasına çalışır.</w:t>
      </w:r>
    </w:p>
    <w:p>
      <w:r>
        <w:t>10.07.2021 ♣♦♠♥</w:t>
      </w:r>
    </w:p>
    <w:p>
      <w:r>
        <w:t>Rakip 1♠, 2♠ veya 3♠ açtı ise ya da 4♠ kontratında anlaştılar ise 4NT demek ‘’Minörler var’’ anlamına gelir.</w:t>
      </w:r>
    </w:p>
    <w:p>
      <w:r>
        <w:t>2♣ açışına rakip araya girdi ise cevapçı PAS derse ‘’elim iyi’’,</w:t>
        <w:br/>
        <w:t>Dbl derse ‘’elim kötü’’ anlamına gelir.</w:t>
      </w:r>
    </w:p>
    <w:p>
      <w:r>
        <w:t>NT oyununa 3 boştan (XXX) atak ediliyorsa en büyüğü ile atak edilmelidir.</w:t>
      </w:r>
    </w:p>
    <w:p>
      <w:r>
        <w:t>Koz oyunlarına 3.</w:t>
      </w:r>
    </w:p>
    <w:p>
      <w:r>
        <w:t>Kart ile atak edilmelidir.</w:t>
      </w:r>
    </w:p>
    <w:p>
      <w:r>
        <w:t>3. veya 4.</w:t>
      </w:r>
    </w:p>
    <w:p>
      <w:r>
        <w:t>Pozisyonda 1♠/1♥ açışına, PAS’dan gelen cevapçının</w:t>
        <w:br/>
        <w:t>2♣demesi  3’lü ♠/♥</w:t>
        <w:br/>
        <w:t>2♦demesi  4’lü ♠/♥</w:t>
        <w:br/>
        <w:t>ve 10+ puan gösterir.</w:t>
      </w:r>
    </w:p>
    <w:p>
      <w:r>
        <w:t>(Drury)</w:t>
      </w:r>
    </w:p>
    <w:p>
      <w:r>
        <w:t>764</w:t>
        <w:br/>
        <w:t>AQ2            J9</w:t>
        <w:br/>
        <w:t>KT853</w:t>
      </w:r>
    </w:p>
    <w:p>
      <w:r>
        <w:t>Küçüklerin olduğu taraftan oynanır.</w:t>
      </w:r>
    </w:p>
    <w:p>
      <w:r>
        <w:t>Rakip küçük koyarsa 8 konur.</w:t>
      </w:r>
    </w:p>
    <w:p>
      <w:r>
        <w:t>Rakibin dam ya da valeyle alması ümit edilir.</w:t>
      </w:r>
    </w:p>
    <w:p>
      <w:r>
        <w:t>Daha sonra tekrar küçüklerin olduğu taraftan oynanır.</w:t>
      </w:r>
    </w:p>
    <w:p>
      <w:r>
        <w:t>Rakip büyük koyarsa ruayla ezilir.</w:t>
      </w:r>
    </w:p>
    <w:p>
      <w:r>
        <w:t>Rakip küçük koyarsa onlu koyup as çıkması ümit edilir.</w:t>
      </w:r>
    </w:p>
    <w:p>
      <w:r>
        <w:t>Elde ♠AQVXX varken rakibin 1♦ açışına 1♠ diye araya girilmelidir.</w:t>
      </w:r>
    </w:p>
    <w:p>
      <w:r>
        <w:t>1♣             2NT   11-12Hp, 4’lü Majör yok.</w:t>
      </w:r>
    </w:p>
    <w:p>
      <w:r>
        <w:t>Defansta iken rakibin uzun renginden el almaya çalışılmaz, onun oynaması beklenir.</w:t>
      </w:r>
    </w:p>
    <w:p>
      <w:r>
        <w:t>4-4-4-1 ‘I elleri tam olarak tarif etmek mümkün olamadığından  bir şekilde yalan söylemek zorunda kalınabilir.</w:t>
      </w:r>
    </w:p>
    <w:p>
      <w:r>
        <w:t>Bu eller 5-4 gibi ya da Dengeli el gibi anlatılır.</w:t>
      </w:r>
    </w:p>
    <w:p>
      <w:r>
        <w:t>1♣       1♦</w:t>
        <w:br/>
        <w:t>2NT  Dengeli 18-19Hp</w:t>
        <w:br/>
        <w:t>2♥   5’li ♣, 4’lü♥ 17+ Hp</w:t>
        <w:br/>
        <w:t>İkisi de tam doğru değil.</w:t>
      </w:r>
    </w:p>
    <w:p>
      <w:r>
        <w:t>XXX</w:t>
        <w:br/>
        <w:t>Yerden küçük oynanır, elden 9 konur</w:t>
        <w:br/>
        <w:t>AJ9</w:t>
      </w:r>
    </w:p>
    <w:p>
      <w:r>
        <w:t>XXX</w:t>
        <w:br/>
        <w:t>Yerden X oynanır, elden T konur.</w:t>
      </w:r>
    </w:p>
    <w:p>
      <w:r>
        <w:t>AQT</w:t>
        <w:br/>
        <w:t>Önce küçük onöre empas yapılır (Derin Empas)</w:t>
      </w:r>
    </w:p>
    <w:p/>
    <w:p>
      <w:r>
        <w:t>1♥       Dbl        Rdbl Fit yok 11+Hp, Fit varsa 3’lü</w:t>
        <w:br/>
        <w:t>1NT Fit yok, Forsing değil</w:t>
        <w:br/>
        <w:t>2♥  Fit var, 6-10Hp</w:t>
        <w:br/>
        <w:t>2NT 11-12Hp, 4’lü Fit</w:t>
        <w:br/>
        <w:t>3♥  Fit var, zayıf 3-7Hp</w:t>
        <w:br/>
        <w:t>Rakip Dbl ya da bir renk ile araya girdiğinde cevapçının 1NT’su forsing değildir.</w:t>
      </w:r>
    </w:p>
    <w:p>
      <w:r>
        <w:t>23.07.2021 ♣♦♠♥</w:t>
      </w:r>
    </w:p>
    <w:p>
      <w:r>
        <w:t>Rakip baraj yapıyorsa ve elde bieni varsa KONTR denmelidir.</w:t>
      </w:r>
    </w:p>
    <w:p>
      <w:r>
        <w:t>Tam sıranın olduğu renklerde, ilk önce en büyüğün bir altı oynanarak avantaj elde edilir.</w:t>
      </w:r>
    </w:p>
    <w:p>
      <w:r>
        <w:t>J87X                           Önce 8’li oynanır</w:t>
        <w:br/>
        <w:t>Sonra V oynanır</w:t>
        <w:br/>
        <w:t>KT9X                          Tekrar yerden oynanabilir</w:t>
      </w:r>
    </w:p>
    <w:p>
      <w:r>
        <w:t>AQT8                         1) 9’lu oynanır</w:t>
        <w:br/>
        <w:t>2) V oynanır, yerden T verilir</w:t>
        <w:br/>
        <w:t>J9XX                           3) X oynanır yerden Q konur</w:t>
        <w:br/>
        <w:t>4)  A çekilir</w:t>
        <w:br/>
        <w:t>Hep A’ın karşısından oynanır.</w:t>
      </w:r>
    </w:p>
    <w:p>
      <w:r>
        <w:t>T8X                           Önce 8’li oynanır</w:t>
        <w:br/>
        <w:t>Sonra T oynanır</w:t>
        <w:br/>
        <w:t>AQV9X                      Tekrar yerden oynanır</w:t>
      </w:r>
    </w:p>
    <w:p>
      <w:r>
        <w:br/>
        <w:t>Rakibin sağlam uzun rengi varsa, defans önce alacaklarını almalıdır!</w:t>
      </w:r>
    </w:p>
    <w:p>
      <w:r>
        <w:t>Yoksa ‘’paket olur gider’’ 😭</w:t>
      </w:r>
    </w:p>
    <w:p>
      <w:r>
        <w:t>9X</w:t>
        <w:br/>
        <w:t xml:space="preserve">XAtak </w:t>
        <w:tab/>
        <w:t xml:space="preserve">                 Yerden X konup, ele çekilir.</w:t>
      </w:r>
    </w:p>
    <w:p>
      <w:r>
        <w:t>AJTX</w:t>
        <w:br/>
        <w:t>Eşdeğer onörler olduğunda uzaktan alınır.</w:t>
      </w:r>
    </w:p>
    <w:p>
      <w:r>
        <w:t>Koz oyunlarında, defanstayken elde XXXX koz olduğunda (4 adet küçük koz varken) koz atağı iyi bir ataktır.</w:t>
      </w:r>
    </w:p>
    <w:p>
      <w:r>
        <w:t>Dikkat T’lu olmamalı!</w:t>
      </w:r>
    </w:p>
    <w:p>
      <w:r>
        <w:t>1♣          1♦</w:t>
        <w:br/>
        <w:t>1♥  5’li♣, 4’lü♥ demektir.</w:t>
      </w:r>
    </w:p>
    <w:p>
      <w:r>
        <w:t>Sadece 1♣ açışına 1♦cevabı geldikten sonra açan major söylerse bu kural geçerlidir.</w:t>
      </w:r>
    </w:p>
    <w:p>
      <w:r>
        <w:t>K                                                      G</w:t>
        <w:br/>
        <w:t>1♠                                        2♥ 2 over 1</w:t>
        <w:br/>
        <w:t>2♠Açış puanı                            3♠ İyi el var, 4♠’ten daha iyi</w:t>
        <w:br/>
        <w:t>4♦♦Kontrolu var (♣’de kontrol yok) 4♥ ♣ ve ♥ kontrolleri var</w:t>
        <w:br/>
        <w:t>4NT key card soruyor                   5♣  1 key card var</w:t>
        <w:br/>
        <w:t>5♦ koz Q’ı soruyor                        6♦koz Q’ı + (♦K / (♥ve♣K)) var</w:t>
      </w:r>
    </w:p>
    <w:p>
      <w:r>
        <w:t>DOPI         Dbl = 0 − Pas = 1</w:t>
        <w:br/>
        <w:t>4NT ile A sorulduğunda rakip araya girerse;</w:t>
        <w:br/>
        <w:t>Dbl  0 Key card</w:t>
        <w:br/>
        <w:t>P      1 Key card</w:t>
        <w:br/>
        <w:t>Bir üstü konuşmak  2 key card gösterir.</w:t>
      </w:r>
    </w:p>
    <w:p>
      <w:r>
        <w:t>25.07.2021 ♣♦♠♥</w:t>
      </w:r>
    </w:p>
    <w:p>
      <w:r>
        <w:t>1NT           2♣</w:t>
        <w:br/>
        <w:t>2♥         3♠  TERS MAJÖR ‘’seni tutuyorum,♥’den slam’a gidelim mi?’’</w:t>
        <w:br/>
        <w:t>-----------------------------------------------------------------------------------------------</w:t>
        <w:br/>
        <w:t>1NT           2♣</w:t>
        <w:br/>
        <w:t>2♥         3♥  DAVET ‘’seni tutuyorum,zone’a gidelim mi?’’</w:t>
      </w:r>
    </w:p>
    <w:p>
      <w:r>
        <w:t>1NT           2♣</w:t>
        <w:br/>
        <w:t>2♠         3♥ TERS MAJÖR ‘’seni tutuyorum,♠’ten slam’a gidelim                 mi?’’</w:t>
        <w:br/>
        <w:t>-----------------------------------------------------------------------------------------------</w:t>
        <w:br/>
        <w:t>1NT           2♣</w:t>
        <w:br/>
        <w:t>2♠         3♠  DAVET ‘’seni tutuyorum,zone’a gidelim mi?’’</w:t>
      </w:r>
    </w:p>
    <w:p>
      <w:r>
        <w:t>06 - 19.08.2021 ♣♦♠♥</w:t>
      </w:r>
    </w:p>
    <w:p>
      <w:r>
        <w:t>Dengesiz ellerde As olmayınca bu eller çok işe yaramaz.</w:t>
      </w:r>
    </w:p>
    <w:p>
      <w:r>
        <w:t>Açanın 1NT rebid etmesi rakip rengi kesmeyi vaat etmez.</w:t>
      </w:r>
    </w:p>
    <w:p>
      <w:r>
        <w:t>1NT ile araya girilirse rakip renkte keser vaat eder.</w:t>
      </w:r>
    </w:p>
    <w:p>
      <w:r>
        <w:t>Serbestçe zone ilan edildiğinde, rakip baraj olarak konuşursa DBL denmelidir.</w:t>
      </w:r>
    </w:p>
    <w:p>
      <w:r>
        <w:t>1♦    DBL      P       1♠  0-9Hp</w:t>
        <w:br/>
        <w:t>P       2♠ 10+Hp</w:t>
        <w:br/>
        <w:t>DBL’a cevap verirken puan da belli edilir.</w:t>
      </w:r>
    </w:p>
    <w:p>
      <w:r>
        <w:t>1♠    DBL     RDBL  Fit yok güç var</w:t>
      </w:r>
    </w:p>
    <w:p>
      <w:r>
        <w:t>1♠    DBL   2♣    3’lü Fit var 10+Hp (PAS’tan geliyorsa)</w:t>
      </w:r>
    </w:p>
    <w:p>
      <w:r>
        <w:t>12.09.2021 ♣♦♠♥</w:t>
      </w:r>
    </w:p>
    <w:p>
      <w:r>
        <w:t>Defansta iken, kozdan iddia yoksa, rakip bir renge çakıyorsa, onu elden boşaltmak gerekir.</w:t>
      </w:r>
    </w:p>
    <w:p>
      <w:r>
        <w:t>Defansta, ortağa çaktırmaya giderken oynanan marka önemlidir</w:t>
        <w:br/>
        <w:t>Örneğin;</w:t>
        <w:br/>
        <w:t>Elde ♣ ATX var.</w:t>
      </w:r>
    </w:p>
    <w:p>
      <w:r>
        <w:t>A ile el aldındı, ortağa çaktırmaya giderken T ile gidilirse,</w:t>
        <w:br/>
        <w:t>Ortaktan çakarak el aldığında kalan renklerden büyüğünü,</w:t>
        <w:br/>
        <w:t>X ile gidilirse,</w:t>
        <w:br/>
        <w:t>Ortaktan çakarak el aldığında kalan renklerden küçüğünü dönmesi istenir.</w:t>
      </w:r>
    </w:p>
    <w:p>
      <w:r>
        <w:t>AKJ9X         Q’a ilk turda empas yapılmaz.</w:t>
      </w:r>
    </w:p>
    <w:p>
      <w:r>
        <w:t>Bir tur A çekilir.</w:t>
      </w:r>
    </w:p>
    <w:p>
      <w:r>
        <w:t>TXX             2.turda empas yapılır.</w:t>
      </w:r>
    </w:p>
    <w:p>
      <w:r>
        <w:t>KTX        KTXX</w:t>
        <w:br/>
        <w:t>Böyle olduğu zaman;</w:t>
        <w:br/>
        <w:t>AVX      AVXX             her 2 tarafa da empas yapılabilir</w:t>
        <w:br/>
        <w:t>Konuşmalara bakılır.</w:t>
      </w:r>
    </w:p>
    <w:p>
      <w:r>
        <w:t>1NT       2♣        Dbl   Stayman</w:t>
        <w:br/>
        <w:t>2♦  ♥’e transfer</w:t>
        <w:br/>
        <w:t>2♥  ♠’e transfer</w:t>
        <w:br/>
        <w:t>2♠  ♣’e transfer</w:t>
        <w:br/>
        <w:t>2NT   ♦’ya transfer</w:t>
      </w:r>
    </w:p>
    <w:p/>
    <w:p/>
    <w:p/>
    <w:p>
      <w:r>
        <w:t>Atak X♣</w:t>
        <w:br/>
        <w:t>Yerden ♣Q konur, kazanılır.</w:t>
      </w:r>
    </w:p>
    <w:p>
      <w:r>
        <w:t>Yerden ♦ oynanır ki, 2 el de çaka hale gelsin.</w:t>
      </w:r>
    </w:p>
    <w:p>
      <w:r>
        <w:t>Önce alıcılar alınır, A ve K ♠ çekilir, ♦’lar atılır.</w:t>
      </w:r>
    </w:p>
    <w:p>
      <w:r>
        <w:t>Koza hiç dokunmadan karşılıklı çakılır.</w:t>
      </w:r>
    </w:p>
    <w:p>
      <w:r>
        <w:t>Dikkat karşıklı çakan ellerde önce alıcılar alınmalıdır.</w:t>
      </w:r>
    </w:p>
    <w:p>
      <w:r>
        <w:t>16.09.2021 ♣♦♠♥</w:t>
      </w:r>
    </w:p>
    <w:p>
      <w:r>
        <w:t>1♥     2♥     3♣     4NT</w:t>
        <w:br/>
        <w:t>2♥  Michael’s Cuebid ‘’diğer major ve minor var’’</w:t>
        <w:br/>
        <w:t>4NT  Ortağının minörünü sorar</w:t>
      </w:r>
    </w:p>
    <w:p>
      <w:r>
        <w:t>NT’ya K atağı yapıldığında;</w:t>
        <w:br/>
        <w:t>Ortak onör vermiyorsa ve K ile el alınırsa rakipte AVX/AVXX var demektir.</w:t>
      </w:r>
    </w:p>
    <w:p>
      <w:r>
        <w:t>İlk turda K’yı almamıştır.</w:t>
      </w:r>
    </w:p>
    <w:p>
      <w:r>
        <w:t>Çünkü rua atağı sanzatuda ortağın ne varsa vermesini ister.</w:t>
      </w:r>
    </w:p>
    <w:p>
      <w:r>
        <w:t>Yani ‘’ver çocuğu’’ demektir.</w:t>
      </w:r>
    </w:p>
    <w:p>
      <w:r>
        <w:t>Ortak büyük bir şey vermediyse onda yok demektir.</w:t>
      </w:r>
    </w:p>
    <w:p>
      <w:r>
        <w:t>Demek ki eksik onör oynayandadır.</w:t>
      </w:r>
    </w:p>
    <w:p>
      <w:r>
        <w:t>Ona göre defans yapmak gerekir.</w:t>
      </w:r>
    </w:p>
    <w:p>
      <w:r>
        <w:t>Bazen AKJTX ya da AKJXX varken de rua çıkılabilir.</w:t>
      </w:r>
    </w:p>
    <w:p>
      <w:r>
        <w:t>Ortak damı olsa verecekti.</w:t>
      </w:r>
    </w:p>
    <w:p>
      <w:r>
        <w:t>Vermediğine göre dam oynayandadır.</w:t>
      </w:r>
    </w:p>
    <w:p>
      <w:r>
        <w:t>Ortağın verdiği sayıya bakılır.</w:t>
      </w:r>
    </w:p>
    <w:p>
      <w:r>
        <w:t>NT oynarken 2 rengin de sağlanması olası ise;</w:t>
        <w:br/>
        <w:t>Büyük onörü dışarıda olanı sağlamaya gitmek tercih edilmelidir.</w:t>
      </w:r>
    </w:p>
    <w:p>
      <w:r>
        <w:t>Atak ederken, eğer ortak araya girmişse, onun rengi atak edilmelidir.</w:t>
      </w:r>
    </w:p>
    <w:p>
      <w:r>
        <w:t>Çünkü araya girilen rengin iyi olduğu kabul edilir.</w:t>
      </w:r>
    </w:p>
    <w:p>
      <w:r>
        <w:t>Araya girerken; renkle araya girilirse, max 16Hp olabilir.</w:t>
      </w:r>
    </w:p>
    <w:p>
      <w:r>
        <w:t>O yüzden araya girende 16+ Hp varsa, önce Dbl deyip, sonra renk söylenmelidir (Pilav üstü döner)</w:t>
      </w:r>
    </w:p>
    <w:p>
      <w:r>
        <w:t>21.10.2021 ♣♦♠♥</w:t>
      </w:r>
    </w:p>
    <w:p>
      <w:r>
        <w:br/>
        <w:t>2♣ açıp, sonra 2NT rebid edilirse, 23-24 Hp vardır.</w:t>
      </w:r>
    </w:p>
    <w:p>
      <w:r>
        <w:t>2♣            2♦</w:t>
        <w:br/>
        <w:t>2NT                 ?</w:t>
      </w:r>
    </w:p>
    <w:p>
      <w:r>
        <w:t>1NT açışına cevap verir gibi cevap verilir.</w:t>
      </w:r>
    </w:p>
    <w:p>
      <w:r>
        <w:t>3♣ Stayman</w:t>
        <w:br/>
        <w:t>3♦/♥  Transfer</w:t>
      </w:r>
    </w:p>
    <w:p/>
    <w:p>
      <w:r>
        <w:t>1NT               3♣   En az 5-5 Minörler 0/7 Hp.</w:t>
      </w:r>
    </w:p>
    <w:p>
      <w:r>
        <w:t>NT açan ya pas geçer ya da 3♦diyerek karoyu seçer ve orada oynanır.</w:t>
      </w:r>
    </w:p>
    <w:p>
      <w:r>
        <w:t>3♦  5-5 Minörler ve kuvvetli el</w:t>
      </w:r>
    </w:p>
    <w:p/>
    <w:p>
      <w:r>
        <w:t>Defans yaparken ortakla birlikte bir renkte tıkanmayı önlemenin yolu;</w:t>
        <w:br/>
        <w:t>O renk sıralı ise önce büyüğünü vermek,</w:t>
        <w:br/>
        <w:t>Elimizde kalan rengin sayısını bildirmektir (örneğin o renk 2 tane kaldıysa büyüğünü oynamak)</w:t>
      </w:r>
    </w:p>
    <w:p>
      <w:r>
        <w:t>KXXX             Önce K’ya doğru,</w:t>
        <w:br/>
        <w:t>Sonra QT’a doğru oynayıp, T konur</w:t>
        <w:br/>
        <w:t>QTXX</w:t>
      </w:r>
    </w:p>
    <w:p>
      <w:r>
        <w:br/>
        <w:t>1♣               2♥   3-5 Hp 6’lı ♥</w:t>
      </w:r>
    </w:p>
    <w:p>
      <w:r>
        <w:t>5-3, 6-3 ellerde hep bir tur A çekip, sonra Q’a empas yapılır.</w:t>
      </w:r>
    </w:p>
    <w:p>
      <w:r>
        <w:t>Ama 6-2,5-2 ellerde 2 sefer empas yapmak daha doğrudur.</w:t>
      </w:r>
    </w:p>
    <w:p>
      <w:r>
        <w:t>AKJTX                       AKJXXX</w:t>
      </w:r>
    </w:p>
    <w:p>
      <w:r>
        <w:br/>
        <w:t>XX                               TX</w:t>
        <w:br/>
        <w:t>Bu ellerle direkt empas yapmak daha iyidir.</w:t>
      </w:r>
    </w:p>
    <w:p>
      <w:r>
        <w:t>1♥                2♦</w:t>
        <w:br/>
        <w:t>3♥    ‘’♥ desteğine ihtiyacım yok.</w:t>
      </w:r>
    </w:p>
    <w:p>
      <w:r>
        <w:t>Kozumuz ♥</w:t>
        <w:br/>
        <w:t>Ortakta şigan bile olsa ♥ oynayabiliriz.</w:t>
      </w:r>
    </w:p>
    <w:p>
      <w:r>
        <w:t>Başka kozu beğenmiyorum.</w:t>
      </w:r>
    </w:p>
    <w:p>
      <w:r>
        <w:t>Renk solid.’’</w:t>
        <w:br/>
        <w:t>1♠                 2♣</w:t>
        <w:br/>
        <w:t>3♠</w:t>
      </w:r>
    </w:p>
    <w:p>
      <w:r>
        <w:t>1♦                 2♣</w:t>
        <w:br/>
        <w:t>3♦</w:t>
        <w:br/>
        <w:t>Bu eller de aynı şekilde…</w:t>
      </w:r>
    </w:p>
    <w:p>
      <w:r>
        <w:t>04.11.2021 ♣♦♠♥</w:t>
      </w:r>
    </w:p>
    <w:p>
      <w:r>
        <w:t>5-5 renklerle açarken, araya girerken, cevap verirken hep pahalı renk söylenir.</w:t>
      </w:r>
    </w:p>
    <w:p>
      <w:r>
        <w:t>Atak ederken 6’lı renkten 3.kart çıkılır.</w:t>
      </w:r>
    </w:p>
    <w:p>
      <w:r>
        <w:t>Araya girene 1NT cevap vermek için 8-12Hp gerekir.</w:t>
      </w:r>
    </w:p>
    <w:p>
      <w:r>
        <w:t>1♣       1♦      P         P</w:t>
        <w:br/>
        <w:t>1♠  5’li ♣, 4’lü♠ (ilk renk otomatikman 5’li oldu)</w:t>
        <w:br/>
        <w:t>Eğer 5’li ♣, 4’lü♠, 3’lü♥ olsaydı Dbl derdi.</w:t>
      </w:r>
    </w:p>
    <w:p>
      <w:r>
        <w:t>NT açışına Majör 5’li olmadan, Minör 6’lı olmadan transfer yapılmaz!</w:t>
      </w:r>
    </w:p>
    <w:p>
      <w:r>
        <w:t>Fit Kontru (Support Double): Ortağına ‘’Sende 4’lü olabilecek renk bende 3’lü’’ demek anlamına gelir.</w:t>
      </w:r>
    </w:p>
    <w:p>
      <w:r>
        <w:t>Açan tarafından kullanılır.</w:t>
      </w:r>
    </w:p>
    <w:p>
      <w:r>
        <w:t>Defanstayken alıcı kozları çekerken küçüğünden başlanır ki ortak gerisinin bizde olduğunu anlasın.</w:t>
      </w:r>
    </w:p>
    <w:p>
      <w:r>
        <w:t>Rakip NT açtığında dengeli ellerle konuşulmaz.</w:t>
      </w:r>
    </w:p>
    <w:p>
      <w:r>
        <w:t>Eğer elde singleton varsa, iki PAS’tan sonra konuşulur, ortakta birşey bulma ihtimali yüksektir.</w:t>
      </w:r>
    </w:p>
    <w:p>
      <w:r>
        <w:t>1NT             2♣           P            2♦</w:t>
        <w:br/>
        <w:t>(En az 5-4 Majörler)            (Bende major yok,sen seç)       LANDY MULTY</w:t>
      </w:r>
    </w:p>
    <w:p>
      <w:r>
        <w:br/>
        <w:t>Açanın rebidlerinde NT demesi dengeli el gösterir.</w:t>
      </w:r>
    </w:p>
    <w:p>
      <w:r>
        <w:t>Inverted Minor Gelişmeleri</w:t>
      </w:r>
    </w:p>
    <w:p>
      <w:r>
        <w:t>1♣                2♣  4+♣, 10+P, Forcing</w:t>
        <w:br/>
        <w:t>2♦  5’li ♣, 4’lü♦   14+</w:t>
        <w:br/>
        <w:t>2♥  5’li ♣, 4’lü♥   14+</w:t>
        <w:br/>
        <w:t>2♠  5’li ♣, 4’lü♠   14+</w:t>
        <w:br/>
        <w:t>2NT  Dengeli</w:t>
        <w:br/>
        <w:t>3♣  Dengesiz, min el</w:t>
        <w:br/>
        <w:t>3NT  Dengeli, 18-19 Hp</w:t>
      </w:r>
    </w:p>
    <w:p>
      <w:r>
        <w:t>1♣                2♣</w:t>
        <w:br/>
        <w:t>Herhangi birşey      3♦  5’li ♣, ♦tek   14+</w:t>
        <w:br/>
        <w:t>3♥  5’li ♣, ♥tek   14+</w:t>
        <w:br/>
        <w:t>3♠  5’li ♣, ♠tek   14+</w:t>
      </w:r>
    </w:p>
    <w:p/>
    <w:p>
      <w:r>
        <w:br/>
        <w:t>1♣                2♣’den sonra cevapçı;</w:t>
        <w:br/>
        <w:t>açanın herhangi bir rebidine karşı 3 seviyesinde 3♣’ten büyük bir renk söylerse o renk tekdir.</w:t>
      </w:r>
    </w:p>
    <w:p>
      <w:r>
        <w:t>1♣                2♣</w:t>
        <w:br/>
        <w:t>2NT                    3♣ 6’lı♣, 9-11Puan</w:t>
      </w:r>
    </w:p>
    <w:p>
      <w:r>
        <w:t>11.11.2021 ♣♦♠♥</w:t>
      </w:r>
    </w:p>
    <w:p>
      <w:r>
        <w:t>Ortakta birşey olmadığı belli ise yani 6Hp yoksa, dengesiz ellerle daha az puanla Reverse yapılabilir.</w:t>
      </w:r>
    </w:p>
    <w:p>
      <w:r>
        <w:t>Rakibin açtığı rengi en azından yarım durdurmadan (QVX) NT ile araya girilmez.</w:t>
      </w:r>
    </w:p>
    <w:p>
      <w:r>
        <w:t>Cevapçı önce NT deyip, sonra kendi rengini söylerse, o zaman bunu oynamak istiyorum demektir.</w:t>
      </w:r>
    </w:p>
    <w:p>
      <w:r>
        <w:t>Açanın bunun üzerine konuşabilmesi için min.</w:t>
      </w:r>
    </w:p>
    <w:p>
      <w:r>
        <w:t>16-17 Puanının olması gerekir.</w:t>
      </w:r>
    </w:p>
    <w:p>
      <w:r>
        <w:t>1♥    P      1NT    P</w:t>
        <w:br/>
        <w:t>2♣    P      2♦ Zayıf El, uzun♦,♥fiti yok.</w:t>
      </w:r>
    </w:p>
    <w:p>
      <w:r>
        <w:t>2♦oynamak istiyor.</w:t>
      </w:r>
    </w:p>
    <w:p>
      <w:r>
        <w:t>1♥    1♠    Dbl     P</w:t>
        <w:br/>
        <w:t>1NT     P        2♦Gene Zayıf El, ♥fiti yok, NT oynamak istemiyor.</w:t>
      </w:r>
    </w:p>
    <w:p>
      <w:r>
        <w:t>Cevapçı;</w:t>
        <w:br/>
        <w:t>NT arkasından bir renk ya da</w:t>
        <w:br/>
        <w:t>Dbl arkasından bir renk söylerse Zayıftır</w:t>
      </w:r>
    </w:p>
    <w:p>
      <w:r>
        <w:t>Forcing NT’dan geçip,arkasından renge dönmek de zayıftır.</w:t>
      </w:r>
    </w:p>
    <w:p>
      <w:r>
        <w:t>Fit varsa 6-10 P</w:t>
        <w:br/>
        <w:t>Fit yoksa 8-10 P</w:t>
      </w:r>
    </w:p>
    <w:p>
      <w:r>
        <w:br/>
        <w:t>VOIDWOOD (EXCLUSION)</w:t>
        <w:br/>
        <w:t>Ortaklar bir koz üzerinde anlaştıktan sonra, elinde şigan rengi olan oyuncu bu rengi 5 seviyesinde okuyarak, ortağında, bu renk dışındaki key-card sayısını sorar.</w:t>
      </w:r>
    </w:p>
    <w:p>
      <w:r>
        <w:t>Örneğin;</w:t>
        <w:br/>
        <w:t>Üzerinde anlaşılan koz ♥ise ve VoidWood yapanda ♣ şigan ise</w:t>
        <w:br/>
        <w:t>1♠         2♣</w:t>
        <w:br/>
        <w:t>2♥         3♥</w:t>
        <w:br/>
        <w:t>5♣            5♦ 0 Key Card (voidwood renginin bir üstü)</w:t>
        <w:br/>
        <w:t>5♥ 1 Key Card</w:t>
        <w:br/>
        <w:t>5♠ 2 Key Card</w:t>
        <w:br/>
        <w:t>5NT 2 Key Card + Koz Q</w:t>
        <w:br/>
        <w:t>VoidWood yapanda en az 2 tane Key Card olmalıdır.</w:t>
      </w:r>
    </w:p>
    <w:p>
      <w:r>
        <w:t>AKXX</w:t>
      </w:r>
    </w:p>
    <w:p>
      <w:r>
        <w:t>JXX        NT’da 3 el almak için A çek, J’e doğru,     Kozda A,K çek</w:t>
        <w:br/>
        <w:t>AKX</w:t>
      </w:r>
    </w:p>
    <w:p>
      <w:r>
        <w:t>JXX       3 el almak için rakip oynarsa (B oynarsa X konur, J’ye kadar bırakılır, D oynarsa J konur) olabilir.</w:t>
      </w:r>
    </w:p>
    <w:p>
      <w:r>
        <w:t>Kendi oynarsa A,K çekilir, Q’ın düşmesi ümit edilir.</w:t>
      </w:r>
    </w:p>
    <w:p>
      <w:r>
        <w:t>1♦        P           P         1NT 10-14P, dengeli,uyandırma</w:t>
        <w:br/>
        <w:t>1♦        P           P         2NT 18-19P, dengeli</w:t>
        <w:br/>
        <w:t>1♦        P           P         2♥ 11-14P, 6’lı renk</w:t>
        <w:br/>
        <w:t>1♦        P           P         2♠ 11-14P, 6’lı renk</w:t>
        <w:br/>
        <w:t>1♦        P           P         Dbl ardından NT 15-17P, dengeli</w:t>
        <w:br/>
        <w:t>1♣ açılırsa da aynı</w:t>
        <w:br/>
        <w:t>1♣/1♦ P           P          2♣/2♦  Çok kuvvetli,2♣ açacak el,</w:t>
        <w:br/>
        <w:t>DBL demeye uygun değil, tek/iki renkli</w:t>
      </w:r>
    </w:p>
    <w:p>
      <w:r>
        <w:t>20.11.2021 ♣♦♠♥</w:t>
      </w:r>
    </w:p>
    <w:p>
      <w:r>
        <w:t>Cevapçının rengi açanda 3’lü ise ve rakip araya girdiyse Dbl diyerek ‘’Senin rengin bende 3’lü, sende 5’li ise bu rengi oynayabiliriz’’ denir.</w:t>
      </w:r>
    </w:p>
    <w:p>
      <w:r>
        <w:t>KTXX</w:t>
      </w:r>
    </w:p>
    <w:p>
      <w:r>
        <w:t>QXX    Q ‘a doğru oynanır.</w:t>
      </w:r>
    </w:p>
    <w:p>
      <w:r>
        <w:t>İkinci seferde KT’a doğru oynanıp,</w:t>
        <w:br/>
        <w:t>T konur.</w:t>
      </w:r>
    </w:p>
    <w:p>
      <w:r>
        <w:t>1♦     P       1♠     2♦  Kalan 2 renk 5-5</w:t>
        <w:br/>
        <w:t>2♠  ‘’Bende ♠ var’’ demek</w:t>
        <w:br/>
        <w:t>Açanın rengini söylemek  Cue-bid</w:t>
        <w:br/>
        <w:t>Cevapçının rengini söylemek  Naturel</w:t>
      </w:r>
    </w:p>
    <w:p>
      <w:r>
        <w:t>1♦          1♠</w:t>
        <w:br/>
        <w:t>2♠           ?</w:t>
      </w:r>
    </w:p>
    <w:p>
      <w:r>
        <w:t>Başka renk söylerse davettir.</w:t>
      </w:r>
    </w:p>
    <w:p>
      <w:r>
        <w:t>Oyun açan kişi, rakip araya renk ile girdiğinde, cevapçının rengini 3’lü tutuyorsa Dbl diyerek Fit Kontr’u verir.</w:t>
      </w:r>
    </w:p>
    <w:p>
      <w:r>
        <w:t>Rakip Dbl ile araya girmişse Rdbl diyerek 3’lü tuttuğunu belli eder.</w:t>
      </w:r>
    </w:p>
    <w:p>
      <w:r>
        <w:t>1♦            P             1♥       2♣</w:t>
        <w:br/>
        <w:t>Dbl  3’lü ♥tutuşu</w:t>
        <w:br/>
        <w:t>1♦            P             1♠       Dbl</w:t>
        <w:br/>
        <w:t>Rdbl  3’lü ♠tutuşu</w:t>
      </w:r>
    </w:p>
    <w:p>
      <w:r>
        <w:t>Açan kişi olarak zone forcing yapmak isteniyorsa ikinci konuşmada sıçrayarak renk söylenir.</w:t>
      </w:r>
    </w:p>
    <w:p>
      <w:r>
        <w:t>1♠            1NT</w:t>
        <w:br/>
        <w:t>3♣</w:t>
      </w:r>
    </w:p>
    <w:p>
      <w:r>
        <w:t>NT’ya atak ederken</w:t>
        <w:br/>
        <w:t>AKXX veya AKX olduğunda A atak edilir.</w:t>
      </w:r>
    </w:p>
    <w:p>
      <w:r>
        <w:t>AKXXX veya AKXXXX olduğunda X atak edilir.</w:t>
      </w:r>
    </w:p>
    <w:p>
      <w:r>
        <w:t>Renk adedi 3 ya da 4 ise, A atak edilir.</w:t>
      </w:r>
    </w:p>
    <w:p>
      <w:r>
        <w:t>Renk adedi 5 ya da 6 ise, 4.</w:t>
      </w:r>
    </w:p>
    <w:p>
      <w:r>
        <w:t>17.12.2021 ♣♦♠♥</w:t>
      </w:r>
    </w:p>
    <w:p>
      <w:r>
        <w:t>1♠        2♥ 5’li</w:t>
        <w:br/>
        <w:t>2♦ 5’li</w:t>
        <w:br/>
        <w:t>2♣ Kısa olabilir</w:t>
      </w:r>
    </w:p>
    <w:p>
      <w:r>
        <w:t>Cevapçı önce ♠ sonra ♥ derse P denebilir.</w:t>
      </w:r>
    </w:p>
    <w:p>
      <w:r>
        <w:t>Normalde cevapçının yeni rengine P yoktur.</w:t>
      </w:r>
    </w:p>
    <w:p>
      <w:r>
        <w:t>Tek istisnası önce ♠ sonra ♥ demesidir.</w:t>
      </w:r>
    </w:p>
    <w:p>
      <w:r>
        <w:t>Rakipler konuşurken baştan P deyip, sonradan açanın ya da cevapçının rengi söylenirse bu natureldir.</w:t>
      </w:r>
    </w:p>
    <w:p>
      <w:r>
        <w:t>Normalde açanın rengini söylemek cue-bid idi.</w:t>
      </w:r>
    </w:p>
    <w:p>
      <w:r>
        <w:t>Bir renge önce pas geçip sonra ortak konuşmadığında renk söylenirse o renk doğaldır.</w:t>
      </w:r>
    </w:p>
    <w:p>
      <w:r>
        <w:t>Bende uzun demektir.</w:t>
      </w:r>
    </w:p>
    <w:p>
      <w:r>
        <w:t>1♠ açışına P geçildi.</w:t>
      </w:r>
    </w:p>
    <w:p>
      <w:r>
        <w:t>Daha sonra sıra geldiğinde 2♠ dersek ‘’bende kaya gibi pik var’’ demektir.</w:t>
      </w:r>
    </w:p>
    <w:p>
      <w:r>
        <w:t>Daha çok minör açışına pas geçtikten sonra rakibin rengini söyleyerek yapılır.</w:t>
      </w:r>
    </w:p>
    <w:p>
      <w:r>
        <w:t>Renk tekrarı yaparak ‘davet’ olmaz.</w:t>
      </w:r>
    </w:p>
    <w:p>
      <w:r>
        <w:t>Davet etmek isteniyorsa başka birşey söylenmelidir.</w:t>
      </w:r>
    </w:p>
    <w:p/>
    <w:p/>
    <w:p/>
    <w:p>
      <w:r>
        <w:t>CEVAPLAR :</w:t>
      </w:r>
    </w:p>
    <w:p>
      <w:r>
        <w:t>G                                     K</w:t>
        <w:br/>
        <w:t>1♦                          1♥</w:t>
        <w:br/>
        <w:t>2♣                          2♠                       ALEV</w:t>
        <w:br/>
        <w:t>3♣                          4NT</w:t>
        <w:br/>
        <w:t>5NT                                6♣</w:t>
      </w:r>
    </w:p>
    <w:p>
      <w:r>
        <w:t>1♦                          2♣</w:t>
        <w:br/>
        <w:t>3♦                          3♥                        ITIR</w:t>
        <w:br/>
        <w:t>5♣</w:t>
      </w:r>
    </w:p>
    <w:p/>
    <w:p>
      <w:r>
        <w:t>G                                     K</w:t>
        <w:br/>
        <w:t>2♦                          2♥</w:t>
        <w:br/>
        <w:t>3♣                          4NT                       EMEL</w:t>
        <w:br/>
        <w:t>5♥                          6♣</w:t>
      </w:r>
    </w:p>
    <w:p/>
    <w:p>
      <w:r>
        <w:t>1♦                          1♥</w:t>
        <w:br/>
        <w:t>2♣                          2♠                       HÜLYA</w:t>
        <w:br/>
        <w:t>3♦                          4NT</w:t>
        <w:br/>
        <w:t>5♦</w:t>
      </w:r>
    </w:p>
    <w:p>
      <w:r>
        <w:t>06.01.2022 ♣♦♠♥</w:t>
      </w:r>
    </w:p>
    <w:p>
      <w:r>
        <w:br/>
        <w:t>Oynayan: Kuzey</w:t>
        <w:br/>
        <w:t>Atak : ♣6</w:t>
        <w:br/>
        <w:t>Kontrat: 3NT</w:t>
        <w:br/>
        <w:t>Burada 1 tane kayıp varsa, oynayan 1 tane yer geçer bırakıp, eldeki bütün alacaklarını çeker.</w:t>
      </w:r>
    </w:p>
    <w:p>
      <w:r>
        <w:t>1♦        Dbl            P           2♣</w:t>
        <w:br/>
        <w:t>2♦  Dbl atıp, cue-bid yapılırsa 20Hp+, çok kuvvetli</w:t>
        <w:br/>
        <w:t>P            3♣</w:t>
      </w:r>
    </w:p>
    <w:p>
      <w:r>
        <w:br/>
        <w:t>Cevapçı iken 4-4 majör varsa, önce küçüğü söylenir.</w:t>
      </w:r>
    </w:p>
    <w:p>
      <w:r>
        <w:t>5-5 olduğunda ise hep pahalısı önce söylenir.</w:t>
      </w:r>
    </w:p>
    <w:p>
      <w:r>
        <w:t>2 açışına 2NT ile araya girmek, ‘’1NT açacak elim var’’ demektir.</w:t>
      </w:r>
    </w:p>
    <w:p>
      <w:r>
        <w:t>Rakip açtığında;</w:t>
        <w:br/>
        <w:t>5’li Majör, 4’lü Minör olup, 3 renge de hazır olduğunda,</w:t>
        <w:br/>
        <w:t>5’li Majör söylenir,</w:t>
        <w:br/>
        <w:t>5’li Minör, 4’lü Majör olup, 3 renge de hazır olduğunda,</w:t>
        <w:br/>
        <w:t>Dbl denir.</w:t>
      </w:r>
    </w:p>
    <w:p>
      <w:r>
        <w:t>1♥        1♠          P          2NT  13-15P, Fit yok</w:t>
      </w:r>
    </w:p>
    <w:p>
      <w:r>
        <w:t>1♥        1♠         2♥       2NT  3’lü Fit</w:t>
      </w:r>
    </w:p>
    <w:p>
      <w:r>
        <w:t>1♥        1♠          P         3♥  4’lü Fit,Davet</w:t>
      </w:r>
    </w:p>
    <w:p>
      <w:r>
        <w:t>08.01.2022 ♣♦♠♥</w:t>
      </w:r>
    </w:p>
    <w:p>
      <w:r>
        <w:t>Renkle davet edildiği zaman 3 seviyesinde konuşmak Forsing’dir.</w:t>
      </w:r>
    </w:p>
    <w:p>
      <w:r>
        <w:t>1♣             1♥</w:t>
        <w:br/>
        <w:t>3♣             3♥  Forsing</w:t>
        <w:br/>
        <w:t>Forsing ‘’ben çok kuvvetliyim’’ demek değildir.</w:t>
      </w:r>
    </w:p>
    <w:p>
      <w:r>
        <w:t>‘’PAS deme, konuşmaya devam et’’ anlamına gelir.</w:t>
      </w:r>
    </w:p>
    <w:p>
      <w:r>
        <w:t>Rakibin uzun rengindeki kartları defos etmemek gerekir, edilirse rakibe bilgi verilmiş ve yardım edilmiş olur.</w:t>
      </w:r>
    </w:p>
    <w:p>
      <w:r>
        <w:t>Rakip açtığında hemen üzerindeki kişi NT derse hem NT açacak puanı vardır (15,5-17,5Hp) hem de rakibin rengini durduruyordur.</w:t>
      </w:r>
    </w:p>
    <w:p>
      <w:r>
        <w:t>Q’a ilk turda empas yapılmaz!</w:t>
      </w:r>
    </w:p>
    <w:p>
      <w:r>
        <w:t>İlk turda A çekilir.</w:t>
      </w:r>
    </w:p>
    <w:p>
      <w:r>
        <w:t>K’ya ilk turda, Q’a 2.turda, V’ye 3.turda (gerekirse) empas yapılır.</w:t>
      </w:r>
    </w:p>
    <w:p>
      <w:r>
        <w:t>4 kişide de onör olan renklere kim başlarsa o eksik el alır.</w:t>
      </w:r>
    </w:p>
    <w:p>
      <w:r>
        <w:t>ATX</w:t>
        <w:br/>
        <w:t>JXX                       QXX</w:t>
        <w:br/>
        <w:t>KXXX</w:t>
        <w:br/>
        <w:t>Bu renge rakip başlarsa hiç el alamaz.</w:t>
      </w:r>
    </w:p>
    <w:p>
      <w:r>
        <w:t>Oynayan başlarsa mutlaka 1 el verir.</w:t>
      </w:r>
    </w:p>
    <w:p>
      <w:r>
        <w:t>*** TUTUŞ – TEKRAR – NT’ya PAS VAR ***</w:t>
        <w:br/>
        <w:t>Ortağın P geçmesi istenmiyorsa bunlardan biri yapılmamalıdır.</w:t>
      </w:r>
    </w:p>
    <w:p>
      <w:r>
        <w:t>Eğer el kuvvetli ise ortağının major açışına fit olsa bile, önce kendi elindeki renkler söylenir,</w:t>
        <w:br/>
        <w:t>ama el zayıf ise elde başka renkler olsa bile hemen major fiti verilir.</w:t>
      </w:r>
    </w:p>
    <w:p>
      <w:r>
        <w:t>Defanstayken kısa onör oynandığında (QX, VX, TX)</w:t>
        <w:br/>
        <w:t>büyüğe büyük konur.</w:t>
      </w:r>
    </w:p>
    <w:p>
      <w:r>
        <w:t>15.01.2022 ♣♦♠♥</w:t>
      </w:r>
    </w:p>
    <w:p>
      <w:r>
        <w:t>Sonuncu iken eksik puanla majörlere hakim değilken oyun açılmamalıdır.</w:t>
      </w:r>
    </w:p>
    <w:p>
      <w:r>
        <w:t>NT’ye atak ederken, AKXX ya da AKX olan bir renkten A atak edilir, küçük atak edilmez.</w:t>
      </w:r>
    </w:p>
    <w:p>
      <w:r>
        <w:t>4.renk yapan oyuncu, bir sonraki konuşmasında neden 4.renk yaptığını belli eder.</w:t>
      </w:r>
    </w:p>
    <w:p>
      <w:r>
        <w:t>AXXX</w:t>
      </w:r>
    </w:p>
    <w:p>
      <w:r>
        <w:t>JTXX         V’nin üzerindeki oyuncuda renk kısa diye düşünülüyorsa V ile başlanır.</w:t>
      </w:r>
    </w:p>
    <w:p>
      <w:r>
        <w:t>A’ın üzerindeki oyuncuda renk kısa diye düşünülüyorsa A’ın altından küçük oynanır.</w:t>
      </w:r>
    </w:p>
    <w:p>
      <w:r>
        <w:t>20.01.2022 ♣♦♠♥</w:t>
        <w:br/>
        <w:t>1♣       2♣  Michaels Cubid (Majörler en az 5-5)</w:t>
        <w:br/>
        <w:t>3♣  ♣’i kesiyorsan 3NT oynayabiliriz</w:t>
        <w:br/>
        <w:t>4♣  En az 5-5 Majörler var</w:t>
      </w:r>
    </w:p>
    <w:p>
      <w:r>
        <w:t>Açanın söylediği renk söylenirse Cue-Bid’dir.</w:t>
      </w:r>
    </w:p>
    <w:p>
      <w:r>
        <w:t>Cevapçının söylediği renk söylenirse Natureldir.</w:t>
      </w:r>
    </w:p>
    <w:p>
      <w:r>
        <w:t>2NT       P        5NT ‘’7 NT Oynayalım mı?</w:t>
      </w:r>
    </w:p>
    <w:p>
      <w:r>
        <w:t>‘’ anlamına gelir.</w:t>
      </w:r>
    </w:p>
    <w:p>
      <w:r>
        <w:t>1NT       2♣     P     2♦ ‘’4’lü majör yok, hangisi sende uzunsa onu söyle’’</w:t>
        <w:br/>
        <w:t>3-3 ile Majör seçilmez.</w:t>
      </w:r>
    </w:p>
    <w:p>
      <w:r>
        <w:t>3-2 ile Majör seçilmez.</w:t>
      </w:r>
    </w:p>
    <w:p>
      <w:r>
        <w:t>3-1 ise 3’lü olan seçilebilir.</w:t>
      </w:r>
    </w:p>
    <w:p>
      <w:r>
        <w:t>2♣ En az 5-4 Majör gösterir.</w:t>
      </w:r>
    </w:p>
    <w:p>
      <w:r>
        <w:t>(Landy Multy)</w:t>
      </w:r>
    </w:p>
    <w:p>
      <w:r>
        <w:t>1♦       1NT          15,5-17,5 Hp</w:t>
        <w:br/>
        <w:t>Dbl + NT    İyi 18-20 Hp</w:t>
        <w:br/>
        <w:t>Dbl + 2NT  21-22 Hp</w:t>
      </w:r>
    </w:p>
    <w:p>
      <w:r>
        <w:t>22.01.2022 ♣♦♠♥</w:t>
      </w:r>
    </w:p>
    <w:p>
      <w:r>
        <w:t>1NT açılışına, 15Hp ile özellikli bir el yoksa slam’e davet edilmez.</w:t>
      </w:r>
    </w:p>
    <w:p>
      <w:r>
        <w:t>Özellikli elden kasıt 5’li renk veya koz fiti olmasıdır.</w:t>
      </w:r>
    </w:p>
    <w:p>
      <w:r>
        <w:t>4-3-3-3 Eller aşağıya doğru yuvarlanır.</w:t>
      </w:r>
    </w:p>
    <w:p>
      <w:r>
        <w:t>A97X</w:t>
      </w:r>
    </w:p>
    <w:p>
      <w:r>
        <w:t>QT8X</w:t>
        <w:br/>
        <w:t>Hep A’ın karşısından oynanır ve önce küçük onöre empas yapılır.</w:t>
      </w:r>
    </w:p>
    <w:p>
      <w:r>
        <w:t>AQXX</w:t>
      </w:r>
    </w:p>
    <w:p>
      <w:r>
        <w:t>T98X</w:t>
        <w:br/>
        <w:t>T oynanır</w:t>
        <w:br/>
        <w:t>AJX                    AQXX                  AQX              AQX</w:t>
      </w:r>
    </w:p>
    <w:p>
      <w:r>
        <w:t>QXXXX               JXXX                   JXXX              JXX</w:t>
        <w:br/>
        <w:t>A’ın yanındaki onöre doğru oynanır ve sonra A çekilir.</w:t>
      </w:r>
    </w:p>
    <w:p>
      <w:r>
        <w:t>Defansta onör sür onör yapmaktaki hedef ortağa büyük bırakmaktır.</w:t>
      </w:r>
    </w:p>
    <w:p>
      <w:r>
        <w:t>QJTX sıralı onörler varsa, o zaman oturulmayabilir çünkü ortağa büyük kalmayacağı bellidir.</w:t>
      </w:r>
    </w:p>
    <w:p>
      <w:r>
        <w:t>1♣            1♦</w:t>
        <w:br/>
        <w:t>1NT      4’lü Majör olabilir</w:t>
        <w:br/>
        <w:t>……………………………………………..</w:t>
        <w:br/>
        <w:t>1♣            1♦</w:t>
        <w:br/>
        <w:t>1♥/♠  5-4 El</w:t>
      </w:r>
    </w:p>
    <w:p>
      <w:r>
        <w:t>**Açarken, araya girerken, cevap verirken 5-5 ellerle pahalısı söylenir**</w:t>
      </w:r>
    </w:p>
    <w:p>
      <w:r>
        <w:br/>
        <w:t>Kozun kötü dağıldığının bilindiği durumlarda, kısalmaya çalışılır.</w:t>
      </w:r>
    </w:p>
    <w:p>
      <w:r>
        <w:t>Her iki taraftan (elden ve yerden) da çakmaya çalışılır.</w:t>
      </w:r>
    </w:p>
    <w:p>
      <w:r>
        <w:t>Hem elden hem yerden çakarken de, alıcı elleri, defansın o rengi boşaltmasına meydan vermeden almak gerekir.</w:t>
      </w:r>
    </w:p>
    <w:p>
      <w:r>
        <w:t>27.01.2022 ♣♦♠♥</w:t>
      </w:r>
    </w:p>
    <w:p>
      <w:r>
        <w:t>1♠         2♠   8-10 P</w:t>
        <w:br/>
        <w:t>Kötü 8 puan ile bile direkt 2♠ denmemelidir.</w:t>
      </w:r>
    </w:p>
    <w:p>
      <w:r>
        <w:t>Kontrat NT, atak X</w:t>
        <w:br/>
        <w:t>JX</w:t>
      </w:r>
    </w:p>
    <w:p>
      <w:r>
        <w:t>ATX</w:t>
        <w:br/>
        <w:t>Elde ve yerde Eşdeğer onörler olunca uzaktan alınır (ele çekilir)</w:t>
        <w:br/>
        <w:t>JX</w:t>
      </w:r>
    </w:p>
    <w:p>
      <w:r>
        <w:t>AKX</w:t>
        <w:br/>
        <w:t>Burada eşdeğer onör yoktur, yerden V konur.</w:t>
      </w:r>
    </w:p>
    <w:p>
      <w:r>
        <w:t>Slam’e gidilirken, kozun iki tarafta toplam 10 adet olduğu biliniyorsa, koz Q’ı varmış gibi hareket edilir.</w:t>
      </w:r>
    </w:p>
    <w:p>
      <w:r>
        <w:t>2 açılışında, Cevapçıda 2-3 adet koz varsa, ortak 5-6 alır diye hesap yapar.</w:t>
      </w:r>
    </w:p>
    <w:p>
      <w:r>
        <w:t>3 açılışında, Cevapçıda 2-3 adet koz varsa, ortak 6-7 alır diye hesap yapar.</w:t>
      </w:r>
    </w:p>
    <w:p>
      <w:r>
        <w:t>Cover kartlara göre davranılır.</w:t>
      </w:r>
    </w:p>
    <w:p>
      <w:r>
        <w:t>NT oyunlarında illa adetsel çokluk önemli değildir, o renkten kesin alınabilecek löve sayısı önemlidir.</w:t>
      </w:r>
    </w:p>
    <w:p>
      <w:r>
        <w:t>KQJT</w:t>
      </w:r>
    </w:p>
    <w:p>
      <w:r>
        <w:t>XX</w:t>
        <w:br/>
        <w:t>Bu renk toplam 6 adet olmasına ragmen, 3 löve alınacağı kesindir.</w:t>
      </w:r>
    </w:p>
    <w:p>
      <w:r>
        <w:t>Önce bu renk sağlanır.</w:t>
      </w:r>
    </w:p>
    <w:p>
      <w:r>
        <w:t>Sağlanması gereken 2 renk olduğunda büyük onörü dışarıda olan önce sağlanır.</w:t>
      </w:r>
    </w:p>
    <w:p>
      <w:r>
        <w:t>15.10.2022 ♣♦♠♥</w:t>
      </w:r>
    </w:p>
    <w:p>
      <w:r>
        <w:t>2♥       2NT  15,5-17,5 Hp, NT Eli var</w:t>
        <w:br/>
        <w:t>------------------------------------------------------------------------------------</w:t>
        <w:br/>
        <w:t>Unusual Notrump olması için mutlaka sıçrama olması lazım!</w:t>
      </w:r>
    </w:p>
    <w:p>
      <w:r>
        <w:t>1♠       2NT ♣♦</w:t>
        <w:br/>
        <w:t>1♦       2NT ♣♥</w:t>
      </w:r>
    </w:p>
    <w:p>
      <w:r>
        <w:br/>
        <w:t>JXX</w:t>
        <w:br/>
        <w:t>KQT9X            AXX</w:t>
        <w:br/>
        <w:t>Normalde K atağı ‘’ver çocuğu’’ anlamındadır, yani ortakta A varsa A’ı koyar.</w:t>
      </w:r>
    </w:p>
    <w:p>
      <w:r>
        <w:t>Yukarıdaki örnek istisnadır.</w:t>
      </w:r>
    </w:p>
    <w:p>
      <w:r>
        <w:t>A konmaz.</w:t>
      </w:r>
    </w:p>
    <w:p>
      <w:r>
        <w:t>Kayıpların az olduğu ele Temel El denir.</w:t>
      </w:r>
    </w:p>
    <w:p>
      <w:r>
        <w:t>Temel el %95 kozun uzun olduğu eldir ama bazen kozun yanında çok güzel uzun bir yan renk olur.</w:t>
      </w:r>
    </w:p>
    <w:p>
      <w:r>
        <w:t>Kozlar o tarafta uzun değil, eşit ya da 1 el kısa da olabilir ama temel el orasıdır.</w:t>
      </w:r>
    </w:p>
    <w:p>
      <w:r>
        <w:t>1♠            1NT</w:t>
        <w:br/>
        <w:t>2♥              P</w:t>
        <w:br/>
        <w:t>Burada koz atağı mecburi gibidir.</w:t>
      </w:r>
    </w:p>
    <w:p>
      <w:r>
        <w:t>(Açanın 2.</w:t>
      </w:r>
    </w:p>
    <w:p>
      <w:r>
        <w:t>Rengine P denmesi hali)</w:t>
      </w:r>
    </w:p>
    <w:p>
      <w:r>
        <w:t>22.10.2022 ♣♦♠♥</w:t>
      </w:r>
    </w:p>
    <w:p>
      <w:r>
        <w:t>Araya giren önce Dbl atıp, sonra renk söylerse kuvvetlidir.</w:t>
      </w:r>
    </w:p>
    <w:p>
      <w:r>
        <w:t>Ama Cevapçı önce Dbl atıp, sonra renk söylerse kuvvet göstermez.</w:t>
      </w:r>
    </w:p>
    <w:p>
      <w:r>
        <w:t>D                     B</w:t>
        <w:br/>
        <w:t>1♦              1♥</w:t>
        <w:br/>
        <w:t>2♣              2♦  Preferans; 4-3 yerine 5-2’ye oynamak tercih edilir *</w:t>
      </w:r>
    </w:p>
    <w:p/>
    <w:p>
      <w:r>
        <w:br/>
        <w:t>B               K                 D               G</w:t>
        <w:br/>
        <w:t>1♥         Dbl              P              2♥’Bende de açış puanı var,elini anlat’</w:t>
        <w:br/>
        <w:t>P                3♦          P              3NT</w:t>
      </w:r>
    </w:p>
    <w:p>
      <w:r>
        <w:t>Ortağı Cue-bid yaptığı için 3♦der</w:t>
      </w:r>
    </w:p>
    <w:p>
      <w:r>
        <w:t>15.12.2022 ♣♦♠♥</w:t>
      </w:r>
    </w:p>
    <w:p>
      <w:r>
        <w:t>1♦          P         1♥        1♠</w:t>
        <w:br/>
        <w:t>Dbl 3’ü ♥ var</w:t>
      </w:r>
    </w:p>
    <w:p>
      <w:r>
        <w:br/>
        <w:t>AQXXX       Önce A çekilir,</w:t>
        <w:br/>
        <w:t>TXXX         Sonra Q’a doğru oynanır.</w:t>
      </w:r>
    </w:p>
    <w:p>
      <w:r>
        <w:t>1♥/♠     Dbl        2♥/♠    6-10P</w:t>
        <w:br/>
        <w:t>Araya giriş olduğunda 2 seviyesinde Majör tutuşları</w:t>
        <w:br/>
        <w:t>8-10 değil 6-10 Puandır</w:t>
      </w:r>
    </w:p>
    <w:p>
      <w:r>
        <w:t>Defansta iken, kendinden sonra 2/3 onör varsa ‘’honneur sur honneur’’ yapılır.</w:t>
      </w:r>
    </w:p>
    <w:p>
      <w:r>
        <w:t>AQX</w:t>
        <w:br/>
        <w:t xml:space="preserve">KXX   </w:t>
        <w:tab/>
        <w:t xml:space="preserve">         J oynandığında K oturulur.</w:t>
      </w:r>
    </w:p>
    <w:p>
      <w:r>
        <w:t>J</w:t>
      </w:r>
    </w:p>
    <w:p>
      <w:r>
        <w:t>AQTX</w:t>
        <w:br/>
        <w:t>KXX                    J oynandığında K oturulur.</w:t>
      </w:r>
    </w:p>
    <w:p>
      <w:r>
        <w:t>J             Ortakta 9XXX varsa 9’lu büyük kalır.</w:t>
      </w:r>
    </w:p>
    <w:p>
      <w:r>
        <w:t>ATXX</w:t>
        <w:br/>
        <w:t xml:space="preserve">QXX   </w:t>
        <w:tab/>
        <w:t xml:space="preserve">    J oynandığında Q oturulur.</w:t>
      </w:r>
    </w:p>
    <w:p>
      <w:r>
        <w:t>J             Ortakta A9X olma ihtimali vardır.</w:t>
      </w:r>
    </w:p>
    <w:p>
      <w:r>
        <w:t>Dikkat!</w:t>
      </w:r>
    </w:p>
    <w:p>
      <w:r>
        <w:t>Kendinden sonra 4 onör varsa ‘’honneur sur honneur’’ yapılmaz.</w:t>
      </w:r>
    </w:p>
    <w:p>
      <w:r>
        <w:t>KJT8</w:t>
        <w:br/>
        <w:t>QXX</w:t>
        <w:br/>
        <w:t>9</w:t>
        <w:br/>
        <w:t>J oynandığında Q oturulmaz, hepsini aldığı görünüyor.</w:t>
      </w:r>
    </w:p>
    <w:p>
      <w:r>
        <w:t>Belki 9’lu tektir.</w:t>
      </w:r>
    </w:p>
    <w:p>
      <w:r>
        <w:t>Koz oynanırken ‘’honneur sur honneur’’ yapılmaz.</w:t>
      </w:r>
    </w:p>
    <w:p>
      <w:r>
        <w:t>Koz onörlerine oturmak tehlikelidir.</w:t>
      </w:r>
    </w:p>
    <w:p>
      <w:r>
        <w:t>Açan    NT dediğinde  bir renkten min.</w:t>
      </w:r>
    </w:p>
    <w:p>
      <w:r>
        <w:t>2 tane vardır</w:t>
        <w:br/>
        <w:t>Cevapçı NT dediğinde  bir renkten şikan bile olabilir.</w:t>
      </w:r>
    </w:p>
    <w:p>
      <w:r>
        <w:t>*** LEBENSOHL *** (genellikle unutulur,dikkat!)</w:t>
      </w:r>
    </w:p>
    <w:p>
      <w:r>
        <w:t>2♥       Dbl       P        2NT ♣’e transfer.</w:t>
      </w:r>
    </w:p>
    <w:p>
      <w:r>
        <w:t>♣/♦var.</w:t>
      </w:r>
    </w:p>
    <w:p>
      <w:r>
        <w:t>0-8Hp</w:t>
        <w:br/>
        <w:t>2♠ ♠var.</w:t>
      </w:r>
    </w:p>
    <w:p>
      <w:r>
        <w:t>0-9Hp</w:t>
        <w:br/>
        <w:t>3♣/♦ ♣/♦var.</w:t>
      </w:r>
    </w:p>
    <w:p>
      <w:r>
        <w:t>9-12Hp</w:t>
        <w:br/>
        <w:t>3♥  Cue-bid.</w:t>
      </w:r>
    </w:p>
    <w:p>
      <w:r>
        <w:t>12+Hp</w:t>
        <w:br/>
        <w:t>3♠ 5’li♠, davet eli.</w:t>
      </w:r>
    </w:p>
    <w:p>
      <w:r>
        <w:t>(Not:♠4’lü ise önce 2NT sonra 3♠)</w:t>
        <w:br/>
        <w:t>3NT ♥’ü kesiyor.</w:t>
      </w:r>
    </w:p>
    <w:p>
      <w:r>
        <w:t>12+Hp</w:t>
        <w:br/>
        <w:t>4♥  Sıçrayarak Cue-bid</w:t>
        <w:br/>
        <w:t>‘’Minörlerden birini seç’’ anlamına gelir</w:t>
        <w:br/>
        <w:t>Dbl diyen, ortağından 2NT cevabı aldığında 3♣ rebid eder.</w:t>
      </w:r>
    </w:p>
    <w:p>
      <w:r>
        <w:t>Cevapçının da rengi ♣ ise P der, ♦ ise 3♦’ya düzeltir.</w:t>
      </w:r>
    </w:p>
    <w:p>
      <w:r>
        <w:t>Eğer Dbl diyenin 17 ve üzeri puanı varsa o zaman 3♣ yerine elini tarif edecek başka bir deklare verir.</w:t>
      </w:r>
    </w:p>
    <w:p>
      <w:r>
        <w:t>Bu Forsing’dir.</w:t>
      </w:r>
    </w:p>
    <w:p>
      <w:r>
        <w:t>19.02.2022 ♣♦♠♥</w:t>
      </w:r>
    </w:p>
    <w:p>
      <w:r>
        <w:t>KQ8X</w:t>
        <w:br/>
        <w:t xml:space="preserve">XX      </w:t>
        <w:tab/>
        <w:t>AJTX</w:t>
        <w:br/>
        <w:t>XXX</w:t>
        <w:br/>
        <w:t>Oynayan yerden Q koyduğunda, Doğu 1. turda A ile almaz, X verir.</w:t>
      </w:r>
    </w:p>
    <w:p>
      <w:r>
        <w:t>Oynayan 2.</w:t>
      </w:r>
    </w:p>
    <w:p>
      <w:r>
        <w:t>Kez oynadığında K’yı A ile alır.</w:t>
      </w:r>
    </w:p>
    <w:p>
      <w:r>
        <w:t>Burada bağışlama olmaz!</w:t>
      </w:r>
    </w:p>
    <w:p>
      <w:r>
        <w:t>Oynayan;</w:t>
        <w:br/>
        <w:t>Sağlanacak birşey olmadığında,</w:t>
        <w:br/>
        <w:t>Karşılıklı koz kalmadığında,</w:t>
        <w:br/>
        <w:t>Eldeki kayıp sayısı 1 olduğunda,</w:t>
        <w:br/>
        <w:t>1 tane yer geçeri bırakarak, sağ kozları çeker ve defansın squeeze olmasını bekler.</w:t>
      </w:r>
    </w:p>
    <w:p>
      <w:r>
        <w:t>♠X</w:t>
        <w:br/>
        <w:t>♥AQT87X</w:t>
        <w:br/>
        <w:t>♦TXX</w:t>
        <w:br/>
        <w:t>♣AXX</w:t>
        <w:br/>
        <w:t>Bu elle 2♥açılmamalı, 10Puan ve ♥çok güzel, 1♥açılmalı</w:t>
      </w:r>
    </w:p>
    <w:p>
      <w:r>
        <w:t>1♣          1♦            1♠  4’lü olabilir.</w:t>
      </w:r>
    </w:p>
    <w:p>
      <w:r>
        <w:t>(Özel durum)</w:t>
        <w:br/>
        <w:t>1♣          1♥            1♠  5’li gösterir.</w:t>
      </w:r>
    </w:p>
    <w:p>
      <w:r>
        <w:t>1♣          1♠            2♥  5’li gösterir.</w:t>
      </w:r>
    </w:p>
    <w:p>
      <w:r>
        <w:t>11+puan</w:t>
        <w:br/>
        <w:t>Rakip araya girdiğinde cevapçının rengi hep min.5’lidir.</w:t>
      </w:r>
    </w:p>
    <w:p>
      <w:r>
        <w:t>Sadece</w:t>
        <w:br/>
        <w:t>1♣          1♦ ‘dan sonra   1♠ 4’lü olabilir.</w:t>
      </w:r>
    </w:p>
    <w:p>
      <w:r>
        <w:t>1♠                1NT</w:t>
        <w:br/>
        <w:t>2♣                2♦   Zayıf el, 6’lı renk (***)</w:t>
        <w:br/>
        <w:t>Açan normal bir eli varsa Pas geçer.</w:t>
      </w:r>
    </w:p>
    <w:p>
      <w:r>
        <w:t>(***) 5♦-5♥-2♣-1♠ el var ise mecburiyetten 5’li renk ile 2♦/2♥diyebilir</w:t>
      </w:r>
    </w:p>
    <w:p>
      <w:r>
        <w:t>*** Kaç ve Çak bittikten sonra Koz iyi de olsa, kötü de olsa</w:t>
        <w:br/>
        <w:t>koza girilir!</w:t>
      </w:r>
    </w:p>
    <w:p>
      <w:r>
        <w:t>***</w:t>
      </w:r>
    </w:p>
    <w:p>
      <w:r>
        <w:t>5-2 renkler, 4-3’e göre daha çok löve üretir.</w:t>
      </w:r>
    </w:p>
    <w:p>
      <w:r>
        <w:t>KQJXX                                      KQJX</w:t>
      </w:r>
    </w:p>
    <w:p>
      <w:r>
        <w:t>XX                                           XXX</w:t>
        <w:br/>
        <w:t>4 el alınır                                  3 el alınır</w:t>
      </w:r>
    </w:p>
    <w:p>
      <w:r>
        <w:t>AJ9X                  AQ8X               J9XX</w:t>
      </w:r>
    </w:p>
    <w:p>
      <w:r>
        <w:t>T8XX                   T9XX               AT8X</w:t>
        <w:br/>
        <w:t>A’nın karşısından oyanır.</w:t>
      </w:r>
    </w:p>
    <w:p>
      <w:r>
        <w:t>Onör girilmezse, A konmaz.</w:t>
      </w:r>
    </w:p>
    <w:p>
      <w:r>
        <w:t>Tekrar A’nın karşısından oynanır.</w:t>
      </w:r>
    </w:p>
    <w:p>
      <w:r>
        <w:t>1♠                1NT  Forsing (5-12)</w:t>
        <w:br/>
        <w:t>2♣ (2’li olabilir)    2♦  Zayıf El, 6’lı ♦</w:t>
        <w:br/>
        <w:t>2♥  Zayıf El, 6’lı ♥</w:t>
        <w:br/>
        <w:t>2♠  Preferance (♠2’li ise 6-10, ♠3’lü ise 5-8 p)</w:t>
        <w:br/>
        <w:t>2NT  ♣ ve ♠’i tutmuyor, 11-12 Hp, dengesiz olabilir.</w:t>
      </w:r>
    </w:p>
    <w:p>
      <w:r>
        <w:t>3♣  ♠’i tutmuyor, 5-6 tane ♣</w:t>
        <w:br/>
        <w:t>3♦</w:t>
        <w:br/>
        <w:t>3♥</w:t>
        <w:br/>
        <w:t>3♠  3’lü♠, 11-12 P</w:t>
        <w:br/>
        <w:t>4♠</w:t>
      </w:r>
    </w:p>
    <w:p/>
    <w:p>
      <w:r>
        <w:br/>
        <w:t>QJX</w:t>
      </w:r>
    </w:p>
    <w:p>
      <w:r>
        <w:br/>
        <w:t>AXXX</w:t>
        <w:br/>
        <w:t>NT oynarken bu renkten 3 el alabilmek için Q’a ve V’ye doğru 2 defa küçük oynanmalıdır</w:t>
      </w:r>
    </w:p>
    <w:p>
      <w:r>
        <w:t>17.12.2022 ♣♦♠♥</w:t>
      </w:r>
    </w:p>
    <w:p>
      <w:r>
        <w:t>VTXXX</w:t>
      </w:r>
    </w:p>
    <w:p>
      <w:r>
        <w:t>A8X</w:t>
        <w:br/>
        <w:t>Onör ikiliye doğru oynamak en yüksek olasılıklı oyundur.</w:t>
      </w:r>
    </w:p>
    <w:p>
      <w:r>
        <w:t>Elden V oynanır, Q koyarsa A ile alınır.</w:t>
      </w:r>
    </w:p>
    <w:p>
      <w:r>
        <w:t>T’a doğru oynanır.</w:t>
      </w:r>
    </w:p>
    <w:p>
      <w:r>
        <w:t>X gelirse bırakılır, ikinci seferde A çekilir.</w:t>
      </w:r>
    </w:p>
    <w:p>
      <w:r>
        <w:t>Konuşma ve Anlamları :</w:t>
      </w:r>
    </w:p>
    <w:p>
      <w:r>
        <w:t>2♣ (Kuvvetli,Dengeli 23+,Dengesiz 21+)         2♦(waiting bid 4+Hp)</w:t>
        <w:br/>
        <w:t>(Çok dengesiz,tek renkli 17+, 9,5 lövesi olan el) 2♥ (0-3Hp)</w:t>
        <w:br/>
        <w:t>2♠ (En az 5’li♠)                                3♠(Tutuş var,el iyi)</w:t>
        <w:br/>
        <w:t>4♠ (Kötü El)</w:t>
        <w:br/>
        <w:t>3NT (Tekim yok,dengeli,slam’e gidebiliriz)        4♦(♦kontrol var,♣kontrol yok)</w:t>
        <w:br/>
        <w:t>4NT (Key Card sorusu)                                           5♣(4-1 kc)</w:t>
        <w:br/>
        <w:t>5♦ (Koz Q’ı var mı sorusu)                                   5♠(Koz Q yok, olsa 5♥,5NT K göster)</w:t>
      </w:r>
    </w:p>
    <w:p>
      <w:r>
        <w:br/>
        <w:t>Oyun 4♥</w:t>
        <w:br/>
        <w:t>Batı 2♦açtı.</w:t>
      </w:r>
    </w:p>
    <w:p>
      <w:r>
        <w:t>Yanlış!</w:t>
      </w:r>
    </w:p>
    <w:p>
      <w:r>
        <w:t>Yanında 4’lü major varken ve 1.ve 2.</w:t>
      </w:r>
    </w:p>
    <w:p>
      <w:r>
        <w:t>Pozisyonda renk kaliteli değilken 2 Minör açışı yapılmaz.</w:t>
      </w:r>
    </w:p>
    <w:p>
      <w:r>
        <w:t>B               K             D             G</w:t>
        <w:br/>
        <w:t>P               P         1♥       2♥ 5’li ♠ ve minörlerden biri</w:t>
        <w:br/>
        <w:t>4♥ veya</w:t>
        <w:br/>
        <w:t>3♠Elim iyi, ♠tek,en az 4♥ oynarız.</w:t>
      </w:r>
    </w:p>
    <w:p>
      <w:r>
        <w:t>1♥            1♠         Dbl♥’ü tutmuyor, minörler var      P</w:t>
      </w:r>
    </w:p>
    <w:p>
      <w:r>
        <w:t>12.03.2022 ♣♦♠♥</w:t>
      </w:r>
    </w:p>
    <w:p>
      <w:r>
        <w:t>2♣                  3♣ Solid renk var, min 5’li, AKQ olmalı +ve el</w:t>
        <w:br/>
        <w:t>‘’Kaya gibi renk olmalı’’</w:t>
        <w:br/>
        <w:t>2♣ açışına    2♦ dışında verilen cevaplar pozitifdir.</w:t>
      </w:r>
    </w:p>
    <w:p>
      <w:r>
        <w:t>2♣ açan daha sonra major renk söylerse, cevapçının kuvvetli eli varsa basit fit verir, zayıf el ile ise 4♥/4♠ diyerek zone ilan eder.</w:t>
      </w:r>
    </w:p>
    <w:p>
      <w:r>
        <w:t>1♦                      P                          1♥                       1♠</w:t>
        <w:br/>
        <w:t>Dbl   Fit Kontru (3’lü ♥ var)                 2NT    11-12Puan</w:t>
      </w:r>
    </w:p>
    <w:p>
      <w:r>
        <w:t>1♦                    1NT    6-10 Puan, 4’lü Majör yok</w:t>
        <w:br/>
        <w:t>2NT  11-12 Puan, 4’lü Majör yok</w:t>
        <w:br/>
        <w:t>3NT  13-16 Puan, 4’lü Majör yok</w:t>
      </w:r>
    </w:p>
    <w:p/>
    <w:p>
      <w:r>
        <w:br/>
        <w:t>J   Atak</w:t>
        <w:br/>
        <w:t>X</w:t>
        <w:br/>
        <w:t>KXX</w:t>
        <w:br/>
        <w:t>Yerde onör yoksa atağa her zaman en büyük konur!</w:t>
      </w:r>
    </w:p>
    <w:p>
      <w:r>
        <w:t>Burada K konmalıdır.</w:t>
      </w:r>
    </w:p>
    <w:p>
      <w:r>
        <w:t>1♠             2♠             2NT  ♠fiti var, 11-12 Puan</w:t>
      </w:r>
    </w:p>
    <w:p>
      <w:r>
        <w:br/>
        <w:t>Dengeli 11 puan ile oyun açılmaz!</w:t>
      </w:r>
    </w:p>
    <w:p>
      <w:r>
        <w:t>Dengesiz 11 puan ile açılabilir.</w:t>
      </w:r>
    </w:p>
    <w:p>
      <w:r>
        <w:t>Rengine ortağı P geçti ve oyun ikinci rengine kaldı ise, Koz atak etmek iyidir.</w:t>
      </w:r>
    </w:p>
    <w:p>
      <w:r>
        <w:t>KT6                                   AVT                                KVXX</w:t>
      </w:r>
    </w:p>
    <w:p>
      <w:r>
        <w:br/>
        <w:t>AV972                              K98XX                               AT9</w:t>
        <w:br/>
        <w:t>K çekilir,T oynanır,             A çekilir,V oynanır               A çekilir,T oynanır</w:t>
        <w:br/>
        <w:t>empas yapılır                      empas yapılır                        empas yapılır</w:t>
        <w:br/>
        <w:t>Önce kısa taraftaki onör çekilir, sonra empas yapılır.</w:t>
      </w:r>
    </w:p>
    <w:p>
      <w:r>
        <w:t>02.04.2022 ♣♦♠♥</w:t>
      </w:r>
    </w:p>
    <w:p>
      <w:r>
        <w:t>1♦           2♦          Dbl  9+puan,belirgin bir renk yok</w:t>
        <w:br/>
        <w:t>3♦ 8-11puan, 5’li Fit var</w:t>
        <w:br/>
        <w:t>3♣ ♣var, ♦fiti yok,orta el.</w:t>
      </w:r>
    </w:p>
    <w:p>
      <w:r>
        <w:t>P geçilebilir</w:t>
        <w:br/>
        <w:t>2♥ ♣den zone forcing</w:t>
        <w:br/>
        <w:t>2♠♦ dan zone forcing</w:t>
      </w:r>
    </w:p>
    <w:p>
      <w:r>
        <w:t>Rakip Michael’s Cue-bid yaptığından onda Majörler var, bu durumda   2♥ ve/veya 2♠   diyen ♥/♠ oynamak istiyor olamaz.</w:t>
      </w:r>
    </w:p>
    <w:p>
      <w:r>
        <w:t>Cue-bid ediyor, naturel değil.</w:t>
      </w:r>
    </w:p>
    <w:p>
      <w:r>
        <w:t>Küçük küçükten, büyük büyükten FORCING’dir</w:t>
        <w:br/>
        <w:t>----------------------------------------------------------------------------------</w:t>
        <w:br/>
        <w:t>1♣           2♣          2♦ ♦var</w:t>
        <w:br/>
        <w:t>3♣ ♣fit var</w:t>
        <w:br/>
        <w:t>2♥ ♣den forcing</w:t>
        <w:br/>
        <w:t>2♠♦ dan forcing</w:t>
      </w:r>
    </w:p>
    <w:p>
      <w:r>
        <w:br/>
        <w:t>1♣           2NT          3♦ ♣den forcing</w:t>
        <w:br/>
        <w:t>3♥ ♠den forcing</w:t>
        <w:br/>
        <w:t>2NT diyen ♦ve ♥ vaat etmiştir.</w:t>
      </w:r>
    </w:p>
    <w:p>
      <w:r>
        <w:t>Onun renklerini söyleyerek cue-bid edilir ve gene küçük küçükten, büyük büyükten forcing ifade eder.</w:t>
      </w:r>
    </w:p>
    <w:p>
      <w:r>
        <w:t>1♥            2♥          2♠ ♥ fiti var</w:t>
        <w:br/>
        <w:t>Burada 2♥, ♠ve diğer minörü vaat eder, diğer renk belli olmadığından buradaki cue-bid tutuş ifade eder.</w:t>
      </w:r>
    </w:p>
    <w:p>
      <w:r>
        <w:t>1♠            2NT  11-12Tp, 4’lü fit,Davet</w:t>
        <w:br/>
        <w:t>♠XXXX</w:t>
        <w:br/>
        <w:t>♥X</w:t>
        <w:br/>
        <w:t>♦AKXXX</w:t>
        <w:br/>
        <w:t>♣XXX</w:t>
        <w:br/>
        <w:t>Bu el 2NT ile davet edilebilir.</w:t>
      </w:r>
    </w:p>
    <w:p>
      <w:r>
        <w:t>KTX</w:t>
      </w:r>
    </w:p>
    <w:p>
      <w:r>
        <w:t>A9X</w:t>
        <w:br/>
        <w:t>Bu renge rakip başlarsa 3 el alma şansı olur.</w:t>
      </w:r>
    </w:p>
    <w:p>
      <w:r>
        <w:t>Yoksa 2 el alır.</w:t>
      </w:r>
    </w:p>
    <w:p>
      <w:r>
        <w:t>Q9X</w:t>
      </w:r>
    </w:p>
    <w:p>
      <w:r>
        <w:t>K8X</w:t>
        <w:br/>
        <w:t>Bu renk oynanmaya başlanılırsa 1 el alınabilir.</w:t>
      </w:r>
    </w:p>
    <w:p>
      <w:r>
        <w:t>Ancak bu renk atak edilirse ya da rakip başlarsa genellikle 2 el alınır.</w:t>
      </w:r>
    </w:p>
    <w:p>
      <w:r>
        <w:t>Hangi rakip bu rengi oynamaya başlarsa, ondan sonra X konur.</w:t>
      </w:r>
    </w:p>
    <w:p>
      <w:r>
        <w:t>Örneğin Batı başlarsa, yerden X konur, Doğu T/V koyarsa K ile alınır.</w:t>
      </w:r>
    </w:p>
    <w:p>
      <w:r>
        <w:t>Elden X oynanır,Batı X koyarsa yerden 9 konur.</w:t>
      </w:r>
    </w:p>
    <w:p>
      <w:r>
        <w:t>QXX</w:t>
      </w:r>
    </w:p>
    <w:p>
      <w:r>
        <w:t>JXX</w:t>
        <w:br/>
        <w:t>Oyuncu bu renge kendisi başlarsa el alamaz.Rakip başlarsa, oynayan rakip oyuncudan sonra X koyarak, bu renkten 1 el alınabilir.</w:t>
      </w:r>
    </w:p>
    <w:p>
      <w:r>
        <w:t>XX</w:t>
        <w:br/>
        <w:t>Atak K</w:t>
        <w:br/>
        <w:t>AJXX</w:t>
        <w:br/>
        <w:t>İlk löve bırakılır, KQ’dan atak etme ihtimali yüksek, eğer Q ile devam ederse A ile ezilir.</w:t>
      </w:r>
    </w:p>
    <w:p>
      <w:r>
        <w:t>X gelirse V ile alınır.</w:t>
      </w:r>
    </w:p>
    <w:p>
      <w:r>
        <w:t>1♦              1♠</w:t>
        <w:br/>
        <w:t>1NT                 2♥  Forcing değil.</w:t>
      </w:r>
    </w:p>
    <w:p>
      <w:r>
        <w:t>P geçilebilir.</w:t>
      </w:r>
    </w:p>
    <w:p>
      <w:r>
        <w:t>Normalde cevapçının yeni rengi Forcing’dir.</w:t>
      </w:r>
    </w:p>
    <w:p>
      <w:r>
        <w:t>Forcing olmayan tek istisna ♠’ten sonra ♥</w:t>
      </w:r>
    </w:p>
    <w:p>
      <w:r>
        <w:t>Defansta iken bir renge ortağın çaktığı, rakibin de üzerine çakacağı biliniyorsa, o renk ancak kozdan beklenti varsa oynanır.</w:t>
      </w:r>
    </w:p>
    <w:p>
      <w:r>
        <w:t>Böylelikle eldeki koz terfi edebilir.</w:t>
      </w:r>
    </w:p>
    <w:p>
      <w:r>
        <w:t>07.04.2022 ♣♦♠♥</w:t>
      </w:r>
    </w:p>
    <w:p>
      <w:r>
        <w:t>1♣           1♦           Dbl 4-4 Majörler</w:t>
        <w:br/>
        <w:t>1♣           1♦          1♥/♠ 4’lü ♥/♠</w:t>
      </w:r>
    </w:p>
    <w:p>
      <w:r>
        <w:t>Negative Kontr’a cevap verirken Reverse olmaz</w:t>
        <w:br/>
        <w:t>1♣            1♦          1♠         Dbl</w:t>
        <w:br/>
        <w:t>Rdbl              2♥          3♣         3♥/4♥</w:t>
        <w:br/>
        <w:t>Reverse olmaz</w:t>
      </w:r>
    </w:p>
    <w:p>
      <w:r>
        <w:t>Örnek 1                        Örnek 2</w:t>
        <w:br/>
        <w:t>XXX                              TXX</w:t>
        <w:br/>
        <w:t>Atak K                           Atak K</w:t>
        <w:br/>
        <w:t>AJX                               AJX</w:t>
      </w:r>
    </w:p>
    <w:p>
      <w:r>
        <w:t>1.örnekte K bırakılır, sonrasında Q gelirse A ile alınır.</w:t>
      </w:r>
    </w:p>
    <w:p>
      <w:r>
        <w:t>Sonra V de alır.</w:t>
      </w:r>
    </w:p>
    <w:p>
      <w:r>
        <w:t>2.örnekte K, A ile alınır.</w:t>
      </w:r>
    </w:p>
    <w:p>
      <w:r>
        <w:t>Q çıkınca J/T alır.</w:t>
      </w:r>
    </w:p>
    <w:p>
      <w:r>
        <w:t>1♥              P             1NT           2♥</w:t>
        <w:br/>
        <w:t>Dbl                 2NT           P              3♣</w:t>
      </w:r>
    </w:p>
    <w:p>
      <w:r>
        <w:t>Minörün hangisi?</w:t>
      </w:r>
    </w:p>
    <w:p>
      <w:r>
        <w:t>Bir renkte AKJ olduğunda, bu rengi rakip oynarsa ilk turda Q’a empas yapmak doğru değildir.</w:t>
      </w:r>
    </w:p>
    <w:p>
      <w:r>
        <w:t>Çaka verilebilir.</w:t>
      </w:r>
    </w:p>
    <w:p>
      <w:r>
        <w:t>İlk turda A ile alınır.Kozu bitirdikten sonra bu rengi oynayıp Q’a empas yapılır.</w:t>
      </w:r>
    </w:p>
    <w:p>
      <w:r>
        <w:t>16.04.2022 ♣♦♠♥</w:t>
      </w:r>
    </w:p>
    <w:p>
      <w:r>
        <w:t>Sağlam uzun bir renk varken ve diğer renklerde de kontrol varsa,dışarıda kalan alıcı koza (‘’Dursun Efendi’’) el verilebilir.</w:t>
      </w:r>
    </w:p>
    <w:p>
      <w:r>
        <w:t>Rakibin, aralıklı olan rengi oynaması isteniyorsa, diğer renkleri temizlemek kaydıyla alıcı koza (‘’Dursun Efendi’’) el verilebilir.</w:t>
      </w:r>
    </w:p>
    <w:p>
      <w:r>
        <w:t>Puan yeterli olmasa bile el yakınsa 2♣ ve 2NT açmak sevilmelidir.</w:t>
      </w:r>
    </w:p>
    <w:p>
      <w:r>
        <w:t>6’lı minörle 2NT açılabilir.</w:t>
      </w:r>
    </w:p>
    <w:p>
      <w:r>
        <w:t>8 koz olduğunda   Q’a empas yapılır.Rakiplerden biri konuştu ise onda o renk tek diye düşünülebilir.</w:t>
      </w:r>
    </w:p>
    <w:p>
      <w:r>
        <w:t>9 koz olduğunda   A ve K çekilir ancak rakiplerden biri konuştu ise onda koz kısa kabul edilip, empas yapılır.</w:t>
      </w:r>
    </w:p>
    <w:p>
      <w:r>
        <w:t>10 koz olduğunda  K dışarıda ise empas yapılır.</w:t>
      </w:r>
    </w:p>
    <w:p>
      <w:r>
        <w:t>Dbl</w:t>
        <w:br/>
        <w:t>1♥                   2♥</w:t>
        <w:br/>
        <w:t>?</w:t>
      </w:r>
    </w:p>
    <w:p>
      <w:r>
        <w:t>Aşağıdaki el ile 2♠denir</w:t>
        <w:br/>
        <w:t>♠AXXX</w:t>
        <w:br/>
        <w:t>♥QXX</w:t>
        <w:br/>
        <w:t>♦XXX</w:t>
        <w:br/>
        <w:t>♣XXX</w:t>
        <w:br/>
        <w:t>Ortakta ♠ çıkabilir  / Rakibi 3♥- 4♥’e getirmeye zorlayabilir</w:t>
      </w:r>
    </w:p>
    <w:p>
      <w:r>
        <w:t>23.04.2022 ♣♦♠♥</w:t>
      </w:r>
    </w:p>
    <w:p>
      <w:r>
        <w:t>1♦              1♠</w:t>
        <w:br/>
        <w:t>1NT                 2♣   New Minor Forcing</w:t>
        <w:br/>
        <w:t>♣ var demek değil!</w:t>
      </w:r>
    </w:p>
    <w:p>
      <w:r>
        <w:t>*** ÇOK ÖNEMLİ *** level atlamak</w:t>
        <w:br/>
        <w:t>Koz♠</w:t>
        <w:br/>
        <w:t>♠XXX</w:t>
        <w:br/>
        <w:t>♥AXX</w:t>
      </w:r>
    </w:p>
    <w:p>
      <w:r>
        <w:br/>
        <w:t>♠AKQXX</w:t>
        <w:br/>
        <w:t>♥KQXX</w:t>
        <w:br/>
        <w:t>AK♠ çekilir, bir koz dışarıda bırakılır.</w:t>
      </w:r>
    </w:p>
    <w:p>
      <w:r>
        <w:t>AKQ♥ çekilir.</w:t>
      </w:r>
    </w:p>
    <w:p>
      <w:r>
        <w:t>Plan, ♥ partaj değilse, küçük ♥’ü yere çaktırmaktır.</w:t>
      </w:r>
    </w:p>
    <w:p>
      <w:r>
        <w:t>Kozu 3 adet olan kişinin ♥’ü 4’lü ise, oynayanın lehine olur.</w:t>
      </w:r>
    </w:p>
    <w:p>
      <w:r>
        <w:t>Rakip tarafından çakılsa bile zarar yok.</w:t>
      </w:r>
    </w:p>
    <w:p>
      <w:r>
        <w:t>4-3-3-3 Ellerle Stayman yapmama hakkı vardır</w:t>
      </w:r>
    </w:p>
    <w:p>
      <w:r>
        <w:br/>
        <w:t>NT’ya Atak ederken:</w:t>
        <w:br/>
        <w:t>AKX   A çıkılabilir, ortağın verdiğine bakılır,ona göre devam edilir.</w:t>
      </w:r>
    </w:p>
    <w:p>
      <w:r>
        <w:t>AKXX  A çıkılabilir, ortağın verdiğine bakılır,ona göre devam edilir.</w:t>
      </w:r>
    </w:p>
    <w:p>
      <w:r>
        <w:t>Ortakta onör yok ama 3 adet var ise X oynanır.</w:t>
      </w:r>
    </w:p>
    <w:p>
      <w:r>
        <w:t>AKXXX  X (yukarıdan 4.)</w:t>
      </w:r>
    </w:p>
    <w:p>
      <w:r>
        <w:t>atak edilir.</w:t>
      </w:r>
    </w:p>
    <w:p>
      <w:r>
        <w:t>Bazen atak edecek olanın elindeki uzun rengi yer deklare etmiş olabilir.</w:t>
      </w:r>
    </w:p>
    <w:p>
      <w:r>
        <w:t>O durumda o renk atak edilmek istenmez.</w:t>
      </w:r>
    </w:p>
    <w:p>
      <w:r>
        <w:t>Başka bir renkte AKX vardır, A atak edilip bakılır, ortaktan teşvik gelirse devam edilir.</w:t>
      </w:r>
    </w:p>
    <w:p>
      <w:r>
        <w:t>P</w:t>
        <w:br/>
        <w:t>1NT                 P</w:t>
      </w:r>
    </w:p>
    <w:p>
      <w:r>
        <w:t>Burada az puanla konuşulabilir.</w:t>
      </w:r>
    </w:p>
    <w:p>
      <w:r>
        <w:t>1NT açanın ortağı P dediğine göre onda puan yok.</w:t>
      </w:r>
    </w:p>
    <w:p>
      <w:r>
        <w:t>Ortakta puan olma ihtimali kuvvetli,dengeli eli varsa konuşamamıştır.</w:t>
      </w:r>
    </w:p>
    <w:p>
      <w:r>
        <w:t>Elde az sayıda key card ile key card sorulmamalıdır.</w:t>
      </w:r>
    </w:p>
    <w:p>
      <w:r>
        <w:t>Özellikle koz ♥ ve ♣ iken</w:t>
      </w:r>
    </w:p>
    <w:p>
      <w:r>
        <w:t>2♣ açıp, sonra 4♥ denilirse ‘’bende 23 puan yok ama 7-8 adet çok iyi ♥ var’’</w:t>
      </w:r>
    </w:p>
    <w:p>
      <w:r>
        <w:t>Baraj yaparken 3 hususa çok dikkat etmek gerekir:</w:t>
        <w:br/>
        <w:t>Eksik sayıda kozla baraj yapılmaz!</w:t>
      </w:r>
    </w:p>
    <w:p>
      <w:r>
        <w:t>Dengelli elle baraj yapılmaz!</w:t>
      </w:r>
    </w:p>
    <w:p>
      <w:r>
        <w:t>Zonda iken baraj yapılmaz!</w:t>
      </w:r>
    </w:p>
    <w:p>
      <w:r>
        <w:t>28.04.2022 ♣♦♠♥</w:t>
      </w:r>
    </w:p>
    <w:p>
      <w:r>
        <w:br/>
        <w:t>Araya giriş olunca Inverted Minor bozulur!</w:t>
      </w:r>
    </w:p>
    <w:p>
      <w:r>
        <w:t>1♣           1♠           2♠ Zone oynayabiliriz,Davet 11+ puan</w:t>
        <w:br/>
        <w:t>1♣           1♠           3♠ Splinter</w:t>
        <w:br/>
        <w:t>1♣           1♠           2♣ Normal el,♣tutuyor</w:t>
        <w:br/>
        <w:t>1♣           1♠           3♣ Normalden biraz fazla el,♣tutuyor</w:t>
      </w:r>
    </w:p>
    <w:p>
      <w:r>
        <w:t>Mecbur değilken transferi almak o rengi tutmak anlamına gelir</w:t>
        <w:br/>
        <w:t>1NT            P          2♦         Dbl</w:t>
        <w:br/>
        <w:t>2♥   ♥’ü tutuyorum</w:t>
      </w:r>
    </w:p>
    <w:p>
      <w:r>
        <w:t>5332  -   4432  -  4333   Dengeli Ellerdir.</w:t>
      </w:r>
    </w:p>
    <w:p>
      <w:r>
        <w:t>5422  -  6322                  Yarı Dengeli Ellerdir.</w:t>
      </w:r>
    </w:p>
    <w:p>
      <w:r>
        <w:t>Yerde onör olduğu zaman, ortak büyük çıkarsa,yere göre davranılır.</w:t>
      </w:r>
    </w:p>
    <w:p>
      <w:r>
        <w:t>Yer onör koyarsa onör konur, küçük verirse konmaz.</w:t>
      </w:r>
    </w:p>
    <w:p>
      <w:r>
        <w:t>Q8X</w:t>
        <w:br/>
        <w:t>T9X             K7X</w:t>
        <w:br/>
        <w:t>AJXX</w:t>
      </w:r>
    </w:p>
    <w:p>
      <w:r>
        <w:t>Atak T,</w:t>
        <w:br/>
        <w:t>Oynayan yerden küçük koyarsa , Doğu 7’liyi koyar</w:t>
      </w:r>
    </w:p>
    <w:p>
      <w:r>
        <w:t>01.05.2022 ♣♦♠♥</w:t>
      </w:r>
    </w:p>
    <w:p>
      <w:r>
        <w:t>1♠                  2♥</w:t>
        <w:br/>
        <w:t>3♥   İyi El</w:t>
        <w:br/>
        <w:t>4♥   Min.</w:t>
      </w:r>
    </w:p>
    <w:p>
      <w:r>
        <w:t>el (genellikle 4’lü)</w:t>
        <w:br/>
        <w:t>2♠ sonra 4♥  En Min.</w:t>
      </w:r>
    </w:p>
    <w:p>
      <w:r>
        <w:t>el</w:t>
        <w:br/>
        <w:t>4♣/4♦ Splinter,çok puana ihtiyaç yok.</w:t>
      </w:r>
    </w:p>
    <w:p>
      <w:r>
        <w:t>Ortak zone forsing yaptı.</w:t>
      </w:r>
    </w:p>
    <w:p>
      <w:r>
        <w:t>Teki olan eller az puanla slam yapabilirler.</w:t>
      </w:r>
    </w:p>
    <w:p>
      <w:r>
        <w:t>1NT                    3♠  Slam ile ilgili bir konuşma</w:t>
        <w:br/>
        <w:t>5-4 minör, ♠tek, kuvvet var, 11+ puan</w:t>
        <w:br/>
        <w:t>İki elde toplam 27-29 puan var.</w:t>
      </w:r>
    </w:p>
    <w:p>
      <w:r>
        <w:t>6NT mümkün değil.</w:t>
      </w:r>
    </w:p>
    <w:p>
      <w:r>
        <w:t>♦transferi yapabilmek için ♦’nun 6 tane olması gerekir.</w:t>
      </w:r>
    </w:p>
    <w:p>
      <w:r>
        <w:t>Aşağıdaki el ile 3♠denebilir.</w:t>
      </w:r>
    </w:p>
    <w:p>
      <w:r>
        <w:t>♠X</w:t>
        <w:br/>
        <w:t>♥K9X</w:t>
        <w:br/>
        <w:t>♦AJ9XX</w:t>
        <w:br/>
        <w:t>♣KV8X</w:t>
        <w:br/>
        <w:t>1NT açanın elinde ♠’te A ve Q gibi puanları var ise 3NT’ye park eder.</w:t>
      </w:r>
    </w:p>
    <w:p>
      <w:r>
        <w:t>♠’te puanı olmazsa, hangi minörü tutuyorsa ondan slam’e gidebilir.</w:t>
      </w:r>
    </w:p>
    <w:p>
      <w:r>
        <w:t>1 NT                       3♦  5-5 Minörler</w:t>
        <w:br/>
        <w:t>3♥  5-4 Minörler, ♥tek</w:t>
        <w:br/>
        <w:t>3♠  5-4 Minörler, ♠tek</w:t>
        <w:br/>
        <w:t>3♣  5-5 Minörler, zayıf el</w:t>
        <w:br/>
        <w:t>1 NT   açan ya 3♣’e P der, ya da 3♦ der.</w:t>
      </w:r>
    </w:p>
    <w:p>
      <w:r>
        <w:t>Cevapçının;</w:t>
        <w:br/>
        <w:t>Reverse ya da 4.renk yapması  Forcing dir</w:t>
        <w:br/>
        <w:t>Kendi rengini sıçrayarak tekrar etmesi Forsing değildir!</w:t>
      </w:r>
    </w:p>
    <w:p>
      <w:r>
        <w:t>07.05.2022 ♣♦♠♥</w:t>
      </w:r>
    </w:p>
    <w:p>
      <w:r>
        <w:br/>
        <w:t>1♠                  1NT</w:t>
        <w:br/>
        <w:t>2NT   18-19Hp</w:t>
      </w:r>
    </w:p>
    <w:p>
      <w:r>
        <w:t>1♠                  1NT</w:t>
        <w:br/>
        <w:t>2♣                       2♠</w:t>
        <w:br/>
        <w:t>2NT   Kıvırtıp 2NT demek 16-17Hp gösterir.</w:t>
      </w:r>
    </w:p>
    <w:p>
      <w:r>
        <w:t>ATX                   Q98X                  T98X</w:t>
      </w:r>
    </w:p>
    <w:p>
      <w:r>
        <w:br/>
        <w:t>Q98XX               ATXX                   AQXX</w:t>
      </w:r>
    </w:p>
    <w:p>
      <w:r>
        <w:t>El ve yer 2 elin toplamında AQT98 var ise Q’a doğru oynanmaz, A’ın karşısından oynanır.</w:t>
      </w:r>
    </w:p>
    <w:p>
      <w:r>
        <w:t>Rakip çaktığında üste çakar pozisyonda iken, üste çakıp, sonrasında koz oynamak en öldürücü darbedir.</w:t>
      </w:r>
    </w:p>
    <w:p>
      <w:r>
        <w:t>1♥                       4♦  Splinter</w:t>
        <w:br/>
        <w:t>4♥                          5♦ ♦şigan</w:t>
      </w:r>
    </w:p>
    <w:p>
      <w:r>
        <w:t>Voidwood Convention</w:t>
        <w:br/>
        <w:t>1♥                          5♦  ♦şigan, onun dışındaki KK’ları sorar</w:t>
        <w:br/>
        <w:t>5♥ 0</w:t>
        <w:br/>
        <w:t>5♠ 1</w:t>
        <w:br/>
        <w:t>5NT 2</w:t>
      </w:r>
    </w:p>
    <w:p>
      <w:r>
        <w:t>12.05.2022 ♣♦♠♥</w:t>
      </w:r>
    </w:p>
    <w:p>
      <w:r>
        <w:br/>
        <w:t>1♦       P          1♥       Dbl</w:t>
        <w:br/>
        <w:t>RDbl  Fit Kontr’u ‘’bende 3 adet ♥var’’</w:t>
      </w:r>
    </w:p>
    <w:p/>
    <w:p>
      <w:r>
        <w:t>Ortak PAS’dan gelirse Inverted Minor’a PAS denebilir.</w:t>
      </w:r>
    </w:p>
    <w:p>
      <w:r>
        <w:t>P            P</w:t>
        <w:br/>
        <w:t>1♦       P         2♦        P</w:t>
        <w:br/>
        <w:t>P</w:t>
      </w:r>
    </w:p>
    <w:p>
      <w:r>
        <w:br/>
        <w:t>Deklarasyondan rakibin uzun rengi olduğu biliniyorsa ve bu renk durdurulamıyorsa KOZ Atağı yapılmamalıdır…</w:t>
      </w:r>
    </w:p>
    <w:p>
      <w:r>
        <w:br/>
        <w:t>Oyunda, rakiplerden birinin dengesiz olduğu biliniyorsa, oynanan rengin onda kısa ya da şigan olma ihtimalini değerlendirerek onu 2. yapmak gerekir.</w:t>
      </w:r>
    </w:p>
    <w:p>
      <w:r>
        <w:t>NT’ya atak ederken, 2 tane 4’lü renk varsa, A olmayanı atak edilir.</w:t>
      </w:r>
    </w:p>
    <w:p>
      <w:r>
        <w:t>KQT’nun üzerindeki A, NT oyunlarında ilk başta almaz.</w:t>
      </w:r>
    </w:p>
    <w:p>
      <w:r>
        <w:t>KQTX</w:t>
        <w:br/>
        <w:t>AXX</w:t>
      </w:r>
    </w:p>
    <w:p>
      <w:r>
        <w:t>XXX</w:t>
        <w:br/>
        <w:t>Oynayan, ilk turda yerden K’yı koyduğunda, A konmaz!</w:t>
      </w:r>
    </w:p>
    <w:p>
      <w:r>
        <w:t>A konursa oynayanın isteğine yardım edilmiş olur.</w:t>
      </w:r>
    </w:p>
    <w:p>
      <w:r>
        <w:t>14.05.2022 ♣♦♠♥</w:t>
      </w:r>
    </w:p>
    <w:p>
      <w:r>
        <w:br/>
        <w:t>TRANSFERİ KIRMAK :</w:t>
        <w:br/>
        <w:t>1NT                                2♦♥’e transfer</w:t>
        <w:br/>
        <w:t>3♥  4’lü ♥ var, min.</w:t>
      </w:r>
    </w:p>
    <w:p>
      <w:r>
        <w:t>el</w:t>
        <w:br/>
        <w:t>2NT  4’lü ♥ var, max.</w:t>
      </w:r>
    </w:p>
    <w:p>
      <w:r>
        <w:t>el</w:t>
      </w:r>
    </w:p>
    <w:p/>
    <w:p>
      <w:r>
        <w:br/>
        <w:t>Ortağın Dbl’ına NT demek puan da gösterir.</w:t>
      </w:r>
    </w:p>
    <w:p>
      <w:r>
        <w:t>Puan yoksa en düşük 3’lü renk söylenir.</w:t>
      </w:r>
    </w:p>
    <w:p>
      <w:r>
        <w:t>Rakibin rengi tren gibi ise Dbl’a P denir ama uzun olup da doğru dürüst el almıyorsa P denemez, NT da denemez puan gerekir, bu durumda en düşük 3’lü renk söylenir.</w:t>
      </w:r>
    </w:p>
    <w:p>
      <w:r>
        <w:t>Aşağıdaki el ile 3♦</w:t>
        <w:br/>
        <w:t>♠XXXXX</w:t>
        <w:br/>
        <w:t>♥QXX</w:t>
        <w:br/>
        <w:t>♦VXX</w:t>
        <w:br/>
        <w:t>♣ XX</w:t>
      </w:r>
    </w:p>
    <w:p>
      <w:r>
        <w:br/>
        <w:t>Fit KONTR’u</w:t>
        <w:br/>
        <w:t>Ortakta 4’lü olabilecek renge 3’lü fit var ise,</w:t>
        <w:br/>
        <w:t>1♦        P        1♥     1♠</w:t>
        <w:br/>
        <w:t>Dbl 3’lü ♥ var, sende 5’li ise ♥ oynayabiliriz.</w:t>
      </w:r>
    </w:p>
    <w:p>
      <w:r>
        <w:t>3’lü Fit var</w:t>
      </w:r>
    </w:p>
    <w:p>
      <w:r>
        <w:t>Ortağının renginin 5’li olduğu bilindiğinde, atılan Fit Dbl/RDbl, Fit yok Puan var anlamına gelir.</w:t>
      </w:r>
    </w:p>
    <w:p>
      <w:r>
        <w:t>1♦        1♠      Dbl        RDbl  ♠Fiti yok, puan var</w:t>
      </w:r>
    </w:p>
    <w:p>
      <w:r>
        <w:t>1 Minör açışına 1 NT cevabı 6-10 Hp ve 4’lü Majör yok anlamına gelir.</w:t>
      </w:r>
    </w:p>
    <w:p>
      <w:r>
        <w:t>1 NT                                     2♣</w:t>
        <w:br/>
        <w:t>2♠♠var, ♥yok           3♦</w:t>
        <w:br/>
        <w:t>3♥ ♦’yu tutuyorum ama 3NT’yi geçmemek için 4♦diyemiyorum.</w:t>
      </w:r>
    </w:p>
    <w:p>
      <w:r>
        <w:t>Min.</w:t>
      </w:r>
    </w:p>
    <w:p>
      <w:r>
        <w:t>El (Baştan ♥ olmadığını söylemişti, ♥olamaz)</w:t>
      </w:r>
    </w:p>
    <w:p>
      <w:r>
        <w:t>Fit olduğunda, 2 renkteki toplam kart sayısı 10 ise iyimser olunur.</w:t>
      </w:r>
    </w:p>
    <w:p>
      <w:r>
        <w:t>Part Score oynayacak el ile Zone’a , Zone oynayacak el ile Slam’e gidilebilir.</w:t>
      </w:r>
    </w:p>
    <w:p>
      <w:r>
        <w:t>1♥              1NT</w:t>
        <w:br/>
        <w:t>2♣              3♥ Davet</w:t>
      </w:r>
    </w:p>
    <w:p>
      <w:r>
        <w:t>K9X</w:t>
        <w:br/>
        <w:t>Kötü dağılıma karşı, ilk elden Q oynanır.</w:t>
      </w:r>
    </w:p>
    <w:p>
      <w:r>
        <w:t>A almazsa yere K’ya gidilir.</w:t>
      </w:r>
    </w:p>
    <w:p>
      <w:r>
        <w:t>QJ87XX</w:t>
        <w:br/>
        <w:t>Oyun kötü dağılıma göre oynanmaz ama kötü dağılıma karşı tedbir alınır.</w:t>
      </w:r>
    </w:p>
    <w:p>
      <w:r>
        <w:t>ATXX her iki tarafta da 4’lü olabilir, o yüzden önce durumu görmek için çift onörlü taraftan oynanır ve durum görülür.</w:t>
      </w:r>
    </w:p>
    <w:p>
      <w:r>
        <w:t>Bir taraf vermezse ona göre tedbir alınabilir.</w:t>
      </w:r>
    </w:p>
    <w:p>
      <w:r>
        <w:t>A çekip, her iki taraf da veriyor mu diye bakılır</w:t>
        <w:br/>
        <w:t>QT’dan sonrai kişi vermezse, o zaman diğer rakipte 4 adet vardır</w:t>
        <w:br/>
        <w:t>Yerden X oynayıp, elden T konulur Afişe Empas</w:t>
      </w:r>
    </w:p>
    <w:p>
      <w:r>
        <w:t>02.06.2022 ♣♦♠♥</w:t>
      </w:r>
    </w:p>
    <w:p>
      <w:r>
        <w:t>1NT                     2♦♥’e transfer</w:t>
        <w:br/>
        <w:t>2♥                     3♦</w:t>
        <w:br/>
        <w:t>3♥ Elim iyi, 3 adet ♥</w:t>
        <w:br/>
        <w:t>4♥ Elim kötü, 3 adet ♥</w:t>
        <w:br/>
        <w:t>3NT♥ 3’lü değil, ♦ da 4 lü değil</w:t>
      </w:r>
    </w:p>
    <w:p>
      <w:r>
        <w:br/>
        <w:t>1♥                      2♦</w:t>
        <w:br/>
        <w:t>2♥                      4♥ 4♥ oynayalım</w:t>
      </w:r>
    </w:p>
    <w:p>
      <w:r>
        <w:br/>
        <w:t>1♥                      2♣</w:t>
        <w:br/>
        <w:t>2♦                      3♥ ‘’kontrole ihtiyacım var, elim super, slam’a gidebiliriz’’</w:t>
      </w:r>
    </w:p>
    <w:p>
      <w:r>
        <w:br/>
        <w:t>1♥                      2♣♥ tutuyorum demek değil!</w:t>
      </w:r>
    </w:p>
    <w:p>
      <w:r>
        <w:t>♣var, adet belli değil</w:t>
        <w:br/>
        <w:t>2♦                      2♥’’elini anlatmaya devam et, ♥ tutuyorum elim iyi’’</w:t>
      </w:r>
    </w:p>
    <w:p>
      <w:r>
        <w:br/>
        <w:t>Ortak, bir renkten A atak ettiğinde, o renk yerde tek ise,</w:t>
        <w:br/>
        <w:t>Preferans verilir.</w:t>
      </w:r>
    </w:p>
    <w:p>
      <w:r>
        <w:t>En küçük             Kalan renklerden küçüğü,</w:t>
        <w:br/>
        <w:t>En büyük             Kalan renklerden büyüğü tercih eder</w:t>
        <w:br/>
        <w:t>Ortada bir kart   ‘’kafana göre takıl’’ tercih belirtmez</w:t>
      </w:r>
    </w:p>
    <w:p>
      <w:r>
        <w:t>Örneğin, ortağın ♣A atağına,</w:t>
        <w:br/>
        <w:t>Yerde ♣ tek iken verilen ♣2 ortağın ♦ dönmesini ister.</w:t>
      </w:r>
    </w:p>
    <w:p>
      <w:r>
        <w:t>Açanın yeni rengi Forcing değildir.</w:t>
      </w:r>
    </w:p>
    <w:p>
      <w:r>
        <w:t>Açanın sıçrayarak yeni renk söylemesi veya Reverse yapması Forcing’dir.</w:t>
      </w:r>
    </w:p>
    <w:p>
      <w:r>
        <w:t>XXX                                                       XX</w:t>
      </w:r>
    </w:p>
    <w:p>
      <w:r>
        <w:br/>
        <w:t>AKVTX                                                 AKVTX</w:t>
        <w:br/>
        <w:t>Önce A çekip yere geçilir,empas yapılır.</w:t>
      </w:r>
    </w:p>
    <w:p>
      <w:r>
        <w:t>A çekilirse yere geçip 1 kez empas atılabilir</w:t>
        <w:br/>
        <w:t>Hem tek Q varsa verilmez,                                          O yüzden baştan Q’a empas atılır.</w:t>
      </w:r>
    </w:p>
    <w:p>
      <w:r>
        <w:t>hem de 2 kez empas yapılabilir.</w:t>
      </w:r>
    </w:p>
    <w:p>
      <w:r>
        <w:t>2 renkten hangisi sağlanmalı diye düşünüldüğünde, A’ı dışarıda olanı önce oynamak daha iyidir.</w:t>
      </w:r>
    </w:p>
    <w:p>
      <w:r>
        <w:t>Ortak bir renk ile araya girdiğinde, onör ikiliyle onun rengini atak etmek iyidir.</w:t>
      </w:r>
    </w:p>
    <w:p>
      <w:r>
        <w:t>Ama ortak o rengi açtığında onör ikiliden atak etmek iyi değildir!</w:t>
      </w:r>
    </w:p>
    <w:p>
      <w:r>
        <w:t>(Özellikle de 1♣/1♦ açtığında)</w:t>
      </w:r>
    </w:p>
    <w:p>
      <w:r>
        <w:br/>
        <w:t>Açan 3.</w:t>
      </w:r>
    </w:p>
    <w:p>
      <w:r>
        <w:t>Konuşmasında NT deklare ederse dengesiz olabilir.</w:t>
      </w:r>
    </w:p>
    <w:p>
      <w:r>
        <w:t>Dbl atıp sıçrayarak renk söylenirse Forcing’dir.</w:t>
      </w:r>
    </w:p>
    <w:p>
      <w:r>
        <w:t>04.06.2022 ♣♦♠♥</w:t>
      </w:r>
    </w:p>
    <w:p>
      <w:r>
        <w:t>1♦          P         1♠        2♠Naturel</w:t>
        <w:br/>
        <w:t>Önce P daha sonra 2♠Naturel</w:t>
        <w:br/>
        <w:t>2♦5-5 diğer 2 renk</w:t>
      </w:r>
    </w:p>
    <w:p>
      <w:r>
        <w:t>Açanın ya da Cevapcının kimin rengi olursa olursa bir rengi sonradan söylemek NATUREL’dir.</w:t>
      </w:r>
    </w:p>
    <w:p>
      <w:r>
        <w:t>1♥            P             1NT</w:t>
        <w:tab/>
        <w:t xml:space="preserve"> P</w:t>
        <w:br/>
        <w:t>2♣           2♥  Naturel (bende iyi ♥var)</w:t>
      </w:r>
    </w:p>
    <w:p>
      <w:r>
        <w:br/>
        <w:t>4.Renk yapan, ortağına ‘’benim rengimden başlayarak bana elini anlat’’ der.</w:t>
      </w:r>
    </w:p>
    <w:p>
      <w:r>
        <w:t>1♥                         1♠</w:t>
        <w:br/>
        <w:t>2♣                         2♦</w:t>
      </w:r>
    </w:p>
    <w:p/>
    <w:p/>
    <w:p>
      <w:r>
        <w:t>Elde atak edilebilecek 2 renk var ve ikisini de rakipler deklare etmişse, elin (oynayanın) deklare ettiğini atak etmek tercih edilir.</w:t>
      </w:r>
    </w:p>
    <w:p>
      <w:r>
        <w:t>Ancak renklerden biri XXXX,</w:t>
        <w:br/>
        <w:t>diğeri QXXX olursa,</w:t>
        <w:br/>
        <w:t>XXXX’den atak edilmelidir.</w:t>
      </w:r>
    </w:p>
    <w:p>
      <w:r>
        <w:t>Ataktan elde edilen bilgiler çok önemlidir.</w:t>
      </w:r>
    </w:p>
    <w:p>
      <w:r>
        <w:t>Atak iyi analiz edilmelidir!</w:t>
      </w:r>
    </w:p>
    <w:p>
      <w:r>
        <w:t>11.06.2022 ♣♦♠♥</w:t>
      </w:r>
    </w:p>
    <w:p>
      <w:r>
        <w:br/>
        <w:t>Ortakla bir renkte kontrata karar vermeden önce;</w:t>
        <w:br/>
        <w:t>5-2 olan rengi mi 6-1 olan rengi mi seçelim diye düşünülüyorsa,</w:t>
        <w:br/>
        <w:t>6-1 olan tercih edilmelidir.</w:t>
      </w:r>
    </w:p>
    <w:p>
      <w:r>
        <w:t>1NT                         2♦</w:t>
        <w:br/>
        <w:t>2♥                                3♦</w:t>
        <w:br/>
        <w:t>3♠ ♦’yu tutuyorum, elim min.</w:t>
      </w:r>
    </w:p>
    <w:p>
      <w:r>
        <w:t>4♦ ♦’yu tutuyorum, elim max.</w:t>
      </w:r>
    </w:p>
    <w:p>
      <w:r>
        <w:t>3NT ♥’ü de ♦’yu da tutmuyorum</w:t>
      </w:r>
    </w:p>
    <w:p/>
    <w:p>
      <w:r>
        <w:t>XPAS sıra varken yapılır, sıra yoksa yapılmaz!</w:t>
      </w:r>
    </w:p>
    <w:p>
      <w:r>
        <w:t>Türkçe karşılığı ‘’Çaka Empas’’</w:t>
      </w:r>
    </w:p>
    <w:p/>
    <w:p/>
    <w:p>
      <w:r>
        <w:t>1♦                 1♠</w:t>
        <w:br/>
        <w:t>2NT 18-19 Hp gösterir.</w:t>
      </w:r>
    </w:p>
    <w:p>
      <w:r>
        <w:t>1♦                 2♣</w:t>
        <w:br/>
        <w:t>2NT 18-19 Hp göstermez, 13-14 Hp gösterir.</w:t>
      </w:r>
    </w:p>
    <w:p>
      <w:r>
        <w:t>Rakipler aralıklı bir rengi oynadığı zaman;</w:t>
        <w:br/>
        <w:t>B oynarsa ele, D oynarsa yere kadar çekilir.</w:t>
      </w:r>
    </w:p>
    <w:p>
      <w:r>
        <w:t>AQX</w:t>
        <w:br/>
        <w:t>X</w:t>
        <w:br/>
        <w:t>TXX</w:t>
        <w:br/>
        <w:t>Yerden X konup, eldeki T’a kadar çekilir.</w:t>
      </w:r>
    </w:p>
    <w:p>
      <w:r>
        <w:t>Ortak 1♥ açtığında aşağıdaki elle 4♥demek (GAMBLING) iyidir:</w:t>
        <w:br/>
        <w:t>♠TXX</w:t>
        <w:br/>
        <w:t>♥JT98X</w:t>
        <w:br/>
        <w:t>♦QXXX</w:t>
        <w:br/>
        <w:t>♣X</w:t>
      </w:r>
    </w:p>
    <w:p>
      <w:r>
        <w:br/>
        <w:t>KQ97X</w:t>
      </w:r>
    </w:p>
    <w:p>
      <w:r>
        <w:t>ATX</w:t>
        <w:br/>
        <w:t>Bu rengin oynanma şekli:</w:t>
        <w:br/>
        <w:t>Elden T oynanır, yerden K konur.</w:t>
      </w:r>
    </w:p>
    <w:p>
      <w:r>
        <w:t>Yerden X oynanır, elden A konur.</w:t>
      </w:r>
    </w:p>
    <w:p>
      <w:r>
        <w:t>D vermediyse, elden X oynanıp, yerden 9 konur.</w:t>
      </w:r>
    </w:p>
    <w:p>
      <w:r>
        <w:t>Böylece B’da JXXX’e karşı önlem alınmış olunur.</w:t>
      </w:r>
    </w:p>
    <w:p>
      <w:r>
        <w:t>Yere başka geçer olmadığı zaman mutlaka bu şekilde oynanmalıdır, eğer elden X ile başlansa olmazdı.</w:t>
      </w:r>
    </w:p>
    <w:p>
      <w:r>
        <w:t>Dengeli eller ve MissFit olan ellerle çok konuşulmaz!</w:t>
      </w:r>
    </w:p>
    <w:p>
      <w:r>
        <w:t>Dengesiz ellerle ise hep çaba içinde olunur.</w:t>
      </w:r>
    </w:p>
    <w:p>
      <w:r>
        <w:t>1NT                  3♣ Zayıf El, 5-5 Minörler</w:t>
        <w:br/>
        <w:t>1NT                  3♦ Kuvvetli El, 5-5 Minörler, Zone Kesin</w:t>
      </w:r>
    </w:p>
    <w:p>
      <w:r>
        <w:t>16.06.2022 ♣♦♠♥</w:t>
      </w:r>
    </w:p>
    <w:p>
      <w:r>
        <w:br/>
        <w:t>5-4-2-2</w:t>
        <w:br/>
        <w:t>6-3-2-2</w:t>
        <w:br/>
        <w:t>Ellerle, 15-16Hp ile 1NT açılabilir.</w:t>
      </w:r>
    </w:p>
    <w:p>
      <w:r>
        <w:t>Yalnız 17Hp ile değil.</w:t>
      </w:r>
    </w:p>
    <w:p>
      <w:r>
        <w:t>Çünkü 17Hp olduğunda Reverse yapılabilir.</w:t>
      </w:r>
    </w:p>
    <w:p>
      <w:r>
        <w:t>1♦          3♣          3♠          Dbl♠’i kesiyor musun?</w:t>
      </w:r>
    </w:p>
    <w:p>
      <w:r>
        <w:t>P            4♣♠’i kesmiyor.</w:t>
      </w:r>
    </w:p>
    <w:p>
      <w:r>
        <w:t>1 renk ilk konuşulduğunda atılan Dbl Ceza olmaz.</w:t>
      </w:r>
    </w:p>
    <w:p>
      <w:r>
        <w:t>AXXX</w:t>
      </w:r>
    </w:p>
    <w:p>
      <w:r>
        <w:t>KJTX</w:t>
        <w:br/>
        <w:t>Eğer Q’ın B’da olduğu tahmin ediliyorsa, önce K çekilir,sonra empas yapılır.</w:t>
      </w:r>
    </w:p>
    <w:p>
      <w:r>
        <w:t>P’dan gelirken:</w:t>
        <w:br/>
        <w:t>1♠             2NT 4’lü ♠ + Tek</w:t>
        <w:br/>
        <w:t xml:space="preserve">2♦  4’lü ♠   </w:t>
        <w:tab/>
        <w:t>Davet</w:t>
        <w:br/>
        <w:t>2♣  3’lü ♠</w:t>
        <w:br/>
        <w:t>2♠Daveti Red</w:t>
      </w:r>
    </w:p>
    <w:p>
      <w:r>
        <w:br/>
        <w:t>Key Card sorusundan sonra K sormak  4A da bizde demektir.</w:t>
      </w:r>
    </w:p>
    <w:p>
      <w:r>
        <w:t>Açanın SPLINTER yapması  19-22 Dp gerektirir</w:t>
        <w:br/>
        <w:t>Cevapçının SPLINTER yapması  13-14 Dp gerektirir</w:t>
      </w:r>
    </w:p>
    <w:p>
      <w:r>
        <w:br/>
        <w:t>30.06.2022 ♣♦♠♥</w:t>
      </w:r>
    </w:p>
    <w:p>
      <w:r>
        <w:t>QXX</w:t>
      </w:r>
    </w:p>
    <w:p>
      <w:r>
        <w:t>KXXXX</w:t>
        <w:br/>
        <w:t>Bir taraftaki onöre doğru oynanır.</w:t>
      </w:r>
    </w:p>
    <w:p>
      <w:r>
        <w:t>İkincide elden yerden küçük verilir.</w:t>
      </w:r>
    </w:p>
    <w:p>
      <w:r>
        <w:t>Genellikle ilk önce kısa onöre doğru oynamak tercih edilir ama böyle bir kural yoktur.</w:t>
      </w:r>
    </w:p>
    <w:p>
      <w:r>
        <w:t>Normalde yanında 4’lü major varsa 2 açışı yapılmaz ama kötü bir 4’lü major ise bu olabilir.</w:t>
      </w:r>
    </w:p>
    <w:p>
      <w:r>
        <w:t>1♥      2♣     3♥ ZAYIF!</w:t>
      </w:r>
    </w:p>
    <w:p>
      <w:r>
        <w:t>Araya girilmiş olsa dahi değişmez.</w:t>
      </w:r>
    </w:p>
    <w:p>
      <w:r>
        <w:t>1♥                2NT DAVET</w:t>
      </w:r>
    </w:p>
    <w:p>
      <w:r>
        <w:t>5-4-3-1 Eller ile 5’li renk minor ya da kötü bir major ise Dbl ile araya girilebilir.</w:t>
      </w:r>
    </w:p>
    <w:p>
      <w:r>
        <w:t>5’li olan renk major ise ve iyi ise direkt renk ile araya girilir.</w:t>
      </w:r>
    </w:p>
    <w:p>
      <w:r>
        <w:t>Büyük bir kart defos edilirse, bir üstü bende değil gerisi (iki altı) bende demektir.</w:t>
      </w:r>
    </w:p>
    <w:p>
      <w:r>
        <w:t>Örneğin Q defos edilirse, V ve T bende ve K bende değil demektir.</w:t>
      </w:r>
    </w:p>
    <w:p>
      <w:r>
        <w:t>Açarken tıpkı 5-5 ‘te olduğu gibi 4-4 renklerle de büyüğü açılır.</w:t>
      </w:r>
    </w:p>
    <w:p>
      <w:r>
        <w:br/>
        <w:t>07.07.2022 ♣♦♠♥</w:t>
      </w:r>
    </w:p>
    <w:p/>
    <w:p>
      <w:r>
        <w:t>A9X</w:t>
        <w:br/>
        <w:t>QX</w:t>
        <w:tab/>
        <w:t xml:space="preserve">            JXX</w:t>
      </w:r>
    </w:p>
    <w:p>
      <w:r>
        <w:t>KT8XX</w:t>
        <w:br/>
        <w:t>Oynayan: Güney</w:t>
        <w:br/>
        <w:t>Defanstaki oyuncular bu renge başlamazlarsa mutlaka 1 el alırlar.</w:t>
      </w:r>
    </w:p>
    <w:p>
      <w:r>
        <w:t>Ama başlarlarsa hiç el alamazlar</w:t>
      </w:r>
    </w:p>
    <w:p>
      <w:r>
        <w:br/>
        <w:t>14.07.2022 ♣♦♠♥</w:t>
      </w:r>
    </w:p>
    <w:p>
      <w:r>
        <w:t>Yapay bir konvansion esnasında rakip araya Dbl ile girerse cevaplar değişmez, ne cevap verilecekse aynı şekilde verilir.</w:t>
      </w:r>
    </w:p>
    <w:p>
      <w:r>
        <w:t>1♠             2♣             2♠         DblKonuş</w:t>
        <w:br/>
        <w:t>Cevap verirken öncelik ♥’e verilir.</w:t>
      </w:r>
    </w:p>
    <w:p>
      <w:r>
        <w:t>Rakiplerin anlaştığı renge atılan Dbl ceza olmaz!</w:t>
      </w:r>
    </w:p>
    <w:p>
      <w:r>
        <w:t>1♣              P              1♠           2♦</w:t>
        <w:br/>
        <w:t>3♠ 18-19 Dağılım Puanı,Dengesiz El</w:t>
      </w:r>
    </w:p>
    <w:p>
      <w:r>
        <w:br/>
        <w:t>AXX                 AQXX</w:t>
        <w:br/>
        <w:t>QT9                 T98</w:t>
        <w:br/>
        <w:t>Önce V sonra K’ya empas atılır.</w:t>
      </w:r>
    </w:p>
    <w:p>
      <w:r>
        <w:t>DEFANSTAYKEN:</w:t>
        <w:br/>
        <w:t>Deklarasyonu unutma</w:t>
        <w:br/>
        <w:t>Atağı iyi analiz et</w:t>
        <w:br/>
        <w:t>Koz say (ortağının kozunu say)</w:t>
        <w:br/>
        <w:t>Rakip ne yapmaya çalışacak onu bulmaya çalış</w:t>
      </w:r>
    </w:p>
    <w:p>
      <w:r>
        <w:br/>
        <w:t>Zon yapmayan bir deklarasyona asla competition yapılmaz!</w:t>
      </w:r>
    </w:p>
    <w:p>
      <w:r>
        <w:t>Örneğin rakip 3♦ oynarsa ve kontratı yaparsa 110 puan alacak, bu kontrata 4♣ diyerek competition yapılır ve batılırsa -300 verilebilir.</w:t>
      </w:r>
    </w:p>
    <w:p>
      <w:r>
        <w:t>Yani daha fazla puan verme durumu var.</w:t>
      </w:r>
    </w:p>
    <w:p>
      <w:r>
        <w:t>1♦                 P                       1♠                 P</w:t>
        <w:br/>
        <w:t>1NT                     P                  2NT  11-12 Hp Davet</w:t>
        <w:br/>
        <w:t>11 Puan ile;</w:t>
        <w:br/>
        <w:t>4-3-3-3 el varsa</w:t>
        <w:br/>
        <w:t>Hiç A yoksa</w:t>
        <w:br/>
        <w:t>Puanlar 4 renge dağılmışsa</w:t>
        <w:br/>
        <w:t>DAVET konuşması yapmaktan kaçınılır.</w:t>
      </w:r>
    </w:p>
    <w:p>
      <w:r>
        <w:t>1♦                 1♥                       P                 2♦</w:t>
        <w:br/>
        <w:t>2♥ KONUŞ (Rakip 2♦demeseydi Dbl diyebilirdi)</w:t>
        <w:br/>
        <w:t>Aşağıdaki el ile 2♥ der</w:t>
        <w:br/>
        <w:t>♠AXXX</w:t>
        <w:br/>
        <w:t>♥K</w:t>
        <w:br/>
        <w:t>♦AJXX</w:t>
        <w:br/>
        <w:t>♣AQJX</w:t>
      </w:r>
    </w:p>
    <w:p/>
    <w:p>
      <w:r>
        <w:br/>
        <w:t>AJXX</w:t>
        <w:br/>
        <w:t>TXX</w:t>
        <w:br/>
        <w:t>Eğer A’dan sonra gelen oyuncuda kısa kaldığı biliniyorsa elden T oynanabilir.</w:t>
      </w:r>
    </w:p>
    <w:p>
      <w:r>
        <w:t>Yoksa normal oyun elden X, yerden V koymaktır,sonra A çekilir.</w:t>
      </w:r>
    </w:p>
    <w:p>
      <w:r>
        <w:t>1♦             1♥             P               3♦  4’lü♥, 9-11P</w:t>
        <w:br/>
        <w:t>2♦  4’lü♥, Açış Puanı</w:t>
        <w:br/>
        <w:t>2♥  3’lü♥, 8-12P</w:t>
      </w:r>
    </w:p>
    <w:p>
      <w:r>
        <w:br/>
        <w:t>1♥             1♠             2♣             3♠  4’lü♠</w:t>
      </w:r>
    </w:p>
    <w:p>
      <w:r>
        <w:t>21.07.2022 ♣♦♠♥</w:t>
        <w:br/>
        <w:t>Açanın karşısındaki P cevabı verirse, açanın 1NT rebidi 18-19 Hp gösterir.</w:t>
      </w:r>
    </w:p>
    <w:p>
      <w:r>
        <w:t>♦ Açıldığında, rakip konuşursa, açanın ♦’su 4’lü kabul edilip, 4’lü ♦ ile tutuş yapılabilir.</w:t>
      </w:r>
    </w:p>
    <w:p>
      <w:r>
        <w:t>Bu sadece ♦ için geçerli ♣’de olmaz!</w:t>
      </w:r>
    </w:p>
    <w:p>
      <w:r>
        <w:t>Yer sağda olduğu zaman, bir renk yerde boş ise (onörsüz), o renkten elde onörler olsa bile korkmadan oynanabilir.</w:t>
      </w:r>
    </w:p>
    <w:p>
      <w:r>
        <w:t>♠ -                             Bu el ile 3♥ açılmaz, P denir.</w:t>
      </w:r>
    </w:p>
    <w:p>
      <w:r>
        <w:t>♥ QV87XXX               Yanında 4’lü Majör varken 2/3 açışı yapmıyoruz.</w:t>
      </w:r>
    </w:p>
    <w:p>
      <w:r>
        <w:t>♦ T                                 Onun gibi iyi bir minor renk varsa da açmıyoruz.</w:t>
      </w:r>
    </w:p>
    <w:p>
      <w:r>
        <w:t>♣ KQT9X</w:t>
      </w:r>
    </w:p>
    <w:p>
      <w:r>
        <w:t>Rakiplerden açanın rengini söylemek konuşulmamış diğer 2 renk en az 5-5 demektir.</w:t>
      </w:r>
    </w:p>
    <w:p>
      <w:r>
        <w:t>1♣           P           1♦          2♣  ♥ ve ♠ 5-5</w:t>
        <w:br/>
        <w:t>Çok sıra olduğu zaman hep ezmeye çalışılır.</w:t>
      </w:r>
    </w:p>
    <w:p>
      <w:r>
        <w:t>Q765                AK dışarıda, Sıra var.</w:t>
      </w:r>
    </w:p>
    <w:p>
      <w:r>
        <w:t>T98                   T ile başlanır, V konursa, Q ile ezilir</w:t>
        <w:br/>
        <w:t>Küçük gelirse, yerden de küçük verilir.</w:t>
      </w:r>
    </w:p>
    <w:p>
      <w:r>
        <w:t>Önce küçük onör ezmeye çalışılır.</w:t>
      </w:r>
    </w:p>
    <w:p>
      <w:r>
        <w:t>Q97X                A’ın karşısından 9 veye 7 oynanır.</w:t>
      </w:r>
    </w:p>
    <w:p>
      <w:r>
        <w:t>K’nın karşısından T oynanır.</w:t>
      </w:r>
    </w:p>
    <w:p>
      <w:r>
        <w:t>K97X</w:t>
        <w:br/>
        <w:t>------------------------------------------------------------------------------------</w:t>
        <w:br/>
        <w:t>VTX                  A’ın karşısından V oynanır.</w:t>
      </w:r>
    </w:p>
    <w:p>
      <w:r>
        <w:t>Sonra tekrar yere geçip</w:t>
        <w:br/>
        <w:t>A9XX               T oynanıp,tekrar empas yapılır.</w:t>
      </w:r>
    </w:p>
    <w:p>
      <w:r>
        <w:t>AK9X</w:t>
        <w:br/>
        <w:t>*** Sıra olduğunda büyük onörün karşısından başlanır.</w:t>
      </w:r>
    </w:p>
    <w:p>
      <w:r>
        <w:t>Önce dışarıdaki küçük onör ezmeye çalışılır***</w:t>
      </w:r>
    </w:p>
    <w:p/>
    <w:p>
      <w:r>
        <w:t>Yukarıda belirtilen kurala istisna:</w:t>
        <w:br/>
        <w:t>Renk adedi çok fazlaysa 9/10/11 kart varsa o zaman;</w:t>
        <w:br/>
        <w:t>‘Dışarıda ne var?</w:t>
      </w:r>
    </w:p>
    <w:p>
      <w:r>
        <w:t>Kaç tane var?’ bunlar düşünülür.</w:t>
      </w:r>
    </w:p>
    <w:p>
      <w:r>
        <w:t>Bu durumda küçük onöre empas yapılmayabilir.</w:t>
      </w:r>
    </w:p>
    <w:p>
      <w:r>
        <w:t>AQ97XX         Burada da sıra var ama durum farklı.</w:t>
      </w:r>
    </w:p>
    <w:p>
      <w:r>
        <w:t>T8X                 Toplam 9 kart var, dışarıda 4 kart var, ikisi KV</w:t>
        <w:br/>
        <w:t>V’ye empas yapmadan direkt K’ya yapılabilir.</w:t>
      </w:r>
    </w:p>
    <w:p>
      <w:r>
        <w:t>28.07.2022 ♣♦♠♥</w:t>
        <w:br/>
        <w:t>2♣ açıldığında, rakip araya girerse;</w:t>
        <w:br/>
        <w:t>Dbl  El kötü, 4Hp’den az var</w:t>
        <w:br/>
        <w:t>P    İyi el, 4+ Hp var, zone oynanır</w:t>
        <w:br/>
        <w:t>Renk İyi 5’li renk, 8+ Hp</w:t>
      </w:r>
    </w:p>
    <w:p>
      <w:r>
        <w:t>Dengesiz eller ile daima araya girmeye çalışılır.</w:t>
      </w:r>
    </w:p>
    <w:p>
      <w:r>
        <w:t>Ortak araya girince de fit varsa verilir.</w:t>
      </w:r>
    </w:p>
    <w:p>
      <w:r>
        <w:t>QX        Bu renk atak edildiğinde yerden X konur, eşdeğer onör</w:t>
        <w:br/>
        <w:t>olduğu için ele çekilir.</w:t>
      </w:r>
    </w:p>
    <w:p>
      <w:r>
        <w:t>Bu şekilde 1 el almak garanti</w:t>
        <w:br/>
        <w:t>VXX        edilir.</w:t>
      </w:r>
    </w:p>
    <w:p>
      <w:r>
        <w:t>Elde V yerine A veya K olursa o zaman yerden Q konabilir.</w:t>
      </w:r>
    </w:p>
    <w:p>
      <w:r>
        <w:t>Missfit varsa ya da dengeli el varsa, kritik ellerde konuşulmamalıdır.</w:t>
      </w:r>
    </w:p>
    <w:p>
      <w:r>
        <w:t>Alıcı koz dışarıda iken, onu bırakıp, sağlanması gereken rengi oynayarak sağlamaya çalışılmalıdır.</w:t>
      </w:r>
    </w:p>
    <w:p>
      <w:r>
        <w:t>31.07.2022 ♣♦♠♥</w:t>
      </w:r>
    </w:p>
    <w:p>
      <w:r>
        <w:t>Oyun oynanırken, eli rakiplerden gizlemeye çalışılır.</w:t>
      </w:r>
    </w:p>
    <w:p>
      <w:r>
        <w:t>Ancak defanstayken el ortağa anlatılmaya çalışılır.</w:t>
      </w:r>
    </w:p>
    <w:p>
      <w:r>
        <w:t>1NT’ye  2♣ ile araya girildiğinde (En az 5-4 Majörler);</w:t>
        <w:br/>
        <w:t>2♣ diyenin karşısındaki ;</w:t>
        <w:br/>
        <w:t>2♠ ♠’i seçtim</w:t>
        <w:br/>
        <w:t>2♥ ♥’i seçtim</w:t>
        <w:br/>
        <w:t>2♦ ‘’sen uzun majörünü söyle’’</w:t>
      </w:r>
    </w:p>
    <w:p>
      <w:r>
        <w:br/>
        <w:t>1NT açışına Dbl ile araya girildiğinde ‘system on’, konvansyonlar aynı şekilde devam eder.</w:t>
      </w:r>
    </w:p>
    <w:p>
      <w:r>
        <w:t>Ancak renk ile araya girildi ise konuşmalar natürele döner.</w:t>
      </w:r>
    </w:p>
    <w:p>
      <w:r>
        <w:t>Ortak 1 Majör açtığında o rengi 3’lü ya da 4’lü tutmak arasında fark vardır.</w:t>
      </w:r>
    </w:p>
    <w:p>
      <w:r>
        <w:t>Normalde 4.Koza (yani toplamda 9 koz olduğunda) +1 Puan eklenir ama bazen yukarıya yuvarlanabilir yani 2 puan da eklenebilir.</w:t>
      </w:r>
    </w:p>
    <w:p>
      <w:r>
        <w:t>Majör renkte anlaşıldığında dengelli eller ile 2NT ile davet edilir.</w:t>
      </w:r>
    </w:p>
    <w:p>
      <w:r>
        <w:t>Bu da Trial Bid ‘dir.</w:t>
      </w:r>
    </w:p>
    <w:p>
      <w:r>
        <w:t>Trial Bid sadece renkle değil, duruma göre Dbl ya da RDbl ile de yapılabilir.</w:t>
      </w:r>
    </w:p>
    <w:p>
      <w:r>
        <w:t>1♥            1♠</w:t>
        <w:br/>
        <w:t>2♦            3♣  4.Renk, ‘’zone oynarız, benim rengimden(♠)</w:t>
        <w:br/>
        <w:t>başlayarak elini anlat’’</w:t>
        <w:br/>
        <w:t>3NT  ♠3’lü değil, ♥6’lı değil, ♦5’li değil, ♣ keseri var</w:t>
        <w:br/>
        <w:t>4♣/♦  Slam için</w:t>
        <w:br/>
        <w:t>4♥/♠  Oynamak için</w:t>
      </w:r>
    </w:p>
    <w:p/>
    <w:p>
      <w:r>
        <w:br/>
        <w:t>1♥             2NT 4’lü tutuş, 11Tp</w:t>
        <w:br/>
        <w:t>--------------------------------------------------------</w:t>
        <w:br/>
        <w:t>1♥             1NT</w:t>
        <w:br/>
        <w:t>3♥ 3’lü tutuş, 11-12Tp</w:t>
        <w:br/>
        <w:t>---------------------------------------------------------</w:t>
        <w:br/>
        <w:t>1♥             1NT</w:t>
        <w:br/>
        <w:t>2NT Fit yok, 11-12Tp,Dengeli olmak zorunda değil</w:t>
        <w:br/>
        <w:t>------------------------------------------------------------------</w:t>
        <w:br/>
        <w:t>1♥             1NT</w:t>
        <w:br/>
        <w:t>2♣/♦          2♥Fit yok, 2’li♥, 6-10Tp</w:t>
        <w:br/>
        <w:t>3’lü♥fiti var, 5-8Tp</w:t>
      </w:r>
    </w:p>
    <w:p>
      <w:r>
        <w:t>21.08.2022 ♣♦♠♥</w:t>
      </w:r>
    </w:p>
    <w:p>
      <w:r>
        <w:br/>
        <w:t>A97                Elden X, yerden 7 konur.</w:t>
      </w:r>
    </w:p>
    <w:p>
      <w:r>
        <w:t>QT8XX           Sonra tekrar elden X yerden 9 konur.</w:t>
      </w:r>
    </w:p>
    <w:p>
      <w:r>
        <w:t>AQT98 el ve yerde ise, hep büyük onörün karşısından başlanır ve önce küçük onöre empas yapılır.</w:t>
      </w:r>
    </w:p>
    <w:p>
      <w:r>
        <w:t>KTXXX            Sıra var.</w:t>
      </w:r>
    </w:p>
    <w:p>
      <w:r>
        <w:t>Dışarıda A ve Q var.</w:t>
      </w:r>
    </w:p>
    <w:p>
      <w:r>
        <w:t>K karşısından başlanır.</w:t>
      </w:r>
    </w:p>
    <w:p>
      <w:r>
        <w:t>V9XX              Önce küçük onöre empas yapılır.</w:t>
      </w:r>
    </w:p>
    <w:p>
      <w:r>
        <w:t>Q9XXX           AKV yok.</w:t>
      </w:r>
    </w:p>
    <w:p>
      <w:r>
        <w:t>Sıra var.</w:t>
      </w:r>
    </w:p>
    <w:p>
      <w:r>
        <w:t>8 oynanır,X konur,</w:t>
        <w:br/>
        <w:t>T8X                V’ye empas yapılır</w:t>
      </w:r>
    </w:p>
    <w:p>
      <w:r>
        <w:t>KV8X             A ve Q dışarıda.</w:t>
      </w:r>
    </w:p>
    <w:p>
      <w:r>
        <w:t>T oynanır, Q konursa K konur,</w:t>
        <w:br/>
        <w:t>T9XX              yoksa X konur.</w:t>
      </w:r>
    </w:p>
    <w:p>
      <w:r>
        <w:t>KTX                9 oynanır, Q konursa,K konur,yoksa X konur.</w:t>
      </w:r>
    </w:p>
    <w:p>
      <w:r>
        <w:t>98XX</w:t>
      </w:r>
    </w:p>
    <w:p>
      <w:r>
        <w:t>VT8           A’ın karşısından oynanır.</w:t>
      </w:r>
    </w:p>
    <w:p>
      <w:r>
        <w:t>A9XX</w:t>
      </w:r>
    </w:p>
    <w:p/>
    <w:p/>
    <w:p>
      <w:r>
        <w:t>AQVT             Boş       Expas yapılır.</w:t>
      </w:r>
    </w:p>
    <w:p>
      <w:r>
        <w:t>A çekilir, Q oynanır.</w:t>
      </w:r>
    </w:p>
    <w:p>
      <w:r>
        <w:t>AQTX             Boş       Expas olmaz!</w:t>
      </w:r>
    </w:p>
    <w:p>
      <w:r>
        <w:t>A çekilir, sonra çakarak sağlamaya çalışılır.</w:t>
      </w:r>
    </w:p>
    <w:p>
      <w:r>
        <w:t>AK              VTXXX      Expas yapılır.</w:t>
      </w:r>
    </w:p>
    <w:p>
      <w:r>
        <w:t>AK              VXXXX      Expas olmaz!</w:t>
      </w:r>
    </w:p>
    <w:p>
      <w:r>
        <w:t>P             1♥         2♦       Dbl</w:t>
        <w:br/>
        <w:t>♠</w:t>
        <w:br/>
        <w:t>Araya girildiğinde Dbl denip, sonra renk söylenirse</w:t>
        <w:br/>
        <w:t>renk uzun (5-6 adet), puan az  (6-9 Puan)</w:t>
      </w:r>
    </w:p>
    <w:p>
      <w:r>
        <w:br/>
        <w:t>1NT      2♣       Dbl        P majörlerle ilgilenmiyorum, ♣var</w:t>
        <w:br/>
        <w:t>2♦ karolar var</w:t>
        <w:br/>
        <w:t>2♥ ♥, ♠’ten 2 adet fazla</w:t>
        <w:br/>
        <w:t>2♠ ♠, ♥’den 2 adet fazla</w:t>
        <w:br/>
        <w:t>Rdb ‘uzun majörünü söyle’</w:t>
      </w:r>
    </w:p>
    <w:p>
      <w:r>
        <w:t>Oyun açan oyuncu 3.</w:t>
      </w:r>
    </w:p>
    <w:p>
      <w:r>
        <w:t>Konuşmasında NT derse ‘bende NT açacak kadar güç var ama bir sebepten NT açamadım’ demektir.</w:t>
      </w:r>
    </w:p>
    <w:p>
      <w:r>
        <w:t>(15,5- 17,5 Hp)</w:t>
        <w:br/>
        <w:t>-----------------------------------------------------------------------------------------------</w:t>
        <w:br/>
        <w:t>1♦           1♠</w:t>
        <w:br/>
        <w:t>2♣           2♦</w:t>
        <w:br/>
        <w:t>2NT NT açacak el var</w:t>
        <w:br/>
        <w:t>------------------------------------------------------------------------------------</w:t>
        <w:br/>
        <w:t>1♦           2♣</w:t>
        <w:br/>
        <w:t>2NT 12-14Hp.</w:t>
      </w:r>
    </w:p>
    <w:p>
      <w:r>
        <w:t>Min bir el olabilir</w:t>
      </w:r>
    </w:p>
    <w:p>
      <w:r>
        <w:br/>
        <w:t>T9X            A çekip, T verilir.</w:t>
      </w:r>
    </w:p>
    <w:p>
      <w:r>
        <w:t>Batıdaki oyuncu vermezse</w:t>
        <w:br/>
        <w:t>AKQ8X      K çekilip, yerden 9 verilir.</w:t>
      </w:r>
    </w:p>
    <w:p>
      <w:r>
        <w:t>O renk akar.</w:t>
      </w:r>
    </w:p>
    <w:p>
      <w:r>
        <w:t>Yerden X oynayıp elden 8 konur.</w:t>
      </w:r>
    </w:p>
    <w:p>
      <w:r>
        <w:t>AKQ43      A ve K çekilir.</w:t>
      </w:r>
    </w:p>
    <w:p>
      <w:r>
        <w:t>Elden 7 ve 2 verilir.</w:t>
      </w:r>
    </w:p>
    <w:p>
      <w:r>
        <w:t>9872         Eğer partaj değilse Q çekildiğide bu renk tıkanır!</w:t>
      </w:r>
    </w:p>
    <w:p>
      <w:r>
        <w:t>AKQ42      A çekilir, T verilir</w:t>
        <w:br/>
        <w:t>T983         K çekilir, 9 verilir</w:t>
      </w:r>
    </w:p>
    <w:p>
      <w:r>
        <w:t>AKQ92      A çekilir, T verilir</w:t>
        <w:br/>
        <w:t>T84            K çekilir, 8 verilir</w:t>
      </w:r>
    </w:p>
    <w:p>
      <w:r>
        <w:t>Araya girerken rakibin rengini kesmek gerekir ama</w:t>
        <w:br/>
        <w:t>açan, rakip araya girdikten sonra, ortağı Dbl derse,</w:t>
        <w:br/>
        <w:t>rakibi kesmeye ihtiyaç yoktur, dengeli el ile NT denebilir.</w:t>
      </w:r>
    </w:p>
    <w:p>
      <w:r>
        <w:t>Michael’s Cubid ve Landy Multy ellerde,</w:t>
        <w:br/>
        <w:t>karşı taraf bir rengi tutarsa</w:t>
        <w:br/>
        <w:t>KOZ atağı iyidir.</w:t>
      </w:r>
    </w:p>
    <w:p>
      <w:r>
        <w:t>25.08.2022 ♣♦♠♥</w:t>
      </w:r>
    </w:p>
    <w:p>
      <w:r>
        <w:br/>
        <w:t>1 Over 2 yapıldıktan sonra yapay konuşmaya ihtiyaç yoktur.</w:t>
      </w:r>
    </w:p>
    <w:p>
      <w:r>
        <w:t>Nasıl olsa zone’dan önce durulmayacaktır.</w:t>
      </w:r>
    </w:p>
    <w:p>
      <w:r>
        <w:t>1♠                 2♠            8-10 Tp</w:t>
        <w:br/>
        <w:t>2NT           11-12Tp, 4’lü tutuş</w:t>
        <w:br/>
        <w:t>1NT sonra 3♠ 11-12Tp, 3’lü tutuş</w:t>
      </w:r>
    </w:p>
    <w:p/>
    <w:p/>
    <w:p>
      <w:r>
        <w:t>Cevapçı iken 14-15 Tp ile Splinter yapmak tercih edilmez.</w:t>
      </w:r>
    </w:p>
    <w:p>
      <w:r>
        <w:t>12-14Tp ile yapılır.</w:t>
      </w:r>
    </w:p>
    <w:p>
      <w:r>
        <w:t>28.08.2022 ♣♦♠♥</w:t>
      </w:r>
    </w:p>
    <w:p>
      <w:r>
        <w:t>1♣    P       1♦     2♣  Kalan 2 renk 5-5</w:t>
        <w:br/>
        <w:t>Dbl   Daha çok 5-4, 4-4 eller ile denir.</w:t>
      </w:r>
    </w:p>
    <w:p>
      <w:r>
        <w:t>2♣ diyenin eli aşağıdaki gibi olabilir:</w:t>
        <w:br/>
        <w:t>♠ KQVXX</w:t>
        <w:br/>
        <w:t>♥ AXXXX</w:t>
        <w:br/>
        <w:t>♦ XX</w:t>
        <w:br/>
        <w:t>♣ X</w:t>
      </w:r>
    </w:p>
    <w:p>
      <w:r>
        <w:br/>
        <w:t>Sıralı kartlar varsa ezmeye çalışılır.</w:t>
      </w:r>
    </w:p>
    <w:p>
      <w:r>
        <w:t>Sırasız kartlar ile onöre doğru oynanır.</w:t>
      </w:r>
    </w:p>
    <w:p>
      <w:r>
        <w:t>Onör-Onlu daima korunmalıdır.</w:t>
      </w:r>
    </w:p>
    <w:p>
      <w:r>
        <w:t>Ortak Dbl dediği zaman elde  ♣ ve ♦ varsa ♣ denir ama minör ve major varsa daima Majör söylenir.</w:t>
      </w:r>
    </w:p>
    <w:p>
      <w:r>
        <w:t>Sadece koz renginde değil, bütün renkler için, ortakta o rengin kısa olduğu biliniyorsa onör- sür onör yapılmaz.</w:t>
      </w:r>
    </w:p>
    <w:p>
      <w:r>
        <w:t>2 renkte toplam 10 kart varsa (5-5 ya da 6-4) ortak da fit verirse, zone oynamaya çalışılır.</w:t>
      </w:r>
    </w:p>
    <w:p>
      <w:r>
        <w:t>Cevapçı ♠’ e Dbl atıp, daha sonra ♥ derse,</w:t>
        <w:br/>
        <w:t>‘’♥ tren gibi ama puan az’’ anlamına gelir.</w:t>
      </w:r>
    </w:p>
    <w:p>
      <w:r>
        <w:t>(6-9 Hp)</w:t>
      </w:r>
    </w:p>
    <w:p>
      <w:r>
        <w:br/>
        <w:t>***Kozların kötü dağıldığı farkedildiği anda, koz bir daha sayılır ve sakin olmaya çalışılır***</w:t>
      </w:r>
    </w:p>
    <w:p>
      <w:r>
        <w:br/>
        <w:t>A9X</w:t>
        <w:br/>
        <w:t>QVTXX                  KXX</w:t>
        <w:br/>
        <w:t>XX</w:t>
        <w:br/>
        <w:t>Atak Q, oynayan yerden X verdi.</w:t>
      </w:r>
    </w:p>
    <w:p>
      <w:r>
        <w:t>Batı bir daha geldiğinde yerden A konursa, Doğu K’yı atmalıdır ki bu renk tıkanmasın.</w:t>
      </w:r>
    </w:p>
    <w:p>
      <w:r>
        <w:t>01.09.2022 ♣♦♠♥</w:t>
      </w:r>
    </w:p>
    <w:p>
      <w:r>
        <w:t>Elde AKVXX varken, özellikle yüksek seviyelerde ortaktan sayı almak için K çıkılabilir.</w:t>
      </w:r>
    </w:p>
    <w:p>
      <w:r>
        <w:t>A atak edilince  Apel verilir</w:t>
        <w:br/>
        <w:t>K atak edilince  Sayı verilir</w:t>
      </w:r>
    </w:p>
    <w:p>
      <w:r>
        <w:br/>
        <w:t>Zayıf açana cevap verirken puan hesabı yapılırsa hep aşağıda kalınabilir.</w:t>
      </w:r>
    </w:p>
    <w:p>
      <w:r>
        <w:t>Bir tarafta uzun renk varsa, karşı taraf Cover Card’ları saymalıdır.</w:t>
      </w:r>
    </w:p>
    <w:p>
      <w:r>
        <w:t>Örneğin;</w:t>
        <w:br/>
        <w:t>3♠ açışı yapan 6-7 El alır,</w:t>
        <w:br/>
        <w:t>1♣            2♠ diyen 4-5 el alır diye kabul edilir.</w:t>
      </w:r>
    </w:p>
    <w:p>
      <w:r>
        <w:t>2♣ açan daha sonra 2NT derse P geçilebilir.</w:t>
      </w:r>
    </w:p>
    <w:p>
      <w:r>
        <w:t>2♣ açan daha sonra 3NT derse P geçilebilir.</w:t>
      </w:r>
    </w:p>
    <w:p>
      <w:r>
        <w:t>2♣ açan daha sonra Renk söylerse P denemez!</w:t>
      </w:r>
    </w:p>
    <w:p>
      <w:r>
        <w:t>AXX</w:t>
        <w:br/>
        <w:t>QTXXX</w:t>
        <w:br/>
        <w:t>A çekip, T’ye doğru oynanır, sonra da Q’a doğru</w:t>
        <w:br/>
        <w:t>-------------------------------------------------------------------------------------</w:t>
        <w:br/>
        <w:t>AX</w:t>
        <w:br/>
        <w:t>QT9XX</w:t>
        <w:br/>
        <w:t>A çekilir, ele glance Q konur.</w:t>
      </w:r>
    </w:p>
    <w:p>
      <w:r>
        <w:t>K, 2 adet ise V’ye gene verilir ama V 2 tane ise kazanılır.</w:t>
      </w:r>
    </w:p>
    <w:p>
      <w:r>
        <w:t>Dışarıda 3-3 dağılmışsa Q ya da T konulmasında şanslar eşit ancak 4-2 dağıldığında, V2 bir tarafta ise işe yarıyor, K2 bir tarafta ise işe yaramıyor.</w:t>
      </w:r>
    </w:p>
    <w:p>
      <w:r>
        <w:t>Bu durumda Q konulması lazım.</w:t>
      </w:r>
    </w:p>
    <w:p>
      <w:r>
        <w:t>AKQ’dan Q atak edilir.</w:t>
      </w:r>
    </w:p>
    <w:p>
      <w:r>
        <w:t>11Hp ile 5-4-3-1 dağılım ve puanlar uzun renklerde ise, oyun açılır.</w:t>
      </w:r>
    </w:p>
    <w:p>
      <w:r>
        <w:t>‘’Bu el ile konuşulur mu konuşulmaz mı?’’ diye düşünülen ellerde tek ya da şigan yoksa konuşmamak tercih edilmelidir.</w:t>
      </w:r>
    </w:p>
    <w:p>
      <w:r>
        <w:t>1NT      2♥      Dbl ‘’Bende davet eli var’’demektir.</w:t>
      </w:r>
    </w:p>
    <w:p>
      <w:r>
        <w:t>06.09.2022 ♣♦♠♥</w:t>
      </w:r>
    </w:p>
    <w:p>
      <w:r>
        <w:t>Puan çok</w:t>
        <w:br/>
        <w:t>El güzel            Araya girmek için bu 3 özellikten en az biri olmalı</w:t>
        <w:br/>
        <w:t>Dengesiz</w:t>
      </w:r>
    </w:p>
    <w:p/>
    <w:p>
      <w:r>
        <w:t>Zone’da iken 3 seviyesinde oyun açabilmek için renk güzel olmalı, puanlar renkte olmalı.</w:t>
      </w:r>
    </w:p>
    <w:p>
      <w:r>
        <w:t>Uzun renk olan ellerde As olmaması çok problem olur.</w:t>
      </w:r>
    </w:p>
    <w:p>
      <w:r>
        <w:t>10.09.2022 ♣♦♠♥</w:t>
      </w:r>
    </w:p>
    <w:p>
      <w:r>
        <w:t>6-2 ‘lik fit olan ellerde akılda her zaman 3NT ihtimali olmalıdır.</w:t>
      </w:r>
    </w:p>
    <w:p>
      <w:r>
        <w:t>Yan renklerde puanlar varsa 3NT riske edilebilir.</w:t>
      </w:r>
    </w:p>
    <w:p>
      <w:r>
        <w:t>Dengeli ellerde standart davranılmalıdır, dengesiz ellerde inisiyatif alınabilir.</w:t>
      </w:r>
    </w:p>
    <w:p>
      <w:r>
        <w:t>NT açıldığında 15Hp, dengeli 4-3-3-3 eller ile slam’a gidilmemelidir.</w:t>
      </w:r>
    </w:p>
    <w:p>
      <w:r>
        <w:t>Toplamda max.</w:t>
      </w:r>
    </w:p>
    <w:p>
      <w:r>
        <w:t>32 Hp vardır.</w:t>
      </w:r>
    </w:p>
    <w:p>
      <w:r>
        <w:t>Uzunluk yoktur.</w:t>
      </w:r>
    </w:p>
    <w:p>
      <w:r>
        <w:t>Davet konuşması yapmaya gerek yoktur.</w:t>
      </w:r>
    </w:p>
    <w:p>
      <w:r>
        <w:t>Dengeli eller ile 16Hp olmadan, ortak 1NT açtığında slam davet konuşması yapılmaz.</w:t>
      </w:r>
    </w:p>
    <w:p>
      <w:r>
        <w:t>1♠              2♣ Zone kesin</w:t>
        <w:br/>
        <w:t>2♥           2♠</w:t>
        <w:br/>
        <w:t>3♠</w:t>
        <w:br/>
        <w:t>4♠  En kötü cevap budur.</w:t>
      </w:r>
    </w:p>
    <w:p>
      <w:r>
        <w:t>Kötü bir 13Hp var; As’lar az olabilir, koz onörleri az olabilir,yan renklerde puan az olabilir.</w:t>
      </w:r>
    </w:p>
    <w:p>
      <w:r>
        <w:t>1NT           2♥</w:t>
        <w:br/>
        <w:t>2♠           3♦ Zone forcing</w:t>
        <w:br/>
        <w:t>3♠  ♠’i tutuyor, el güzel</w:t>
        <w:br/>
        <w:t>4♠  ♠’i tutuyor, el kötü</w:t>
      </w:r>
    </w:p>
    <w:p>
      <w:r>
        <w:br/>
        <w:t>1♣      P        1♠     Dbl  Diğer renkler 5-4, 4-4</w:t>
      </w:r>
    </w:p>
    <w:p>
      <w:r>
        <w:br/>
        <w:t>2♣ açan sonra NT rebid ederse, sanki 1NT açmış gibi cevap verilir.</w:t>
      </w:r>
    </w:p>
    <w:p>
      <w:r>
        <w:t>4NT ile key card sorulup, cevap alındıktan sonra bir üstü ile Koz Q’ı sorulur.</w:t>
      </w:r>
    </w:p>
    <w:p>
      <w:r>
        <w:t>Koz Q’ı yoksa min seviyede koza dönülür.</w:t>
      </w:r>
    </w:p>
    <w:p>
      <w:r>
        <w:t>Koz Q’ı var, başka birşey yoksa 6 seviyesinde Koz deklare edilir.</w:t>
      </w:r>
    </w:p>
    <w:p>
      <w:r>
        <w:t>Koz Q’ı varsa + K varsa, K adıyla söylenir.</w:t>
      </w:r>
    </w:p>
    <w:p>
      <w:r>
        <w:t>2 K varsa K olmayan renk söylenir.</w:t>
      </w:r>
    </w:p>
    <w:p>
      <w:r>
        <w:t>24.09.2022 ♣♦♠♥</w:t>
      </w:r>
    </w:p>
    <w:p>
      <w:r>
        <w:t>QX, VX   NT oynamak için doğru taraftır.</w:t>
      </w:r>
    </w:p>
    <w:p>
      <w:r>
        <w:t>Ortakta A varsa, o renk atak edildiğinde 2 el alınır.</w:t>
      </w:r>
    </w:p>
    <w:p>
      <w:r>
        <w:t>Ortakta KXXX varsa, gene 2 el alınır.</w:t>
      </w:r>
    </w:p>
    <w:p>
      <w:r>
        <w:t>(ele çekilir, bir de K kaçar)</w:t>
      </w:r>
    </w:p>
    <w:p>
      <w:r>
        <w:t>KTX     Atak ele çekilir,yerden X konur.</w:t>
      </w:r>
    </w:p>
    <w:p>
      <w:r>
        <w:t>Rakip A koyunca V verilir.</w:t>
      </w:r>
    </w:p>
    <w:p>
      <w:r>
        <w:t>VX       K ve T ile 2 el alır.</w:t>
      </w:r>
    </w:p>
    <w:p>
      <w:r>
        <w:t>NT oynarken, başka bir renk daha tehlikeli ise atak bağışlanmaz.</w:t>
      </w:r>
    </w:p>
    <w:p>
      <w:r>
        <w:t>Bir renkte elde ve yerde toplam 9 adet varsa, rakiplerden biri araya girmişse Q’a empas yapmalıdır.</w:t>
      </w:r>
    </w:p>
    <w:p>
      <w:r>
        <w:t>Matematiksel olarak A ve K çekip Q’ın düşme ihtimali daha yüksektir ancak gerçekte rakiplerden biri konuşmuşsa o rengin 3-1 dağılması muhtemeldir.</w:t>
      </w:r>
    </w:p>
    <w:p>
      <w:r>
        <w:t>Konuşan tarafta o renk 1 adet olarak kabul edilir.</w:t>
      </w:r>
    </w:p>
    <w:p>
      <w:r>
        <w:t>Atak ederken, deklarasyonda rakip o rengi kestiğini belirti diye ortağın rengini çıkmaktan vazgeçilmemelidir.</w:t>
      </w:r>
    </w:p>
    <w:p>
      <w:r>
        <w:t>1♣           1♠</w:t>
        <w:br/>
        <w:t>2♣           2♠</w:t>
        <w:br/>
        <w:t>3♠ 3’lü Fit, el iyi</w:t>
      </w:r>
    </w:p>
    <w:p>
      <w:r>
        <w:br/>
        <w:t>1♠          1NT</w:t>
        <w:br/>
        <w:t>P  Çok kötü el varsa P denebilir.</w:t>
      </w:r>
    </w:p>
    <w:p>
      <w:r>
        <w:t>Oyun içinde el alındığında kayıba neden olmamak için ya yerin zayıfı oynanır ya da elde onör olamayan bir renk oynanır.</w:t>
      </w:r>
    </w:p>
    <w:p>
      <w:r>
        <w:t>29.09.2022 ♣♦♠♥</w:t>
      </w:r>
    </w:p>
    <w:p>
      <w:r>
        <w:t>Ortakla birlikte 25Hp varsa zone deklare edilir.</w:t>
      </w:r>
    </w:p>
    <w:p>
      <w:r>
        <w:t>Ortak 1NT açarsa 15-17Hp olduğu bilinir.</w:t>
      </w:r>
    </w:p>
    <w:p>
      <w:r>
        <w:t>Eğer 10Hp varsa %100 toplam 25Hp var demektir.</w:t>
      </w:r>
    </w:p>
    <w:p>
      <w:r>
        <w:t>Bu durumda davete gerek yoktur, zone ilan edilir.</w:t>
      </w:r>
    </w:p>
    <w:p>
      <w:r>
        <w:t>AQT9X vb.</w:t>
      </w:r>
    </w:p>
    <w:p>
      <w:r>
        <w:t>güzel bir renk varsa, 24 Hp ile de zone oynanabilir.</w:t>
      </w:r>
    </w:p>
    <w:p>
      <w:r>
        <w:t>Ortak 3♣-3♦ açarsa, o renk onör 3’lü ile destekleniyorsa ve yan renklerden de 2 tane alır varsa zone oynanabilir.</w:t>
      </w:r>
    </w:p>
    <w:p>
      <w:r>
        <w:t>♠ JTXX              Bu el ile ortak 3♣ açtı ise kaç el alınır?</w:t>
      </w:r>
    </w:p>
    <w:p>
      <w:r>
        <w:t>♥ AXX               ♣’den 7 el alınır.</w:t>
      </w:r>
    </w:p>
    <w:p>
      <w:r>
        <w:t>2 de A var.</w:t>
      </w:r>
    </w:p>
    <w:p>
      <w:r>
        <w:t>♦ QXX              Toplam 19Hp var ama zone oynanmalıdır.</w:t>
      </w:r>
    </w:p>
    <w:p>
      <w:r>
        <w:t>♣ AXX               5♣olmaz ama 3NT oynanabilir.</w:t>
      </w:r>
    </w:p>
    <w:p>
      <w:r>
        <w:t>En az Hp ile NT oynanan eller, 3 Minör açışlarıdır.</w:t>
      </w:r>
    </w:p>
    <w:p>
      <w:r>
        <w:t>19-20Hp ile oynanabilir.</w:t>
      </w:r>
    </w:p>
    <w:p>
      <w:r>
        <w:t>Dengeli el ile ve renk iyi değilken,</w:t>
        <w:br/>
        <w:t>14-16Hp’dan az ile 2 seviyesinde araya girilmez.</w:t>
      </w:r>
    </w:p>
    <w:p>
      <w:r>
        <w:t>Ortakta 5’li olan renk, 4’lü ise ve singleton varsa seviye ne olursa olsun fit verilmelidir.</w:t>
      </w:r>
    </w:p>
    <w:p>
      <w:r>
        <w:t>Ellerin ikisi de dengesiz ise 5 Minör oynanabilir ama biri dengeli diğeri dengesiz ise 3NT oynamaya çalışılır.</w:t>
      </w:r>
    </w:p>
    <w:p>
      <w:r>
        <w:t>1♥          1♠        Dbl       4♠</w:t>
        <w:br/>
        <w:t>Dbl              P             4NT  ‘’Minörü sen seç’’</w:t>
      </w:r>
    </w:p>
    <w:p>
      <w:r>
        <w:t>01.10.2022 ♣♦♠♥</w:t>
      </w:r>
    </w:p>
    <w:p>
      <w:r>
        <w:t>1NT            3♦ Minörler</w:t>
      </w:r>
    </w:p>
    <w:p>
      <w:r>
        <w:br/>
        <w:t>1NT açışına A’ı olan, 7’li renklerle az puanla 3NT denir.</w:t>
      </w:r>
    </w:p>
    <w:p>
      <w:r>
        <w:t>Dengesiz ellerde A’nın değeri artar.</w:t>
      </w:r>
    </w:p>
    <w:p>
      <w:r>
        <w:t>1NT                                3NT</w:t>
      </w:r>
    </w:p>
    <w:p>
      <w:r>
        <w:t>A’ı olmayan 7-8’li renklerle (KQXXXXX) de zone’a gidilebilir ama direkt zone söylenmez.</w:t>
      </w:r>
    </w:p>
    <w:p>
      <w:r>
        <w:t>1NT                                 2NT  ♦’ya transfer</w:t>
        <w:br/>
        <w:t>3♣(transferi kırar)  3NT</w:t>
        <w:br/>
        <w:t>Ortak transferi kırarak aldığına göre ♦A ondadır. 1NT                                 2NT  ♦’ya transfer</w:t>
        <w:br/>
        <w:t>3♦                                  P  (ortak transferi aldı, 3♦’ya park)</w:t>
      </w:r>
    </w:p>
    <w:p/>
    <w:p>
      <w:r>
        <w:br/>
        <w:t>5-4-3-1 eller 2 renkli el değildir, 3 renkli ellerdir.</w:t>
      </w:r>
    </w:p>
    <w:p>
      <w:r>
        <w:t>VX, VXX ile transfer kırılmaz, tepe onör olması lazım.</w:t>
      </w:r>
    </w:p>
    <w:p>
      <w:r>
        <w:t>Üçüne de hazırdır.</w:t>
      </w:r>
    </w:p>
    <w:p>
      <w:r>
        <w:t>4.renk Zone Forcing’i yapan kendi eli hakkında bilgi vermez, ortağının elini anlatmasını bekler.</w:t>
      </w:r>
    </w:p>
    <w:p>
      <w:r>
        <w:t>Defansta iken bir renkte sizden sonra 2 tane onör varsa, onör-suronör yapılır.</w:t>
      </w:r>
    </w:p>
    <w:p>
      <w:r>
        <w:t>AKXX</w:t>
        <w:br/>
        <w:t>QXX</w:t>
        <w:br/>
        <w:t>V</w:t>
        <w:br/>
        <w:t>AVX       Ortakta Q varsa, ne yapılsa fark etmez.</w:t>
      </w:r>
    </w:p>
    <w:p>
      <w:r>
        <w:t>KXX               Ortakta belki 9’lu vardır.</w:t>
      </w:r>
    </w:p>
    <w:p>
      <w:r>
        <w:t>Eğer varsa, onör-suronör yapılmazsa</w:t>
        <w:br/>
        <w:t>T          eksik el alınır.</w:t>
      </w:r>
    </w:p>
    <w:p>
      <w:r>
        <w:t>AQTX</w:t>
        <w:br/>
        <w:t>KXX                Bir ihtimal 4.</w:t>
      </w:r>
    </w:p>
    <w:p>
      <w:r>
        <w:t>Ortağa kalabilir.</w:t>
      </w:r>
    </w:p>
    <w:p>
      <w:r>
        <w:t>V          Ancak bu renk koz olursa K konmaz!</w:t>
      </w:r>
    </w:p>
    <w:p>
      <w:r>
        <w:t>Bir rengin ortakta kısa olduğu biliniyorsa onör-suronör yapılmaz.</w:t>
      </w:r>
    </w:p>
    <w:p>
      <w:r>
        <w:t>06.10.2022 ♣♦♠♥</w:t>
      </w:r>
    </w:p>
    <w:p>
      <w:r>
        <w:t>Rakip zone forcing’i yaptığında araya girerken çok disiplinli olmaya gerek yoktur.</w:t>
      </w:r>
    </w:p>
    <w:p>
      <w:r>
        <w:t>Atak göstermek için dengesiz el ve iyi renk ile araya girilebilir.</w:t>
      </w:r>
    </w:p>
    <w:p>
      <w:r>
        <w:t>AKVTX</w:t>
        <w:br/>
        <w:t>XXX             Önce A çekip, sonra 2 kez empas yapılır.</w:t>
      </w:r>
    </w:p>
    <w:p>
      <w:r>
        <w:t>AVTX,VT8,QT9,KVT,KT9,AT9,QV9</w:t>
        <w:br/>
        <w:t>NT oynarken AQV,AVT</w:t>
      </w:r>
    </w:p>
    <w:p>
      <w:r>
        <w:br/>
        <w:t>1♦       Dbl         1NT  8-10Hp</w:t>
        <w:br/>
        <w:t>Rakip konuştuğu zaman 1NT demek için 6-10 değil,8-10Hp gerekir.</w:t>
      </w:r>
    </w:p>
    <w:p>
      <w:r>
        <w:t>Defanstaki oyuncu, alabilecekleri tüm löveleri aldıktan sonra, herkesin çaktığı rengi oynayabilir.</w:t>
      </w:r>
    </w:p>
    <w:p>
      <w:r>
        <w:t>O durumda ortağının da varsa onör ile çakması gerekir.</w:t>
      </w:r>
    </w:p>
    <w:p>
      <w:r>
        <w:t>1♥       2♣         3♦  9-11Hp,6’lı ♦,♥’ü tutmuyor,davet eli</w:t>
        <w:br/>
        <w:t>1♦                   3♠  3-5Hp, 7’li ♠</w:t>
      </w:r>
    </w:p>
    <w:p>
      <w:r>
        <w:br/>
        <w:t>1♥                    1NT</w:t>
        <w:br/>
        <w:t>2NT  18-19Hp</w:t>
        <w:br/>
        <w:t>------------------------------------------------------------------------------------</w:t>
        <w:br/>
        <w:t>1♥                    2♣</w:t>
        <w:br/>
        <w:t>2NT  12-15Hp</w:t>
      </w:r>
    </w:p>
    <w:p>
      <w:r>
        <w:br/>
        <w:t>Oyun içinde el alındığında kayıba neden olmamak için ya yerin zayıfı oynanır ya da elde onör olmayan bir renk oynanır.</w:t>
      </w:r>
    </w:p>
    <w:p>
      <w:r>
        <w:t>Yerden sonraki oyuncu yerin zayıfını elinde onör olsa bile rahatça oynayabilir.</w:t>
      </w:r>
    </w:p>
    <w:p>
      <w:r>
        <w:t>Onör yoksa zaten oynar.</w:t>
      </w:r>
    </w:p>
    <w:p>
      <w:r>
        <w:t>Yer senden sonra ise yerde kuvvetli olan ve sende onör olmayan renk oynanır.</w:t>
      </w:r>
    </w:p>
    <w:p>
      <w:r>
        <w:t>Genel olarak yerin uzun renginden el almaya çalışılmaz.</w:t>
      </w:r>
    </w:p>
    <w:p>
      <w:r>
        <w:t>İstisnalar kaideyi bozmaz.</w:t>
      </w:r>
    </w:p>
    <w:p>
      <w:r>
        <w:t>08.10.2022 ♣♦♠♥</w:t>
      </w:r>
    </w:p>
    <w:p>
      <w:r>
        <w:t>Yerin renginde elde onörler varsa, o rengi atak etmek çok tehlikelidir.</w:t>
      </w:r>
    </w:p>
    <w:p>
      <w:r>
        <w:t>Ancak o renk boşsa olabilir.</w:t>
      </w:r>
    </w:p>
    <w:p>
      <w:r>
        <w:t>Cevapçı NT deyip sonra renk söylerse kuvvetli değildir.</w:t>
      </w:r>
    </w:p>
    <w:p>
      <w:r>
        <w:t>Cevapçı Dbl deyip sonra renk söylerse kuvvetli değildir.</w:t>
      </w:r>
    </w:p>
    <w:p>
      <w:r>
        <w:t>Zone’da iken 2 açılışı yapmak için rengin iyi olması gerekir.</w:t>
      </w:r>
    </w:p>
    <w:p>
      <w:r>
        <w:t>Bir renkte tutuştuktan sonra başka renk söyleyerek ya da NT diyerek davet edilir.</w:t>
      </w:r>
    </w:p>
    <w:p>
      <w:r>
        <w:t>Eğer rakip konuştu ise Dbl diyerek de davet edilir.</w:t>
      </w:r>
    </w:p>
    <w:p>
      <w:r>
        <w:t>20.10.2022 ♣♦♠♥</w:t>
      </w:r>
    </w:p>
    <w:p>
      <w:r>
        <w:t>1♠       3♣  9-11 Hp, 6-7’li iyi renk, Davet</w:t>
        <w:br/>
        <w:t>Daha az puanla 3 NT oynamayı sağlar</w:t>
      </w:r>
    </w:p>
    <w:p>
      <w:r>
        <w:br/>
        <w:t>1♦       P            P           1NT Reveille</w:t>
        <w:br/>
        <w:t>Minöre 11-14Hp, Majöre 11-15Hp ile yapılır</w:t>
        <w:br/>
        <w:t>Gerçek NT açacak el var ise önce Dbl sonra NT denir.</w:t>
      </w:r>
    </w:p>
    <w:p>
      <w:r>
        <w:t>X (Tek)</w:t>
        <w:br/>
        <w:t>Atak: A           ?</w:t>
      </w:r>
    </w:p>
    <w:p>
      <w:r>
        <w:t>Doğu küçük kart verirsekalan renklerden küçüğünü,</w:t>
        <w:br/>
        <w:t>orta kart verirse    renge devamı,</w:t>
        <w:br/>
        <w:t>büyük kart verirse büyük rengi ister.</w:t>
      </w:r>
    </w:p>
    <w:p>
      <w:r>
        <w:t>1NT               2NT ♦’ya transfer</w:t>
        <w:br/>
        <w:t>Minör transferleri ya 3♦ isteyen ya da 6♦ oynamak isteyen ellerle yapılır.</w:t>
      </w:r>
    </w:p>
    <w:p>
      <w:r>
        <w:t>KQTXX   Önce 2 onörün olduğu taraftaki onör çekilir.</w:t>
      </w:r>
    </w:p>
    <w:p>
      <w:r>
        <w:t>Duruma bakılır.</w:t>
      </w:r>
    </w:p>
    <w:p>
      <w:r>
        <w:t>Bir taraf vermezse ona göre oynanır.</w:t>
      </w:r>
    </w:p>
    <w:p>
      <w:r>
        <w:t>A9XX</w:t>
      </w:r>
    </w:p>
    <w:p>
      <w:r>
        <w:t>Yerde onör yoksa 3.</w:t>
      </w:r>
    </w:p>
    <w:p>
      <w:r>
        <w:t>Oyuncu hep büyüğünü koyar.</w:t>
      </w:r>
    </w:p>
    <w:p>
      <w:r>
        <w:t>İstisna AQX varsa Q konur.</w:t>
      </w:r>
    </w:p>
    <w:p>
      <w:r>
        <w:t>Yerde onör varsa, o onörü nasıl ezebiliriz düşünülüp,ona göre plan yapılır.</w:t>
      </w:r>
    </w:p>
    <w:p>
      <w:r>
        <w:t>♦ açışı, major tutuşu yoksa 4’lüdür.</w:t>
      </w:r>
    </w:p>
    <w:p>
      <w:r>
        <w:t>27.10.2022 ♣♦♠♥</w:t>
        <w:br/>
        <w:t>1 Majör açışına cevapçının açış puanı varsa, 5’li rengi olduğunda onu söyler, ancak 5’li rengi yoksa 2♣ der</w:t>
      </w:r>
    </w:p>
    <w:p>
      <w:r>
        <w:t>1♦             P            1♠           2♦  Kalan 2 renk 5-5</w:t>
      </w:r>
    </w:p>
    <w:p>
      <w:r>
        <w:t>P                   P             1♠            P</w:t>
        <w:br/>
        <w:t>2♦  4’lü ♠tutuşu   DRURY</w:t>
      </w:r>
    </w:p>
    <w:p>
      <w:r>
        <w:t>P</w:t>
        <w:br/>
        <w:t>1♠                         2♦ Drury,4’lü♠</w:t>
        <w:br/>
        <w:t>2♥5’li♠4’lü ♥, Zone oynayalım mı?</w:t>
      </w:r>
    </w:p>
    <w:p>
      <w:r>
        <w:t>2♠İyi el değil,stop</w:t>
        <w:br/>
        <w:t>3♣5’li♠4’lü♣, Zone oynayalım mı?</w:t>
      </w:r>
    </w:p>
    <w:p>
      <w:r>
        <w:t>3♥5’li♠5’li ♥, Slam oynayalım mı?</w:t>
      </w:r>
    </w:p>
    <w:p>
      <w:r>
        <w:t>3♠Çok iyi el, Slam oynayalım mı?</w:t>
      </w:r>
    </w:p>
    <w:p>
      <w:r>
        <w:t>4♣♣ tek, Slam oynayalım mı?</w:t>
      </w:r>
    </w:p>
    <w:p>
      <w:r>
        <w:t>4♠4♠oynayalım</w:t>
      </w:r>
    </w:p>
    <w:p/>
    <w:p>
      <w:r>
        <w:t>Stayman yapan oyuncuda 4’lü major olması gerekmez.</w:t>
      </w:r>
    </w:p>
    <w:p>
      <w:r>
        <w:t>1NT               2♣</w:t>
        <w:br/>
        <w:t>2♥            2NT  4’lü♠olması gerekmez</w:t>
        <w:br/>
        <w:t>----------------------------------------------------------</w:t>
        <w:br/>
        <w:t>1NT               2♣</w:t>
        <w:br/>
        <w:t>2♥            3NT  4’lü♠var demektir.</w:t>
      </w:r>
    </w:p>
    <w:p>
      <w:r>
        <w:t>3.11.2022 ♣♦♠♥</w:t>
      </w:r>
    </w:p>
    <w:p>
      <w:r>
        <w:t>NT açılışına;</w:t>
        <w:br/>
        <w:t>Stayman iyi 8Hp ile yapılır.</w:t>
      </w:r>
    </w:p>
    <w:p>
      <w:r>
        <w:t>Transfer 0Hp ile de yapılır, eğer 2.konuşmada yeni renk söylenirse,bu renk de var 10+Hp var, zone kesin anlamına gelir.</w:t>
      </w:r>
    </w:p>
    <w:p>
      <w:r>
        <w:t>1NT             2♠          ♣’e transfer</w:t>
        <w:br/>
        <w:t>2NT          ♦’ya transfer</w:t>
        <w:br/>
        <w:t>3♣           En az 5-5 Minörler,çok zayıf el</w:t>
        <w:br/>
        <w:t>3♦           En az 5-5 Minörler,kuvvetli el</w:t>
        <w:br/>
        <w:t>3♥          Bu renk tek,5-4 Minörler,Zone kesin</w:t>
        <w:br/>
        <w:t>3♠          Bu renk tek,5-4 Minörler,Zone kesin</w:t>
        <w:br/>
        <w:t>3♣ Cevabına, NT açan, P geçer ya da 3♦ der ve oynar</w:t>
        <w:br/>
        <w:t>3♥/3♠Cevabına, NT açanın elinde ♥/♠’de puan yoksa Slam bile oynanabilir.</w:t>
      </w:r>
    </w:p>
    <w:p>
      <w:r>
        <w:t>1♣                         2♣ Forcing,P geçilmez.</w:t>
      </w:r>
    </w:p>
    <w:p>
      <w:r>
        <w:t>2♦5’li♣4’lü ♦, 15+ P</w:t>
        <w:br/>
        <w:t>2♥5’li♣4’lü ♥, 15+ P</w:t>
        <w:br/>
        <w:t>2♠5’li♣4’lü ♠, 15+ P</w:t>
        <w:br/>
        <w:t>2NT 12-14Hp, Dengeli el</w:t>
        <w:br/>
        <w:t>3♣5’li♣, 11-12Hp,’’Açtığına pişman’’</w:t>
        <w:br/>
        <w:t>3♦/♥/♠Bu renk tek</w:t>
        <w:br/>
        <w:t>-----------------------------------------------------------------------------------</w:t>
        <w:br/>
        <w:t>1♣                         2♣</w:t>
        <w:br/>
        <w:t>3♣/2NT rebidleri gelmezse Zone kesindir.</w:t>
      </w:r>
    </w:p>
    <w:p>
      <w:r>
        <w:t>Minör tutuşlarında tekler 3 seviyesinde,</w:t>
        <w:br/>
        <w:t>Majör tutuşlarında tekler 3♠ve üzerinde gösterilir.</w:t>
      </w:r>
    </w:p>
    <w:p>
      <w:r>
        <w:t>Açanın 2.Rengine (Reverse yapmadığı sürece) P geçilebilir.</w:t>
      </w:r>
    </w:p>
    <w:p>
      <w:r>
        <w:t>Cevapçının 2.Rengine P geçilemez.</w:t>
      </w:r>
    </w:p>
    <w:p>
      <w:r>
        <w:t>1♠                1NT</w:t>
        <w:br/>
        <w:t>2♠♠6’lıdır (Cevapçı açanın bir üstünü söylediği için)</w:t>
      </w:r>
    </w:p>
    <w:p/>
    <w:p>
      <w:r>
        <w:t>AKJTX     A çekmeden direkt 9’lu ile empas yapılır.</w:t>
      </w:r>
    </w:p>
    <w:p>
      <w:r>
        <w:t>9X           2 adet olduğu için, A çekilirse,2 kez empas yapma şansı yitirilir</w:t>
        <w:br/>
        <w:t>------------------------------------------------------------------------------------</w:t>
        <w:br/>
        <w:t>AKJTX     Önce A çekilir sonra empas yapılır.</w:t>
      </w:r>
    </w:p>
    <w:p>
      <w:r>
        <w:t>9XX        3 adet olduğu için hala 2 kez empas yapma şansı var.</w:t>
      </w:r>
    </w:p>
    <w:p>
      <w:r>
        <w:t>10.11.2022 ♣♦♠♥</w:t>
      </w:r>
    </w:p>
    <w:p>
      <w:r>
        <w:br/>
        <w:t>1♠             1 NT</w:t>
        <w:br/>
        <w:t>2♠                3♣          ♣’ler var</w:t>
        <w:br/>
        <w:t>-----------------------------------------------------------------</w:t>
        <w:br/>
        <w:t>1♠             1 NT</w:t>
        <w:br/>
        <w:t>3♠                4♣/4♦   ♠tutuşu var, 11-12 Hp</w:t>
      </w:r>
    </w:p>
    <w:p/>
    <w:p>
      <w:r>
        <w:br/>
        <w:t>Açıştan sonra rakip araya girerse,cevapçının söylediği renk 5’lidir.</w:t>
      </w:r>
    </w:p>
    <w:p>
      <w:r>
        <w:t>**İstisna: 1♣ açılıp, 1♦ile araya girilirse**</w:t>
      </w:r>
    </w:p>
    <w:p>
      <w:r>
        <w:t>1♣        1♦      1♠4’lü olabilir.</w:t>
      </w:r>
    </w:p>
    <w:p>
      <w:r>
        <w:t>1♣        1♦      DblEn az 4’lü♥ 4’lü♠</w:t>
      </w:r>
    </w:p>
    <w:p/>
    <w:p>
      <w:r>
        <w:t>QX         NT oynarken bu renkten 3 el almak için, en yüksek olasılık;</w:t>
        <w:br/>
        <w:t>AJXX     elden X oynayıp,yerden Q koymaktır.</w:t>
      </w:r>
    </w:p>
    <w:p>
      <w:r>
        <w:t>♠XXXXX   Kozun onörsüz olması korkutucu değildir.</w:t>
      </w:r>
    </w:p>
    <w:p>
      <w:r>
        <w:t>♠XXXX     Dışarıda 2-2 dağılım varsa 2 el verilir.</w:t>
      </w:r>
    </w:p>
    <w:p>
      <w:r>
        <w:t>1♦           1♠</w:t>
        <w:br/>
        <w:t>3♦  ♠XXX♥XX ♦AKQTXXX♣A</w:t>
        <w:br/>
        <w:t>Böyle bir elle puana göre değil, güç dikkate alınarak konuşulur.</w:t>
      </w:r>
    </w:p>
    <w:p>
      <w:r>
        <w:t>1♣              1♥</w:t>
        <w:br/>
        <w:t>2♥              2♠Reverse olmaz.Trial Bid(♠’ten yardım ister)</w:t>
        <w:br/>
        <w:t>Majörde anlaşıldıysa Reverse olmaz, Trial Bid olur.</w:t>
      </w:r>
    </w:p>
    <w:p>
      <w:r>
        <w:t>AQT9X    J ile başlanır, empas yapılır.</w:t>
      </w:r>
    </w:p>
    <w:p>
      <w:r>
        <w:t>JXX          3-2 ve 4-1 dağılımda hepsi alınır.</w:t>
      </w:r>
    </w:p>
    <w:p>
      <w:r>
        <w:t>JXX           Sonra tekrar ele geçip J oynanır</w:t>
        <w:br/>
        <w:t>------------------------------------------------------------------------------------</w:t>
        <w:br/>
        <w:t>AQT8X    İlk olarak X oynanır,T veya Q konur.</w:t>
      </w:r>
    </w:p>
    <w:p>
      <w:r>
        <w:t>JXX          Sonra J oynanır</w:t>
        <w:br/>
        <w:t>3. seferde 8’liye doğru oynanır.</w:t>
      </w:r>
    </w:p>
    <w:p>
      <w:r>
        <w:t>4-1 dağılıma karşı tedbir alınmalıdır.</w:t>
      </w:r>
    </w:p>
    <w:p>
      <w:r>
        <w:t>ATXX        K çekilir, sonra Q çekilir.</w:t>
      </w:r>
    </w:p>
    <w:p>
      <w:r>
        <w:t>AT korunur.</w:t>
      </w:r>
    </w:p>
    <w:p>
      <w:r>
        <w:t>KQXX</w:t>
        <w:br/>
        <w:t>---------------------------------------------------------------------------------</w:t>
        <w:br/>
        <w:t>KTX          Önce A çekilir, yerden T atılır.</w:t>
      </w:r>
    </w:p>
    <w:p>
      <w:r>
        <w:t>AQ9XX     Sonra K oynanır.</w:t>
      </w:r>
    </w:p>
    <w:p>
      <w:r>
        <w:t>Dağılıma bakılır, ona göre oynanır.</w:t>
      </w:r>
    </w:p>
    <w:p>
      <w:r>
        <w:t>1 NT                   2♦</w:t>
        <w:br/>
        <w:t>2♥                3♣5’li♥,4’lü♣ Zone kesin</w:t>
        <w:br/>
        <w:t>4♥ min el</w:t>
        <w:br/>
        <w:t>-------------------------------------------------------------------</w:t>
        <w:br/>
        <w:t>1 NT                   2♦</w:t>
        <w:br/>
        <w:t>2♥                3♣5’li♥,4’lü♣ Zone kesin</w:t>
        <w:br/>
        <w:t>3♥ ‘’elim iyi, istersen slam’a gidebiliriz’’</w:t>
        <w:br/>
        <w:t>NT açan kendisi slam’e gitmez ama eli beklenenin üst dilimindedir.</w:t>
      </w:r>
    </w:p>
    <w:p>
      <w:r>
        <w:t>Key card sorusundan sonra 1 dışarı ile Slam deklare edilir.</w:t>
      </w:r>
    </w:p>
    <w:p>
      <w:r>
        <w:t>1,5 ya da 2 dışarı ile deklare edilmez.</w:t>
      </w:r>
    </w:p>
    <w:p>
      <w:r>
        <w:t>2♣                2♦   4+Hp</w:t>
        <w:br/>
        <w:t>2♣                2♥   0-3Hp 2nd Negative</w:t>
        <w:br/>
        <w:t>2♣                2 NT  8+Hp ve ♥ var</w:t>
      </w:r>
    </w:p>
    <w:p>
      <w:r>
        <w:t>12.11.2022 ♣♦♠♥</w:t>
      </w:r>
    </w:p>
    <w:p>
      <w:r>
        <w:br/>
        <w:t>AQT8        Elden X ile başlanır,yerden Q konur.</w:t>
      </w:r>
    </w:p>
    <w:p>
      <w:r>
        <w:t>JXX            Sonra elden J oynanır.</w:t>
      </w:r>
    </w:p>
    <w:p>
      <w:r>
        <w:t>K oturursa A ile alınır.</w:t>
      </w:r>
    </w:p>
    <w:p>
      <w:r>
        <w:t>Doğu uymazsa, tekrar elden X oynanır ve 9‘luya empas atılır.</w:t>
      </w:r>
    </w:p>
    <w:p>
      <w:r>
        <w:t>♠AKQXXX</w:t>
        <w:br/>
        <w:t>♥QXX</w:t>
        <w:br/>
        <w:t>♦AKX</w:t>
        <w:br/>
        <w:t>♣X       18Hp var, Cevapçı</w:t>
      </w:r>
    </w:p>
    <w:p>
      <w:r>
        <w:t>1♥            1♠</w:t>
        <w:br/>
        <w:t>1NT              2♦ Bazen 4’lü olmayan renk 4’lü gibi gösterilir.</w:t>
      </w:r>
    </w:p>
    <w:p>
      <w:r>
        <w:t>Ortağın P geçmesi istenmediği zaman yapılır.</w:t>
      </w:r>
    </w:p>
    <w:p>
      <w:r>
        <w:t>Tutuş/Tekrar/NT’ya P denebilir.</w:t>
      </w:r>
    </w:p>
    <w:p>
      <w:r>
        <w:t>O yüzden yeni renk söylenmesi zorunludur.</w:t>
      </w:r>
    </w:p>
    <w:p>
      <w:r>
        <w:t>Bu konuşma ortağın zone’a kadar P geçmesini önler.</w:t>
      </w:r>
    </w:p>
    <w:p>
      <w:r>
        <w:t>Ya ortak 4♦derse?</w:t>
      </w:r>
    </w:p>
    <w:p>
      <w:r>
        <w:t>O zaman da 4♥ denir.</w:t>
      </w:r>
    </w:p>
    <w:p>
      <w:r>
        <w:t>1♦           1♠</w:t>
        <w:br/>
        <w:t>3♦           P denebilir</w:t>
        <w:br/>
        <w:t>---------------------------------------------------------------------------------------------</w:t>
        <w:br/>
        <w:t>1♦           1♠</w:t>
        <w:br/>
        <w:t>2♥  Reverse</w:t>
        <w:br/>
        <w:t>3♣  Jump Shift</w:t>
        <w:br/>
        <w:t>Zone’un kesin olduğuna inanılan ellerle ya küçük bir renk sıçrayarak söylenir ya da Reverse yapılır.</w:t>
      </w:r>
    </w:p>
    <w:p>
      <w:r>
        <w:t>1NT             P              2♥          Dbl  ‘’♥atak et ortak’’</w:t>
        <w:br/>
        <w:t>♠4’lü ise transferi kırar</w:t>
        <w:br/>
        <w:t>♠3’lü ise transferi alır</w:t>
        <w:br/>
        <w:t>♠2’li ise P der, ♠3’lü değil (ortağa sıra gidiyor)</w:t>
        <w:br/>
        <w:t>2♠ 2♠oynayalım</w:t>
        <w:br/>
        <w:t>2NT8-9Hp ,5’li♠</w:t>
        <w:br/>
        <w:t>3NT10-14Hp ,5’li♠</w:t>
        <w:br/>
        <w:t>Yeni renk  1 tur forsing</w:t>
        <w:br/>
        <w:t>RDbl’’Ortak transferi al’’</w:t>
      </w:r>
    </w:p>
    <w:p/>
    <w:p>
      <w:r>
        <w:t>1♠                         1NT</w:t>
        <w:br/>
        <w:t>♠6’lı değil,</w:t>
        <w:br/>
        <w:t>♥4’lü değil,       2♣ denir (2’li ile bile denebilir)</w:t>
        <w:br/>
        <w:t>♦4’lü değil,</w:t>
      </w:r>
    </w:p>
    <w:p/>
    <w:p>
      <w:r>
        <w:t>A98        A’ın karşısından başlanır,</w:t>
        <w:br/>
        <w:t>QTX        önce J’ye sonra K’ya empas yapılır.</w:t>
      </w:r>
    </w:p>
    <w:p>
      <w:r>
        <w:t>Zone’da iken 1.</w:t>
      </w:r>
    </w:p>
    <w:p>
      <w:r>
        <w:t>Pozisyonda 2/3 Minör açışlarında</w:t>
        <w:br/>
        <w:t>mutlaka kaliteli renk olmalıdır.</w:t>
      </w:r>
    </w:p>
    <w:p>
      <w:r>
        <w:t>P                   1♠            P           2♠</w:t>
        <w:br/>
        <w:t>2NTMinörler gösterir</w:t>
      </w:r>
    </w:p>
    <w:p>
      <w:r>
        <w:t>1♠                     2♠</w:t>
        <w:br/>
        <w:t>3♥♥’den yardım istiyor</w:t>
        <w:br/>
        <w:t>-----------------------------------------------------------------------------------</w:t>
        <w:br/>
        <w:t>1♠                     2♠</w:t>
        <w:br/>
        <w:t>2NT Genel yardım istiyor</w:t>
      </w:r>
    </w:p>
    <w:p/>
    <w:p>
      <w:r>
        <w:t>1♣        1♠         1NT8-10Hp, ♠’i yarım durdurabilir</w:t>
        <w:br/>
        <w:t>4’lü♥yok,ortağın rengini tutmuyor.</w:t>
      </w:r>
    </w:p>
    <w:p>
      <w:r>
        <w:t>2♣İyi 4’lü ile tutuyorsa, AKXX,KQXXolmalı</w:t>
        <w:br/>
        <w:t>2 NT11-12Hp,ortağın rengini tutmuyor</w:t>
        <w:br/>
        <w:t>4’lü♥yok,Zone düşünür ama garanti değil</w:t>
        <w:br/>
        <w:t>3♣8-9Hp, 5 tane ♣,genellikle dengesiz</w:t>
        <w:br/>
        <w:t>2♠♣tutuşu, 11+Hp</w:t>
        <w:br/>
        <w:t>3♠♣tutuşu, Zone kesin, Splinter</w:t>
      </w:r>
    </w:p>
    <w:p>
      <w:r>
        <w:t>A ve yanında onörü olan 7’li renge sahip eller çok değerlidir.</w:t>
      </w:r>
    </w:p>
    <w:p>
      <w:r>
        <w:t>Bu tür eller ile 7 löve alınabilir.</w:t>
      </w:r>
    </w:p>
    <w:p>
      <w:r>
        <w:t>1♣               1♥</w:t>
        <w:br/>
        <w:t>4♦               5♥El iyi ama ♥ kötü.</w:t>
      </w:r>
    </w:p>
    <w:p>
      <w:r>
        <w:t>‘’Slam oynayalım mı?’’</w:t>
        <w:br/>
        <w:t>6♥</w:t>
      </w:r>
    </w:p>
    <w:p>
      <w:r>
        <w:t>1♦               2♥3-5Hp</w:t>
      </w:r>
    </w:p>
    <w:p>
      <w:r>
        <w:t>17.11.2022 ♣♦♠♥</w:t>
      </w:r>
    </w:p>
    <w:p>
      <w:r>
        <w:br/>
        <w:t>Kontr’a cevap verirken güç de belli edilir:</w:t>
        <w:br/>
        <w:t>1♣       Dbl            1♥          1♠ 6-9Hp</w:t>
        <w:br/>
        <w:t>2♠ 10-12Hp, 4’lü♠,dengeli</w:t>
        <w:br/>
        <w:t>3♠ 10-12Hp, 5’li♠,dengesiz</w:t>
        <w:br/>
        <w:t>4♠Az puan,6-7çok iyi♠,’4♠oynarız’</w:t>
      </w:r>
    </w:p>
    <w:p>
      <w:r>
        <w:t>QVX        QVX</w:t>
        <w:br/>
        <w:t>AXXX      AXXXX</w:t>
        <w:br/>
        <w:t>T’lu olmadığı için önce Q’a, sonra V’ye doğru oynamak gerekir</w:t>
        <w:br/>
        <w:t>Ama QV uzun tarafta olursa, QVXX veya QVXXX gibi,</w:t>
        <w:br/>
        <w:t>O zaman A çekip Q’a doğru oynanır.</w:t>
      </w:r>
    </w:p>
    <w:p>
      <w:r>
        <w:t>1♠           3♥ 6-7 tane♥, 9-11 Hp, ♠’i tutmuyor</w:t>
      </w:r>
    </w:p>
    <w:p>
      <w:r>
        <w:t>19.11.2022 ♣♦♠♥</w:t>
      </w:r>
    </w:p>
    <w:p>
      <w:r>
        <w:t>Cevapçının yeni rengi forsingdir.</w:t>
      </w:r>
    </w:p>
    <w:p>
      <w:r>
        <w:t>İstisna:</w:t>
        <w:br/>
        <w:t>1♣/1♦       1♠</w:t>
        <w:br/>
        <w:t>1NT                 2♥   Forsing değil.</w:t>
      </w:r>
    </w:p>
    <w:p>
      <w:r>
        <w:t>2 açılışına, cevapçı ‘zone oynamayız’ diye düşünüyorsa PAS geçmelidir.</w:t>
      </w:r>
    </w:p>
    <w:p>
      <w:r>
        <w:t>Dbl atıp sonra renk söyleyince, o renk 5-6 adet olmalıdır.</w:t>
      </w:r>
    </w:p>
    <w:p>
      <w:r>
        <w:t>Dbl atıp sonra sıçrayarak renk söyleyince, o renk 7 adet olmalıdır.</w:t>
      </w:r>
    </w:p>
    <w:p>
      <w:r>
        <w:t>1♥           1NT  5-12 Hp  Semi Forsing</w:t>
        <w:br/>
        <w:t>Açan, cevapçı 12 Hp olsa bile zone yapamayacaklarına inanıyorsa PAS diyebilir.</w:t>
      </w:r>
    </w:p>
    <w:p>
      <w:r>
        <w:t>12+Hp</w:t>
        <w:br/>
        <w:t>3NT ♥’ü kesiyor.</w:t>
      </w:r>
    </w:p>
    <w:p>
      <w:r>
        <w:t>12+Hp</w:t>
      </w:r>
    </w:p>
    <w:p>
      <w:r>
        <w:t>KTX</w:t>
        <w:br/>
        <w:t>Atak:X           Q98</w:t>
        <w:br/>
        <w:t>Yerde onör olduğu zaman,yere göre davranılır.</w:t>
      </w:r>
    </w:p>
    <w:p>
      <w:r>
        <w:t>Yerde T olduğu için 8‘li konur.</w:t>
      </w:r>
    </w:p>
    <w:p>
      <w:r>
        <w:t>Yerde T olmasaydı Q koyacaktı.</w:t>
      </w:r>
    </w:p>
    <w:p>
      <w:r>
        <w:t>Alamayacağını bilerek bir rengi oynayıp, rakibe vermeye,</w:t>
        <w:br/>
        <w:t>Oynamak istemediğin rengi rakibin oynamasını sağlamaya</w:t>
        <w:br/>
        <w:t>YATIRMA (End Play) denir.</w:t>
      </w:r>
    </w:p>
    <w:p>
      <w:r>
        <w:t>Açan bazen 11-12Hp ile oyun açabildiğinden, cevapçı iken daha mufazakar olmaya çalışlır.</w:t>
      </w:r>
    </w:p>
    <w:p>
      <w:r>
        <w:t>13Puandan aşağı iken Zone Forsing yapılmamalıdır.</w:t>
      </w:r>
    </w:p>
    <w:p>
      <w:r>
        <w:t>MAJÖR AÇIŞINA CEVAPLAR:</w:t>
        <w:br/>
        <w:t>1♠            2♠ 8-10Tp, 4’lü fit.</w:t>
      </w:r>
    </w:p>
    <w:p>
      <w:r>
        <w:t>Hp değil,Tp</w:t>
        <w:br/>
        <w:t>7Hp,4’lü fit ve dblton ile yapılabilir (4.koza ve Dblton’a 1’er p)</w:t>
        <w:br/>
        <w:t>3♠ 4’lü Fit Zayıf El (aslında cevap verecek el yok)</w:t>
        <w:br/>
        <w:t>5’li ♠ile 0Hp ile bile yapılabilir.</w:t>
      </w:r>
    </w:p>
    <w:p>
      <w:r>
        <w:t>Bu cevap Zone durumuna göre değişebilir.</w:t>
      </w:r>
    </w:p>
    <w:p>
      <w:r>
        <w:t>4♠Gambling.</w:t>
      </w:r>
    </w:p>
    <w:p>
      <w:r>
        <w:t>En az 5’li♠.</w:t>
      </w:r>
    </w:p>
    <w:p>
      <w:r>
        <w:t>Çok az puan.</w:t>
      </w:r>
    </w:p>
    <w:p>
      <w:r>
        <w:t>Önce 1NT Sonra 2♠6-7Tp 3’lü fit / 6-10Tp 2’li fit,</w:t>
        <w:br/>
        <w:t>Önce 1NT Sonra 3♠11-12Tp 3’lü fit</w:t>
        <w:br/>
        <w:t>2♣ 13+Hp, ♣ kısa olabilir</w:t>
        <w:br/>
        <w:t>2♦ 13+Hp, ♦ en az 5’li</w:t>
        <w:br/>
        <w:t>3♣/♦/♥9-11Hp,6’lı renk,Fit yok</w:t>
        <w:br/>
        <w:t>2NT11-12Tp 4’lü fit Önce 1NT Sonra 2♠6-7Tp 3’lü fit / 6-10Tp 2’li fit,</w:t>
        <w:br/>
        <w:t>Önce 1NT Sonra 3♠11-12Tp 3’lü fit</w:t>
        <w:br/>
        <w:t>2♣ 13+Hp, ♣ kısa olabilir</w:t>
        <w:br/>
        <w:t>2♦ 13+Hp, ♦ en az 5’li</w:t>
        <w:br/>
        <w:t>3♣/♦/♥9-11Hp,6’lı renk,Fit yok</w:t>
        <w:br/>
        <w:t>2NT11-12Tp 4’lü fit</w:t>
      </w:r>
    </w:p>
    <w:p>
      <w:r>
        <w:br/>
        <w:t>1♣      Dbl      2♣</w:t>
        <w:br/>
        <w:t>Açanda 3’lü olabilir ama gene de iyi 4’lü (KQXX) ile tutulur.</w:t>
      </w:r>
    </w:p>
    <w:p>
      <w:r>
        <w:t>Renk ♣ yerine ♦ ise 4‘lü ile mutlaka fit verilir.</w:t>
      </w:r>
    </w:p>
    <w:p>
      <w:r>
        <w:t>Reverse yapıldığında zone’dan önce durulabilir ama Jump Shift  yapıldığında Zone’dan önce durulmaz.</w:t>
      </w:r>
    </w:p>
    <w:p>
      <w:r>
        <w:t>Reverse yapana 2NT cevabı gelirse negatiftir,onun dışında Zone’a gidilir.</w:t>
      </w:r>
    </w:p>
    <w:p>
      <w:r>
        <w:t>1♦          1♠</w:t>
        <w:br/>
        <w:t>2♥          2NT</w:t>
        <w:br/>
        <w:t>Ya da açanın tekrar ♦ demesi halinde PAS denebilir.</w:t>
      </w:r>
    </w:p>
    <w:p>
      <w:r>
        <w:t>Davet konuşmasına renk söylemek Forsingdir.</w:t>
      </w:r>
    </w:p>
    <w:p>
      <w:r>
        <w:t>Oyun 3NT.</w:t>
      </w:r>
    </w:p>
    <w:p>
      <w:r>
        <w:t>♣rengi nasıl oynanmalı?</w:t>
      </w:r>
    </w:p>
    <w:p>
      <w:r>
        <w:t>Yerden X, Doğu’dan V geldi, elden K ile alınır.</w:t>
      </w:r>
    </w:p>
    <w:p>
      <w:r>
        <w:t>Elden 9’lu oynanır, yerden A ile alınır.</w:t>
      </w:r>
    </w:p>
    <w:p>
      <w:r>
        <w:t>Sonra ele geçilip, elden 8’liye doğru oynanır.</w:t>
      </w:r>
    </w:p>
    <w:p>
      <w:r>
        <w:t>24.11.2022 ♣♦♠♥</w:t>
      </w:r>
    </w:p>
    <w:p>
      <w:r>
        <w:t>1♣        1♥       P         1♠</w:t>
        <w:br/>
        <w:t>1NT  18/19 Hp, Dengeli</w:t>
        <w:br/>
        <w:t>(2NT demeye gerek yoktur, ortak Pas dedi)</w:t>
      </w:r>
    </w:p>
    <w:p>
      <w:r>
        <w:t>1♦                1♠</w:t>
        <w:br/>
        <w:t>2♣                3♠ 11-12Tp, 6 adet♠,</w:t>
        <w:br/>
        <w:t>Zone’u ümit ediyor, P geçilebilir</w:t>
        <w:br/>
        <w:t>3♦♦’yu tutuyor, Zone daveti</w:t>
        <w:br/>
        <w:t>3♣♣’i tutuyor, Zone daveti</w:t>
        <w:br/>
        <w:t>3♥5’li♠, 5’li♥ Zone daveti</w:t>
        <w:br/>
        <w:t>Zone kesin olsaydı, 4.renk yapardı</w:t>
        <w:br/>
        <w:t>4♠Zone oynarız, Slam daveti değil</w:t>
        <w:br/>
        <w:t>♠iyi,dağılım iyi,13Hp vaat etmez</w:t>
        <w:br/>
        <w:t>5♣ Zone oynarız, 13Hp gösterir, ♣’e dayalı el</w:t>
      </w:r>
    </w:p>
    <w:p>
      <w:r>
        <w:t>1♦           1♠</w:t>
        <w:br/>
        <w:t>2♣             2♥</w:t>
        <w:br/>
        <w:t>3♦             5♣13-15 Tp, ♣’i tutuyor</w:t>
        <w:br/>
        <w:t>Önce 4.</w:t>
      </w:r>
    </w:p>
    <w:p>
      <w:r>
        <w:t>Renk yapıp, sonra renk söylendiğinde 13+Hp var,</w:t>
        <w:br/>
        <w:t>renk de iyi demektir.</w:t>
      </w:r>
    </w:p>
    <w:p>
      <w:r>
        <w:t>4.Renk yapmak Zone oynarız demektir, tarif ister.</w:t>
      </w:r>
    </w:p>
    <w:p>
      <w:r>
        <w:t>4.Renk yapmamak da birşey anlatmış olur.</w:t>
      </w:r>
    </w:p>
    <w:p>
      <w:r>
        <w:t>Cevapçının 1NT’na atılan Dbl, açış rengi dışında renk ister</w:t>
      </w:r>
    </w:p>
    <w:p>
      <w:r>
        <w:t>01.12.2022 ♣♦♠♥</w:t>
      </w:r>
    </w:p>
    <w:p>
      <w:r>
        <w:t>Kısa renklerde puan olduğu zaman 5-4-2-2 ellerle NT açmak tercih edilir.</w:t>
      </w:r>
    </w:p>
    <w:p>
      <w:r>
        <w:t>5-4 renklerde 2.</w:t>
      </w:r>
    </w:p>
    <w:p>
      <w:r>
        <w:t>Renk ♠ ise konuşmada çok sıkışılmaz ama 2.renk ♦/♥ ise 2.</w:t>
      </w:r>
    </w:p>
    <w:p>
      <w:r>
        <w:t>Konuşmada çok sıkışılır.</w:t>
      </w:r>
    </w:p>
    <w:p>
      <w:r>
        <w:t>Bu nedenle NT açmak tercih sebebidir.</w:t>
      </w:r>
    </w:p>
    <w:p>
      <w:r>
        <w:t>1NT                2♣</w:t>
        <w:br/>
        <w:t>2♦                3 ♥/♠ 3 seviyesinde Ters Majör SMOLEN</w:t>
        <w:br/>
        <w:t>Söylenmeyen major 5’li,</w:t>
        <w:br/>
        <w:t>Söylenen major 4’lü demektir.</w:t>
      </w:r>
    </w:p>
    <w:p>
      <w:r>
        <w:t>ZONE KESİN</w:t>
      </w:r>
    </w:p>
    <w:p/>
    <w:p>
      <w:r>
        <w:t>2♣             2♦            Dbl  Kötü El   0-3Hp</w:t>
        <w:br/>
        <w:t>2♣             2♦               P  İyi El</w:t>
        <w:br/>
        <w:t>2♣             Dbl ♣ var, ♣ atağı ister</w:t>
        <w:br/>
        <w:t>2♣             3♣6-7 adet ♣ var.</w:t>
      </w:r>
    </w:p>
    <w:p>
      <w:r>
        <w:t>2♣             2NT Unusual NT, genelde Minörler var</w:t>
      </w:r>
    </w:p>
    <w:p>
      <w:r>
        <w:t>10.12.2022 ♣♦♠♥</w:t>
      </w:r>
    </w:p>
    <w:p>
      <w:r>
        <w:t>Koza dokunmadan elden ve yerden çakarak oynanıyorsa;</w:t>
        <w:br/>
        <w:t>4.</w:t>
      </w:r>
    </w:p>
    <w:p>
      <w:r>
        <w:t>Renkteki alıcıların bir an önce alınması gereklidir.</w:t>
      </w:r>
    </w:p>
    <w:p>
      <w:r>
        <w:t>Eğer 4.renkteki As dışarıda ise önce onu çıkartıp, hazır hale getirmeye çalışılır.</w:t>
      </w:r>
    </w:p>
    <w:p>
      <w:r>
        <w:t>1♥                1♠</w:t>
        <w:br/>
        <w:t>4♦                4♠ Daveti reddeder</w:t>
        <w:br/>
        <w:t>5♦ ‘’♦ yok, elim çok iyi, elini bir daha değerlendir’’</w:t>
      </w:r>
    </w:p>
    <w:p/>
    <w:p>
      <w:r>
        <w:t>1♥             1NT</w:t>
        <w:br/>
        <w:t>3♣  Aşağıdaki el ile 2♠ demek yerine 3♣ tercih edilir.</w:t>
      </w:r>
    </w:p>
    <w:p>
      <w:r>
        <w:t>Sebebi; ortak NT dediği için 4’lü♠’i olmadığı bellidir</w:t>
        <w:br/>
        <w:t>♠AQJX</w:t>
        <w:br/>
        <w:t>♥AK9XX</w:t>
        <w:br/>
        <w:t>♦ -</w:t>
        <w:br/>
        <w:t>♣ AQ32</w:t>
      </w:r>
    </w:p>
    <w:p>
      <w:r>
        <w:t>2/3 Minör açışlarında (özellikle 1.ve 2.iken) renk kaliteli olmalıdır.</w:t>
      </w:r>
    </w:p>
    <w:p>
      <w:r>
        <w:t>Defansta iken, yerde sıra olduğu zaman hemen</w:t>
        <w:br/>
        <w:t>‘’honneur sur honneur’’ yapılmamalıdır.</w:t>
      </w:r>
    </w:p>
    <w:p>
      <w:r>
        <w:t>Sıranın sonuncusuna oturulur.</w:t>
      </w:r>
    </w:p>
    <w:p>
      <w:r>
        <w:t>Ortak oyun açtığında aşağıdaki örnekler gibi bir renge sahip olan eller avantajlıdır :</w:t>
        <w:br/>
        <w:t>ATXXX</w:t>
        <w:br/>
        <w:t>AJTXX</w:t>
        <w:br/>
        <w:t>AQT9X</w:t>
        <w:br/>
        <w:t>İhtimaller:</w:t>
        <w:br/>
        <w:t>K içeride ise 1 adet verir</w:t>
        <w:br/>
        <w:t>Q içeride ise 1 adet verir</w:t>
        <w:br/>
        <w:t>K ve Q içeride ise hiç vermez</w:t>
        <w:br/>
        <w:t>K ve Q sırtta ise 2 verir  %25</w:t>
        <w:br/>
        <w:t>Kazanma ihtimali en yüksek olan empastır %75</w:t>
      </w:r>
    </w:p>
    <w:p>
      <w:r>
        <w:br/>
        <w:t>AÇANIN YENİ RENGİ FORCING DEĞİLDİR!</w:t>
      </w:r>
    </w:p>
    <w:p>
      <w:r>
        <w:t>Açan Reverse yaparsa  FORCING dir</w:t>
        <w:br/>
        <w:t>Açan Jump Shift yaparsa  ZONE FORCING dir</w:t>
        <w:br/>
        <w:t>Açan daha küçük bir renk söylerse cevapçı P geçebilir</w:t>
      </w:r>
    </w:p>
    <w:p/>
    <w:p>
      <w:r>
        <w:t>MAJÖR AÇIŞINA CEVAPLAR:</w:t>
        <w:br/>
        <w:t>1♠            2♠ 8-10Tp, 3’lü-4’lü fit.</w:t>
      </w:r>
    </w:p>
    <w:p>
      <w:r>
        <w:t>24.12.2022 ♣♦♠♥</w:t>
      </w:r>
    </w:p>
    <w:p>
      <w:r>
        <w:t>1♦         P         P          1♥</w:t>
        <w:br/>
        <w:t>1NT Oyun açanın ortağı P geçerse,</w:t>
        <w:br/>
        <w:t>oyun açanın 1NT rebidi  18-19Hp gösterir</w:t>
        <w:br/>
        <w:t>13-14 Hp var ise P der, ♥ kısa ise Dbl der</w:t>
        <w:br/>
        <w:t>-----------------------------------------------------------------------</w:t>
        <w:br/>
        <w:t>1♦         1♥         P       P</w:t>
        <w:br/>
        <w:t>P   13-14Hp, ♥’ü kesiyor</w:t>
        <w:br/>
        <w:t>Dbl 13-14Hp, ♥’ü kısa</w:t>
      </w:r>
    </w:p>
    <w:p>
      <w:r>
        <w:br/>
        <w:t>1♦               P              P                          1♥</w:t>
        <w:br/>
        <w:t>1NT           P          2♥ Transfer    P</w:t>
        <w:br/>
        <w:t>2♠               P               P                    3♣</w:t>
        <w:br/>
        <w:t>P                P               P</w:t>
        <w:br/>
        <w:t>Burada Koz atağı tercih edilmeli, çünkü 2.renk koz oldu, muhtemelen yerden ♥’e çakmaya çalışılacak</w:t>
      </w:r>
    </w:p>
    <w:p>
      <w:r>
        <w:t>QX              Q’a doğru oynanır, A koyarsa, yerden X</w:t>
        <w:br/>
        <w:t>X verirse, yerden Q kaçırılmaya çalışılır.</w:t>
      </w:r>
    </w:p>
    <w:p>
      <w:r>
        <w:t>K87XX        Sonraki tur elden yerden X konur.</w:t>
      </w:r>
    </w:p>
    <w:p>
      <w:r>
        <w:t>KXXXX</w:t>
      </w:r>
    </w:p>
    <w:p/>
    <w:p>
      <w:r>
        <w:t>Majörde anlaştıktan sonra Reverse olmaz, Trialbid yapılır.</w:t>
      </w:r>
    </w:p>
    <w:p>
      <w:r>
        <w:t>1♥                     2♥</w:t>
        <w:br/>
        <w:t>2♠Trialbid    3♥ Yardım yok</w:t>
        <w:br/>
        <w:t>4♥ Yardım var</w:t>
        <w:br/>
        <w:t>2NT max el, puanlar ♣ ve ♦’da</w:t>
        <w:br/>
        <w:t>3♣/♦Bu renkte puanlar var,el fena değil</w:t>
      </w:r>
    </w:p>
    <w:p>
      <w:r>
        <w:t>Trialbid yapıldığında o renkten AXX, KXX ya da QVX varsa, puana bakılır;  Min ise 3, max ise 4 denir.</w:t>
      </w:r>
    </w:p>
    <w:p>
      <w:r>
        <w:t>B                  K                D               G</w:t>
        <w:br/>
        <w:t>P              1♥          P</w:t>
        <w:br/>
        <w:t>1♠             P              4♦          P</w:t>
        <w:br/>
        <w:t>4NT                P              5♦          P</w:t>
        <w:br/>
        <w:t>5♥             P              6♥          P</w:t>
        <w:br/>
        <w:t>6♠             P               P                P</w:t>
      </w:r>
    </w:p>
    <w:p>
      <w:r>
        <w:t>Ortak Splinter yaptığında A’lara 4 yerine 5 puan verilebilir, 5.koza 1 puan eklenir, singleton’a puan eklenir.</w:t>
      </w:r>
    </w:p>
    <w:p>
      <w:r>
        <w:t>Burada ♣ renginin oynanma şekli ‘’Vers la Dame’’ olması gerekir.</w:t>
      </w:r>
    </w:p>
    <w:p>
      <w:r>
        <w:t>Atak ♦K, A’la alınıp,hemen yere doğru ♣oynanır, Q kaçırılmaya çalışılır.</w:t>
      </w:r>
    </w:p>
    <w:p>
      <w:r>
        <w:t>Kozdan sonra ♥ oynanıp, ♥K’ya ♣kaçılır ve ♥sağlamaya çalışılır.</w:t>
      </w:r>
    </w:p>
    <w:p>
      <w:r>
        <w:t>1♦                1♥</w:t>
        <w:br/>
        <w:t>2NT                    3♦   ♦tutuşu</w:t>
        <w:br/>
        <w:t>3♣   ♣ var</w:t>
        <w:br/>
        <w:t>3♥   ♥ 5 adet</w:t>
        <w:br/>
        <w:t>3♠   4’lü ♥, 4’lü♠ var</w:t>
      </w:r>
    </w:p>
    <w:p>
      <w:r>
        <w:t>Cevapçının ikinci konuşmasında söylediği herşey</w:t>
        <w:br/>
        <w:t>Naturel ve Forsing</w:t>
      </w:r>
    </w:p>
    <w:p>
      <w:r>
        <w:t>29.12.2022 ♣♦♠♥</w:t>
      </w:r>
    </w:p>
    <w:p>
      <w:r>
        <w:t>1♣         P         P          2NTDengeli 18-19Hp,Unusual NT değil!</w:t>
      </w:r>
    </w:p>
    <w:p>
      <w:r>
        <w:t>1♣           P        1♠        2NT Unusual NT (Michaels CueBid)</w:t>
        <w:br/>
        <w:t>1♣         2NT Unusual NT (Michaels CueBid)</w:t>
      </w:r>
    </w:p>
    <w:p>
      <w:r>
        <w:t>1♣         P         P          Dbl + NT  15-17Hp</w:t>
        <w:br/>
        <w:t>1♣         P         P          Dbl + 2NT  20-22Hp</w:t>
        <w:br/>
        <w:t>1♣         P         P          Dbl  + Cuebid +2NT  23+Hp</w:t>
      </w:r>
    </w:p>
    <w:p/>
    <w:p>
      <w:r>
        <w:t>AQTX     AQTX       KQTX    ATXX    ATXX     QTXX</w:t>
      </w:r>
    </w:p>
    <w:p>
      <w:r>
        <w:t>KXX        KXXX      AXXX      KQX     KQXX    AKXX</w:t>
        <w:br/>
        <w:t>Hepsinde aynı.</w:t>
      </w:r>
    </w:p>
    <w:p>
      <w:r>
        <w:t>3 turda Onör T’ya doğru oynanır.</w:t>
      </w:r>
    </w:p>
    <w:p>
      <w:r>
        <w:t>El hesaplanırken,ortak cevap verdi ise,</w:t>
        <w:br/>
        <w:t>2 lövelik yardım beklenir, P geçtiyse 1 löve beklenir</w:t>
        <w:br/>
        <w:t>Elde 8 löve sayılıyorsa, ortak da cevap verdiyse Zone söylenir.</w:t>
      </w:r>
    </w:p>
    <w:p>
      <w:r>
        <w:t>Aşağıdaki el ile zone ilan edilir.</w:t>
      </w:r>
    </w:p>
    <w:p>
      <w:r>
        <w:t>♠AKQTXXX                   1♠              1NT</w:t>
        <w:br/>
        <w:t>♥A9X                        4♠</w:t>
        <w:br/>
        <w:t>♦XX</w:t>
        <w:br/>
        <w:t>♣X</w:t>
      </w:r>
    </w:p>
    <w:p>
      <w:r>
        <w:br/>
        <w:t>JXX        Oynayan bu renge başlarsa el alamaz.</w:t>
      </w:r>
    </w:p>
    <w:p>
      <w:r>
        <w:t>QXX       Ama rakip başlarsa 1 el alınır.</w:t>
      </w:r>
    </w:p>
    <w:p>
      <w:r>
        <w:t>Rakip (Doğu)</w:t>
        <w:br/>
        <w:t>JXX         başlarsa elden X konur,A’la ezilir.</w:t>
      </w:r>
    </w:p>
    <w:p>
      <w:r>
        <w:t>V/T’dan biri el alır.</w:t>
      </w:r>
    </w:p>
    <w:p>
      <w:r>
        <w:t>QXX        Rakip başlarsa genellikle 2 el alınır.</w:t>
      </w:r>
    </w:p>
    <w:p>
      <w:r>
        <w:t>Ancak AVT aynı tarafta ise tek el alınır.</w:t>
      </w:r>
    </w:p>
    <w:p>
      <w:r>
        <w:t>1NT                             2♦</w:t>
        <w:br/>
        <w:t>2♥                          4NT  Kantitatif</w:t>
      </w:r>
    </w:p>
    <w:p>
      <w:r>
        <w:br/>
        <w:t>Inverted Minor’dan sonra tekler 3 seviyesinde gösterilir.</w:t>
      </w:r>
    </w:p>
    <w:p>
      <w:r>
        <w:t>hem açan hem de cevapçı için geçerlidir.</w:t>
      </w:r>
    </w:p>
    <w:p>
      <w:r>
        <w:t>1♦                2♦</w:t>
        <w:br/>
        <w:t>2♠ ♠ var</w:t>
        <w:br/>
        <w:t>3♠ ♠ tek</w:t>
      </w:r>
    </w:p>
    <w:p>
      <w:r>
        <w:br/>
        <w:t>Olması gereken konuşma👇</w:t>
      </w:r>
    </w:p>
    <w:p>
      <w:r>
        <w:t>Pas</w:t>
        <w:br/>
        <w:t>Pas    1NT     Pas      2♦️</w:t>
        <w:br/>
        <w:t>X       2❤     Pas      4❤</w:t>
        <w:br/>
        <w:t>Pas     Pas     Pas</w:t>
      </w:r>
    </w:p>
    <w:p>
      <w:r>
        <w:br/>
        <w:t>X : ortak karo atak et.</w:t>
      </w:r>
    </w:p>
    <w:p>
      <w:r>
        <w:t>Yapay konuşmalara atılan kontr, o renk bende var, o rengi atak et anlamına gelir.</w:t>
      </w:r>
    </w:p>
    <w:p>
      <w:r>
        <w:t>2❤ : 3' lü kör gösterir.</w:t>
      </w:r>
    </w:p>
    <w:p>
      <w:r>
        <w:t>Araya girildi, konuşma mecburiyeti kalktı, ortağa sıra gidiyor.</w:t>
      </w:r>
    </w:p>
    <w:p>
      <w:r>
        <w:t>Mecbur olmadığı halde 2kör demesi fit gösterir.</w:t>
      </w:r>
    </w:p>
    <w:p>
      <w:r>
        <w:t>4❤: fit varsa dağılım puanı da var, zon oynarız.</w:t>
      </w:r>
    </w:p>
    <w:p>
      <w:r>
        <w:t>29.01.2022 ♣♦♠♥</w:t>
      </w:r>
    </w:p>
    <w:p>
      <w:r>
        <w:t>Ortakta 5’li koz olduğu biliniyorsa, 4’lü fit ve singleton varsa, zone durumu ve puan durumuna çok bakılmaksızın fit verilir.</w:t>
      </w:r>
    </w:p>
    <w:p>
      <w:r>
        <w:t>Minörde anlaşılsa bile, NT deklarasyonu üzerine 4NT demek kantitatiftir, key card sorusu değildir.</w:t>
      </w:r>
    </w:p>
    <w:p>
      <w:r>
        <w:t>1♣          1♥</w:t>
        <w:br/>
        <w:t>2♠          3♣</w:t>
        <w:br/>
        <w:t>3NT           4NT    KANTİTATİF</w:t>
        <w:br/>
        <w:t>P</w:t>
      </w:r>
    </w:p>
    <w:p>
      <w:r>
        <w:t>1NT              3NT    veya</w:t>
        <w:br/>
        <w:t>2NT              3NT</w:t>
        <w:br/>
        <w:t>Deklarasyonlarında yani renk konuşulmadığı zaman atılan Dbl, ♠atağı ister.</w:t>
      </w:r>
    </w:p>
    <w:p>
      <w:r>
        <w:t>1NT               2♣</w:t>
        <w:br/>
        <w:t>2♠            3NT          Dbl  ♥ atağı ister.</w:t>
      </w:r>
    </w:p>
    <w:p>
      <w:r>
        <w:t>Ortağın eli dengesizleştikçe eldeki Cover kartların değeri artar.</w:t>
      </w:r>
    </w:p>
    <w:p>
      <w:r>
        <w:t>Yani koz onörleri, kozun fazlalığı,aslar,asın yanındaki onörler</w:t>
      </w:r>
    </w:p>
    <w:p>
      <w:r>
        <w:t>1 Minör            1♠</w:t>
        <w:br/>
        <w:t>1NT                   3NT          DblYerin ilk söylediği renk olan ♠atağını ister</w:t>
      </w:r>
    </w:p>
    <w:p/>
    <w:p>
      <w:r>
        <w:t>1♠       P       2♠     2NT  ‘’Küçükler var’’ Minörler</w:t>
        <w:br/>
        <w:t>1♣      2♣     P         2♠  ‘’♥/♠’ten ♠ tercih’’</w:t>
        <w:br/>
        <w:t>1♣      2♣     P         3♠  ‘’Ben de de ♠ var’’</w:t>
      </w:r>
    </w:p>
    <w:p>
      <w:r>
        <w:br/>
        <w:t>2♣      2♠     Dbl   ‘’Kötü el var’’</w:t>
        <w:br/>
        <w:t>2♣      2♠        P    ‘’İyi el var’’</w:t>
      </w:r>
    </w:p>
    <w:p>
      <w:r>
        <w:t>Koz minörken el kendi başına 9,5 löve alıyorsa, koz majörken ise 8,5-9 löve alıyorsa; 2♣ açılabilir.</w:t>
      </w:r>
    </w:p>
    <w:p>
      <w:r>
        <w:t>03.02.2022 ♣♦♠♥</w:t>
        <w:br/>
        <w:t>Araya girerken;</w:t>
        <w:br/>
        <w:t>Ya renk iyi olmalı</w:t>
        <w:br/>
        <w:t>Ya singleton olmalı</w:t>
        <w:br/>
        <w:t>Ya da araya giriş puanı tavana yakın olmalı</w:t>
      </w:r>
    </w:p>
    <w:p>
      <w:r>
        <w:t>Inverted Minor’da araya girilirse:</w:t>
        <w:br/>
        <w:t>1♦       2♣        2♦  ♦fit var, puan az</w:t>
        <w:br/>
        <w:t>1♦       2♣        3♦  ♦fit var, daha iyi el</w:t>
        <w:br/>
        <w:t>1♦       2♣        3♣  ♦fit var, zone kesin</w:t>
      </w:r>
    </w:p>
    <w:p>
      <w:r>
        <w:t>Koz oynanırken, renklerden biri aşağıdaki şekilde:</w:t>
        <w:br/>
        <w:t>XX</w:t>
      </w:r>
    </w:p>
    <w:p>
      <w:r>
        <w:t>AXXX</w:t>
        <w:br/>
        <w:t>Bu rengi çakaya hazırlarken, başka renklerde yerde onörler varsa önce X sonra A oynanır.</w:t>
      </w:r>
    </w:p>
    <w:p>
      <w:r>
        <w:t>Ancak yerde birşey yoksa yani yere geçiş imkanı yoksa önce A sonra X oynanabilir.</w:t>
      </w:r>
    </w:p>
    <w:p>
      <w:r>
        <w:t>05.02.2022 ♣♦♠♥</w:t>
        <w:br/>
        <w:t>NT oynanırken, yerin rengi atak edilmemelidir, eğer elde o renkte hiç bir şey yoksa o zaman olabilir.</w:t>
      </w:r>
    </w:p>
    <w:p>
      <w:r>
        <w:t>Elin rengi eğer markalı ise atak edilebilir.</w:t>
      </w:r>
    </w:p>
    <w:p>
      <w:r>
        <w:t>Reverse’den sonra 2NT denirse  ‘’Elim kötü,senin söylediğine P diyecektim’’ anlamına gelir.</w:t>
      </w:r>
    </w:p>
    <w:p>
      <w:r>
        <w:t>1♣       1♠</w:t>
        <w:br/>
        <w:t>2♥       2NT</w:t>
        <w:br/>
        <w:t>Bir de 2NT’dan sonra açan kendi rengine dönerse P olabilir.</w:t>
      </w:r>
    </w:p>
    <w:p>
      <w:r>
        <w:t>Cevapçının yeni rengine PAS yok!</w:t>
      </w:r>
    </w:p>
    <w:p>
      <w:r>
        <w:t>Zone Forsing</w:t>
      </w:r>
    </w:p>
    <w:p>
      <w:r>
        <w:t>1NT’ye Dbl (Landy Multy) ile araya girilirse, cevapçı Dbl denmemiş olsaydı ne cevap verecekti ise aynısını yapar.</w:t>
      </w:r>
    </w:p>
    <w:p>
      <w:r>
        <w:t>1NT açışına 2NT ile araya girmek  Minörler var demektir.</w:t>
      </w:r>
    </w:p>
    <w:p>
      <w:r>
        <w:t>1 onör dışarıda iken, hep onör+T korunur.</w:t>
      </w:r>
    </w:p>
    <w:p>
      <w:r>
        <w:t>AKXX</w:t>
      </w:r>
    </w:p>
    <w:p>
      <w:r>
        <w:t>QTXX</w:t>
        <w:br/>
        <w:t>Önce A ve K çekilir,3.turda QT’ye doğru oynanır.</w:t>
      </w:r>
    </w:p>
    <w:p>
      <w:r>
        <w:t>Batı uymamışsa, T konur.</w:t>
      </w:r>
    </w:p>
    <w:p>
      <w:r>
        <w:t>Doğudaki VXXX’e karşı bu şekilde tedbir alınmış olur.</w:t>
      </w:r>
    </w:p>
    <w:p>
      <w:r>
        <w:t>AQXX</w:t>
      </w:r>
    </w:p>
    <w:p>
      <w:r>
        <w:t>KTXX</w:t>
        <w:br/>
        <w:t>A ve Q çekilir.</w:t>
      </w:r>
    </w:p>
    <w:p>
      <w:r>
        <w:t>KT korunur.</w:t>
      </w:r>
    </w:p>
    <w:p>
      <w:r>
        <w:t>ATXX</w:t>
      </w:r>
    </w:p>
    <w:p>
      <w:r>
        <w:t>KQXX</w:t>
        <w:br/>
        <w:t>Önce KQ çekilir.</w:t>
      </w:r>
    </w:p>
    <w:p>
      <w:r>
        <w:t>AT’lu korunur.</w:t>
      </w:r>
    </w:p>
    <w:p>
      <w:r>
        <w:t>KQTX</w:t>
      </w:r>
    </w:p>
    <w:p>
      <w:r>
        <w:t>AXXX</w:t>
        <w:br/>
        <w:t>K çekilir,A’a gelinir.QT korunur.</w:t>
      </w:r>
    </w:p>
    <w:p>
      <w:r>
        <w:t>17.02.2022 ♣♦♠♥</w:t>
      </w:r>
    </w:p>
    <w:p>
      <w:r>
        <w:br/>
        <w:t>Kontrol gösterirken, tek olan renk bir daha cue-bid edilirse, ‘’bu renkten hiç vermiyorum’’ anlamına gelir.</w:t>
      </w:r>
    </w:p>
    <w:p>
      <w:r>
        <w:t>1♠            2♠</w:t>
        <w:br/>
        <w:t>4♣            4♦</w:t>
        <w:br/>
        <w:t>5♣   ♣A var veya şigan</w:t>
      </w:r>
    </w:p>
    <w:p/>
    <w:p>
      <w:r>
        <w:t>AJ9X</w:t>
      </w:r>
    </w:p>
    <w:p>
      <w:r>
        <w:t>QTX</w:t>
        <w:br/>
        <w:t>Burada T ile başlamak en iyisidir.</w:t>
      </w:r>
    </w:p>
    <w:p>
      <w:r>
        <w:t>(Büyüğün bir altı)</w:t>
      </w:r>
    </w:p>
    <w:p/>
    <w:p/>
    <w:p/>
    <w:p>
      <w:r>
        <w:t>Bir renkte</w:t>
        <w:br/>
        <w:t>JXXX</w:t>
      </w:r>
    </w:p>
    <w:p>
      <w:r>
        <w:t>QXX     varsa genellikle hiç el almaz.</w:t>
      </w:r>
    </w:p>
    <w:p>
      <w:r>
        <w:t>Ancak AK aynı kişide olursa alabilir.</w:t>
      </w:r>
    </w:p>
    <w:p>
      <w:r>
        <w:t>Dbl</w:t>
        <w:br/>
        <w:t>1♥</w:t>
        <w:tab/>
        <w:t xml:space="preserve">             ♠KXX ♥TXX   ♦AXXX   ♣KJX</w:t>
        <w:br/>
        <w:t>Önce RDbl denir, sonra ♥ tutuşu yapılır</w:t>
        <w:br/>
        <w:t>1NT denmez çünkü araya girilince Forsing NT kalkar</w:t>
      </w:r>
    </w:p>
    <w:p>
      <w:r>
        <w:t>24.02.2022 ♣♦♠♥</w:t>
      </w:r>
    </w:p>
    <w:p>
      <w:r>
        <w:br/>
        <w:t>♠XXX                                                           ♠AKX</w:t>
        <w:br/>
        <w:t>♥XX                                                             ♥AKX</w:t>
        <w:br/>
        <w:t>♦XXX                                                           ♦AKXX</w:t>
        <w:br/>
        <w:t>♣AKXXX                                                       ♣XXX</w:t>
        <w:br/>
        <w:t>Doğu 2NT açar, batı 3NT cevabı verir.</w:t>
      </w:r>
    </w:p>
    <w:p>
      <w:r>
        <w:t>Kontrat: 3NT</w:t>
        <w:br/>
        <w:t>Atağı alıp, ♣ oynanır ve elden yerden küçük verilir.</w:t>
      </w:r>
    </w:p>
    <w:p>
      <w:r>
        <w:t>eğer baştan A ve K çekilip, sonra el rakibe verilirse,</w:t>
        <w:br/>
        <w:t>♣ gene sağlanır ama yer geçeri olmadığı için kullanılamaz.</w:t>
      </w:r>
    </w:p>
    <w:p>
      <w:r>
        <w:t>1NT                  2♠ ♣’e transfer</w:t>
        <w:br/>
        <w:t>2NT  Transferi kırıyor; ♣’i tutuyor anlamına gelir.</w:t>
      </w:r>
    </w:p>
    <w:p>
      <w:r>
        <w:t>Cevapçı elinde 6 adet ♣ varsa ‘’6 El alırız, NT açan da 3 el alabilir’’ diye düşünüp 3 NT diyebilir.</w:t>
      </w:r>
    </w:p>
    <w:p>
      <w:r>
        <w:t>1NT                2♥  ♠’e transfer</w:t>
        <w:br/>
        <w:t>2NT  ♠’i 4’lü tutuyor ve max el</w:t>
        <w:br/>
        <w:t>3♠  ♠’i 4’lü tutuyor ve min el</w:t>
        <w:br/>
        <w:t>3♦  ♠’i 4’lü tutuyor ve 4 adet de güzel ♦ var</w:t>
        <w:br/>
        <w:t>3♣  ♠’i 4’lü tutuyor ve 4 adet de güzel ♣ var</w:t>
        <w:br/>
        <w:t>3♥ ♠’i 4’lü tutuyor ve 4 adet de güzel ♥ var</w:t>
        <w:br/>
        <w:t>Transferi kırmak için mutlaka 4’lü tutuş gerekir</w:t>
      </w:r>
    </w:p>
    <w:p>
      <w:r>
        <w:t>1♣           1♠            1NT                3♠</w:t>
        <w:br/>
        <w:t>3NT           P                P                  Dbl</w:t>
        <w:br/>
        <w:t>P                P              Rdbl</w:t>
        <w:br/>
        <w:t>Rakibin uzun rengini durdurmadan 3NT’ya Dbl denmez!</w:t>
      </w:r>
    </w:p>
    <w:p>
      <w:r>
        <w:t>Fit varken rakibin peşine düşülmez!</w:t>
      </w:r>
    </w:p>
    <w:p>
      <w:r>
        <w:t>Q98X</w:t>
      </w:r>
    </w:p>
    <w:p>
      <w:r>
        <w:t>T7X</w:t>
        <w:br/>
        <w:t>Önce elden 7’li oynanır, yerden X verilir.</w:t>
      </w:r>
    </w:p>
    <w:p>
      <w:r>
        <w:t>(En büyüğün bir altı ile başlamak iyidir)</w:t>
        <w:br/>
        <w:t>Sonra elden T oynanır, yerden X verilir.</w:t>
      </w:r>
    </w:p>
    <w:p>
      <w:r>
        <w:t>Rakip V koyarsa Q ile ezilir.</w:t>
      </w:r>
    </w:p>
    <w:p>
      <w:r>
        <w:t>V’nin Q’dan önce olması ümit edilir ki ezilebilsin.</w:t>
      </w:r>
    </w:p>
    <w:p>
      <w:r>
        <w:t>9764</w:t>
      </w:r>
    </w:p>
    <w:p>
      <w:r>
        <w:t>AQT8</w:t>
        <w:br/>
        <w:t>Yerden 4’lü oynanır ve T konur.</w:t>
      </w:r>
    </w:p>
    <w:p>
      <w:r>
        <w:t>V’ye kaybedilirse, tekrar yere geçilir, 9’lu oynanır.</w:t>
      </w:r>
    </w:p>
    <w:p>
      <w:r>
        <w:t>Önce küçük onöre empas yapılır.</w:t>
      </w:r>
    </w:p>
    <w:p>
      <w:r>
        <w:t>03.03.2022 ♣♦♠♥</w:t>
      </w:r>
    </w:p>
    <w:p>
      <w:r>
        <w:t>1NT                  2♦</w:t>
        <w:br/>
        <w:t>2♥                  2NT 5’li♥, 8-9 puan</w:t>
        <w:br/>
        <w:t>3♥  6’lı♥, 8-9 puan</w:t>
        <w:br/>
        <w:t>3NT 5’li♥, 10-14 puan</w:t>
        <w:br/>
        <w:t>4NT Kantitatif (zor öğrenilir, dikkat!)</w:t>
      </w:r>
    </w:p>
    <w:p>
      <w:r>
        <w:t>3♣/3♦5’li♥,bu renk 4’lü,Zone kesin</w:t>
      </w:r>
    </w:p>
    <w:p>
      <w:r>
        <w:br/>
        <w:t>1NT                  2♦</w:t>
        <w:br/>
        <w:t>2♥                  2NT</w:t>
        <w:br/>
        <w:t>P      ♥3’lü değil,min el</w:t>
        <w:br/>
        <w:t>3♥  ♥fiti var, min el</w:t>
        <w:br/>
        <w:t>4♥  ♥fiti var, max el</w:t>
        <w:br/>
        <w:t>3NT  ♥fiti yok,max el</w:t>
      </w:r>
    </w:p>
    <w:p>
      <w:r>
        <w:br/>
        <w:t>♠ -</w:t>
        <w:br/>
        <w:t>♥K9XX</w:t>
        <w:br/>
        <w:t>♦AKJXX</w:t>
        <w:br/>
        <w:t>♣AQXX</w:t>
        <w:br/>
        <w:t>Ortağın 2♠açışına bu elle, 17 puan olmasına rağmen Pas denebilir.</w:t>
      </w:r>
    </w:p>
    <w:p>
      <w:r>
        <w:t>AQV8X</w:t>
      </w:r>
    </w:p>
    <w:p>
      <w:r>
        <w:t>T7X</w:t>
        <w:br/>
        <w:t>Önce elden X ile başlanır,yerden Q konur.</w:t>
      </w:r>
    </w:p>
    <w:p>
      <w:r>
        <w:t>Sonra tekrar ele geçip, T oynanır,</w:t>
        <w:br/>
        <w:t>KXXX içeride olmasına karşı önlem alınmış olur.</w:t>
      </w:r>
    </w:p>
    <w:p>
      <w:r>
        <w:t>17.03.2022 ♣♦♠♥</w:t>
        <w:br/>
        <w:t>Tutuştan sonra Reverse olmaz!</w:t>
      </w:r>
    </w:p>
    <w:p>
      <w:r>
        <w:t>1♥                  2♥</w:t>
        <w:br/>
        <w:t>2♠  Reverse değil, Trial bid</w:t>
      </w:r>
    </w:p>
    <w:p>
      <w:r>
        <w:br/>
        <w:t>24.03.2022 ♣♦♠♥</w:t>
        <w:br/>
        <w:t>1♦              P              1NT              2♦ Majörler♥♠</w:t>
        <w:br/>
        <w:t>1♥              P              2♦                  2♥ Kalan 2 renk♣♠</w:t>
        <w:br/>
        <w:t>Açanın rengini söylemek kalan 2 renk anlamına gelir.</w:t>
      </w:r>
    </w:p>
    <w:p>
      <w:r>
        <w:t>Q9X</w:t>
      </w:r>
    </w:p>
    <w:p>
      <w:r>
        <w:t>A8XX</w:t>
        <w:br/>
        <w:t>Koz kontratı oynanırken, bu renk A çekip Q’a doğru oynanmaz.</w:t>
      </w:r>
    </w:p>
    <w:p>
      <w:r>
        <w:t>Önce Q’a doğru oynanır.</w:t>
      </w:r>
    </w:p>
    <w:p>
      <w:r>
        <w:t>26.03.2022 ♣♦♠♥</w:t>
      </w:r>
    </w:p>
    <w:p>
      <w:r>
        <w:t>1♠                  1NT</w:t>
        <w:br/>
        <w:t>2♥                  P    Açanın 2.rengine Pas geçilebilir.</w:t>
      </w:r>
    </w:p>
    <w:p>
      <w:r>
        <w:t>P diyen elde tek ya da şigan ♠, 3-4 adet ♥ ve zayıf el çıkabilir.</w:t>
      </w:r>
    </w:p>
    <w:p>
      <w:r>
        <w:t>Oynayan yere çaktırmak isteyecektir.</w:t>
      </w:r>
    </w:p>
    <w:p>
      <w:r>
        <w:t>Bu nedenle koz atak edilmesi iyidir.</w:t>
      </w:r>
    </w:p>
    <w:p>
      <w:r>
        <w:t>1♠              P              2NT   3-4 adet♠,davet eli</w:t>
      </w:r>
    </w:p>
    <w:p>
      <w:r>
        <w:br/>
        <w:t>1♠              P              2♠                  P</w:t>
        <w:br/>
        <w:t>3♥  TrialBid ’’♥’den yardımın varsa zone oynayabilriz’’</w:t>
      </w:r>
    </w:p>
    <w:p>
      <w:r>
        <w:t>31.03.2022 ♣♦♠♥</w:t>
      </w:r>
    </w:p>
    <w:p>
      <w:r>
        <w:t>AXX</w:t>
      </w:r>
    </w:p>
    <w:p>
      <w:r>
        <w:t>QJXX</w:t>
        <w:br/>
        <w:t>A çekip Q’a ve V’ye doğru oynanır.</w:t>
      </w:r>
    </w:p>
    <w:p>
      <w:r>
        <w:t>QX                                                   K</w:t>
      </w:r>
    </w:p>
    <w:p>
      <w:r>
        <w:t>JXX                                                   QX</w:t>
        <w:br/>
        <w:t>Bu örneklerde, el ya da yer kendi başına keser değildir ama birlikte kesen ellerdir.</w:t>
      </w:r>
    </w:p>
    <w:p>
      <w:r>
        <w:t>Yalnız onörün yanındaki X kesinlikle defos edilmemelidir!!</w:t>
      </w:r>
    </w:p>
    <w:p>
      <w:r>
        <w:t>JXX</w:t>
      </w:r>
    </w:p>
    <w:p>
      <w:r>
        <w:t>QX</w:t>
        <w:br/>
        <w:t>Başka bir renk oynanırken bu renkten defos edilirse, bu renk kesmez olur!</w:t>
      </w:r>
    </w:p>
    <w:p>
      <w:r>
        <w:t>AJX</w:t>
      </w:r>
    </w:p>
    <w:p>
      <w:r>
        <w:t>TX</w:t>
        <w:br/>
        <w:t>Bu renk kendisi tarafından oynanır ise 1 el alınır ama rakip bu rengi oynamaya başlarsa 2 el alınır.</w:t>
      </w:r>
    </w:p>
    <w:p>
      <w:r>
        <w:t>Atak edildiğinde elde eşdeğer onör varsa,yerden onör konmaz.</w:t>
      </w:r>
    </w:p>
    <w:p>
      <w:r>
        <w:t>JX                                                  JXX</w:t>
      </w:r>
    </w:p>
    <w:p>
      <w:r>
        <w:t>AKX                                               AKTX</w:t>
        <w:br/>
        <w:t>JXX                                                QXX</w:t>
        <w:br/>
        <w:t>Atak                                          Atak              Atak edende K varsa</w:t>
        <w:br/>
        <w:t>AX                  QX                           AX     hala Q kurtulur</w:t>
        <w:br/>
        <w:t>Atak</w:t>
        <w:br/>
        <w:t>AXX</w:t>
      </w:r>
    </w:p>
    <w:p>
      <w:r>
        <w:t>Bir elde aşağıdaki örneklerde olduğu gibi bir renk varsa çok iyidir.</w:t>
      </w:r>
    </w:p>
    <w:p>
      <w:r>
        <w:t>Biraz yukarıdan konuşulabilir:</w:t>
        <w:br/>
        <w:t>AVT9X      KVT9X    AQT9X</w:t>
      </w:r>
    </w:p>
    <w:p>
      <w:r>
        <w:t>09.06.2022 ♣♦♠♥</w:t>
      </w:r>
    </w:p>
    <w:p>
      <w:r>
        <w:t>Açanın karşısındaki kişi P geçerse,</w:t>
        <w:br/>
        <w:t>açanın 1NT demesi 18-19 Hp gösterir.</w:t>
      </w:r>
    </w:p>
    <w:p>
      <w:r>
        <w:t>1♦            1♥            P          P</w:t>
        <w:br/>
        <w:t>1NT  18-19Hp</w:t>
      </w:r>
    </w:p>
    <w:p>
      <w:r>
        <w:br/>
        <w:t>1♦            P               P             1♥</w:t>
        <w:br/>
        <w:t>1NT  18-19Hp</w:t>
      </w:r>
    </w:p>
    <w:p>
      <w:r>
        <w:t>1♦            1♥            Dbl          P</w:t>
        <w:br/>
        <w:t>1NT 13-14Hp</w:t>
        <w:br/>
        <w:t>2NT 18-19Hp</w:t>
      </w:r>
    </w:p>
    <w:p/>
    <w:p>
      <w:r>
        <w:t>1NT            2♦</w:t>
        <w:br/>
        <w:t>2♥ 2/3 adet ♥var</w:t>
        <w:br/>
        <w:t>3♥ ♥’ü tutuyorum, elim min.</w:t>
      </w:r>
    </w:p>
    <w:p>
      <w:r>
        <w:t>2NT ♥’ü tutuyorum, elim max.</w:t>
      </w:r>
    </w:p>
    <w:p>
      <w:r>
        <w:t>1NT                         2♦</w:t>
        <w:br/>
        <w:t>2NT                        3♦ Retransfer</w:t>
        <w:br/>
        <w:t>3♥                         P /4♥/ Slam</w:t>
        <w:br/>
        <w:t>Oyun gene NT’cuya oynatılır.</w:t>
      </w:r>
    </w:p>
    <w:p>
      <w:r>
        <w:t>Atak ederken, önce K atak edilip, sonra A gelinirse;</w:t>
        <w:br/>
        <w:t>Ya AK sektir ya da</w:t>
        <w:br/>
        <w:t>K ve A’dan sonra oynanan kart tektir.</w:t>
      </w:r>
    </w:p>
    <w:p>
      <w:r>
        <w:t>Hangi rengi sağlamaya çalışayım diye düşünürken;</w:t>
        <w:br/>
        <w:t>Elde ve yerde bir renk 4-3 diğer renk 5-2 ise 5-2 olanı,</w:t>
        <w:br/>
        <w:t>bir renk 5-2, diğer renk 6-1 ise 6-1 olanı seçilmelidir.</w:t>
      </w:r>
    </w:p>
    <w:p>
      <w:r>
        <w:t>Daha dengesiz olan renk seçilirse daha çok el alınır.</w:t>
      </w:r>
    </w:p>
    <w:p>
      <w:r>
        <w:t>17.07.2022 ♣♦♠♥</w:t>
        <w:br/>
        <w:t>Dengeli ellerle Puancı, Dengesiz ellerle Cesur olun.</w:t>
      </w:r>
    </w:p>
    <w:p>
      <w:r>
        <w:t>1♠             2♥  Zone Forcing</w:t>
        <w:br/>
        <w:t>1♥                 2♠  Sıçrayarak söyleme zayıflık göstergesi</w:t>
      </w:r>
    </w:p>
    <w:p>
      <w:r>
        <w:t>K9XX</w:t>
        <w:br/>
        <w:t>AJXX</w:t>
        <w:br/>
        <w:t>Elde veri yokken, normal oyun tarzı:</w:t>
        <w:br/>
        <w:t>Elden K’ya doğru oynanır.</w:t>
      </w:r>
    </w:p>
    <w:p>
      <w:r>
        <w:t>Sonra yerden V’ye doğru gelinir.</w:t>
      </w:r>
    </w:p>
    <w:p>
      <w:r>
        <w:t>Ancak buradan %100 3 El almanın yöntemi:</w:t>
        <w:br/>
        <w:t>A çekilir, 9’luya doğru oynanır.</w:t>
      </w:r>
    </w:p>
    <w:p>
      <w:r>
        <w:t>Bu renk hangi tarafta kötü dağılmış olursa olsun, bu oyun tarzı ile ona karşı tedbir alınmış olunur.</w:t>
      </w:r>
    </w:p>
    <w:p>
      <w:r>
        <w:t>AQTX                 A9XX</w:t>
        <w:br/>
        <w:t>K9XXX                KQTXX</w:t>
        <w:br/>
        <w:t>Sadece V dışarıda ise;</w:t>
        <w:br/>
        <w:t>Her iki tarafta da büyük korunur.</w:t>
      </w:r>
    </w:p>
    <w:p>
      <w:r>
        <w:t>Atak ♠K.</w:t>
      </w:r>
    </w:p>
    <w:p>
      <w:r>
        <w:t>Oyun nasıl oynanır?</w:t>
      </w:r>
    </w:p>
    <w:p>
      <w:r>
        <w:t>♠K atağına yerden T konur, bırakılır.</w:t>
      </w:r>
    </w:p>
    <w:p>
      <w:r>
        <w:t>Defans koz gelirse kozlar çekilir, ♣ K’ya doğru oynanır, A çıkartılır.</w:t>
      </w:r>
    </w:p>
    <w:p>
      <w:r>
        <w:t>Defans ne gelirse gelsin alınır ♠A halen yerde olduğu için ♠ ile yere geçip, ♣Q’a ♠ veya ♦ kaybından biri atılır.</w:t>
      </w:r>
    </w:p>
    <w:p>
      <w:r>
        <w:t>Defans ♠K aldıktan sonra koz yerine ♠ gelirse,♠A ile alınır.</w:t>
      </w:r>
    </w:p>
    <w:p>
      <w:r>
        <w:t>♦A ile ele gelinir.</w:t>
      </w:r>
    </w:p>
    <w:p>
      <w:r>
        <w:t>Eldeki 3.♠ yere çaktırılır.</w:t>
      </w:r>
    </w:p>
    <w:p>
      <w:r>
        <w:t>Kayıplar: 1♠1♦1♣.</w:t>
      </w:r>
    </w:p>
    <w:p>
      <w:r>
        <w:t>Oyun yapılır.</w:t>
      </w:r>
    </w:p>
    <w:p>
      <w:r>
        <w:t>23.07.2022 ♣♦♠♥</w:t>
      </w:r>
    </w:p>
    <w:p>
      <w:r>
        <w:t>Oyun sonlarına doğru, eğer kayıp sayısının 1 tane olduğu görünüyorsa, yerden de koz gitmiyorsa, eldeki kozlar çekilir ve rakiplerin squeeze olması ümit edilir.</w:t>
      </w:r>
    </w:p>
    <w:p>
      <w:r>
        <w:t>Dengeli eller ile NT’da slam için 33Hp gerekir ama koz kontratları 30-31 Hp ile de olabilir.</w:t>
      </w:r>
    </w:p>
    <w:p>
      <w:r>
        <w:t>2♣23Hp+       2♦Waiting Bid</w:t>
        <w:br/>
        <w:t>3NT25Hp          P &lt;8Hp</w:t>
      </w:r>
    </w:p>
    <w:p>
      <w:r>
        <w:br/>
        <w:t>P</w:t>
        <w:br/>
        <w:t>1♣                1♠</w:t>
        <w:br/>
        <w:t>POrtağı PAS’dan geliyorsa 3’lü ♠ ile P diyebilir.</w:t>
      </w:r>
    </w:p>
    <w:p>
      <w:r>
        <w:t>3NT oynarken atakta, rakiplerde o rengin karşıklı 4-4 olduğu biliniyorsa o zaman bağışlamaya gerek yoktur, hemen alınabilir.</w:t>
      </w:r>
    </w:p>
    <w:p>
      <w:r>
        <w:t>04.08.2022 ♣♦♠♥</w:t>
      </w:r>
    </w:p>
    <w:p>
      <w:r>
        <w:t>KQX</w:t>
        <w:br/>
        <w:t>V9XXX</w:t>
        <w:br/>
        <w:t>Elden X, yerden K konur.</w:t>
      </w:r>
    </w:p>
    <w:p>
      <w:r>
        <w:t>Sonra Q çekilir.</w:t>
      </w:r>
    </w:p>
    <w:p>
      <w:r>
        <w:t>V9 çatalı korunur.</w:t>
      </w:r>
    </w:p>
    <w:p>
      <w:r>
        <w:t>AT çatalı korunur.</w:t>
      </w:r>
    </w:p>
    <w:p>
      <w:r>
        <w:t>A’a gidilir.</w:t>
      </w:r>
    </w:p>
    <w:p>
      <w:r>
        <w:t>1♣        P             P          1NT   Reveille (11-14Hp)</w:t>
        <w:br/>
        <w:t>(Minör açıldığında 10-14, Majör açıldığında 11-15)</w:t>
        <w:br/>
        <w:t>P            2♣         P          2NT   Max.</w:t>
      </w:r>
    </w:p>
    <w:p>
      <w:r>
        <w:t>13-14Hp</w:t>
        <w:br/>
        <w:t>P            3♣         P          3♥</w:t>
        <w:br/>
        <w:t>4♥</w:t>
        <w:tab/>
        <w:t>Limit Asking Stayman</w:t>
      </w:r>
    </w:p>
    <w:p>
      <w:r>
        <w:br/>
        <w:t>1NT           P           2♦         2♠</w:t>
        <w:br/>
        <w:t>2NT 4’lü ♥Fiti, max.</w:t>
      </w:r>
    </w:p>
    <w:p>
      <w:r>
        <w:t>AVT</w:t>
        <w:br/>
        <w:t>K9XX</w:t>
        <w:br/>
        <w:t>Önce A çekilir, sonra V oynanır.</w:t>
      </w:r>
    </w:p>
    <w:p>
      <w:r>
        <w:t>Sıra varsa önce kısa tarafın büyük onörü çekilir.</w:t>
      </w:r>
    </w:p>
    <w:p>
      <w:r>
        <w:t>B                  N                 D                                             G</w:t>
        <w:br/>
        <w:t>1♣            1♠           Dbl 4-5 adet ♥ var        2♠</w:t>
        <w:br/>
        <w:t>3♥♥ortağın vaat ettiği renk olduğu için Reverse olmaz!</w:t>
      </w:r>
    </w:p>
    <w:p>
      <w:r>
        <w:t>3♦ Reverse</w:t>
      </w:r>
    </w:p>
    <w:p>
      <w:r>
        <w:t>1♥            2NT           4’lü Fit, 11-12Tp</w:t>
        <w:br/>
        <w:t>1NT- 3♥  3’lü Fit, 11-12Tp</w:t>
        <w:br/>
        <w:t>1NT- 2NT  Fit yok, 11-12Hp</w:t>
        <w:br/>
        <w:t>1NT- 2♥   Fit yok, 2’li♥, 6-10Tp</w:t>
        <w:br/>
        <w:t>3’lü Fit, 5-8Tp</w:t>
      </w:r>
    </w:p>
    <w:p>
      <w:r>
        <w:t>11.08.2022 ♣♦♠♥</w:t>
      </w:r>
    </w:p>
    <w:p>
      <w:r>
        <w:t>2 tane Pas  gelirse 3.</w:t>
      </w:r>
    </w:p>
    <w:p>
      <w:r>
        <w:t>Ya da 4.</w:t>
      </w:r>
    </w:p>
    <w:p>
      <w:r>
        <w:t>Oyuncu pozisyonunda iken,</w:t>
        <w:br/>
        <w:t>Majör renklere de hakim olunur ise 11Hp ile oyun açılır.</w:t>
      </w:r>
    </w:p>
    <w:p>
      <w:r>
        <w:t>Ama dengeli el 11Hp ile 1.</w:t>
      </w:r>
    </w:p>
    <w:p>
      <w:r>
        <w:t>Oyuncu iken oyun açılmaz.</w:t>
      </w:r>
    </w:p>
    <w:p>
      <w:r>
        <w:t>AVXXX  ve  AVXXX , 5-5 iki renk ve 10Hp ile oyun açılabilir.</w:t>
      </w:r>
    </w:p>
    <w:p>
      <w:r>
        <w:t>1♣        1♦             Dbl En az 4-4 Majör</w:t>
      </w:r>
    </w:p>
    <w:p/>
    <w:p>
      <w:r>
        <w:t>1♣         1♠</w:t>
        <w:br/>
        <w:t>1NT        2♥   Güç Vaat etmiyor</w:t>
      </w:r>
    </w:p>
    <w:p>
      <w:r>
        <w:br/>
        <w:t>2 NT                            3♣</w:t>
        <w:br/>
        <w:t>3♦ 5’li yok,4’lü var    3♠ ♥var.</w:t>
      </w:r>
    </w:p>
    <w:p>
      <w:r>
        <w:t>Ters Majör</w:t>
      </w:r>
    </w:p>
    <w:p/>
    <w:p>
      <w:r>
        <w:br/>
        <w:t>1♠                                            2♦ Zone kesin</w:t>
        <w:br/>
        <w:t>2♥14+,puan ne kadar belli değil   2NTBekleme konuşması olarak yapılabilir</w:t>
        <w:br/>
        <w:t>Zaten 2♦ile zone kesin denmişti,</w:t>
        <w:br/>
        <w:t>‘elini anlatmaya devam et’ anlamına gelir.</w:t>
      </w:r>
    </w:p>
    <w:p>
      <w:r>
        <w:t>♠  ♥   ♦   ♣</w:t>
        <w:br/>
        <w:t>3♣  5    4     0       4</w:t>
        <w:br/>
        <w:t>3♦  5    4   4/3    1/0</w:t>
        <w:br/>
        <w:t>3♥  5    5</w:t>
        <w:br/>
        <w:t>3♠  6   4</w:t>
        <w:br/>
        <w:t>3NT 5   4   2    2   veya</w:t>
        <w:br/>
        <w:t>5   4   1   3</w:t>
      </w:r>
    </w:p>
    <w:p>
      <w:r>
        <w:br/>
        <w:t>AT9XX    2 kez büyük onörün karşısından oynanır.</w:t>
      </w:r>
    </w:p>
    <w:p>
      <w:r>
        <w:t>J8X</w:t>
      </w:r>
    </w:p>
    <w:p>
      <w:r>
        <w:t>22.09.2022 ♣♦♠♥</w:t>
      </w:r>
    </w:p>
    <w:p>
      <w:r>
        <w:t>1♥           2♦</w:t>
        <w:br/>
        <w:t>2NT  Dengeli olmalı ve NT’nin bu taraftan oynanmasının daha iyi</w:t>
        <w:br/>
        <w:t>olacağı düşünülmeli</w:t>
      </w:r>
    </w:p>
    <w:p>
      <w:r>
        <w:br/>
        <w:t>P              1♦              1NT              P</w:t>
        <w:br/>
        <w:t>2♦         Dbl                  P      3 adet ♥yok</w:t>
        <w:br/>
        <w:t>2♥  3 adet ♥var</w:t>
        <w:br/>
        <w:t>2NT  4 adet ♥var</w:t>
        <w:br/>
        <w:t>2♥  Oynamak için</w:t>
        <w:br/>
        <w:t>3♥  6 tane ♥var, Zone daveti</w:t>
        <w:br/>
        <w:t>4♥  6 tane ♥var, Zone oynayalım</w:t>
        <w:br/>
        <w:t>4♣  ♣ tek</w:t>
        <w:br/>
        <w:t>Ortağını oynatmak istiyorsa:</w:t>
        <w:br/>
        <w:t>önce RDbl</w:t>
        <w:br/>
        <w:t>sonra P, NT ya da ♥’ü yükseltebilir</w:t>
      </w:r>
    </w:p>
    <w:p/>
    <w:p>
      <w:r>
        <w:t>Transfer eden oyuncu yeni renk söylerse Zone kesin demektir.</w:t>
      </w:r>
    </w:p>
    <w:p>
      <w:r>
        <w:t>05.01.2023 ♣♦♠♥</w:t>
      </w:r>
    </w:p>
    <w:p>
      <w:r>
        <w:t>AT9X     KQ9X     AVTX    QT9X   VT8X</w:t>
        <w:br/>
        <w:t>Bunların hepsi 2,5 sekanstır.</w:t>
      </w:r>
    </w:p>
    <w:p>
      <w:r>
        <w:t>NT ataklarında sekans başından atak etmek için en az 2,5 sekans gerekir.</w:t>
      </w:r>
    </w:p>
    <w:p>
      <w:r>
        <w:t>AXXXX                                                 AXXXX</w:t>
      </w:r>
    </w:p>
    <w:p>
      <w:r>
        <w:t>QXX                                            QX</w:t>
        <w:br/>
        <w:t>A çekip                                             A çekmeden</w:t>
        <w:br/>
        <w:t>Q’a doğru oynanır                              Q’a doğru oynanır</w:t>
        <w:br/>
        <w:t>-------------------------------------------------------------------------</w:t>
        <w:br/>
        <w:t>AKXXX</w:t>
      </w:r>
    </w:p>
    <w:p>
      <w:r>
        <w:t>VXX</w:t>
        <w:br/>
        <w:t>AK çekip, Q’ın düşmesi ümit edilir.</w:t>
      </w:r>
    </w:p>
    <w:p>
      <w:r>
        <w:t>Ama A çekildiğinde Doğu’daki oyuncu o renge uymazsa o zaman yere doğru X oynanır</w:t>
        <w:br/>
        <w:t>AKXXX</w:t>
      </w:r>
    </w:p>
    <w:p>
      <w:r>
        <w:t>VX</w:t>
        <w:br/>
        <w:t>Direkt V’ye doğru oynanır.Kısada onör varsa, onör çekmeden onöre doğru oynanır.</w:t>
      </w:r>
    </w:p>
    <w:p>
      <w:r>
        <w:t>Elde T yoksa onör kart ile başlanmaz</w:t>
      </w:r>
    </w:p>
    <w:p>
      <w:r>
        <w:t>AQXXX                                   AQXXX</w:t>
      </w:r>
    </w:p>
    <w:p>
      <w:r>
        <w:t>VXXX                                       VXX</w:t>
      </w:r>
    </w:p>
    <w:p>
      <w:r>
        <w:t>X oynanır, Q konur, sonra A çekilir.</w:t>
      </w:r>
    </w:p>
    <w:p>
      <w:r>
        <w:t>Alıcı koz ile üste çakılmamalıdır.</w:t>
      </w:r>
    </w:p>
    <w:p>
      <w:r>
        <w:t>Eldeki kayıp kart atılmalıdır.</w:t>
      </w:r>
    </w:p>
    <w:p>
      <w:r>
        <w:t>XX</w:t>
      </w:r>
    </w:p>
    <w:p>
      <w:r>
        <w:t>AKXXX</w:t>
        <w:br/>
        <w:t>Onörlerin karşısına geçip oynanır.</w:t>
      </w:r>
    </w:p>
    <w:p>
      <w:r>
        <w:t>Doğu çakarsa X verilir, çakmazsa K ile alınır.</w:t>
      </w:r>
    </w:p>
    <w:p>
      <w:r>
        <w:t>Buna LOB’a doğru oynamak denir.</w:t>
      </w:r>
    </w:p>
    <w:p>
      <w:r>
        <w:t>Deklarasyondan dolayı Batıda bu rengin uzun olduğu biliniyorsa,mutlaka böyle oynanmalıdır, çünkü Doğu’nun çakma ihtimali kuvvetlidir.</w:t>
      </w:r>
    </w:p>
    <w:p>
      <w:r>
        <w:t>07.01.2023 ♣♦♠♥</w:t>
      </w:r>
    </w:p>
    <w:p>
      <w:r>
        <w:t>Defans oyuncusu yerin uzun rengini bir sebep olmadan kolay kolay oynamaz.Oynuyorsa tek olabilir düşüncesiyle alınıp,aynı renk geri dönülebilir.</w:t>
      </w:r>
    </w:p>
    <w:p>
      <w:r>
        <w:t>4. pozisyonda iken ve majörlere hakim değilken eksik puanla oyun açılmaz.</w:t>
      </w:r>
    </w:p>
    <w:p>
      <w:r>
        <w:t>Double’a Michaels Cubid’e,Landy Multi’ye cevap verirken güç de belli edilir.</w:t>
      </w:r>
    </w:p>
    <w:p>
      <w:r>
        <w:t>Michael Cuebid yapan oyuncu ortağının seçim yaptığını bilir ve puanı az diye düşünür.</w:t>
      </w:r>
    </w:p>
    <w:p>
      <w:r>
        <w:t>1♦    2♦    P     2♥♥/♠’ten ♥’ü tercih eder</w:t>
        <w:br/>
        <w:t>♥ 2’li bile olabilir,zayif el,zone ümidi yok</w:t>
        <w:br/>
        <w:t>2NT 3-4 adet ♥olabilir.</w:t>
      </w:r>
    </w:p>
    <w:p>
      <w:r>
        <w:t>Davet</w:t>
        <w:br/>
        <w:t>3♥genellikle4’lü♥,yan renklerde 2 değerli kart</w:t>
        <w:br/>
        <w:t>Çok puan var demek değil.</w:t>
      </w:r>
    </w:p>
    <w:p>
      <w:r>
        <w:t>Davet</w:t>
        <w:br/>
        <w:t>4♥koz uzun,çok puan olmayabilir</w:t>
        <w:br/>
        <w:t>Slam ümidi yok, Gambling</w:t>
        <w:br/>
        <w:t>3♦Cuebid zone kesin</w:t>
      </w:r>
    </w:p>
    <w:p>
      <w:r>
        <w:t>2♠    Dbl        P    2NT</w:t>
        <w:br/>
        <w:t>P        3♥Kuvvetli El ve 5’li renk</w:t>
      </w:r>
    </w:p>
    <w:p>
      <w:r>
        <w:br/>
        <w:t>NT ATAKLARI GELİŞMELER</w:t>
        <w:br/>
        <w:t>TX</w:t>
        <w:br/>
        <w:t>X</w:t>
        <w:br/>
        <w:t>AKX</w:t>
        <w:br/>
        <w:t>Yerden T konur</w:t>
      </w:r>
    </w:p>
    <w:p>
      <w:r>
        <w:t>VXX                 VX                   VX              VX</w:t>
        <w:br/>
        <w:t>X</w:t>
        <w:br/>
        <w:t>AKX                AKX                QXX            AXX</w:t>
        <w:br/>
        <w:t>Yerde onör varsa ve kazanma ihtimali varsa onör konur ama</w:t>
        <w:br/>
        <w:t>Elde eşdeğer onör varsa ele çekilir.</w:t>
      </w:r>
    </w:p>
    <w:p>
      <w:r>
        <w:t>V9X</w:t>
        <w:br/>
        <w:t>X</w:t>
        <w:br/>
        <w:t>AXX</w:t>
        <w:br/>
        <w:t>Yerden 9 konur,Onör T’nun altından atak etmiş olabilir.</w:t>
      </w:r>
    </w:p>
    <w:p>
      <w:r>
        <w:t>V9</w:t>
        <w:br/>
        <w:t>X</w:t>
        <w:br/>
        <w:t>AXX</w:t>
        <w:br/>
        <w:t>Yerden V konur.</w:t>
      </w:r>
    </w:p>
    <w:p>
      <w:r>
        <w:t>Koz oyunlarında 2’li sekans olunca büyük çıkılır, oysa NT’da küçük çıkılır.</w:t>
      </w:r>
    </w:p>
    <w:p>
      <w:r>
        <w:t>O yüzden yerden V konur.</w:t>
      </w:r>
    </w:p>
    <w:p>
      <w:r>
        <w:t>QXX                                        QX</w:t>
      </w:r>
    </w:p>
    <w:p>
      <w:r>
        <w:t>AXX                                        AXX</w:t>
        <w:br/>
        <w:t>A’la alınır,                                   Q konur,</w:t>
        <w:br/>
        <w:t>Q korunmaya çalışılır                K altından çıkmış olabilir.</w:t>
      </w:r>
    </w:p>
    <w:p>
      <w:r>
        <w:t>QX</w:t>
      </w:r>
    </w:p>
    <w:p>
      <w:r>
        <w:t>ATX</w:t>
        <w:br/>
        <w:t>Eşdeğere yakın onörler olunca da ele çekilir</w:t>
      </w:r>
    </w:p>
    <w:p>
      <w:r>
        <w:t>KX</w:t>
      </w:r>
    </w:p>
    <w:p>
      <w:r>
        <w:t>QXX</w:t>
        <w:br/>
        <w:t>Koz oyunuında yerden X, NT’da yerden K konur</w:t>
      </w:r>
    </w:p>
    <w:p>
      <w:r>
        <w:t>VXX</w:t>
      </w:r>
    </w:p>
    <w:p>
      <w:r>
        <w:t>KTX</w:t>
        <w:br/>
        <w:t>Eşdeğer onör olan T’ya çekilir</w:t>
      </w:r>
    </w:p>
    <w:p>
      <w:r>
        <w:t>KXX</w:t>
      </w:r>
    </w:p>
    <w:p>
      <w:r>
        <w:t>QX</w:t>
        <w:br/>
        <w:t>Q’a çekilir.</w:t>
      </w:r>
    </w:p>
    <w:p>
      <w:r>
        <w:t>K’yı kaçırmak ümit edilir</w:t>
      </w:r>
    </w:p>
    <w:p/>
    <w:p>
      <w:r>
        <w:br/>
        <w:t>QX</w:t>
      </w:r>
    </w:p>
    <w:p>
      <w:r>
        <w:t>KTX</w:t>
        <w:br/>
        <w:t>T’lu var, X konup, ele çekilir</w:t>
      </w:r>
    </w:p>
    <w:p>
      <w:r>
        <w:t>KX</w:t>
      </w:r>
    </w:p>
    <w:p>
      <w:r>
        <w:t>ATX</w:t>
        <w:br/>
        <w:t>Q atak edilirse,K konur, X atak edilirse ele çekilir</w:t>
      </w:r>
    </w:p>
    <w:p>
      <w:r>
        <w:t>KTX</w:t>
      </w:r>
    </w:p>
    <w:p>
      <w:r>
        <w:t>A9X</w:t>
        <w:br/>
        <w:t>Yerden X konur, sonra T’a doğru oynanır</w:t>
      </w:r>
    </w:p>
    <w:p>
      <w:r>
        <w:br/>
        <w:t>KTX</w:t>
      </w:r>
    </w:p>
    <w:p>
      <w:r>
        <w:t>A9</w:t>
        <w:br/>
        <w:t>A’la elden alınır, sonra empas yapılır.</w:t>
      </w:r>
    </w:p>
    <w:p>
      <w:r>
        <w:t>12.01.2023 ♣♦♠♥</w:t>
      </w:r>
    </w:p>
    <w:p>
      <w:r>
        <w:t>1♣        1♠       2♦       P</w:t>
        <w:br/>
        <w:t>2♥ Reverse olmaz</w:t>
        <w:br/>
        <w:t>Açanın ortağı, açanın renginden daha büyük bir rengi 2 seviyesinde söylerse, açanın 2 seviyesinde daha büyük renk söylemesi Reverse olmaz</w:t>
      </w:r>
    </w:p>
    <w:p>
      <w:r>
        <w:br/>
        <w:t>1♠        Dbl       2♠       P</w:t>
        <w:br/>
        <w:t>4♠        Dbl          P            P</w:t>
        <w:br/>
        <w:t>Normal Dbl değil, daha kuvvetli el.’’ölümü gör konuş’’</w:t>
      </w:r>
    </w:p>
    <w:p>
      <w:r>
        <w:t>♠ JXXX             Dbl diyenin ortağı bu el ile P geçer.</w:t>
      </w:r>
    </w:p>
    <w:p>
      <w:r>
        <w:t>♥ JXX                Çünkü dağılımı çok kötü.</w:t>
      </w:r>
    </w:p>
    <w:p>
      <w:r>
        <w:t>♦ XX</w:t>
        <w:br/>
        <w:t>♣ XXXX</w:t>
      </w:r>
    </w:p>
    <w:p>
      <w:r>
        <w:br/>
        <w:t>1♠    Dbl    2♠    5-10 Tp (8-10Tp değil!)</w:t>
      </w:r>
    </w:p>
    <w:p>
      <w:r>
        <w:t>Araya Dbl ile girildiğinde majör tutuşu 5-10 puan aralığında yapılabilir.</w:t>
      </w:r>
    </w:p>
    <w:p>
      <w:r>
        <w:t>1 Majör açışına, 2 seviyesinde cevap vermek ‘zone kesin’ demek olduğu için;</w:t>
        <w:br/>
        <w:t>Ortak, açanın rengini tutuyorsa basitçe tutuş yapar, tutmuyorsa 2NT der</w:t>
        <w:br/>
        <w:t>1♥            2♣</w:t>
        <w:br/>
        <w:t>2♦            2♥  Açış puanı ve ♥ tutuşu</w:t>
        <w:br/>
        <w:t>2NT  Açış puanı ve ♥ fiti yok</w:t>
      </w:r>
    </w:p>
    <w:p>
      <w:r>
        <w:br/>
        <w:t>Genellikle kozun uzun olduğu el temel eldir.</w:t>
      </w:r>
    </w:p>
    <w:p>
      <w:r>
        <w:t>Kozlar eşitse alıcıların fazla olduğu el temel eldir.</w:t>
      </w:r>
    </w:p>
    <w:p>
      <w:r>
        <w:t>Bazen koz bir tarafta daha kısa olmasına rağmen, yan taraftaki alıcılarının daha fazla olması nedeniyle o taraf temel el olur.</w:t>
      </w:r>
    </w:p>
    <w:p>
      <w:r>
        <w:t>Dağılım Puanları:</w:t>
        <w:br/>
        <w:t>8 koz varken           9 koz varken</w:t>
        <w:br/>
        <w:t>Doubleton          1                              1</w:t>
        <w:br/>
        <w:t>Singleton            2                              3</w:t>
        <w:br/>
        <w:t>Şikan                   3                              5</w:t>
        <w:br/>
        <w:t>3 A varsa +1 puan eklenir.</w:t>
      </w:r>
    </w:p>
    <w:p>
      <w:r>
        <w:t>Hiç A yoksa -1 puan düşülür</w:t>
        <w:br/>
        <w:t>9 ve daha fazla koz için +1 puan.</w:t>
      </w:r>
    </w:p>
    <w:p>
      <w:r>
        <w:t>İyi 5’li renge +1 Puan</w:t>
      </w:r>
    </w:p>
    <w:p>
      <w:r>
        <w:br/>
        <w:t>1♣        1♥</w:t>
        <w:br/>
        <w:t>3♥ Orta sınıf el (16-18 Tp)</w:t>
      </w:r>
    </w:p>
    <w:p>
      <w:r>
        <w:t>12.01.2023 ♣♦♠♥</w:t>
      </w:r>
    </w:p>
    <w:p>
      <w:r>
        <w:t>1♣        1♦       1♠       Dbl</w:t>
        <w:br/>
        <w:t>Rdbl ‘’Bende 3’lü ♠var’’ anlamına gelir.</w:t>
      </w:r>
    </w:p>
    <w:p>
      <w:r>
        <w:t>(Fit Surcontre)</w:t>
        <w:br/>
        <w:t>P      ‘’Bende 3’lü ♠yok’’ anlamına gelir.</w:t>
      </w:r>
    </w:p>
    <w:p>
      <w:r>
        <w:t>(Fit Contre)</w:t>
        <w:br/>
        <w:t>-------------------------------------------------------------------------------</w:t>
        <w:br/>
        <w:t>1♣        1♥       1♠       2♥</w:t>
        <w:br/>
        <w:t>Dbl   Fit Contre değil !</w:t>
      </w:r>
    </w:p>
    <w:p>
      <w:r>
        <w:t>Ortakta 5’li ♠ olduğu biliniyor.</w:t>
      </w:r>
    </w:p>
    <w:p>
      <w:r>
        <w:t>4’lü olsa 1♠ yerine Dbl derdi.</w:t>
      </w:r>
    </w:p>
    <w:p>
      <w:r>
        <w:t>1♠              2♣</w:t>
        <w:br/>
        <w:t>2♠              3♠</w:t>
        <w:br/>
        <w:t>4♠ Çok min bir el var.</w:t>
      </w:r>
    </w:p>
    <w:p>
      <w:r>
        <w:t>1♥              3♦    9-11 Hp, İyi 6’lı ♦,</w:t>
        <w:br/>
        <w:t>ortağın rengine honneur 2’li fit bile yok</w:t>
      </w:r>
    </w:p>
    <w:p>
      <w:r>
        <w:br/>
        <w:t>K9XX       Elden T oynanır.</w:t>
      </w:r>
    </w:p>
    <w:p>
      <w:r>
        <w:t>Sonra A çekilir.</w:t>
      </w:r>
    </w:p>
    <w:p>
      <w:r>
        <w:t>Sonra V oynanır.</w:t>
      </w:r>
    </w:p>
    <w:p>
      <w:r>
        <w:t>Yere başka geçiş yoksa böyle oynanır.</w:t>
      </w:r>
    </w:p>
    <w:p>
      <w:r>
        <w:t>Yere geçiş varsa önce A sonra T ya da V oynayıp</w:t>
        <w:br/>
        <w:t>AVT        empas yapılır</w:t>
      </w:r>
    </w:p>
    <w:p/>
    <w:p/>
    <w:p>
      <w:r>
        <w:br/>
        <w:t>A atak edildiğinde;</w:t>
        <w:br/>
        <w:t>yerde honneur olunca sayı verilir,(çift adetse büyük,tek adetse küçük)</w:t>
        <w:br/>
        <w:t>yer boş olunca apel verilir.</w:t>
      </w:r>
    </w:p>
    <w:p>
      <w:r>
        <w:t>02.02.2023 ♣♦♠♥</w:t>
      </w:r>
    </w:p>
    <w:p>
      <w:r>
        <w:br/>
        <w:t>A97        Bu renkte toplam 9 sayılıyor.</w:t>
      </w:r>
    </w:p>
    <w:p>
      <w:r>
        <w:t>%95 V düşecek.</w:t>
      </w:r>
    </w:p>
    <w:p>
      <w:r>
        <w:t>İhtimali 100%’e çıkartmak için her iki tarafın da onörleri</w:t>
        <w:br/>
        <w:t>korunur.</w:t>
      </w:r>
    </w:p>
    <w:p>
      <w:r>
        <w:t>Önce K çekilir.</w:t>
      </w:r>
    </w:p>
    <w:p>
      <w:r>
        <w:t>Rakipte VXXX olma ihtimaline</w:t>
        <w:br/>
        <w:t>KQT863    tedbir alınmış olunur.</w:t>
      </w:r>
    </w:p>
    <w:p>
      <w:r>
        <w:t>1NT açışına ortak transfer yaptığında rakip araya girerse,</w:t>
        <w:br/>
        <w:t>3’lü ile transferi almak için max.</w:t>
      </w:r>
    </w:p>
    <w:p>
      <w:r>
        <w:t>olmak gerekir.</w:t>
      </w:r>
    </w:p>
    <w:p>
      <w:r>
        <w:t>Ancak 4’lü ise daima transfer alınır.</w:t>
      </w:r>
    </w:p>
    <w:p>
      <w:r>
        <w:t>Ortak 1NT açtığında, 4’lü Majör olmayan 11-15Hp dengeli ellerle 3NT denmelidir.</w:t>
      </w:r>
    </w:p>
    <w:p>
      <w:r>
        <w:t>04.02.2023 ♣♦♠♥</w:t>
      </w:r>
    </w:p>
    <w:p>
      <w:r>
        <w:t>Hem 7’li iyi renk,hem de 10Hp varsa, zayıf 3 açışı yapmak yerine, Normal (1) açılmalıdır.</w:t>
      </w:r>
    </w:p>
    <w:p>
      <w:r>
        <w:t>Zayıf açışları 6-9 Hp ile yapılmalıdır.</w:t>
      </w:r>
    </w:p>
    <w:p>
      <w:r>
        <w:t>Ancak ortak zayıf açış yaptı ise hesap yaparken gene 6-10Hp diye düşünülür.</w:t>
      </w:r>
    </w:p>
    <w:p>
      <w:r>
        <w:t>Cevapçı NT deyip, arkasından renk söylerse eli zayıftır,söylediği renk uzundur.</w:t>
      </w:r>
    </w:p>
    <w:p>
      <w:r>
        <w:t>Cevapçı önce Dbl atıp,sonra renk söylerse,hem uzundur hem de zayıftır.</w:t>
      </w:r>
    </w:p>
    <w:p>
      <w:r>
        <w:t>Araya giren önce Dbl atıp, sonra renk söylerse kuvvetlidir, renk uzundur.</w:t>
      </w:r>
    </w:p>
    <w:p>
      <w:r>
        <w:t>Araya giren önce NT deyip, sonra renk söylerse uzundur ve eli iyidir.</w:t>
      </w:r>
    </w:p>
    <w:p>
      <w:r>
        <w:t>Araya giren ile Cevapçı aynı deklarasyonu yapsalar da anlamları farklıdır.</w:t>
      </w:r>
    </w:p>
    <w:p>
      <w:r>
        <w:t>1♠         3♦ 9-11 Hp,iyi 6’lı♦,♠onör 2’li bile değil.</w:t>
      </w:r>
    </w:p>
    <w:p>
      <w:r>
        <w:t>9-11Hp ve 6’li iyi bir renk olduğunda,</w:t>
        <w:br/>
        <w:t>11-12Hp gibi değerlendirilebilir,</w:t>
        <w:br/>
        <w:t>O renkten 6 el alınır gibi hesaplanabilir.</w:t>
      </w:r>
    </w:p>
    <w:p>
      <w:r>
        <w:t>A,K,Tek ve Şigan kontroldur.</w:t>
      </w:r>
    </w:p>
    <w:p>
      <w:r>
        <w:t>‘’Atak edene üst üste 2 el vermeyiz’’ demektir.</w:t>
      </w:r>
    </w:p>
    <w:p>
      <w:r>
        <w:t>‘’Ataktan 2 el vermeyiz’’ değil!</w:t>
      </w:r>
    </w:p>
    <w:p>
      <w:r>
        <w:t>3. oyuncu iken,yerde onör yoksa, ortağında o rengin kısa olduğu biliniyorsa,büyük koyma zorunluluğu yoktur.</w:t>
      </w:r>
    </w:p>
    <w:p>
      <w:r>
        <w:t>Ama ortakta kısa olduğuna dair bir bilgi yoksa ve yerde onör yoksa daima büyük konur.</w:t>
      </w:r>
    </w:p>
    <w:p>
      <w:r>
        <w:t>Atak ederken elde KQXX ve KQ9X olan 2 renk varsa,</w:t>
        <w:br/>
        <w:t>9’lusu olan renk tercih edilmelidir.</w:t>
      </w:r>
    </w:p>
    <w:p>
      <w:r>
        <w:t>Dbl</w:t>
      </w:r>
    </w:p>
    <w:p>
      <w:r>
        <w:t>1NT               P</w:t>
        <w:br/>
        <w:t>2♦ Majör sorar.Sorabilmek için majörlerin ikisi de olmalıdır</w:t>
      </w:r>
    </w:p>
    <w:p/>
    <w:p/>
    <w:p>
      <w:r>
        <w:t>P                     P                      P                1♥</w:t>
        <w:br/>
        <w:t>P                    2♣               P                2♥</w:t>
        <w:br/>
        <w:t>Drury, açışa yakın bir el.3’lü ♥var.</w:t>
      </w:r>
    </w:p>
    <w:p>
      <w:r>
        <w:t>Belki zone oynarız</w:t>
        <w:br/>
        <w:t>2♦♦dan yardım istiyor</w:t>
        <w:br/>
        <w:t>2♠♠ den yardım istiyor</w:t>
        <w:br/>
        <w:t>2NT 14-15p</w:t>
        <w:br/>
        <w:t>3♣♣de var,zone yapabiliriz</w:t>
      </w:r>
    </w:p>
    <w:p>
      <w:r>
        <w:t>09.02.2023 ♣♦♠♥</w:t>
      </w:r>
    </w:p>
    <w:p>
      <w:r>
        <w:br/>
        <w:t>KTX     Yerde T, elde 9 olduğu için</w:t>
      </w:r>
    </w:p>
    <w:p>
      <w:r>
        <w:t>P        uzaktan almaya çalışılır.</w:t>
      </w:r>
    </w:p>
    <w:p>
      <w:r>
        <w:t>A9X</w:t>
        <w:br/>
        <w:t>-----------------------------------------------------------------------------------</w:t>
        <w:br/>
        <w:t>KXX     Bu durumda illaki uzaktan alınacak diye birşey yok</w:t>
      </w:r>
    </w:p>
    <w:p>
      <w:r>
        <w:t>P        İstenilen yerden alınır.</w:t>
      </w:r>
    </w:p>
    <w:p>
      <w:r>
        <w:t>AXX</w:t>
      </w:r>
    </w:p>
    <w:p/>
    <w:p>
      <w:r>
        <w:br/>
        <w:t>1♥         2NT 11-12 Tp, 4’lü♥</w:t>
      </w:r>
    </w:p>
    <w:p/>
    <w:p>
      <w:r>
        <w:t>Oynayanın (uzaktaki kişi) rengini atak ederken çok kurallı atak etmek tercih edilmemelidir.</w:t>
      </w:r>
    </w:p>
    <w:p>
      <w:r>
        <w:t>Çok fazla sıra yoksa küçük atak edilebilir.</w:t>
      </w:r>
    </w:p>
    <w:p>
      <w:r>
        <w:t>(VT9XX)</w:t>
      </w:r>
    </w:p>
    <w:p/>
    <w:p/>
    <w:p>
      <w:r>
        <w:t>K                 D             G                B</w:t>
        <w:br/>
        <w:t>1♥            P            2♦           P</w:t>
        <w:br/>
        <w:t>2♥           P             4♣           P</w:t>
        <w:br/>
        <w:t>4♠           P             4NT             P</w:t>
        <w:br/>
        <w:t>5♠           P             6♥</w:t>
        <w:br/>
        <w:t>Atak K♦</w:t>
        <w:br/>
        <w:t>Doğu bu atağı yaptığına göre deli değilse ♦K tek olmalı.</w:t>
      </w:r>
    </w:p>
    <w:p>
      <w:r>
        <w:t>♥ A’ya verildiğinde ♦’ya çakacak.</w:t>
      </w:r>
    </w:p>
    <w:p>
      <w:r>
        <w:t>♦yu A’la aldıktan sonra ♠ K ve Q çekilir.</w:t>
      </w:r>
    </w:p>
    <w:p>
      <w:r>
        <w:t>♣’e çakarak yere geçilir.</w:t>
      </w:r>
    </w:p>
    <w:p>
      <w:r>
        <w:t>♠ A’a ♦ atılır.</w:t>
      </w:r>
    </w:p>
    <w:p>
      <w:r>
        <w:t>Koz oynaynır.</w:t>
      </w:r>
    </w:p>
    <w:p>
      <w:r>
        <w:t>Rakip alıp ♦ gelirse büyükle çakılır.</w:t>
      </w:r>
    </w:p>
    <w:p>
      <w:r>
        <w:t>Koz bitirilir.</w:t>
      </w:r>
    </w:p>
    <w:p>
      <w:r>
        <w:t>Tüm kartlar alınır</w:t>
        <w:br/>
        <w:t>♠ çakılırsa bu plan tutmaz ama ♠e çakılma ihtimali ♦ya çakılmasına göre daha küçük olasılıktır.</w:t>
      </w:r>
    </w:p>
    <w:p>
      <w:r>
        <w:t>12.02.2023 ♣♦♠♥</w:t>
      </w:r>
    </w:p>
    <w:p>
      <w:r>
        <w:br/>
        <w:t>2♠         Dbl            P             2NT</w:t>
        <w:br/>
        <w:t>3♣                           3♥ 9-12Hp, min.4’lü♥vaat eder</w:t>
      </w:r>
    </w:p>
    <w:p>
      <w:r>
        <w:br/>
        <w:t>1♦                     2♠3-5 Hp, 6’lı♠</w:t>
        <w:br/>
        <w:t>3♠3-5 Hp, 7’li♠</w:t>
      </w:r>
    </w:p>
    <w:p>
      <w:r>
        <w:br/>
        <w:t>1♣         P             1♠             P</w:t>
        <w:br/>
        <w:t>2♣           P             2♦  Forsing</w:t>
        <w:br/>
        <w:t>-----------------------------------------------</w:t>
        <w:br/>
        <w:t>1♣       1♦            1♠             P</w:t>
        <w:br/>
        <w:t>2♣           P              2♥  Forsing değil</w:t>
        <w:br/>
        <w:t>Cevapçı önce♠sonra♥derse forsing değildir (4.renk olmadığı sürece)</w:t>
      </w:r>
    </w:p>
    <w:p>
      <w:r>
        <w:br/>
        <w:t>Cevapçı elinde 5-5 renk olduğunda daima pahalısını söyler.</w:t>
      </w:r>
    </w:p>
    <w:p>
      <w:r>
        <w:t>Dbl demez.</w:t>
      </w:r>
    </w:p>
    <w:p>
      <w:r>
        <w:t>16.02.2023 ♣♦♠♥</w:t>
      </w:r>
    </w:p>
    <w:p>
      <w:r>
        <w:t>2NT açışından sonra transfer edilen renge 4’lü tutuş varsa, transfer kırılmalıdır.</w:t>
      </w:r>
    </w:p>
    <w:p>
      <w:r>
        <w:t>Cevapçının puan limitleri:</w:t>
        <w:br/>
        <w:t>6-10  min.el</w:t>
        <w:br/>
        <w:t>11-12  davet</w:t>
        <w:br/>
        <w:t>13-16  zone kesin</w:t>
        <w:br/>
        <w:t>17+     slam teklifi</w:t>
      </w:r>
    </w:p>
    <w:p>
      <w:r>
        <w:br/>
        <w:t>1NT’ya Stayman yapmak için min iyi 8 Hp gerekir.</w:t>
      </w:r>
    </w:p>
    <w:p>
      <w:r>
        <w:t>♠JXXX</w:t>
        <w:br/>
        <w:t>♥QXXX</w:t>
        <w:br/>
        <w:t>♦KXX         Dummy</w:t>
        <w:br/>
        <w:t>♣JX</w:t>
        <w:br/>
        <w:t>♠QT8X</w:t>
        <w:br/>
        <w:t>♥K6</w:t>
        <w:br/>
        <w:t>♦XXX</w:t>
        <w:br/>
        <w:t>♣KXXX</w:t>
      </w:r>
    </w:p>
    <w:p>
      <w:r>
        <w:t>Oynayan yerden   ♠J  oynarsa, defanstaki oyuncu   ♠Q koyar</w:t>
        <w:br/>
        <w:t>Oynayan yerden   ♥Q  oynarsa, defanstaki oyuncu  ♥K koyar</w:t>
        <w:br/>
        <w:t>Oynayan yerden   ♣J  oynarsa, defanstaki oyuncu   ♣X koyar</w:t>
      </w:r>
    </w:p>
    <w:p>
      <w:r>
        <w:t>16.03.2023 ♣♦♠♥</w:t>
      </w:r>
    </w:p>
    <w:p>
      <w:r>
        <w:br/>
        <w:t>♣‘in tek ya da şigan, majörlerin en az 4-3 olduğu durumlarda, puanı çok önemsenmeden, 1NT açışına 2♣ Stayman yapılabilir.</w:t>
      </w:r>
    </w:p>
    <w:p>
      <w:r>
        <w:t>Aşağıdaki el buna örnektir:</w:t>
        <w:br/>
        <w:t>♠ KQXX</w:t>
        <w:br/>
        <w:t>♥ VTX</w:t>
        <w:br/>
        <w:t>♦ XXXXX</w:t>
        <w:br/>
        <w:t>♣ X</w:t>
      </w:r>
    </w:p>
    <w:p/>
    <w:p/>
    <w:p>
      <w:r>
        <w:t>AVXX</w:t>
      </w:r>
    </w:p>
    <w:p>
      <w:r>
        <w:t>QXXX    Buradan başlanır.</w:t>
      </w:r>
    </w:p>
    <w:p>
      <w:r>
        <w:t>Yerden V konur.</w:t>
      </w:r>
    </w:p>
    <w:p>
      <w:r>
        <w:t>Kazanınca A çekilir</w:t>
        <w:br/>
        <w:t>------------------------------------------------------------------------------------</w:t>
        <w:br/>
        <w:t>AQXX</w:t>
      </w:r>
    </w:p>
    <w:p>
      <w:r>
        <w:t>VXXX   Buradan başlanır.</w:t>
      </w:r>
    </w:p>
    <w:p>
      <w:r>
        <w:t>Yerden Q konur.</w:t>
      </w:r>
    </w:p>
    <w:p>
      <w:r>
        <w:t>Kazanınca A çekilir</w:t>
      </w:r>
    </w:p>
    <w:p/>
    <w:p>
      <w:r>
        <w:t>2NT                  3♠ Minör eli var,birazdan anlatacak</w:t>
        <w:br/>
        <w:t>Minörler/tek renkli minor.</w:t>
      </w:r>
    </w:p>
    <w:p>
      <w:r>
        <w:t>Slam ile ilgili</w:t>
      </w:r>
    </w:p>
    <w:p>
      <w:r>
        <w:t>3NT                       4♣ Sade ♣var.</w:t>
      </w:r>
    </w:p>
    <w:p>
      <w:r>
        <w:t>6♣ ‘e davet</w:t>
        <w:br/>
        <w:t>4♦ Sade ♦var.</w:t>
      </w:r>
    </w:p>
    <w:p>
      <w:r>
        <w:t>6♦ ‘ya davet</w:t>
        <w:br/>
        <w:t>4♥ 5’li ♣, 4’lü ♦var.</w:t>
      </w:r>
    </w:p>
    <w:p>
      <w:r>
        <w:t>Slam’a gidelim mi?</w:t>
      </w:r>
    </w:p>
    <w:p>
      <w:r>
        <w:t>4♠ 5’li ♦, 4’lü ♣var.</w:t>
      </w:r>
    </w:p>
    <w:p>
      <w:r>
        <w:t>4NT5-5 Minörler.</w:t>
      </w:r>
    </w:p>
    <w:p>
      <w:r>
        <w:t>1♠          2♦       2♠   6-10Tp</w:t>
        <w:br/>
        <w:t>2NT   11-12Tp 3-4’lü tutuş</w:t>
        <w:br/>
        <w:t>3♦   13+Tp 3-4’lü tutuş</w:t>
        <w:br/>
        <w:t>3♠   3-5Tp 4’lü tutuş</w:t>
        <w:br/>
        <w:t>4♠   2 renkte toplam 10kart,</w:t>
        <w:br/>
        <w:t>çok zayıf,dengesiz,teki var</w:t>
      </w:r>
    </w:p>
    <w:p>
      <w:r>
        <w:t>30.03.2023 ♣♦♠♥</w:t>
      </w:r>
    </w:p>
    <w:p>
      <w:r>
        <w:t>♠ KXXX</w:t>
        <w:br/>
        <w:t>♥ AKTX</w:t>
        <w:br/>
        <w:t>♦ QXX</w:t>
        <w:br/>
        <w:t>♣ 9X</w:t>
        <w:br/>
        <w:t>P           2♥             P          P</w:t>
        <w:br/>
        <w:t>Dbl</w:t>
      </w:r>
    </w:p>
    <w:p/>
    <w:p>
      <w:r>
        <w:t>1♠           1NT</w:t>
        <w:br/>
        <w:t>2♣           2♠ 6-10p,2’li♠ / 5-8p 3’lü♠</w:t>
        <w:br/>
        <w:t>2NT 16-17Hp, dengeli el, davet</w:t>
        <w:br/>
        <w:t>--------------------------------------------------------------</w:t>
        <w:br/>
        <w:t>1♠           1NT</w:t>
        <w:br/>
        <w:t>2NT 18-19Hp, dengeli el</w:t>
        <w:br/>
        <w:t>---------------------------------------------------------------</w:t>
        <w:br/>
        <w:t>1♠           1NT</w:t>
        <w:br/>
        <w:t>2♣           2♠</w:t>
        <w:br/>
        <w:t>P    13-15Hp, min.</w:t>
      </w:r>
    </w:p>
    <w:p>
      <w:r>
        <w:t>normal açış</w:t>
      </w:r>
    </w:p>
    <w:p>
      <w:r>
        <w:br/>
        <w:t>1♠                            1NT</w:t>
        <w:br/>
        <w:t>2NT11-12Hp, Fit yok     2♣</w:t>
        <w:br/>
        <w:t>-------------------------------------------</w:t>
        <w:br/>
        <w:t>1♠                            1NT</w:t>
        <w:br/>
        <w:t>2♣                            3♣♠fiti yok, 9-11P</w:t>
        <w:br/>
        <w:t>-------------------------------------------------------------</w:t>
        <w:br/>
        <w:t>1♠                            1NT</w:t>
        <w:br/>
        <w:t>2♣                            3♠3’lü♠fiti, 11-12P</w:t>
        <w:br/>
        <w:t>-----------------------------------------------------------------------</w:t>
        <w:br/>
        <w:t>1♠                            2♠ ♠fiti, 8-10TP</w:t>
        <w:br/>
        <w:t>1♠                            2NT4’lü♠fiti, 11-12TP</w:t>
        <w:br/>
        <w:t>1♠                            3♠ ♠fiti, 0-6TP,zayıf,Zone durumuna dikkat!</w:t>
      </w:r>
    </w:p>
    <w:p>
      <w:r>
        <w:t>1♠                            3♣/♦/♥İyi 6’lı renk,9-11P♥iyi olmak zorunda değil</w:t>
      </w:r>
    </w:p>
    <w:p/>
    <w:p/>
    <w:p>
      <w:r>
        <w:t>1 NT                            4♣ ♥’den slam teklifi</w:t>
        <w:br/>
        <w:t>4♦Karar veremiyorum, ♦kontrolu var</w:t>
        <w:br/>
        <w:t>4♠Karar veremiyorum, ♠kontrolu var</w:t>
      </w:r>
    </w:p>
    <w:p>
      <w:r>
        <w:t>09.03.2023 ♣♦♠♥</w:t>
      </w:r>
    </w:p>
    <w:p>
      <w:r>
        <w:br/>
        <w:t>1♠            3♥9-11Hp, ♠’i tutmuyor,onör 2’li♠bile yok.</w:t>
      </w:r>
    </w:p>
    <w:p>
      <w:r>
        <w:t>6’lı ♥,♥’ün çok iyi olması gerekmez.</w:t>
      </w:r>
    </w:p>
    <w:p>
      <w:r>
        <w:t>Minör olsaydı,rengin çok iyi olması gerekirdi.</w:t>
      </w:r>
    </w:p>
    <w:p>
      <w:r>
        <w:t>QT9XX                                               QT9X</w:t>
      </w:r>
    </w:p>
    <w:p>
      <w:r>
        <w:br/>
        <w:t>VX                                                   VXXX</w:t>
        <w:br/>
        <w:t>2 onöre verip,3 el alınır                    2 onöre verip,2 el alınır</w:t>
        <w:br/>
        <w:t>5-2 renk                                               4-4 renk</w:t>
        <w:br/>
        <w:t>Bu renk daha avantajlı</w:t>
      </w:r>
    </w:p>
    <w:p/>
    <w:p>
      <w:r>
        <w:br/>
        <w:t>Açan Splinter yaptığı zaman 16-18Hp olmalı,</w:t>
        <w:br/>
        <w:t>Dağılımla birlikte en az 19Tp olmalı.</w:t>
      </w:r>
    </w:p>
    <w:p>
      <w:r>
        <w:t>Oynayan hem yerde hem elde 2 tarafta da kısalık olunca koza dokunmadan oynamaya çalışır</w:t>
      </w:r>
    </w:p>
    <w:p>
      <w:r>
        <w:br/>
        <w:t>Yarı dengeli el olduğunda, özellikle 2.renk daha büyükse renk açmak yerine 1NT açmak tercih edilmelidir.</w:t>
      </w:r>
    </w:p>
    <w:p>
      <w:r>
        <w:t>Aksi durumda 2. konuşmada çok zorlanılır.</w:t>
      </w:r>
    </w:p>
    <w:p>
      <w:r>
        <w:t>1NT açanın ortağı, elinde 10 Puan varsa davet konuşması yapmak yerine 3NT demelidir.</w:t>
      </w:r>
    </w:p>
    <w:p>
      <w:r>
        <w:t>8-9 ile ise davet konuşması yapılır.</w:t>
      </w:r>
    </w:p>
    <w:p>
      <w:r>
        <w:t>Stayman + 2NT.</w:t>
      </w:r>
    </w:p>
    <w:p>
      <w:r>
        <w:t>11.03.2023 ♣♦♠♥</w:t>
      </w:r>
    </w:p>
    <w:p>
      <w:r>
        <w:t>97XX</w:t>
      </w:r>
    </w:p>
    <w:p>
      <w:r>
        <w:br/>
        <w:t>AV8X</w:t>
        <w:br/>
        <w:t>Yerden X gelip, elden 8 konur.</w:t>
      </w:r>
    </w:p>
    <w:p>
      <w:r>
        <w:t>VTXXX olduğu zaman küçük de atak edilebilir.</w:t>
      </w:r>
    </w:p>
    <w:p>
      <w:r>
        <w:t>Renk uzadıkça ortaktaki onörlerle çakışma ihtimali arttığı için   uzun renklerde ikili sekans da olsa küçük çıkılabilir.</w:t>
      </w:r>
    </w:p>
    <w:p>
      <w:r>
        <w:t>ATXX</w:t>
      </w:r>
    </w:p>
    <w:p>
      <w:r>
        <w:t>Q987X</w:t>
        <w:br/>
        <w:t>A’ın karşısından oynanır.</w:t>
      </w:r>
    </w:p>
    <w:p>
      <w:r>
        <w:t>X,9 ya da Q ile başlanabilir.</w:t>
      </w:r>
    </w:p>
    <w:p>
      <w:r>
        <w:t>AVT       AQT9        AV98       AQT98</w:t>
        <w:br/>
        <w:t>Hepsinde A var ve markalar var.</w:t>
      </w:r>
    </w:p>
    <w:p>
      <w:r>
        <w:t>Genel prensip :</w:t>
        <w:br/>
        <w:t>A’nın karşısından başlanır ve onör görmeden A konmaz.</w:t>
      </w:r>
    </w:p>
    <w:p>
      <w:r>
        <w:t>AV8X</w:t>
      </w:r>
    </w:p>
    <w:p>
      <w:r>
        <w:t>97X  Bu taraftan 7’li ile başlanır.</w:t>
      </w:r>
    </w:p>
    <w:p>
      <w:r>
        <w:t>Batıdan X gelirse, yerden de X konur.</w:t>
      </w:r>
    </w:p>
    <w:p>
      <w:r>
        <w:t>Doğu K/Q ile alırsa, bu renkten 3 el bile alınabilir.</w:t>
      </w:r>
    </w:p>
    <w:p>
      <w:r>
        <w:t>AVXX               97X               Q97X               QTXX</w:t>
        <w:br/>
        <w:t>T98X           AT8X                 AT8XX                  A98X</w:t>
        <w:br/>
        <w:t>Büyük onörün karşısından başlanır.</w:t>
      </w:r>
    </w:p>
    <w:p>
      <w:r>
        <w:t>973                        97X</w:t>
        <w:br/>
        <w:t>QT8XX                       KT8X</w:t>
        <w:br/>
        <w:t>Büyük onörün karşısından başlanır.</w:t>
      </w:r>
    </w:p>
    <w:p>
      <w:r>
        <w:t>Rakiplerden onör görmeden büyük onör konmaz</w:t>
      </w:r>
    </w:p>
    <w:p>
      <w:r>
        <w:t>Açana cevap verirken,</w:t>
        <w:br/>
        <w:t>küçük rengi sıçrayarak söylemek 9-11Hp, iyi 6’lı renk ancak</w:t>
        <w:br/>
        <w:t>büyük renk sıçrayarak söylenirse zayıf anlamına gelir.</w:t>
      </w:r>
    </w:p>
    <w:p>
      <w:r>
        <w:t>1♣             3♥  3-5Hp, 7’li renk</w:t>
      </w:r>
    </w:p>
    <w:p>
      <w:r>
        <w:br/>
        <w:t>NT ataklarına yerde kısa ve onör varsa,elde eşdeğer onör yoksa yerden onör konur.</w:t>
      </w:r>
    </w:p>
    <w:p>
      <w:r>
        <w:t>P            1♣          1NT       DblCeza</w:t>
        <w:br/>
        <w:t>2NTMinörler</w:t>
        <w:br/>
        <w:t>2♣Majörler</w:t>
        <w:br/>
        <w:t>2♥/2♠5’li♥/♠+4’lü minör</w:t>
        <w:br/>
        <w:t>2♦6’lı Majör</w:t>
        <w:br/>
        <w:t>1NT ile araya girildiğinde uygulanan Landy Multy.</w:t>
      </w:r>
    </w:p>
    <w:p>
      <w:r>
        <w:t>Herkes oynamaz, önce sormak gerekir,robotlar oynamıyor</w:t>
      </w:r>
    </w:p>
    <w:p>
      <w:r>
        <w:br/>
        <w:t>AT9X</w:t>
        <w:br/>
        <w:t xml:space="preserve">JXX </w:t>
        <w:tab/>
        <w:t xml:space="preserve">  KX</w:t>
        <w:br/>
        <w:t>QXXX</w:t>
        <w:br/>
        <w:t>Elden X oynanır, yerden 9 konur, Doğu K ile alır.</w:t>
      </w:r>
    </w:p>
    <w:p>
      <w:r>
        <w:t>Demek ki V Batıda.</w:t>
      </w:r>
    </w:p>
    <w:p>
      <w:r>
        <w:t>Yerden X oynanır, elden Q ile alınır.</w:t>
      </w:r>
    </w:p>
    <w:p>
      <w:r>
        <w:t>Yere AT’ya doğru oynanır.</w:t>
      </w:r>
    </w:p>
    <w:p>
      <w:r>
        <w:t>1 seviyesinde araya giriş    8-16HP</w:t>
        <w:br/>
        <w:t>2 seviyesinde araya giriş  11-16Hp</w:t>
        <w:br/>
        <w:t>3 seviyesinde araya giriş  13-16Hp</w:t>
        <w:br/>
        <w:t>Araya girerken ya renk kalitesi iyi olmalı, ya da el dengesiz olmalıdır.</w:t>
      </w:r>
    </w:p>
    <w:p>
      <w:r>
        <w:t>Renk kalitesi arttıkça, daha az puanla da araya girilebilir.</w:t>
      </w:r>
    </w:p>
    <w:p>
      <w:r>
        <w:t>12.04.2023 ♣♦♠♥</w:t>
      </w:r>
    </w:p>
    <w:p>
      <w:r>
        <w:t>1 Majör            1NT  Forcing NT (5-12Hp)</w:t>
        <w:br/>
        <w:t>1 Majör            2♣  Zone Forcing (12+Hp)</w:t>
        <w:br/>
        <w:t>1♥                   1♠  6+Hp , başka hiç bir şey belli değil</w:t>
        <w:br/>
        <w:t>1♥               2♠  3-5Hp, 6-7’li renk</w:t>
      </w:r>
    </w:p>
    <w:p>
      <w:r>
        <w:t>1♣               2♠  3-5Hp, 6’lı renk</w:t>
        <w:br/>
        <w:t>1♣               3♠  3-5Hp, 7’lı renk</w:t>
        <w:br/>
        <w:t>1♦               3♠  3-5Hp, 7’lı renk</w:t>
      </w:r>
    </w:p>
    <w:p>
      <w:r>
        <w:t>Minör açışlarına 2 seviyesinde 6’lı, 3 seviyesinde 7’li renk gösterir.</w:t>
      </w:r>
    </w:p>
    <w:p>
      <w:r>
        <w:t>Dikkat!!!</w:t>
      </w:r>
    </w:p>
    <w:p>
      <w:r>
        <w:t>Majör açışı olursa:</w:t>
        <w:br/>
        <w:t>1♥             3♠  Splinter</w:t>
      </w:r>
    </w:p>
    <w:p/>
    <w:p/>
    <w:p>
      <w:r>
        <w:t>Deklarasyon esnasında saçma sapan bir renk söylemek, son konuşulan renge fit var ve iyi el demektir.</w:t>
      </w:r>
    </w:p>
    <w:p>
      <w:r>
        <w:t>A’ı ve kalitesi olan iyi 6’lı renk varsa ortağın 1NT açışına</w:t>
        <w:br/>
        <w:t>çok puan hesabı yapmadan 3NT denebilir.</w:t>
      </w:r>
    </w:p>
    <w:p>
      <w:r>
        <w:t>AKXXXX, AVTXXX vb…</w:t>
      </w:r>
    </w:p>
    <w:p>
      <w:r>
        <w:t>1NT açışına elde 6’li minör var diye illa transfer konuşması yapılmaz.</w:t>
      </w:r>
    </w:p>
    <w:p>
      <w:r>
        <w:t>Slam’a gidecek eller ile ya da transfer yapıp transfer alınırsa P diyecek eller ile yapılması tercih edilir.</w:t>
      </w:r>
    </w:p>
    <w:p>
      <w:r>
        <w:t>1NT                   2NT ♦’ya transfer</w:t>
        <w:br/>
        <w:t>3♦ Transferi alır</w:t>
        <w:br/>
        <w:t>3♣ Transferi kırar</w:t>
        <w:br/>
        <w:t>3♥/3♠/4♣ Bu renk tek</w:t>
        <w:br/>
        <w:t>Minör transferlerinden sonra söylenen renk tekdir</w:t>
        <w:br/>
        <w:t>NT açan ortağında tek olan rengi durdurmuyorsa NT dememeli!</w:t>
      </w:r>
    </w:p>
    <w:p>
      <w:r>
        <w:t>Tek olan renkte örneğin KQXX varsa 3NT diyebilir.</w:t>
      </w:r>
    </w:p>
    <w:p>
      <w:r>
        <w:t>Tek olan renkte XXXX varsa koz oyunları için idealdir.</w:t>
      </w:r>
    </w:p>
    <w:p>
      <w:r>
        <w:t>Az puanla slam’e gidilebilir.</w:t>
      </w:r>
    </w:p>
    <w:p>
      <w:r>
        <w:t>1♥           1♠            2NT3’lü/4’lü♥,Davet Eli</w:t>
        <w:br/>
        <w:t>1♥           1♠            2♠3’lü/4’lü♥,Zone Forsing</w:t>
        <w:br/>
        <w:t>1♥           1♠            Dbl</w:t>
        <w:br/>
        <w:t>2NT  Fit yok, Davet Eli</w:t>
        <w:br/>
        <w:t>(Cevapçı önce Dbl deyip, sonraki konuşmasında 2NT derse)</w:t>
      </w:r>
    </w:p>
    <w:p>
      <w:r>
        <w:t>18.03.2023 ♣♦♠♥</w:t>
      </w:r>
    </w:p>
    <w:p>
      <w:r>
        <w:t>Defanstayken yerden oynanan tek karta, A var ise küçük konur.</w:t>
      </w:r>
    </w:p>
    <w:p>
      <w:r>
        <w:t>X</w:t>
        <w:br/>
        <w:t>AXXX</w:t>
        <w:br/>
        <w:t>KQXXX</w:t>
        <w:br/>
        <w:t>Burada ikinci oyuncu yerde tek diye A’ını koyarsa,oynayan geri kalan hepsini alabilir ama A’ını koymayıp X verirse,oynayanın hepsine çakması lazım.</w:t>
      </w:r>
    </w:p>
    <w:p>
      <w:r>
        <w:t>AQT9    A çekilir, 9 oynanır.</w:t>
      </w:r>
    </w:p>
    <w:p>
      <w:r>
        <w:t>KXX       K konur, sonra QT’ya doğru oynanır.</w:t>
      </w:r>
    </w:p>
    <w:p>
      <w:r>
        <w:t>AK9XX</w:t>
        <w:br/>
        <w:t>A çekilir, T ile 9 eşdeğerdir.</w:t>
      </w:r>
    </w:p>
    <w:p>
      <w:r>
        <w:t>Elden T verilir.</w:t>
      </w:r>
    </w:p>
    <w:p>
      <w:r>
        <w:t>QTX       Yerden X oynanır,Q ile alınır.</w:t>
      </w:r>
    </w:p>
    <w:p>
      <w:r>
        <w:t>Her iki taraf da verdiyse üçüncüde K konur.</w:t>
      </w:r>
    </w:p>
    <w:p>
      <w:r>
        <w:t>K’dan sonraki taraf uymadıysa o zaman yerden 9 konur</w:t>
        <w:br/>
        <w:t>------------------------------------------------------------------------------------</w:t>
        <w:br/>
        <w:t>KTX</w:t>
      </w:r>
    </w:p>
    <w:p>
      <w:r>
        <w:t>AQ9XX   A çekilir,T verilir.</w:t>
      </w:r>
    </w:p>
    <w:p>
      <w:r>
        <w:t>Elden X oynanır K konur.</w:t>
      </w:r>
    </w:p>
    <w:p>
      <w:r>
        <w:t>A çekildiğinde yerden T vermenin sebebi,</w:t>
        <w:br/>
        <w:t>rengin tıkanmasını önlemek amaçlıdır.</w:t>
      </w:r>
    </w:p>
    <w:p>
      <w:r>
        <w:t>K ve Q dışarıdayken, Batı X oynadığında yerde AV9 varsa, yerden 9 konur.</w:t>
      </w:r>
    </w:p>
    <w:p>
      <w:r>
        <w:t>2 OVER 1</w:t>
        <w:br/>
        <w:t>1♦                      2♣</w:t>
        <w:br/>
        <w:t>1♥                    2♣ / 2♦</w:t>
        <w:br/>
        <w:t>1♠                    2♣ / 2♦ / 2♥</w:t>
      </w:r>
    </w:p>
    <w:p>
      <w:r>
        <w:t>1 açışına sıçramadan 2 seviyesinde cevap verince 13+Puan</w:t>
      </w:r>
    </w:p>
    <w:p/>
    <w:p>
      <w:r>
        <w:br/>
        <w:t>1♦         3♣</w:t>
        <w:br/>
        <w:t xml:space="preserve">1♥            3♣ / 3♦                     </w:t>
        <w:tab/>
        <w:t>9-11Hp, iyi 6’lı renk, Davet Eli</w:t>
        <w:br/>
        <w:t>1♠           3♣ / 3♦ / 3♥</w:t>
      </w:r>
    </w:p>
    <w:p>
      <w:r>
        <w:t>*** Sadece 3♥ ‘de renk iyi olmak zorunda değil!</w:t>
      </w:r>
    </w:p>
    <w:p>
      <w:r>
        <w:t>***</w:t>
      </w:r>
    </w:p>
    <w:p>
      <w:r>
        <w:t>23.03.2023 ♣♦♠♥</w:t>
      </w:r>
    </w:p>
    <w:p>
      <w:r>
        <w:t>1NT açılışına;</w:t>
        <w:br/>
        <w:t>Puan yoksa hep transfer yapılır</w:t>
        <w:br/>
        <w:t>Puan varsa Majörler 5-4 ise Stayman</w:t>
        <w:br/>
        <w:t>Majörler 5-5 ise Transfer yapılır</w:t>
        <w:br/>
        <w:t>Stayman yapıldıktan sonra 2.</w:t>
      </w:r>
    </w:p>
    <w:p>
      <w:r>
        <w:t>Konuşma nerede bitiyor ?</w:t>
      </w:r>
    </w:p>
    <w:p>
      <w:r>
        <w:t>2 Seviyesinde bitiyorsa Davet</w:t>
        <w:br/>
        <w:t>3 Seviyesinde yapılıyorsa Zone</w:t>
      </w:r>
    </w:p>
    <w:p>
      <w:r>
        <w:t>1NT               2♥</w:t>
        <w:br/>
        <w:t>2♠            3♥ 5♥-5♠ kuvvetli el</w:t>
        <w:br/>
        <w:t>Zon forsing yapılınca min el ile zone ilan etmek iyidir.</w:t>
      </w:r>
    </w:p>
    <w:p>
      <w:r>
        <w:t>KXXX</w:t>
      </w:r>
    </w:p>
    <w:p>
      <w:r>
        <w:t>QTXX   X oynanır, rakibin ne verdiği görülür, X koyarsa yerden</w:t>
        <w:br/>
        <w:t>K konur.</w:t>
      </w:r>
    </w:p>
    <w:p>
      <w:r>
        <w:t>Yerden X oynayıp, elden T konur.</w:t>
      </w:r>
    </w:p>
    <w:p>
      <w:r>
        <w:t>Oynayan rakiplerin hangisinde daha çok puan olduğunu düşünüyorsa o rakibi 2.</w:t>
      </w:r>
    </w:p>
    <w:p>
      <w:r>
        <w:t>Pozisyona koyar.</w:t>
      </w:r>
    </w:p>
    <w:p>
      <w:r>
        <w:t>Defanstayken, deklaranın oynadığı ilk renge mümkün olan en kısa zamanda büyük vermek, atağı beğendim, küçük vermek atağı beğenmedim anlamına gelir.</w:t>
      </w:r>
    </w:p>
    <w:p>
      <w:r>
        <w:t>Smith Eco</w:t>
      </w:r>
    </w:p>
    <w:p>
      <w:r>
        <w:t>15.04.2023 ♣♦♠♥</w:t>
      </w:r>
    </w:p>
    <w:p>
      <w:r>
        <w:t>7-2-2-2  el ile 7-3-3 el arasında önemli fark vardır.</w:t>
      </w:r>
    </w:p>
    <w:p>
      <w:r>
        <w:t>♠ XXX</w:t>
        <w:br/>
        <w:t>♥ AKJT98X</w:t>
        <w:br/>
        <w:t>♦ T9X</w:t>
        <w:br/>
        <w:t>Bu el  4♥ açar</w:t>
      </w:r>
    </w:p>
    <w:p/>
    <w:p>
      <w:r>
        <w:t>Ortak X atak ettiğinde, yerde KTX var ise 3.oyuncu Q’ını koymaz.</w:t>
      </w:r>
    </w:p>
    <w:p>
      <w:r>
        <w:t>Yerde KT varken, yere göre davranır.Yerde KV varsa gene Q’ını koymaz, 9 konur.</w:t>
      </w:r>
    </w:p>
    <w:p>
      <w:r>
        <w:t>Rakipler ancak aşağıdaki durumlarda el çaka yer çaka oynayabilirler :</w:t>
        <w:br/>
        <w:t>Ortakta kozun uzun olduğu biliniyorsa</w:t>
        <w:br/>
        <w:t>Alınabilecek tüm eller alındıysa</w:t>
      </w:r>
    </w:p>
    <w:p/>
    <w:p>
      <w:r>
        <w:t>1♦            1♥</w:t>
        <w:br/>
        <w:t>1♠            2♥Genellikle 6’lı olur.</w:t>
      </w:r>
    </w:p>
    <w:p>
      <w:r>
        <w:t>5’li olsa 1NT der</w:t>
      </w:r>
    </w:p>
    <w:p>
      <w:r>
        <w:br/>
        <w:t>1♦             1♠</w:t>
        <w:br/>
        <w:t>2NT                3♣</w:t>
        <w:br/>
        <w:t>3♠3’lü♠</w:t>
        <w:br/>
        <w:t>4♠4’lü♠</w:t>
        <w:br/>
        <w:t>-------------------------------------------------------</w:t>
        <w:br/>
        <w:t>1♠              2♣</w:t>
        <w:br/>
        <w:t>2♥              4♠Normal</w:t>
        <w:br/>
        <w:t>2/3♠Daha iyi</w:t>
      </w:r>
    </w:p>
    <w:p>
      <w:r>
        <w:t>1♠              2♣</w:t>
        <w:br/>
        <w:t>2♥              2♠</w:t>
        <w:br/>
        <w:t>4♠kötü</w:t>
      </w:r>
    </w:p>
    <w:p>
      <w:r>
        <w:br/>
        <w:t>1♠      P     2NT      3♠kalan majör ile 1 minör</w:t>
        <w:br/>
        <w:t>Açanın rengini söylemek genelde Majörler ya da 1 Majör+1 Minör var demektir.</w:t>
      </w:r>
    </w:p>
    <w:p>
      <w:r>
        <w:t>1♣      P      2NT       3♣ Majörler</w:t>
        <w:br/>
        <w:t>1♦      P      2NT       3♦ Majörler</w:t>
        <w:br/>
        <w:t>1♥      P      2NT       3♥ ♠ ve 1 minör</w:t>
        <w:br/>
        <w:t>1♠      P      2NT       3♠ ♥ ve 1 minör</w:t>
      </w:r>
    </w:p>
    <w:p>
      <w:r>
        <w:t>29.07.2023 ♣♦♠♥</w:t>
      </w:r>
    </w:p>
    <w:p/>
    <w:p>
      <w:r>
        <w:t>PAS geçen oyuncunun ortağı 1 Majör açarsa;</w:t>
        <w:br/>
        <w:t>P</w:t>
        <w:br/>
        <w:t>1♥                                   2♥ 3-4’lü tutus, 6-10TP</w:t>
      </w:r>
    </w:p>
    <w:p>
      <w:r>
        <w:t>2♣ 3’lü tutus,11-12TP,davet</w:t>
      </w:r>
    </w:p>
    <w:p>
      <w:r>
        <w:t>2♦ 4’lü tutus,11-12TP,davet</w:t>
      </w:r>
    </w:p>
    <w:p>
      <w:r>
        <w:t>2NT 4’lü tutus,bir de tek var,11-12TP</w:t>
      </w:r>
    </w:p>
    <w:p/>
    <w:p>
      <w:r>
        <w:br/>
        <w:t>Bir renkten 9 sayıldığında, dışarıda 2-2 ile 3-1 dağılma ihtimali birbirine çok yakındır.</w:t>
      </w:r>
    </w:p>
    <w:p>
      <w:r>
        <w:t>2-2 dağılma ihtimali %2 daha fazladır.</w:t>
      </w:r>
    </w:p>
    <w:p>
      <w:r>
        <w:t>1♦                                  1♠</w:t>
        <w:br/>
        <w:t>2♣                                  2♦  Preferance</w:t>
        <w:br/>
        <w:t>-------------------------------------------------------------</w:t>
        <w:br/>
        <w:t>1♦                                               1♠</w:t>
        <w:br/>
        <w:t>3♣5’li♣,5’li♦var,davet     3♦ Daveti reddeder</w:t>
      </w:r>
    </w:p>
    <w:p/>
    <w:p>
      <w:r>
        <w:t>*** Atak rengi yerde tek ise preferans verilir ***</w:t>
      </w:r>
    </w:p>
    <w:p>
      <w:r>
        <w:t>13.04.2023 ♣♦♠♥</w:t>
        <w:br/>
        <w:t>1♠          2♠ Diğer Majör ve bir minor       P          2NT minörün nedir?</w:t>
      </w:r>
    </w:p>
    <w:p>
      <w:r>
        <w:t>P               3♣</w:t>
      </w:r>
    </w:p>
    <w:p>
      <w:r>
        <w:br/>
        <w:t>Landy Multy ve Michaels Cubid gibi çift renkli ellere karşı koz atağı iyi bir ataktır.</w:t>
      </w:r>
    </w:p>
    <w:p>
      <w:r>
        <w:t>1♦ açışları çoğunlukla 4’lüdür.</w:t>
      </w:r>
    </w:p>
    <w:p>
      <w:r>
        <w:t>Yani ortağı 1♦açanın ♦sunu 4’lü kabul eder.</w:t>
      </w:r>
    </w:p>
    <w:p>
      <w:r>
        <w:t>Ancak 4-4 Majörler olduğunda ♦3’lü olur.</w:t>
      </w:r>
    </w:p>
    <w:p>
      <w:r>
        <w:t>AKVTXXX     Böyle bir renk olduğunda bu el 8Hp,</w:t>
        <w:br/>
        <w:t>AQVTXXXX    bu el 7Hp olarak sayılmaz.Çok daha değerlidir.</w:t>
      </w:r>
    </w:p>
    <w:p>
      <w:r>
        <w:t>♠X</w:t>
        <w:br/>
        <w:t>♥AX</w:t>
        <w:br/>
        <w:t>♦XX</w:t>
        <w:br/>
        <w:t>♣AKQVXXX</w:t>
        <w:br/>
        <w:t>Bu elde 14Hp var, 1♣ açar.</w:t>
      </w:r>
    </w:p>
    <w:p>
      <w:r>
        <w:t>Ancak 2.konuşmasında 3♣ diyerek 16-18Hp değerinde bir el gösterir.</w:t>
      </w:r>
    </w:p>
    <w:p>
      <w:r>
        <w:t>1♥            1♠</w:t>
        <w:br/>
        <w:t>3♥16-18Hp veya o değerde bir el</w:t>
      </w:r>
    </w:p>
    <w:p>
      <w:r>
        <w:br/>
        <w:t>Bir rengi kontrol olarak göstermek, bu renkte atak eden oyuncuya peş peşe 2 el vermem anlamına gelir.</w:t>
      </w:r>
    </w:p>
    <w:p>
      <w:r>
        <w:t>A,Şigan,K ve tek kontrol olarak olarak gösterilir.</w:t>
      </w:r>
    </w:p>
    <w:p>
      <w:r>
        <w:t>A’lar 2, 4x2=8</w:t>
        <w:br/>
        <w:t>K’lar 1, 4x1=4</w:t>
        <w:br/>
        <w:t>Bazı oyuncular ellerini kontrol sayıları ile de değerlendirirler.</w:t>
      </w:r>
    </w:p>
    <w:p>
      <w:r>
        <w:t>1♥              2♦</w:t>
        <w:br/>
        <w:t>3♣              3♠</w:t>
        <w:br/>
        <w:t>4♣              4NT   Minörün üzerine 4NT ‘tutmuyorum’ demektir</w:t>
      </w:r>
    </w:p>
    <w:p>
      <w:r>
        <w:t>02.08.2023 ♣♦♠♥</w:t>
      </w:r>
    </w:p>
    <w:p>
      <w:r>
        <w:t>Önce PAS geçmek,sonra o rengi söylemek,naturel olur, yani onda o renk var olur.</w:t>
      </w:r>
    </w:p>
    <w:p>
      <w:r>
        <w:t>Bu renk açanın rengi bile olabilir.</w:t>
      </w:r>
    </w:p>
    <w:p>
      <w:r>
        <w:t>1♦      P       1♥     1♠</w:t>
        <w:br/>
        <w:t>2♣     2♦Naturel, ♦var.</w:t>
      </w:r>
    </w:p>
    <w:p>
      <w:r>
        <w:t>(Önce P dedi, sonra rakibin rengini söyledi)</w:t>
      </w:r>
    </w:p>
    <w:p>
      <w:r>
        <w:br/>
        <w:t>Büyüğe büyük,küçüğe küçük konur.</w:t>
      </w:r>
    </w:p>
    <w:p>
      <w:r>
        <w:t>İstisna *** Sıranın üzerine honneur sur honneur yapılmaz!</w:t>
      </w:r>
    </w:p>
    <w:p>
      <w:r>
        <w:t>***</w:t>
        <w:br/>
        <w:t>VT9X</w:t>
        <w:br/>
        <w:t>KXX</w:t>
        <w:br/>
        <w:t>Yerden V oynandığında K konmaz.</w:t>
      </w:r>
    </w:p>
    <w:p>
      <w:r>
        <w:t>1♥            1♠           2NT  3-4’lü♥ tutuş,davet</w:t>
      </w:r>
    </w:p>
    <w:p/>
    <w:p>
      <w:r>
        <w:br/>
        <w:t>1♠            Dbl               2♠         4NT  Minörler en az 5-5</w:t>
        <w:br/>
        <w:t>♠-</w:t>
        <w:br/>
        <w:t>♥XXX</w:t>
        <w:br/>
        <w:t>♦ATXXX</w:t>
        <w:br/>
        <w:t>♣ KQJXX</w:t>
        <w:br/>
        <w:t>Böyle bir elle 4NT denebilir</w:t>
      </w:r>
    </w:p>
    <w:p>
      <w:r>
        <w:br/>
        <w:t>AKXX           Önce A çekilir.</w:t>
      </w:r>
    </w:p>
    <w:p>
      <w:r>
        <w:t>Sonra karşıya geçilir,V oynanır.</w:t>
      </w:r>
    </w:p>
    <w:p>
      <w:r>
        <w:t>JTXX            İlk turdan Q’a Empas yapılmaz!</w:t>
      </w:r>
    </w:p>
    <w:p>
      <w:r>
        <w:t>Çift Empas tutma ihtimali  %76</w:t>
        <w:br/>
        <w:t>Önce küçük Honneur’e yapılır.</w:t>
      </w:r>
    </w:p>
    <w:p>
      <w:r>
        <w:t>AQTX           Elden X, yerden T konur.</w:t>
      </w:r>
    </w:p>
    <w:p>
      <w:r>
        <w:t>Sonra tekrar ele geçilip, elden X, yerden Q konur.</w:t>
      </w:r>
    </w:p>
    <w:p>
      <w:r>
        <w:t>XXX</w:t>
      </w:r>
    </w:p>
    <w:p>
      <w:r>
        <w:t>20.04.2023 ♣♦♠♥</w:t>
      </w:r>
    </w:p>
    <w:p>
      <w:r>
        <w:t>Araya girenin ortağı;</w:t>
        <w:br/>
        <w:t>13-15Hp,</w:t>
        <w:br/>
        <w:t>Fit yok,</w:t>
        <w:br/>
        <w:t>Rakip dergi durduruyor ise</w:t>
        <w:br/>
        <w:t>2NT der.</w:t>
      </w:r>
    </w:p>
    <w:p>
      <w:r>
        <w:t>13-15Hp ve ortağının rengini tutuyorsa</w:t>
        <w:br/>
        <w:t>Cue-bid yapar.</w:t>
      </w:r>
    </w:p>
    <w:p>
      <w:r>
        <w:t>Ortağın 2 Majör açışına;</w:t>
        <w:br/>
        <w:t>4 adet koz ve singleton var ise PAS denmez !</w:t>
      </w:r>
    </w:p>
    <w:p>
      <w:r>
        <w:t>Mutlaka 3 ya da 4 seviyesinde tutuş yapılır.</w:t>
      </w:r>
    </w:p>
    <w:p>
      <w:r>
        <w:t>KQX dışarıdayken ve 10 sayarken, A çekilmez, empas yapılır.</w:t>
      </w:r>
    </w:p>
    <w:p>
      <w:r>
        <w:t>Rakipler 2 renk konuştuğunda,</w:t>
        <w:br/>
        <w:t>Elde diğer 2 renkte en az 10 kart var ise 2NT denir.</w:t>
      </w:r>
    </w:p>
    <w:p>
      <w:r>
        <w:t>(Renkler en az 5-5 olmalı)</w:t>
      </w:r>
    </w:p>
    <w:p>
      <w:r>
        <w:t>1♦      P      1♠     2NT ♣ ve♥en az 5-5</w:t>
      </w:r>
    </w:p>
    <w:p>
      <w:r>
        <w:t>27.04.2023 ♣♦♠♥</w:t>
      </w:r>
    </w:p>
    <w:p>
      <w:r>
        <w:t>‘’Senin rengin bende 3’lü’’ anlamına gelen Fit Kontr’ları</w:t>
        <w:br/>
        <w:t>2♠ seviyesine kadar olursa normal açış puanı (12-15Hp)</w:t>
        <w:br/>
        <w:t>Daha üzerinde yapılırsa 16+ gösterir.</w:t>
      </w:r>
    </w:p>
    <w:p>
      <w:r>
        <w:t>1♦       P         1♠        2♥</w:t>
        <w:br/>
        <w:t>Dbl3’lü♠,12-15Hp</w:t>
      </w:r>
    </w:p>
    <w:p>
      <w:r>
        <w:br/>
        <w:t>AKJTXX</w:t>
        <w:br/>
        <w:t>XX         Önce elden X, yerden T sonra tekrar ele geçilir,</w:t>
        <w:br/>
        <w:t>elden X yerden J konur</w:t>
      </w:r>
    </w:p>
    <w:p>
      <w:r>
        <w:t>AKJXXX    T yok, 1 kez empas yapılabilir.</w:t>
      </w:r>
    </w:p>
    <w:p>
      <w:r>
        <w:t>XX             Önce yerden A çekip, sonra elden X yerden, J konur</w:t>
      </w:r>
    </w:p>
    <w:p>
      <w:r>
        <w:t>AKJTX       Önce yerden A çekilir.</w:t>
      </w:r>
    </w:p>
    <w:p>
      <w:r>
        <w:t>Sonra eldenX, yerden T konur.</w:t>
      </w:r>
    </w:p>
    <w:p>
      <w:r>
        <w:t>XXX           Tekrar ele geçilir, elden X, yerden V konur.</w:t>
      </w:r>
    </w:p>
    <w:p>
      <w:r>
        <w:t>AKJXX       Önce yerden A çekilir.</w:t>
      </w:r>
    </w:p>
    <w:p>
      <w:r>
        <w:t>XX             Sonra elden X, yerden J konur.</w:t>
      </w:r>
    </w:p>
    <w:p>
      <w:r>
        <w:t>AKJX         Önce yerden A çekilir</w:t>
        <w:br/>
        <w:t>XXX           Sonra elden X, yerden J konur.</w:t>
      </w:r>
    </w:p>
    <w:p>
      <w:r>
        <w:t>AKJX         Önce yerden A çekilir</w:t>
        <w:br/>
        <w:t>XX             Sonra elden X, yerden J konur.</w:t>
      </w:r>
    </w:p>
    <w:p>
      <w:r>
        <w:t>Ortak 1NT açtığında, 5-4 Majörler ve davet eli varsa 2♣ ile stayman yapılır.</w:t>
      </w:r>
    </w:p>
    <w:p>
      <w:r>
        <w:t>Açan 2♦ ile 4’lü majörü olmadığını belirtirse, 2♣ diyende de 10+ Hp varsa o zaman 3 seviyesinde 4’lü Majörünü söyler ki NT açan uzun majörü söylesin ve kuvvetli el yere açılması.</w:t>
      </w:r>
    </w:p>
    <w:p>
      <w:r>
        <w:t>(Smollen)</w:t>
      </w:r>
    </w:p>
    <w:p>
      <w:r>
        <w:t>1NT               2♣</w:t>
        <w:br/>
        <w:t>2♦            3♠ 4’lü♠,5’li♥’ü var, Puanı 10+</w:t>
      </w:r>
    </w:p>
    <w:p/>
    <w:p>
      <w:r>
        <w:t>1♦      Dbl         1♠   1NT♠’i kesmek zorunda değil,</w:t>
        <w:br/>
        <w:t>ama♦yu kesmek zorunda 8Hp</w:t>
        <w:br/>
        <w:t>Çünkü Dbl diyende ♠’te birşeyler vardır, ama ♦’da yok</w:t>
      </w:r>
    </w:p>
    <w:p>
      <w:r>
        <w:t>13.05.2023 ♣♦♠♥</w:t>
      </w:r>
    </w:p>
    <w:p/>
    <w:p>
      <w:r>
        <w:t>Güneyin eli gibi dengesiz el ve majörler varsa 3 puan ile de cevap verilir.</w:t>
      </w:r>
    </w:p>
    <w:p>
      <w:r>
        <w:t>1♦             1♠</w:t>
        <w:br/>
        <w:t>1NT                2♥ 5’li♠,en az 4’lü♥var (Önce ♠,sonra ♥ forcing değildir)</w:t>
        <w:br/>
        <w:t>2♠ Açanın ilk rengine döner.</w:t>
      </w:r>
    </w:p>
    <w:p>
      <w:r>
        <w:t>NT’ya atak ederken 2 tane 4’lü renk var ise;</w:t>
        <w:br/>
        <w:t>Biri A’lı diğerinde A yok ise, A olmayan tercih ediliir</w:t>
        <w:br/>
        <w:t>Biri markalı, diğeri değilse markalı olan tercih edilir.</w:t>
      </w:r>
    </w:p>
    <w:p>
      <w:r>
        <w:t>Biri minör,diğeri major ise major olan tercih edilir.</w:t>
      </w:r>
    </w:p>
    <w:p>
      <w:r>
        <w:t>1NT         4♣♥’den slam daveti</w:t>
        <w:br/>
        <w:t>4♥Zayıf</w:t>
        <w:br/>
        <w:t>4♦Kuvvetli</w:t>
        <w:br/>
        <w:t>4NTkey card sorup, slam’e gidiyor.</w:t>
      </w:r>
    </w:p>
    <w:p>
      <w:r>
        <w:t>Yerde sıra varsa, sıranın üzerine onör sür onör yapılmaz.</w:t>
      </w:r>
    </w:p>
    <w:p>
      <w:r>
        <w:t>Ortağın araya girdiği rengin üzerine rakip NT dese bile, çok iyi bir renk yoksa, gene ortağın rengi atak edilir.</w:t>
      </w:r>
    </w:p>
    <w:p>
      <w:r>
        <w:t>Dikkat bu ortağın açtığı renk için değil,araya girdiği renk için geçerli.</w:t>
      </w:r>
    </w:p>
    <w:p>
      <w:r>
        <w:t>Yalnız ortak araya girdikten sonra rakip önce P derse ve sonradan 2NT/3NT’ye gelirlerse,ortağın rengini atak etme kuralı geçerli değildir.</w:t>
      </w:r>
    </w:p>
    <w:p>
      <w:r>
        <w:t>İlk önce P dediğinde muhtemelen ‘trap-pas’ yapmıştır.</w:t>
      </w:r>
    </w:p>
    <w:p>
      <w:r>
        <w:t>P          1♦        1♥       Dbl</w:t>
        <w:br/>
        <w:t>P          1NT ♥’ü kesmek gerekmez</w:t>
        <w:br/>
        <w:t>Dbl diyende puan varsa ve ♥’ü kesmiyorsa</w:t>
        <w:br/>
        <w:t>2♥diyerek ♥’ü   kesip kesmediğini sorar.</w:t>
      </w:r>
    </w:p>
    <w:p>
      <w:r>
        <w:t>Dbl diyene cevap verirken eliniz dengeli ise 5’li rengin tekrarı yerine NT demek daha iyidir.</w:t>
      </w:r>
    </w:p>
    <w:p>
      <w:r>
        <w:t>1♦       1♥       Dbl           P</w:t>
        <w:br/>
        <w:t>1NT 2-3-5-3 el ile 2♦demek yerine 1NT denir</w:t>
      </w:r>
    </w:p>
    <w:p>
      <w:r>
        <w:t>18.05.2023 ♣♦♠♥</w:t>
      </w:r>
    </w:p>
    <w:p>
      <w:r>
        <w:t>Normalde rakiplerde kalan alıcı koz bırakılır.</w:t>
      </w:r>
    </w:p>
    <w:p>
      <w:r>
        <w:t>Ancak istisna :</w:t>
        <w:br/>
        <w:t>Yerin yan rengi sağlandı ve yere sadece 1 kez geçme imkanı varsa ve de rakibin geleceği renkler durduruluyorsa koz oynayarak alıcı koza verilir.</w:t>
      </w:r>
    </w:p>
    <w:p>
      <w:r>
        <w:t>Üstteki fotoğrafta koz ♠, yan renk ♥ ve sadece ♣A ile yere geçme imkanı var.</w:t>
      </w:r>
    </w:p>
    <w:p>
      <w:r>
        <w:t>Bu durumda ♠oynayarak Q’a verilir.</w:t>
      </w:r>
    </w:p>
    <w:p>
      <w:r>
        <w:t>Rakip</w:t>
        <w:br/>
        <w:t>♣ oynarsa A ile alınır.</w:t>
      </w:r>
    </w:p>
    <w:p>
      <w:r>
        <w:t>Sağ ♥’ler çekilir, eldeki ♣’ler kaçılır.</w:t>
      </w:r>
    </w:p>
    <w:p>
      <w:r>
        <w:t>Rakip ♦ oynarsa,elden çakılır.</w:t>
      </w:r>
    </w:p>
    <w:p>
      <w:r>
        <w:t>♣A ile yere geçlip, sağ ♥’lere eldeki ♣’ler atılır.</w:t>
      </w:r>
    </w:p>
    <w:p>
      <w:r>
        <w:t>25.05.2023 ♣♦♠♥</w:t>
      </w:r>
    </w:p>
    <w:p>
      <w:r>
        <w:t>Araya girene 2NT cevabı  Tutuş yok, 13-15Hp</w:t>
      </w:r>
    </w:p>
    <w:p>
      <w:r>
        <w:t>2♣           2♥  0-3Hp</w:t>
        <w:br/>
        <w:t>2♦  4+Hp</w:t>
        <w:br/>
        <w:t>2♠ ♠’ler var,</w:t>
        <w:br/>
        <w:t>2NT  İyi 5’li ♥, 8+Hp</w:t>
      </w:r>
    </w:p>
    <w:p>
      <w:r>
        <w:br/>
        <w:t>1♣           2♣          P          ?</w:t>
      </w:r>
    </w:p>
    <w:p>
      <w:r>
        <w:t>♥ile♠eşitse 2♦der</w:t>
        <w:br/>
        <w:t>Ortak kendi uzununu seçer,onda da eşitse iyisini seçer</w:t>
      </w:r>
    </w:p>
    <w:p>
      <w:r>
        <w:t>27.05.2023 ♣♦♠♥</w:t>
      </w:r>
    </w:p>
    <w:p>
      <w:r>
        <w:t>2NT                   4♣ ♥‘den slam daveti</w:t>
        <w:br/>
        <w:t>4♦ ♠‘den slam daveti</w:t>
        <w:br/>
        <w:t>2NT açan daveti kabul ederse 4NT der, reddederse koza döner</w:t>
        <w:br/>
        <w:t>4♥/4♠  (Davet RED edildi)</w:t>
        <w:br/>
        <w:t>4♦  yes, but?</w:t>
      </w:r>
    </w:p>
    <w:p>
      <w:r>
        <w:t>Ümit var</w:t>
        <w:br/>
        <w:t>4NT  (Davet KABUL edildi)</w:t>
        <w:br/>
        <w:t>Açan 4♥ cevabı ile daveti reddetmesine rağmen cevapçı 4NT diyerek koz ♥ üzerinden Key Card sorabilir.</w:t>
      </w:r>
    </w:p>
    <w:p>
      <w:r>
        <w:t>South African Transfer</w:t>
      </w:r>
    </w:p>
    <w:p>
      <w:r>
        <w:t>Majör kozda karşılıklı anlaştıktan sonra 4NT demeden</w:t>
        <w:br/>
        <w:t>direkt 5♥/♠ denirse  ‘’kozun iyi ise 6 de’’ anlamına gelir.</w:t>
      </w:r>
    </w:p>
    <w:p>
      <w:r>
        <w:t>1♥             1NT</w:t>
        <w:br/>
        <w:t>2♥             3♥</w:t>
        <w:br/>
        <w:t>5♥             6♥</w:t>
      </w:r>
    </w:p>
    <w:p>
      <w:r>
        <w:br/>
        <w:t>Ortak Majör açtığında rakip araya girerse Cue-bid  13+Hp</w:t>
        <w:br/>
        <w:t>Ortak Minör açtığında rakip araya girerse Cue-bid  11+Hp</w:t>
      </w:r>
    </w:p>
    <w:p>
      <w:r>
        <w:br/>
        <w:t>Açış rengine göre daha küçük bir renk sıçrayarak söylenirse;</w:t>
        <w:br/>
        <w:t>9-11Hp, 6’lı renk (renk minor ise iyi 6’lı olmalı)</w:t>
        <w:br/>
        <w:t>1♠             3♥</w:t>
        <w:br/>
        <w:t>Açış rengine göre daha büyük bir renk sıçrayarak söylenirse;</w:t>
        <w:br/>
        <w:t>3-5Hp, min 6’lı renk, ZAYIF</w:t>
        <w:br/>
        <w:t>1♥             2♠</w:t>
      </w:r>
    </w:p>
    <w:p>
      <w:r>
        <w:t>01.06.2023 ♣♦♠♥</w:t>
      </w:r>
    </w:p>
    <w:p>
      <w:r>
        <w:t>1♦        2♦Majörler    2♥  ♣’den zone forcing</w:t>
        <w:br/>
        <w:t>2♠  ♦’dan zone forcing</w:t>
        <w:br/>
        <w:t>(Küçük küçükten, büyük büyükten zone forcing)</w:t>
        <w:br/>
        <w:t>1♦        2♦Majörler    3♦  forcing değil</w:t>
        <w:br/>
        <w:t>3♣  forcing değil</w:t>
        <w:br/>
        <w:t>2NT  forcing değil</w:t>
      </w:r>
    </w:p>
    <w:p>
      <w:r>
        <w:t>17.06.2023 ♣♦♠♥</w:t>
      </w:r>
    </w:p>
    <w:p>
      <w:r>
        <w:t>1♥        1♠</w:t>
        <w:br/>
        <w:t>2♥        3♥  forcing değil</w:t>
      </w:r>
    </w:p>
    <w:p>
      <w:r>
        <w:t>1♥        2♣</w:t>
        <w:br/>
        <w:t>2♥        3♥  forcing (2♣diyerek zaten forcing yapmış oluyor)</w:t>
      </w:r>
    </w:p>
    <w:p>
      <w:r>
        <w:t>1♣         1♥</w:t>
        <w:br/>
        <w:t>2NT           3♠  4-4 Majör   **İstisna**</w:t>
      </w:r>
    </w:p>
    <w:p>
      <w:r>
        <w:br/>
        <w:t>AXXX        Burada yerden X elden T oynarak direkt empas</w:t>
        <w:br/>
        <w:t>yapmak en doğrusu.</w:t>
      </w:r>
    </w:p>
    <w:p>
      <w:r>
        <w:t>KJT            Önce A çekilip sonra empas yapılırsa T’lu yutuluyor.</w:t>
      </w:r>
    </w:p>
    <w:p>
      <w:r>
        <w:t>Eğer Doğuda QXXX varsa T’lu yutulduğu için zapt</w:t>
        <w:br/>
        <w:t>edilemez,</w:t>
      </w:r>
    </w:p>
    <w:p/>
    <w:p/>
    <w:p>
      <w:r>
        <w:t>Oyun: 4♥ , Atak : ♣X</w:t>
        <w:br/>
        <w:t>Bu oyunda; ilk bakıldığında  ♣ AK var, elde doubleton, ♦A var elde singleton dolayısıyla empasa gerek yok gibi duruyor.</w:t>
      </w:r>
    </w:p>
    <w:p>
      <w:r>
        <w:t>1♥, 2♠ verip oyun yapılır gibi gözüküyor.</w:t>
      </w:r>
    </w:p>
    <w:p>
      <w:r>
        <w:t>Ancak empas yapıldığında tutmazsa bir zararı yok ise empas yapılır ve böylece empas tutarsa oyun fazla olur.</w:t>
      </w:r>
    </w:p>
    <w:p>
      <w:r>
        <w:t>Burada ataktan ♣ empası yapılır, ele çekilir.</w:t>
      </w:r>
    </w:p>
    <w:p>
      <w:r>
        <w:t>Daha sonra elden küçük ♦ oynarak ♦empası da yapılır.</w:t>
      </w:r>
    </w:p>
    <w:p>
      <w:r>
        <w:t>Empaslar tutarsa ♦A’a ve ♣K’ya birer ♠atılarak oyun 6♥ olur.</w:t>
      </w:r>
    </w:p>
    <w:p>
      <w:r>
        <w:t>♠KJT</w:t>
        <w:br/>
        <w:t>♥XX</w:t>
        <w:br/>
        <w:t>♦KQTX</w:t>
        <w:br/>
        <w:t>♣KT9X</w:t>
        <w:br/>
        <w:t>Cevapçı yukarıdaki el ile</w:t>
        <w:br/>
        <w:t>1♥            1NT</w:t>
        <w:br/>
        <w:t>2♣            3♣DEMEZ!</w:t>
      </w:r>
    </w:p>
    <w:p>
      <w:r>
        <w:t>Açanda ♣2-3’lü olabilir</w:t>
        <w:br/>
        <w:t>Ama açan ♣ yerine ♦ deseydi, cevapçı bu elle 3♦derdi</w:t>
      </w:r>
    </w:p>
    <w:p>
      <w:r>
        <w:t>1NT ‘ye normalde 2NT diyecek el varsa (8-9Hp, 4’lü majör yok,)</w:t>
        <w:br/>
        <w:t>Önce 2♣, sonra 2NT denir.</w:t>
      </w:r>
    </w:p>
    <w:p>
      <w:r>
        <w:t>1NT                2NT  ♦’ya transfer olduğu için</w:t>
      </w:r>
    </w:p>
    <w:p>
      <w:r>
        <w:br/>
        <w:t>1♣        1♦        1♥  4’lü</w:t>
        <w:br/>
        <w:t>1♦        2♣        2♥  5’li</w:t>
      </w:r>
    </w:p>
    <w:p>
      <w:r>
        <w:t>24.06.2023 ♣♦♠♥</w:t>
      </w:r>
    </w:p>
    <w:p>
      <w:r>
        <w:t>1NT        2♣</w:t>
        <w:br/>
        <w:t>2♥        2♠  4’lü♠, davet, 8-9Hp, ♥‘ü tutmuyor.</w:t>
      </w:r>
    </w:p>
    <w:p>
      <w:r>
        <w:t>1NT        2♣</w:t>
        <w:br/>
        <w:t>2♥        3♣  5’li♣, 4’lü♠,kuvvetli el, zone oynar.</w:t>
      </w:r>
    </w:p>
    <w:p>
      <w:r>
        <w:t>1NT        2♣</w:t>
        <w:br/>
        <w:t>2♥        3NT 4’lü♥yok, 4’lü♠var, güzel el</w:t>
        <w:br/>
        <w:t>NT açanda 4 adet♠ varsa 4♠ demeli</w:t>
        <w:br/>
        <w:t>1NT       3NT 4’lü Majör yok.</w:t>
      </w:r>
    </w:p>
    <w:p>
      <w:r>
        <w:t>Zone oynacak el var.</w:t>
      </w:r>
    </w:p>
    <w:p>
      <w:r>
        <w:t>Açana 2NT cevabı ile</w:t>
        <w:br/>
        <w:t>araya girene 2NT cevabı karıştırılmamalıdır !!</w:t>
      </w:r>
    </w:p>
    <w:p>
      <w:r>
        <w:t>1♠      P       2NT  4’lü♠ tutuşu</w:t>
        <w:br/>
        <w:t>1♠    2♥      P       2NT ♥ fiti yok, Zona gidelim mi?</w:t>
      </w:r>
    </w:p>
    <w:p>
      <w:r>
        <w:t>1NT           2♣</w:t>
        <w:br/>
        <w:t>2♠         4NT♠’i tutmuyor, kantitatif.</w:t>
      </w:r>
    </w:p>
    <w:p>
      <w:r>
        <w:t>Cevapçı P ya da 6NT der.</w:t>
      </w:r>
    </w:p>
    <w:p>
      <w:r>
        <w:t>Slam’a gitme yöntemi</w:t>
        <w:br/>
        <w:t>1NT           2♣</w:t>
        <w:br/>
        <w:t>2♠         3♥♠’i tutuyor, slam niyeti var.</w:t>
      </w:r>
    </w:p>
    <w:p>
      <w:r>
        <w:t>4NT ♠ üzerinden kk sorusu</w:t>
        <w:br/>
        <w:t>Stayman yapan oyuncu daha sonra renkte anlaşma olmadan 4NT derse KANTİTATİF’dir.</w:t>
      </w:r>
    </w:p>
    <w:p>
      <w:r>
        <w:t>Ortağın rengini tutuyorsa 3 Ters Majör diyerek fit gösterir ve slam’a gitme niyeti belirtir.</w:t>
      </w:r>
    </w:p>
    <w:p>
      <w:r>
        <w:t>1♣           1♦</w:t>
        <w:br/>
        <w:t>1♥/♠  5’li♣,4’lü♥/♠</w:t>
        <w:br/>
        <w:t>--------------------------------------------------------------------------------</w:t>
        <w:br/>
        <w:t>1♣           1♦</w:t>
        <w:br/>
        <w:t>1NT4’lü♥/♠olabilir ama 1♦diyende 4’lü major olmayacağı için majörünü söylemeden 1NT der  (13-14HP)</w:t>
      </w:r>
    </w:p>
    <w:p>
      <w:r>
        <w:br/>
        <w:t>Ortak Trailbid yaptığı zaman, o renkte;</w:t>
        <w:br/>
        <w:t>0-1 Kayıp  Teklifi kabul eder</w:t>
        <w:br/>
        <w:t>3     Kayıp  Teklifi reddeder</w:t>
        <w:br/>
        <w:t>2     Kayıp  Karar vermek yan faktörlere bakar; Koz adedi,Puanın max/min olması gibi.</w:t>
      </w:r>
    </w:p>
    <w:p>
      <w:r>
        <w:t>1♣         P          1♥       2♣ Açanın rengini Cue-bid 5♦-5♠</w:t>
        <w:br/>
        <w:t>1♣         P          1♥       2♥ Cevapçının rengini Cue-bid Naturel</w:t>
      </w:r>
    </w:p>
    <w:p/>
    <w:p>
      <w:r>
        <w:br/>
        <w:t>Q7XX</w:t>
        <w:br/>
        <w:t>A                 KTX</w:t>
        <w:br/>
        <w:t>J98XX</w:t>
        <w:br/>
        <w:t>Oynarken, deklarasyon esnasında konuşan ya da iki taraf da konuştuysa daha kuvvetli olanda bu renk kısa olarak varsayılır.</w:t>
      </w:r>
    </w:p>
    <w:p>
      <w:r>
        <w:t>Kısa olan taraf 2.</w:t>
      </w:r>
    </w:p>
    <w:p>
      <w:r>
        <w:t>Yapılır.</w:t>
      </w:r>
    </w:p>
    <w:p>
      <w:r>
        <w:t>Burada B oyun açmıştı, elden X oynanır, batıdan A düşer, bu renkte 2 kayıp verilir.</w:t>
      </w:r>
    </w:p>
    <w:p>
      <w:r>
        <w:t>Oysa oyuna yerden başlanmış olsa bu renkten 3 kayıp verilirdi.</w:t>
      </w:r>
    </w:p>
    <w:p>
      <w:r>
        <w:t>(A J’yi ezer,K ve T’ya da el verilir)</w:t>
      </w:r>
    </w:p>
    <w:p/>
    <w:p>
      <w:r>
        <w:br/>
        <w:t>Oyun: 3♣   Atak : ♥Q   Oynayan: G</w:t>
        <w:br/>
        <w:t>Burada koz ♣ oyanırken , elden x ile başlayıp, yerden Q konur.</w:t>
      </w:r>
    </w:p>
    <w:p>
      <w:r>
        <w:t>Turda hem elden hem yerden X oynanır.</w:t>
      </w:r>
    </w:p>
    <w:p>
      <w:r>
        <w:t>Sağlanması gereken renk ♦ Bu renkte sıra var.</w:t>
      </w:r>
    </w:p>
    <w:p>
      <w:r>
        <w:t>Elden V oynayıp, Q’ı ezmeye çalışır.</w:t>
      </w:r>
    </w:p>
    <w:p>
      <w:r>
        <w:t>29.06.2023 ♣♦♠♥</w:t>
      </w:r>
    </w:p>
    <w:p>
      <w:r>
        <w:t>1♦        2NT   4’lü major yok, 11-12Hp</w:t>
      </w:r>
    </w:p>
    <w:p>
      <w:r>
        <w:br/>
        <w:t>Oyun açana cevap verirken sıçrayarak daha küçük bir renk söylenirse;</w:t>
      </w:r>
    </w:p>
    <w:p>
      <w:r>
        <w:t>1♦        3♣       9-11Hp, 6’lı iyi♣</w:t>
        <w:br/>
        <w:t>1♥        3♣/3♦ 9-11Hp, 6’lı iyi♣ /♦</w:t>
        <w:br/>
        <w:t>1♠        3♣/3♦/3♥  9-11Hp, 6’lı iyi♣ /♦ /♥</w:t>
      </w:r>
    </w:p>
    <w:p>
      <w:r>
        <w:t>Rakip araya girerse;</w:t>
        <w:br/>
        <w:t>araya girenin renginden daha küçük bir renk sıçrayarak söylenirse gene aynı</w:t>
        <w:br/>
        <w:t>1♦        1♠      3♥  9-11Hp, 6’lı iyi♥</w:t>
        <w:br/>
        <w:t>1♣        1♥      3♦  9-11Hp, 6’lı iyi♦</w:t>
      </w:r>
    </w:p>
    <w:p>
      <w:r>
        <w:t>Ancak;</w:t>
        <w:br/>
        <w:t>1♣          P         3♠ 7’li ♠,zayıf (3-5 Puan)</w:t>
      </w:r>
    </w:p>
    <w:p>
      <w:r>
        <w:t>2NT                3♣</w:t>
        <w:br/>
        <w:t>3NT                5NT  ‘’Minörlerden slam seç’’ anlamına gelir</w:t>
        <w:br/>
        <w:t>2NT                3♣</w:t>
        <w:br/>
        <w:t>3♦             5NT ‘’Minörlerden slam seç’’ anlamına gelir</w:t>
      </w:r>
    </w:p>
    <w:p>
      <w:r>
        <w:t>01.07.2023 ♣♦♠♥</w:t>
      </w:r>
    </w:p>
    <w:p>
      <w:r>
        <w:t>Cevapçının ikinci konuşmasına PAS yok ama Açanın ikinci konuşmasına PAS var.</w:t>
      </w:r>
    </w:p>
    <w:p>
      <w:r>
        <w:t>1♣                  1♥</w:t>
        <w:br/>
        <w:t>1♠                  P denebilir.</w:t>
      </w:r>
    </w:p>
    <w:p>
      <w:r>
        <w:t>1♣        2NT        P         4♥   3-4’lü♥ varsa</w:t>
        <w:br/>
        <w:t>1♣        2NT        P         3♣   Cue-bid kuvvetli el varsa</w:t>
      </w:r>
    </w:p>
    <w:p>
      <w:r>
        <w:t>1♠                   2♥        5’li♥ olmalı</w:t>
        <w:br/>
        <w:t>1♠                   2♦        5’li♦ olmalı</w:t>
        <w:br/>
        <w:t>Ama dikkat!</w:t>
      </w:r>
    </w:p>
    <w:p>
      <w:r>
        <w:t>;</w:t>
        <w:br/>
        <w:t>1♠                   2♣       2+ ♣ olabilir</w:t>
      </w:r>
    </w:p>
    <w:p>
      <w:r>
        <w:br/>
        <w:t>1♥                     1♠</w:t>
        <w:br/>
        <w:t>2♣                        3♥ Forcing</w:t>
      </w:r>
    </w:p>
    <w:p>
      <w:r>
        <w:t>1NT                         2♦</w:t>
        <w:br/>
        <w:t>2NT 4’lü♥,Max      Transferi kırıyor</w:t>
        <w:br/>
        <w:t>3♥ 4’lü♥,Min.</w:t>
      </w:r>
    </w:p>
    <w:p>
      <w:r>
        <w:t>Genel olarak NT açanın oyunu oynaması iyidir.</w:t>
      </w:r>
    </w:p>
    <w:p>
      <w:r>
        <w:t>Ancak bazen cevapçıda da iyi puan olabilir ve K’lar varsa cevapçı oynamak istyebilir.</w:t>
      </w:r>
    </w:p>
    <w:p>
      <w:r>
        <w:t>Açan oyuncu, açtığı rengin bir üstü cevapçı tarafından söylendiği zaman, rengini tekrar ederse, rengin 6’lı olduğunu garanti eder.</w:t>
      </w:r>
    </w:p>
    <w:p>
      <w:r>
        <w:t>1♣                        1♦</w:t>
        <w:br/>
        <w:t>2♣  6’lı ♣</w:t>
        <w:br/>
        <w:t>----------------------------------------</w:t>
        <w:br/>
        <w:t>1♣                        1♥</w:t>
        <w:br/>
        <w:t>2♣ En az 5’li ♣</w:t>
        <w:br/>
        <w:t>----------------------------------------</w:t>
        <w:br/>
        <w:t>1♥                        1♠</w:t>
        <w:br/>
        <w:t>2♥ 6’lı ♥</w:t>
      </w:r>
    </w:p>
    <w:p>
      <w:r>
        <w:t>06.07.2023 ♣♦♠♥</w:t>
      </w:r>
    </w:p>
    <w:p>
      <w:r>
        <w:t>1♦                  1♠</w:t>
        <w:br/>
        <w:t>1NT                 2♣  2.renk Forcing.</w:t>
      </w:r>
    </w:p>
    <w:p>
      <w:r>
        <w:t>♣var demek değil!!</w:t>
      </w:r>
    </w:p>
    <w:p>
      <w:r>
        <w:t>1♠                  1NT</w:t>
        <w:br/>
        <w:t>3♠   11-12Hp,3’lü Fit</w:t>
        <w:br/>
        <w:t>4’lü olsa 2NT derdi</w:t>
      </w:r>
    </w:p>
    <w:p>
      <w:r>
        <w:t>1♠        DBL     1NT  araya girildiği için Forcing NT ortadan kalkar</w:t>
      </w:r>
    </w:p>
    <w:p>
      <w:r>
        <w:br/>
        <w:t>1♠        DBL     1NT      DBL  11+ Hp doğru dürüst renk yok</w:t>
      </w:r>
    </w:p>
    <w:p>
      <w:r>
        <w:t>08.07.2023 ♣♦♠♥</w:t>
      </w:r>
    </w:p>
    <w:p>
      <w:r>
        <w:t>11Hp ve singleton varken, rebid problemi de yokken oyun açılmalıdır.</w:t>
      </w:r>
    </w:p>
    <w:p>
      <w:r>
        <w:t>Araya girerken, 5431 ellerle, 5’li renk Majör ise o söylenir, değilse Dbl denir.</w:t>
      </w:r>
    </w:p>
    <w:p>
      <w:r>
        <w:t>KJXX</w:t>
      </w:r>
    </w:p>
    <w:p>
      <w:r>
        <w:t>X</w:t>
        <w:br/>
        <w:t>* Başka yere geçiş yoksa daima K konur</w:t>
        <w:br/>
        <w:t>* Rakiplerden kim kuvvet gösterdiyse onda A var,</w:t>
        <w:br/>
        <w:t>diğerinde Q var kabul edilir.</w:t>
      </w:r>
    </w:p>
    <w:p>
      <w:r>
        <w:t>* Rakiplerden birisi 2 zayıf açmışsa,onda Q,</w:t>
        <w:br/>
        <w:t>diğerinde A var diye kabul edilir.</w:t>
      </w:r>
    </w:p>
    <w:p>
      <w:r>
        <w:t>KJXX</w:t>
      </w:r>
    </w:p>
    <w:p>
      <w:r>
        <w:t>XX</w:t>
        <w:br/>
        <w:t>* Elde XX varsa o zaman J konur.</w:t>
      </w:r>
    </w:p>
    <w:p>
      <w:r>
        <w:t>2♥/♠açışına, cevapçıda 3-4 tane cover card varsa 4 der.</w:t>
      </w:r>
    </w:p>
    <w:p>
      <w:r>
        <w:t>***Konuşulmamış renkten korkup 3NT demekten çekinilmemelidir***</w:t>
        <w:br/>
        <w:t>Tezcan Hoca Atasözü</w:t>
      </w:r>
    </w:p>
    <w:p>
      <w:r>
        <w:t>4NT                   5♣</w:t>
        <w:br/>
        <w:t>5NT  Koz Q’ı dahil tüm key card’lar tamam.</w:t>
      </w:r>
    </w:p>
    <w:p>
      <w:r>
        <w:t>K soruyor.</w:t>
      </w:r>
    </w:p>
    <w:p>
      <w:r>
        <w:t>7’ye gidiyor</w:t>
        <w:br/>
        <w:t>Cevapçıda K yoksa en yakın şekilde koza döner.</w:t>
      </w:r>
    </w:p>
    <w:p>
      <w:r>
        <w:t>K varsa söylediği rengin K’sı vardır, ya da diğer 2 K vardır.</w:t>
      </w:r>
    </w:p>
    <w:p>
      <w:r>
        <w:t>Güzel 6’lı minör olduğunda, ortak ‘’3NT oynayalım mı?’’ diye teklif ederse, daima kabul edilir.</w:t>
      </w:r>
    </w:p>
    <w:p>
      <w:r>
        <w:t>Rakiplerden sadece birinde puan olduğu biliniyorsa, zone oynama puanı düşer.</w:t>
      </w:r>
    </w:p>
    <w:p>
      <w:r>
        <w:t>24Hp ile Zone deklare edilir.</w:t>
      </w:r>
    </w:p>
    <w:p>
      <w:r>
        <w:t>AXX                 A çekilir, T’ya doğru oynanır.</w:t>
      </w:r>
    </w:p>
    <w:p>
      <w:r>
        <w:t>QT9XX</w:t>
      </w:r>
    </w:p>
    <w:p>
      <w:r>
        <w:t>AXX                Q oynanır, K’ya kaybedince</w:t>
        <w:br/>
        <w:t>T oynanır, tekrar empas yapılır (8’li olmasa bile böyle oyanır)</w:t>
        <w:br/>
        <w:t>QT9X</w:t>
      </w:r>
    </w:p>
    <w:p/>
    <w:p>
      <w:r>
        <w:t>Açan D</w:t>
        <w:br/>
        <w:t>2NT                                  3♣ 5’li major sorusu</w:t>
        <w:br/>
        <w:t>3♦5’li yok,4’lü var 3♠  ters majör</w:t>
        <w:br/>
        <w:t>3NT                                   4♦ ♦gösteriyor</w:t>
        <w:br/>
        <w:t>4♠♠kontrol           4NT  kk sorusu</w:t>
        <w:br/>
        <w:t>5♥ 2 kk                      6♦</w:t>
      </w:r>
    </w:p>
    <w:p>
      <w:r>
        <w:t>13.07.2023 ♣♦♠♥</w:t>
      </w:r>
    </w:p>
    <w:p>
      <w:r>
        <w:t>KTX</w:t>
      </w:r>
    </w:p>
    <w:p>
      <w:r>
        <w:t>Q8X</w:t>
        <w:br/>
        <w:t>Önce Q’a doğru oynanır, sonra honör-T’ya doğru oynanır.</w:t>
      </w:r>
    </w:p>
    <w:p>
      <w:r>
        <w:t>Elde ve yerde KQT var ise dağılım 4-4,5-3,3-3 de olsa bu şekilde oynanır.</w:t>
      </w:r>
    </w:p>
    <w:p>
      <w:r>
        <w:t>1♠           1NT</w:t>
        <w:br/>
        <w:t>2♣           2NT  11-12Hp., 1-2 adet ♠</w:t>
      </w:r>
    </w:p>
    <w:p>
      <w:r>
        <w:t>15.07.2023 ♣♦♠♥</w:t>
      </w:r>
    </w:p>
    <w:p>
      <w:r>
        <w:t>1♥                1NT</w:t>
        <w:br/>
        <w:t>2♣                2♦ ♦lar var,zayıf.</w:t>
      </w:r>
    </w:p>
    <w:p>
      <w:r>
        <w:t>♦oynamak istiyor</w:t>
        <w:br/>
        <w:t>P Açan normal ellerle P geçer</w:t>
        <w:br/>
        <w:t>Ama dikkat;</w:t>
        <w:br/>
        <w:t>1♥                1♠</w:t>
        <w:br/>
        <w:t>1NT                2♦ Kuvvetli (Forcing)</w:t>
        <w:br/>
        <w:t>Cevapçının önce NT sonra yeni bir renk söylemesi zayıftır.</w:t>
      </w:r>
    </w:p>
    <w:p>
      <w:r>
        <w:t>Cevapçının önce önce bir renk sonra yeni bir renk söylemesi kuvvetlidir, Forsingdir.</w:t>
      </w:r>
    </w:p>
    <w:p>
      <w:r>
        <w:t>Açanın yeni renk söylemesi (açtığı renkten daha küçük bir renkse) Forcing değildir.</w:t>
      </w:r>
    </w:p>
    <w:p>
      <w:r>
        <w:t>Açan rakibin rengine önce P geçip, ortak konuşmadığında daha sonra o rengi söylemek ‘’bende açanın rengi var’’ demektir.</w:t>
      </w:r>
    </w:p>
    <w:p>
      <w:r>
        <w:t>1♣      P       1NT      P</w:t>
        <w:br/>
        <w:t>P       2♣  ‘’bende ♣ var’’</w:t>
      </w:r>
    </w:p>
    <w:p>
      <w:r>
        <w:t>20.07.2023 ♣♦♠♥</w:t>
      </w:r>
    </w:p>
    <w:p>
      <w:r>
        <w:t>Defanstayken dikkat edilecekler:</w:t>
        <w:br/>
        <w:t>Atak rengi analiz edilmeli</w:t>
        <w:br/>
        <w:t>Koz sayılmaya çalışılmalı</w:t>
        <w:br/>
        <w:t>Rakip ne yapmaya çalışıyor, onu anlamaya çalışmalı</w:t>
      </w:r>
    </w:p>
    <w:p>
      <w:r>
        <w:t>3♣       Dbl         4♣        Dbl ’’Sen renk söyle’’</w:t>
        <w:br/>
        <w:t>♠Q9XX</w:t>
        <w:br/>
        <w:t>♥QXXX</w:t>
        <w:br/>
        <w:t>♦KJXX</w:t>
        <w:br/>
        <w:t>♣X</w:t>
        <w:br/>
        <w:t>Bu elle Dbl der,3 renge de hazır.</w:t>
      </w:r>
    </w:p>
    <w:p>
      <w:r>
        <w:t>Araya girişten sonra söylenen renkler 5’lidir.</w:t>
      </w:r>
    </w:p>
    <w:p>
      <w:r>
        <w:t>İstisna **</w:t>
        <w:br/>
        <w:t>1♣      1♦       1♥  4’lü olabilir</w:t>
        <w:br/>
        <w:t>1♣      1♥       1♠  5’li</w:t>
        <w:br/>
        <w:t>1♣      1♥      2♦  5’li</w:t>
      </w:r>
    </w:p>
    <w:p>
      <w:r>
        <w:t>4 kişide de honneur olan renklere hangi taraf başlarsa o taraf zarar eder.</w:t>
      </w:r>
    </w:p>
    <w:p>
      <w:r>
        <w:t>KXX</w:t>
        <w:br/>
        <w:t>JXX               QX</w:t>
        <w:br/>
        <w:t>ATXXX</w:t>
        <w:br/>
        <w:t>JXX bu rengi oynamaya başlarsa hiç el alamaz.</w:t>
      </w:r>
    </w:p>
    <w:p>
      <w:r>
        <w:t>Rakip başlarsa 1 el alır.</w:t>
      </w:r>
    </w:p>
    <w:p>
      <w:r>
        <w:t>1NT açışından sonra Rakip Dbl ya da 2♣ ile araya girerse; system ON,  Stayman, Transfer uygulanır ancak</w:t>
        <w:br/>
        <w:t>1NT açışına Dbl/2♣ dışında bir şeyle araya girilirse;</w:t>
        <w:br/>
        <w:t>Stayman, Transfer vb konvansyonlar ortadan kalkar.</w:t>
      </w:r>
    </w:p>
    <w:p>
      <w:r>
        <w:t>Davet elleriyle Dbl denir, zon yapacak el varsa 3 seviyesinde o renk söylenir veya Cue-bid yapılır.</w:t>
      </w:r>
    </w:p>
    <w:p>
      <w:r>
        <w:t>2 seviyesinde söylenen renkler ise oynamak içindir.</w:t>
      </w:r>
    </w:p>
    <w:p>
      <w:r>
        <w:t>1NT       2♦       2♠ 2♠oynamak istiyor.</w:t>
      </w:r>
    </w:p>
    <w:p>
      <w:r>
        <w:t>Bir renkte 9 saydığınız zaman dışarıda 2-2 ya da 3-1 dağılma şansı hemen hemen aynı.</w:t>
      </w:r>
    </w:p>
    <w:p>
      <w:r>
        <w:t>Bu durumda araya girinde bu renk kısa diye düşünülür.</w:t>
      </w:r>
    </w:p>
    <w:p>
      <w:r>
        <w:t>Eğer masada 4 kişi de konuşuyorsa,konuşanlardan birisi zıplayarak konuşmuşsa onda kısa diye varsayılır.</w:t>
      </w:r>
    </w:p>
    <w:p>
      <w:r>
        <w:t>27.07.2023 ♣♦♠♥</w:t>
      </w:r>
    </w:p>
    <w:p>
      <w:r>
        <w:br/>
        <w:t>1NT                                    2♠ ♣’ler var</w:t>
        <w:br/>
        <w:t>3♣Transferi alıyor    3♦ 6 adet♣,♦tek,slam’e gidelim mi?</w:t>
      </w:r>
    </w:p>
    <w:p>
      <w:r>
        <w:t>3♥ 6 adet♣,♥tek,slam’e gidelim mi?</w:t>
      </w:r>
    </w:p>
    <w:p>
      <w:r>
        <w:t>3♠ 6 adet♣,♠tek,slam’e gidelim mi?</w:t>
      </w:r>
    </w:p>
    <w:p>
      <w:r>
        <w:t>3NT♣çok iyi,tek yok,slam’e gidelim mi?</w:t>
      </w:r>
    </w:p>
    <w:p>
      <w:r>
        <w:t>4♣ tek yok,slam’a gitmekte kararlı</w:t>
        <w:br/>
        <w:t>4NTKantitatif (henüz kozda anlaşma olmadı)</w:t>
        <w:br/>
        <w:t>Örnek konuşma:</w:t>
        <w:br/>
        <w:t>1NT                     2♠</w:t>
        <w:br/>
        <w:t>3♣                 4♣</w:t>
        <w:br/>
        <w:t>4♦kontrol   4NTkey card sorusu</w:t>
        <w:br/>
        <w:t>4♦0-3kc       6♣</w:t>
      </w:r>
    </w:p>
    <w:p/>
    <w:p>
      <w:r>
        <w:t>NT oynarken, yapılan atağa yerde onör yoksa 3.</w:t>
      </w:r>
    </w:p>
    <w:p>
      <w:r>
        <w:t>Oyuncu en büyük kartını koymalıdır.</w:t>
      </w:r>
    </w:p>
    <w:p>
      <w:r>
        <w:t>İstisna**: 3.</w:t>
      </w:r>
    </w:p>
    <w:p>
      <w:r>
        <w:t>Oyuncunun elinde AQX varsa Q’ı koyar</w:t>
      </w:r>
    </w:p>
    <w:p>
      <w:r>
        <w:br/>
        <w:t>Reverse’e verilecek en negatif cevap 2NT ‘dur.</w:t>
      </w:r>
    </w:p>
    <w:p>
      <w:r>
        <w:t>1♦           1♠</w:t>
        <w:br/>
        <w:t>2♥           2NT  Min.</w:t>
      </w:r>
    </w:p>
    <w:p>
      <w:r>
        <w:t>El</w:t>
      </w:r>
    </w:p>
    <w:p>
      <w:r>
        <w:br/>
        <w:t>Uzaktan alma prensibi,yerde kısa onör varsa kullanılmayabilir.</w:t>
      </w:r>
    </w:p>
    <w:p>
      <w:r>
        <w:t>05.08.2023 ♣♦♠♥</w:t>
      </w:r>
    </w:p>
    <w:p>
      <w:r>
        <w:t>Dbl’dan hemen sonra atılan RDbl güç ifade eder.</w:t>
      </w:r>
    </w:p>
    <w:p>
      <w:r>
        <w:t>Dbl’dan sonra 2 Pas varsa, atılan RDbl ‘’kaçalım’’ demektir.</w:t>
      </w:r>
    </w:p>
    <w:p>
      <w:r>
        <w:t>1♣        1♠        P            P</w:t>
        <w:br/>
        <w:t>Dbl            P             P        RDbl   ‘kaçalım’</w:t>
        <w:br/>
        <w:t>2♦  ‘kaçalım’</w:t>
        <w:br/>
        <w:t>1♠ diyende ♦ şikan dahi olsa 1♠’e dönmemelidir.</w:t>
      </w:r>
    </w:p>
    <w:p>
      <w:r>
        <w:t>İki taraf birden kaçamaz, ortağına saygı göstermek zorundadır.</w:t>
      </w:r>
    </w:p>
    <w:p>
      <w:r>
        <w:t>Elde bir renkten AV var ve yerde de boşlar varsa,oynayan yanlış yapamaz, A konabilir.</w:t>
      </w:r>
    </w:p>
    <w:p>
      <w:r>
        <w:t>Rakiplerde Fit varken Ceza Dbl’ı atmaktan kaçınılmalıdır.</w:t>
      </w:r>
    </w:p>
    <w:p>
      <w:r>
        <w:t>1♦                         1♠</w:t>
        <w:br/>
        <w:t>1NT  12-14Hp</w:t>
        <w:br/>
        <w:t>2♦  12-16Hp</w:t>
        <w:br/>
        <w:t>2♣  12-18Hp</w:t>
      </w:r>
    </w:p>
    <w:p/>
    <w:p>
      <w:r>
        <w:t>1♣                       1♦</w:t>
        <w:br/>
        <w:t>1♠ 5’li♣ ,4’lü♠</w:t>
        <w:br/>
        <w:t>---------------------------------</w:t>
        <w:br/>
        <w:t>1♣                       1♦</w:t>
        <w:br/>
        <w:t>1NT Dengeli</w:t>
      </w:r>
    </w:p>
    <w:p>
      <w:r>
        <w:br/>
        <w:t>Sıçrayarak tekrarlar davettir.</w:t>
      </w:r>
    </w:p>
    <w:p>
      <w:r>
        <w:t>1♦                     1♠</w:t>
        <w:br/>
        <w:t>3♦Davet</w:t>
      </w:r>
    </w:p>
    <w:p>
      <w:r>
        <w:t>12.10.2023 ♣♦♠♥</w:t>
      </w:r>
    </w:p>
    <w:p>
      <w:r>
        <w:t>Oynarken; bir taraftaki onör kaçıyorsa, diğer taraftaki kaçmaz.</w:t>
      </w:r>
    </w:p>
    <w:p>
      <w:r>
        <w:t>QX                  Önce elden X,yerden Q</w:t>
        <w:br/>
        <w:t>KTXXX            sonra yerden X elden T konur.</w:t>
      </w:r>
    </w:p>
    <w:p>
      <w:r>
        <w:t>4-4-4-1   ve   5-4-2-2 Eller anlatılması en zor ellerdir.</w:t>
      </w:r>
    </w:p>
    <w:p>
      <w:r>
        <w:t>Tam anlatmak mümkün olmayabilir.</w:t>
      </w:r>
    </w:p>
    <w:p>
      <w:r>
        <w:t>AXX                Önce elden T ile başlanır, yerden X konur.</w:t>
      </w:r>
    </w:p>
    <w:p>
      <w:r>
        <w:t>QT98X           Sonra elden 9 ile devam edilir.</w:t>
      </w:r>
    </w:p>
    <w:p>
      <w:r>
        <w:t>Tam olmayan sıra vardır.</w:t>
      </w:r>
    </w:p>
    <w:p>
      <w:r>
        <w:t>Dışardaki onörler ezmeye çalışılır.</w:t>
      </w:r>
    </w:p>
    <w:p>
      <w:r>
        <w:t>Araya giren oyuncu,  ortağı P derse;</w:t>
        <w:br/>
        <w:t>sonraki konuşmasında Dbl diyerek, araya girişinin iyi olduğunu belirtmiş olur.</w:t>
      </w:r>
    </w:p>
    <w:p>
      <w:r>
        <w:t>(15-16Hp)</w:t>
      </w:r>
    </w:p>
    <w:p>
      <w:r>
        <w:t>Ortak ♦açtığında,rakip araya girerse, ortağın ♦’su 4’lü kabul edilir (93%)</w:t>
      </w:r>
    </w:p>
    <w:p>
      <w:r>
        <w:br/>
        <w:t>South African Transfer</w:t>
        <w:br/>
        <w:t>1NT                                  4♦6 adet ♠, tek yok,slam ümidi var.</w:t>
      </w:r>
    </w:p>
    <w:p>
      <w:r>
        <w:t>4♠ Ümit yok</w:t>
        <w:br/>
        <w:t>4NT El super</w:t>
        <w:br/>
        <w:t>4♥ Yes,but…(elim super değil ama♠’i tutuyorum,gidebiliriz)</w:t>
        <w:br/>
        <w:t>Elinde tek varsa ,gene slam ümidi var.</w:t>
      </w:r>
    </w:p>
    <w:p>
      <w:r>
        <w:t>1NT             2♥</w:t>
        <w:br/>
        <w:t>2♠           4 seviyesinde tekini söyler</w:t>
        <w:br/>
        <w:t>---------------------------------------------------------------</w:t>
        <w:br/>
        <w:t>1NT              2♦</w:t>
        <w:br/>
        <w:t>2♥           3♠♠tek (Koz♥olunca tek♠3 seviyesinde gösterilir)</w:t>
        <w:br/>
        <w:t>----------------------------------------------------------------------------------</w:t>
        <w:br/>
        <w:t>1♥          3♠♥’ü tutuyorum, ♠ tek veya şigan</w:t>
      </w:r>
    </w:p>
    <w:p>
      <w:r>
        <w:t>16.11.2023 ♣♦♠♥</w:t>
      </w:r>
    </w:p>
    <w:p>
      <w:r>
        <w:t>1♣          1♠             Dbl           P</w:t>
        <w:br/>
        <w:t>1NT   4’lü♥yok,dengeli,12-14Hp, ♠keser vaat etmiyor.</w:t>
      </w:r>
    </w:p>
    <w:p>
      <w:r>
        <w:t>Fit kontru geldiğinde renk 4’lü ve min.el ise bazen sıkışılır.</w:t>
      </w:r>
    </w:p>
    <w:p>
      <w:r>
        <w:t>Bu durumda 4’lü olmasına rağmen renk tekrar edilebilir.</w:t>
      </w:r>
    </w:p>
    <w:p>
      <w:r>
        <w:t>* Çok kötü 11 Hp’lı ellerle cevapçı iken 2NT denmemeli.</w:t>
      </w:r>
    </w:p>
    <w:p>
      <w:r>
        <w:t>* Çok iyi 14 HP’li ellerle 1NT açılabilir.</w:t>
      </w:r>
    </w:p>
    <w:p>
      <w:r>
        <w:t>* Kötü 8 Hp’li ellerle, 1NT açana Stayman yapılmayıp, PAS denmelidir.</w:t>
      </w:r>
    </w:p>
    <w:p>
      <w:r>
        <w:t>* İyi 19Hp’li elllerle 2NT açılabilir.</w:t>
      </w:r>
    </w:p>
    <w:p>
      <w:r>
        <w:t>Not : Hiç A olmayan,ayrık onörleri (birbirini desteklemeyen onörler) olan, 4333 eller  kötü ellerdir.</w:t>
      </w:r>
    </w:p>
    <w:p>
      <w:r>
        <w:t>1♣          1♥</w:t>
        <w:br/>
        <w:t>1NT            2♦  ♦ olduğu için değil,new minor forcing</w:t>
        <w:br/>
        <w:t>2NT           3♥</w:t>
        <w:br/>
        <w:t>3NT</w:t>
      </w:r>
    </w:p>
    <w:p>
      <w:r>
        <w:t>07.09.2023 ♣♦♠♥</w:t>
      </w:r>
    </w:p>
    <w:p>
      <w:r>
        <w:t>AQX        T98</w:t>
        <w:br/>
        <w:t>KV9X       T8X</w:t>
        <w:br/>
        <w:t>QT8X       97X</w:t>
        <w:br/>
        <w:t>V98          KXX</w:t>
        <w:br/>
        <w:t>Karşılıklı olarak sıra varsa büyük oynanabilir.</w:t>
      </w:r>
    </w:p>
    <w:p>
      <w:r>
        <w:t>NT’ya atak ederken XXX’tan en büyüğünü atak etmek iyidir.</w:t>
      </w:r>
    </w:p>
    <w:p>
      <w:r>
        <w:t>1 seviyesinde Overcall için   8-16 Hp gerekir.</w:t>
      </w:r>
    </w:p>
    <w:p>
      <w:r>
        <w:t>2 seviyesinde Overcall için 11-16 Hp gerekir.</w:t>
      </w:r>
    </w:p>
    <w:p>
      <w:r>
        <w:t>Defansta iken;</w:t>
        <w:br/>
        <w:t>ortağına çaktırmaya giderken oynanan kart,istenen renk hakkında bilgi verir.</w:t>
      </w:r>
    </w:p>
    <w:p>
      <w:r>
        <w:t>Küçük gidilirse,kalan renklerin küçüğü,büyük gidilirse kalan renklerin büyüğü istenir.Orta bir kart oynanınırsa,ortağının kararına bırakmış olur.</w:t>
      </w:r>
    </w:p>
    <w:p>
      <w:r>
        <w:t>XX</w:t>
      </w:r>
    </w:p>
    <w:p>
      <w:r>
        <w:t>AQXXX</w:t>
        <w:br/>
        <w:t>NT oyununda, bu rengi sağlamaya çalışırken,eğer yere tek geçiş varsa, önce elden yerden X oynanır.</w:t>
      </w:r>
    </w:p>
    <w:p>
      <w:r>
        <w:t>Sonra çatala doğru oynanır.</w:t>
      </w:r>
    </w:p>
    <w:p>
      <w:r>
        <w:t>14.09.2023 ♣♦♠♥</w:t>
        <w:br/>
        <w:t>Ortak splinter yaptığında, splinter yapılan renkte hiç puan yoksa,el çok değerli hale gelir.Daha az puanla zone kontratı yapma imkanı sağlanır.</w:t>
      </w:r>
    </w:p>
    <w:p>
      <w:r>
        <w:t>15 Hp’ı olan 5-4-2-2 Eller ile, eğer 2.renk ♦ veya ♥ ise, bu eller ile 1NT açılmalıdır.</w:t>
      </w:r>
    </w:p>
    <w:p>
      <w:r>
        <w:t>♠XX</w:t>
        <w:br/>
        <w:t xml:space="preserve">♥AQVX       </w:t>
        <w:tab/>
        <w:t>Bu el ile 1NT açılır</w:t>
        <w:br/>
        <w:t>♦KT</w:t>
        <w:br/>
        <w:t>♣AVTXX</w:t>
      </w:r>
    </w:p>
    <w:p>
      <w:r>
        <w:t>5-4-3-1 eller ile mecburen renk açılır.</w:t>
      </w:r>
    </w:p>
    <w:p>
      <w:r>
        <w:t>Bu durumda rebid rengini tekrar olmalıdır, NT denmez.</w:t>
      </w:r>
    </w:p>
    <w:p>
      <w:r>
        <w:t>Sadece tek olan renk onör ise NT denebilir.</w:t>
      </w:r>
    </w:p>
    <w:p>
      <w:r>
        <w:t>1♥            1NT</w:t>
        <w:br/>
        <w:t>2♣             P  Zone ümidi yok ve ♣, ♥’e göre 2 el fazla</w:t>
        <w:br/>
        <w:t>3♣Çok geniş bir limit,zone ümidi varsa söylenebilir</w:t>
      </w:r>
    </w:p>
    <w:p>
      <w:r>
        <w:t>13.10.2023 ♣♦♠♥</w:t>
      </w:r>
    </w:p>
    <w:p>
      <w:r>
        <w:t>Oyun içinde; yerin üstünde olunduğunda, yerde de boş kartlar varsa, A altından gelinebilir.</w:t>
      </w:r>
    </w:p>
    <w:p>
      <w:r>
        <w:t>Ortakla birlikte Double Fit (2 renkte uyum) varsa bu çok fazla el almaya sebep olabilir.</w:t>
      </w:r>
    </w:p>
    <w:p>
      <w:r>
        <w:t>Herkesin konuştuğu ortamda renk tekrarı Davet değildir</w:t>
      </w:r>
    </w:p>
    <w:p>
      <w:r>
        <w:t>1♥      Dbl      P      1NT    8-10Hp</w:t>
      </w:r>
    </w:p>
    <w:p>
      <w:r>
        <w:br/>
        <w:t>NT’ya 3 boştan atak ederken en büyüğünü atak etmek iyidir.</w:t>
      </w:r>
    </w:p>
    <w:p>
      <w:r>
        <w:t>A atağına Q vermek, Q tek ya da V de var anlamına gelir.</w:t>
      </w:r>
    </w:p>
    <w:p>
      <w:r>
        <w:t>QX’den Q verilmez !</w:t>
      </w:r>
    </w:p>
    <w:p>
      <w:r>
        <w:t>QVX veya QV varsa Q verilir.</w:t>
      </w:r>
    </w:p>
    <w:p>
      <w:r>
        <w:t>Rakip bir rengi kısalttıysa, onun kısalttığı rengi oynamak iyidir.</w:t>
      </w:r>
    </w:p>
    <w:p>
      <w:r>
        <w:t>1♥     2♣      3♥ 4’lü fit,zayıf</w:t>
        <w:br/>
        <w:t>2♥ Fit, 6-10Tp</w:t>
        <w:br/>
        <w:t>2NT 3+Fit, Davet 11-12Tp</w:t>
        <w:br/>
        <w:t>3♣ 3+Fit, Zone Kesin</w:t>
      </w:r>
    </w:p>
    <w:p>
      <w:r>
        <w:t>21.10.2023 ♣♦♠♥</w:t>
      </w:r>
    </w:p>
    <w:p>
      <w:r>
        <w:br/>
        <w:t>1♠                     1NT</w:t>
        <w:br/>
        <w:t>2♠?</w:t>
      </w:r>
    </w:p>
    <w:p>
      <w:r>
        <w:t>/ 2♥?</w:t>
      </w:r>
    </w:p>
    <w:p>
      <w:r>
        <w:t>6’lı♠,4’lü♥olduğunda;</w:t>
        <w:br/>
        <w:t>6’lı olduğu için ♠mi tekrarlanmalı yoksa 4’lü 2.renk♥mü söylenmeli?</w:t>
      </w:r>
    </w:p>
    <w:p>
      <w:r>
        <w:t>El zayıf ya da ♠‘ler iyiyse  2♠</w:t>
        <w:br/>
        <w:t>El iyi ya da ♠‘ler kötüyse  2♥</w:t>
        <w:br/>
        <w:t>-----------------------------------------------------------</w:t>
        <w:br/>
        <w:t>1♠                     2♣/2♦</w:t>
        <w:br/>
        <w:t>2♥  Ortak 2 seviyesinde cevap verdiği için konuşma zone’a kadar devam edecek.</w:t>
      </w:r>
    </w:p>
    <w:p>
      <w:r>
        <w:t>O nedenle gene 6’lı♠,4’lü♥olduğunda</w:t>
        <w:br/>
        <w:t>rahatlıkla 2♥denir.</w:t>
      </w:r>
    </w:p>
    <w:p>
      <w:r>
        <w:t>1♦       1♥         Dbl        3♦  Mixed Raise</w:t>
        <w:br/>
        <w:t>♥Fiti var.</w:t>
      </w:r>
    </w:p>
    <w:p>
      <w:r>
        <w:t>Ama Cue-bid edecek kadar kuvvetli değil.</w:t>
      </w:r>
    </w:p>
    <w:p>
      <w:r>
        <w:t>2♦ diyecek elden daha azı var.</w:t>
      </w:r>
    </w:p>
    <w:p>
      <w:r>
        <w:t>(8-11Hp)</w:t>
        <w:br/>
        <w:t>3♥ derse zayıf anlaşılacağı için gerçek 3♥’ü ifade eder.</w:t>
      </w:r>
    </w:p>
    <w:p>
      <w:r>
        <w:t>Mixed Raise Majörlerle araya girildikten sonra kullanılır.</w:t>
      </w:r>
    </w:p>
    <w:p>
      <w:r>
        <w:t>Ortakların anlaştıkları renkten daha düşük bir renk ile yapılır.</w:t>
      </w:r>
    </w:p>
    <w:p>
      <w:r>
        <w:t>Anlaşılan renkten daha büyük bir renk söylenirse Splinter olur.</w:t>
      </w:r>
    </w:p>
    <w:p>
      <w:r>
        <w:t>Dikkat dikkat *** Mixed Raise hep unutulur!</w:t>
      </w:r>
    </w:p>
    <w:p>
      <w:r>
        <w:t>***</w:t>
        <w:br/>
        <w:t>1♣       1♥         Dbl        3♣  Mixed Raise</w:t>
        <w:br/>
        <w:t>4’lü♥ tutuşu, dengesizlik var.</w:t>
      </w:r>
    </w:p>
    <w:p>
      <w:r>
        <w:t>İyi el varsa dengeli de olabilir.</w:t>
      </w:r>
    </w:p>
    <w:p>
      <w:r>
        <w:t>Açış puanı yok.</w:t>
      </w:r>
    </w:p>
    <w:p>
      <w:r>
        <w:t>2♣ diyemez.</w:t>
      </w:r>
    </w:p>
    <w:p>
      <w:r>
        <w:t>Kozun kötü dağıldığı biliniyorsa,alacaklar alınmalı ve kısalmalıdır.</w:t>
      </w:r>
    </w:p>
    <w:p>
      <w:r>
        <w:t>Oyun sonunda koz alacaklarının karşı tarafında kalmak gerekir.</w:t>
      </w:r>
    </w:p>
    <w:p>
      <w:r>
        <w:t>Koz tarafında kalınırsa kendi oynayacağı için yatmış olur.</w:t>
      </w:r>
    </w:p>
    <w:p>
      <w:r>
        <w:t>1♥                    1NT</w:t>
        <w:br/>
        <w:t>2♦                2♠  İmkansız renk</w:t>
        <w:br/>
        <w:t>2. renge fit var, 3♦diyecek elden daha iyi el</w:t>
        <w:br/>
        <w:t>ilk konuşmada 1♥‘e 1NT dediği için ♠’i reddetmişti.</w:t>
      </w:r>
    </w:p>
    <w:p>
      <w:r>
        <w:t>09.11.2023 ♣♦♠♥</w:t>
      </w:r>
    </w:p>
    <w:p>
      <w:r>
        <w:t>2♣  (23-24 Hp)  CEVAPLAR</w:t>
        <w:br/>
        <w:t>2♥  0-3 Hp</w:t>
        <w:br/>
        <w:t>2♦  4+ Hp</w:t>
        <w:br/>
        <w:t>2♠  8+ Hp, iyi 5’li♠</w:t>
        <w:br/>
        <w:t>2NT  8+ Hp, iyi 5’li♥</w:t>
        <w:br/>
        <w:t>3♣  8+ Hp, çok iyi 5’li-6’lı♣</w:t>
        <w:br/>
        <w:t>3♦  8+ Hp, çok iyi 5’li-6’lı♦</w:t>
        <w:br/>
        <w:t>---------------------------------------------------------------------------------</w:t>
        <w:br/>
        <w:t>2♣                 2♥</w:t>
        <w:br/>
        <w:t>2NT  23-24Hp</w:t>
        <w:br/>
        <w:t>3NT  25+Hp</w:t>
        <w:br/>
        <w:t>-----------------------------------------------------------------------------------</w:t>
        <w:br/>
        <w:t>2♣                 2♦</w:t>
        <w:br/>
        <w:t>2NT  23+Hp</w:t>
      </w:r>
    </w:p>
    <w:p>
      <w:r>
        <w:br/>
        <w:t>1♠     P        1NT         2NT Minörler (5-5 olabilir)</w:t>
        <w:br/>
        <w:t>1♣     P        1NT         4NT Minörler (6-5,6-6) Çok dengesiz</w:t>
      </w:r>
    </w:p>
    <w:p>
      <w:r>
        <w:t>4NT diyenin eli aşağıdaki gibi olabilir:</w:t>
        <w:br/>
        <w:t>♠ -</w:t>
        <w:br/>
        <w:t>♥ X</w:t>
        <w:br/>
        <w:t>♦ K9876X</w:t>
        <w:br/>
        <w:t>♣ KJ98XX</w:t>
      </w:r>
    </w:p>
    <w:p>
      <w:r>
        <w:t>QXX</w:t>
        <w:br/>
        <w:t>Elden X, yerden Q’a doğru. 09.11.2023 ♣♦♠♥</w:t>
      </w:r>
    </w:p>
    <w:p>
      <w:r>
        <w:t>2♣  (23-24 Hp)  CEVAPLAR</w:t>
        <w:br/>
        <w:t>2♥  0-3 Hp</w:t>
        <w:br/>
        <w:t>2♦  4+ Hp</w:t>
        <w:br/>
        <w:t>2♠  8+ Hp, iyi 5’li♠</w:t>
        <w:br/>
        <w:t>2NT  8+ Hp, iyi 5’li♥</w:t>
        <w:br/>
        <w:t>3♣  8+ Hp, çok iyi 5’li-6’lı♣</w:t>
        <w:br/>
        <w:t>3♦  8+ Hp, çok iyi 5’li-6’lı♦</w:t>
        <w:br/>
        <w:t>---------------------------------------------------------------------------------</w:t>
        <w:br/>
        <w:t>2♣                    2♥</w:t>
        <w:br/>
        <w:t>2NT  23-24Hp</w:t>
        <w:br/>
        <w:t>3NT  25+Hp</w:t>
        <w:br/>
        <w:t>-----------------------------------------------------------------------------------</w:t>
        <w:br/>
        <w:t>2♣                    2♦</w:t>
        <w:br/>
        <w:t>2NT  23+Hp</w:t>
      </w:r>
    </w:p>
    <w:p>
      <w:r>
        <w:t>1♠     P        1NT         2NT Minörler (5-5 olabilir)</w:t>
        <w:br/>
        <w:t>1♣     P        1NT         4NT Minörler (6-5,6-6) Çok dengesiz</w:t>
      </w:r>
    </w:p>
    <w:p>
      <w:r>
        <w:t>4NT diyenin eli aşağıdaki gibi olabilir:</w:t>
        <w:br/>
        <w:t>♠ -</w:t>
        <w:br/>
        <w:t>♥ X</w:t>
        <w:br/>
        <w:t>♦ K9876X</w:t>
        <w:br/>
        <w:t>♣ KJ98XX</w:t>
      </w:r>
    </w:p>
    <w:p>
      <w:r>
        <w:br/>
        <w:t>QXX</w:t>
        <w:br/>
        <w:t>Elden X, yerden Q’a doğru.</w:t>
      </w:r>
    </w:p>
    <w:p>
      <w:r>
        <w:t>Sonra Elden,yerden X</w:t>
        <w:br/>
        <w:t>KXXX</w:t>
      </w:r>
    </w:p>
    <w:p>
      <w:r>
        <w:t>11.11.2023 ♣♦♠♥</w:t>
      </w:r>
    </w:p>
    <w:p>
      <w:r>
        <w:t>1♣          P             1♦           1♠</w:t>
        <w:br/>
        <w:t>P               P            2NT Davet</w:t>
        <w:br/>
        <w:t>3♣  Davet</w:t>
        <w:br/>
        <w:t>3♦  Davet</w:t>
        <w:br/>
        <w:t>Dbl  Konuş</w:t>
        <w:br/>
        <w:t>3♠  Fit var,♠Tek</w:t>
        <w:br/>
        <w:t>Kendi rengini ya da ortağın rengini sıçrayarak söylemek Davettir.</w:t>
      </w:r>
    </w:p>
    <w:p>
      <w:r>
        <w:t>Koz 9 sayıldığında her zaman A ve K çekilmeyebilir.</w:t>
      </w:r>
    </w:p>
    <w:p>
      <w:r>
        <w:t>Rakip araya girdiyse, araya girende kısa kabul edilir, empas yapılır.</w:t>
      </w:r>
    </w:p>
    <w:p>
      <w:r>
        <w:t>El tuttuğunda tehlikeli olacak rakip varsa, ona el vermemek adına empas yapılır.</w:t>
      </w:r>
    </w:p>
    <w:p>
      <w:r>
        <w:t>Sonra Elden,yerden X.</w:t>
        <w:br/>
        <w:t>KXXX      Ya da önce K’ya doğru, sonra elden yerden X.</w:t>
        <w:br/>
        <w:t>Bir taraftaki onör kazanırsa karşı taraftaki eşdeğer onör kazanmaz.</w:t>
      </w:r>
    </w:p>
    <w:p>
      <w:r>
        <w:t>KQ/QJ/JT/T9 Eşdeğerdir.</w:t>
      </w:r>
    </w:p>
    <w:p>
      <w:r>
        <w:t>23.11.2023 ♣♦♠♥</w:t>
      </w:r>
    </w:p>
    <w:p>
      <w:r>
        <w:t>1♦          1♠</w:t>
        <w:br/>
        <w:t>1NT   genellikle 4’lü♥var</w:t>
      </w:r>
    </w:p>
    <w:p>
      <w:r>
        <w:t>18-19Hp ve dengeli ellerle açtıktan sonra, ortağın rengine fit olsa bile sıçrayarak NT denir.</w:t>
      </w:r>
    </w:p>
    <w:p>
      <w:r>
        <w:t>2 seviyesinde araya girildiğinde, ortak 13-16Hp bekler.</w:t>
      </w:r>
    </w:p>
    <w:p>
      <w:r>
        <w:t>1♣          1♠</w:t>
        <w:br/>
        <w:t>2♠            3♣  ♣ oynarız anlamına gelmez!</w:t>
      </w:r>
    </w:p>
    <w:p>
      <w:r>
        <w:t>‘’♣‘den yardımın varsa 4♠ oynayabiliriz’’ (TrialBid)</w:t>
      </w:r>
    </w:p>
    <w:p>
      <w:r>
        <w:t>1♥           4♥ Ya Koz 5-6’dır, ya da 2 renkte toplam 10 kart vardır.</w:t>
      </w:r>
    </w:p>
    <w:p>
      <w:r>
        <w:t>Rakibin rengi kısa olduğunda Dbl diyerek ortağının elini anlamak en büyük silahtır.</w:t>
      </w:r>
    </w:p>
    <w:p>
      <w:r>
        <w:t>Elde QV sek olması, Briç’te en istenmeyen şeydir.</w:t>
      </w:r>
    </w:p>
    <w:p>
      <w:r>
        <w:t>1♠             1NT</w:t>
        <w:br/>
        <w:t>2♦                2♥   Min.6 tane♥,5-8Hp.</w:t>
      </w:r>
    </w:p>
    <w:p>
      <w:r>
        <w:t>9Hp olsa 3♥ derdi.</w:t>
      </w:r>
    </w:p>
    <w:p>
      <w:r>
        <w:t>1NT                2♣</w:t>
        <w:br/>
        <w:t>2♥             3NT 4 tane♠,10-15Hp.</w:t>
      </w:r>
    </w:p>
    <w:p>
      <w:r>
        <w:t>30.11.2023 ♣♦♠♥</w:t>
      </w:r>
    </w:p>
    <w:p>
      <w:r>
        <w:t>3. ve 4.</w:t>
      </w:r>
    </w:p>
    <w:p>
      <w:r>
        <w:t>Pozisyonda iken az puanla oyun açılabilir.</w:t>
      </w:r>
    </w:p>
    <w:p>
      <w:r>
        <w:t>Bu durum Drury oynamamızın nedenlerindendir.</w:t>
      </w:r>
    </w:p>
    <w:p>
      <w:r>
        <w:t>Eğer ortak zayıf açtı ise PAS’tan gelen kişi 11-12HP ile 2NT demesin Drury yapsın diye</w:t>
      </w:r>
    </w:p>
    <w:p>
      <w:r>
        <w:t>P</w:t>
        <w:br/>
        <w:t>1♠           P         2♦  Drury</w:t>
        <w:br/>
        <w:t>---------------------------------------------</w:t>
        <w:br/>
        <w:t>P</w:t>
        <w:br/>
        <w:t>1♠           2♣          2♦  Normal♦</w:t>
        <w:br/>
        <w:t>Araya girilince Drury olmaz! Eğer ortak zayıf açtı ise PAS’tan gelen kişi 11-12HP ile 2NT demesin Drury yapsın diye</w:t>
      </w:r>
    </w:p>
    <w:p>
      <w:r>
        <w:t>P</w:t>
        <w:br/>
        <w:t>1♠           P         2♦  Drury</w:t>
        <w:br/>
        <w:t>---------------------------------------------</w:t>
        <w:br/>
        <w:t>P</w:t>
        <w:br/>
        <w:t>1♠           2♣          2♦  Normal♦ var</w:t>
        <w:br/>
        <w:t>Araya girilince Drury olmaz!</w:t>
      </w:r>
    </w:p>
    <w:p>
      <w:r>
        <w:t>1♣          1♦   Ya sadece♦var, ya da♦ve majörü varsa 13+Hp</w:t>
        <w:br/>
        <w:t>Çünkü puanı az olsa önce Majör söylerdi.</w:t>
      </w:r>
    </w:p>
    <w:p>
      <w:r>
        <w:t>Dolayısıyla;</w:t>
        <w:br/>
        <w:t>1♣          1♦</w:t>
        <w:br/>
        <w:t>1NT  Dengeli El ile</w:t>
        <w:br/>
        <w:t>1♥ / 1♠    5’li♣ ,4’lü Majör olan ellerle</w:t>
        <w:br/>
        <w:t>Eğer Cevapçıda 13+HP var ise, açanın 1NT rebidinden sonra Majörünü söyler</w:t>
      </w:r>
    </w:p>
    <w:p>
      <w:r>
        <w:br/>
        <w:t>Rakiplerin serbestçe konuşarak geldiği slam’e Dbl atmak, yerin ilk konuştuğu rengi atak et anlamına gelir.</w:t>
      </w:r>
    </w:p>
    <w:p>
      <w:r>
        <w:t>1♥          2♣</w:t>
        <w:br/>
        <w:t>3♥       Puan çok anlamına gelmez!</w:t>
      </w:r>
    </w:p>
    <w:p>
      <w:r>
        <w:t>Solid renk var.</w:t>
      </w:r>
    </w:p>
    <w:p>
      <w:r>
        <w:t>(♥ kale gibi sağlam)</w:t>
      </w:r>
    </w:p>
    <w:p>
      <w:r>
        <w:t>Atak edilen rengin kimde kaç tane olduğu hesaplanmadan oyuna başlanmamalıdır.</w:t>
      </w:r>
    </w:p>
    <w:p>
      <w:r>
        <w:t>1♥          1NT</w:t>
        <w:br/>
        <w:t>2♣          2NT   11-12 Hp (iyi 10Hp de olabilir)</w:t>
      </w:r>
    </w:p>
    <w:p>
      <w:r>
        <w:br/>
        <w:t>Q752</w:t>
        <w:br/>
        <w:t>ilk önce yerden X oynanır.</w:t>
      </w:r>
    </w:p>
    <w:p>
      <w:r>
        <w:t>Elden T konur.</w:t>
      </w:r>
    </w:p>
    <w:p>
      <w:r>
        <w:t>AJT6    Sonra yerden Q oynanır, elden X konur.</w:t>
      </w:r>
    </w:p>
    <w:p>
      <w:r>
        <w:t>Eğer 9’lu yerde ise ;</w:t>
        <w:br/>
        <w:t>Q975</w:t>
        <w:br/>
        <w:t>Önce yerden 9’lu oynanır, elden X konur,</w:t>
        <w:br/>
        <w:t>AJT6   Sonra yerden Q oynanır, elden T konur</w:t>
        <w:br/>
        <w:t>----------------------------------------------------------------------------------</w:t>
        <w:br/>
        <w:t>Q752</w:t>
        <w:br/>
        <w:t>9’lu elde olursa o zaman yerden Q ile başlanır.</w:t>
      </w:r>
    </w:p>
    <w:p>
      <w:r>
        <w:t>AJT9</w:t>
      </w:r>
    </w:p>
    <w:p>
      <w:r>
        <w:t>X</w:t>
        <w:br/>
        <w:t>Bu renkten 1’den fazla el alma ihtiyacı varsa, elden 9 konur</w:t>
        <w:br/>
        <w:t>KQT9X</w:t>
      </w:r>
    </w:p>
    <w:p>
      <w:r>
        <w:br/>
        <w:t>P              P           1♣       1♥</w:t>
        <w:br/>
        <w:t>2♠   6’lı♠, puan az.</w:t>
      </w:r>
    </w:p>
    <w:p>
      <w:r>
        <w:t>2♠ açacak bile puan yok.</w:t>
      </w:r>
    </w:p>
    <w:p>
      <w:r>
        <w:t>4NT       5♠ 2 key card ve koz Q</w:t>
        <w:br/>
        <w:t>5NT 1) Grand Slam try, K soruyor.</w:t>
      </w:r>
    </w:p>
    <w:p>
      <w:r>
        <w:t>2) Yanında kapalı bir renk var mı?</w:t>
      </w:r>
    </w:p>
    <w:p>
      <w:r>
        <w:t>AKQXX , KQVXX kapalı renk sayılır.</w:t>
      </w:r>
    </w:p>
    <w:p>
      <w:r>
        <w:t>Bu durumda K cevabı verilmez, direkt 7 denir.</w:t>
      </w:r>
    </w:p>
    <w:p>
      <w:r>
        <w:t>K cevabı verirken, 1 tane varsa olan,2 tane varsa olmayan söylenir.</w:t>
      </w:r>
    </w:p>
    <w:p>
      <w:r>
        <w:t>7 ile ilgilenen kişide yani 5NT soranda tek K olmamalıdır.</w:t>
      </w:r>
    </w:p>
    <w:p>
      <w:r>
        <w:t>Elde hiç K yoksa ve Key Card sorulduysa 6’ya park edilir.</w:t>
      </w:r>
    </w:p>
    <w:p>
      <w:r>
        <w:t>4 majör açışına ortak Dbl derse, buna cevap vermek opsiyoneldir.</w:t>
      </w:r>
    </w:p>
    <w:p>
      <w:r>
        <w:t>Dengelli el ile P geçilebilir.</w:t>
      </w:r>
    </w:p>
    <w:p>
      <w:r>
        <w:t>15-16 Hp bir renk ile oyun açan, ortağı cevap verdikten sonra ikinci rengini söylediğinde Reverse olacaksa, ya da elinde tek varsa 1NT rebid etmez, ilk rengini tekrar eder.</w:t>
      </w:r>
    </w:p>
    <w:p>
      <w:r>
        <w:t>Çünkü renk tekrarı 13-16Hp’dir, ama 1NT rebidi 12-14Hp’dir.</w:t>
      </w:r>
    </w:p>
    <w:p>
      <w:r>
        <w:t>01.12.2023 ♣♦♠♥</w:t>
      </w:r>
    </w:p>
    <w:p>
      <w:r>
        <w:t>Q83</w:t>
        <w:br/>
        <w:t>TX            AVX</w:t>
        <w:br/>
        <w:t>K97XX</w:t>
        <w:br/>
        <w:t>Taraflardan hangisi bu rengi oynamaya başlarsa o kaybeder.</w:t>
      </w:r>
    </w:p>
    <w:p>
      <w:r>
        <w:t>Çünkü tüm taraflarda birer onör var.</w:t>
      </w:r>
    </w:p>
    <w:p>
      <w:r>
        <w:t>Bu rengi oynamaya rakip başlarsa daha fazla el alınır.</w:t>
      </w:r>
    </w:p>
    <w:p>
      <w:r>
        <w:t>Cevapçı Dbl atıp renk söylerse zayıftır.</w:t>
      </w:r>
    </w:p>
    <w:p>
      <w:r>
        <w:t>Araya giren Dbl atıp renk söylerse kuvvetlidir.</w:t>
      </w:r>
    </w:p>
    <w:p>
      <w:r>
        <w:t>1♠                2♥</w:t>
        <w:br/>
        <w:t>4♥ ♥’ü tutuyorum,El min.</w:t>
      </w:r>
    </w:p>
    <w:p>
      <w:r>
        <w:t>3♥ ♥’ü tutuyorum,El iyi.</w:t>
      </w:r>
    </w:p>
    <w:p>
      <w:r>
        <w:t>09.12.2023 ♣♦♠♥</w:t>
      </w:r>
    </w:p>
    <w:p>
      <w:r>
        <w:t>Tüm dengeli ve yarı dengeli eller ve 5-4-3-1’lerle Zone ilan ettiğinde (4♥/4♠) rakipler 5 derse, 5’e çıkılmaz. 09.12.2023 ♣♦♠♥</w:t>
      </w:r>
    </w:p>
    <w:p>
      <w:r>
        <w:t>Tüm dengeli ve yarı dengeli eller ve 5-4-3-1’lerle rakipler 5 dediğinde 5 denmez</w:t>
      </w:r>
    </w:p>
    <w:p>
      <w:r>
        <w:br/>
        <w:t>NT oynarken uzun renkte (6’lı renk) A varsa, eli değerlendirirken 2 puan daha eklenebilir.</w:t>
      </w:r>
    </w:p>
    <w:p>
      <w:r>
        <w:t>Ortak 1NT açtığında AQTXXX bir renk varsa 3NT denebilir.</w:t>
      </w:r>
    </w:p>
    <w:p>
      <w:r>
        <w:t>Ortak 1NT açtığında elde ♣AJXXXX varsa,</w:t>
        <w:br/>
        <w:t>2♠ ile ♣’e transfer edilir.</w:t>
      </w:r>
    </w:p>
    <w:p>
      <w:r>
        <w:t>Ortak 3♣ derse P denir,</w:t>
        <w:br/>
        <w:t>ama ortak 2NT ile transferi kırarsa 3NT denir.</w:t>
      </w:r>
    </w:p>
    <w:p>
      <w:r>
        <w:t>1NT                            2♠♣’e transfer</w:t>
        <w:br/>
        <w:t>2NTtransferi kırdı     3NT</w:t>
      </w:r>
    </w:p>
    <w:p/>
    <w:p>
      <w:r>
        <w:t>1♦       1♠        2♠       Dbl ’’♠‘te büyük onör var,atak edebilirsin’’</w:t>
      </w:r>
    </w:p>
    <w:p>
      <w:r>
        <w:br/>
        <w:t>2 açışlarında açılan renk çok iyi, yanındaki 4’lü major kötü ise 2 renk açışı yapılabilir.</w:t>
      </w:r>
    </w:p>
    <w:p>
      <w:r>
        <w:t>(daha önce yanında 4’lü major varsa açmıyorduk)</w:t>
      </w:r>
    </w:p>
    <w:p>
      <w:r>
        <w:br/>
        <w:t>İyi Majör renk varsa,puan 17’nin altında ise, Dbl ile araya girmek yerine renk ile araya girilmesi tercih edilir.</w:t>
      </w:r>
    </w:p>
    <w:p>
      <w:r>
        <w:t>NT’de 3’lüden atak ediliyorsa,elde de sıra varsa (T9X) büyük çıkılır.</w:t>
      </w:r>
    </w:p>
    <w:p>
      <w:r>
        <w:t>Oyun açan oyuncu,ortağı cevap verdi ise, rakip de araya girerse</w:t>
        <w:br/>
        <w:t>(2♠’e kadar) Dbl diyerek fit kontru atar.</w:t>
      </w:r>
    </w:p>
    <w:p>
      <w:r>
        <w:t>(Senin rengin bende 3’lü)</w:t>
        <w:br/>
        <w:t>1♦       P        1♥       1♠</w:t>
        <w:br/>
        <w:t>Dbl Üçlü♥var</w:t>
      </w:r>
    </w:p>
    <w:p>
      <w:r>
        <w:t>Ama koz adedi önemlidir.</w:t>
      </w:r>
    </w:p>
    <w:p>
      <w:r>
        <w:t>2 renkte toplam kart adedi 11 ise 5 denir,</w:t>
        <w:br/>
        <w:t>2 renkte toplam 10 kart varsa ortadadır,zon durumuna,rakip rengin kısa olup olmayışına göre karar verilir.</w:t>
      </w:r>
    </w:p>
    <w:p>
      <w:r>
        <w:t>Majör açıldıktan sonra rakip araya girerse ortağın cue-bid etmesi Zone Forsing’dir.</w:t>
      </w:r>
    </w:p>
    <w:p>
      <w:r>
        <w:t>1♠      2♣      3♣  Zone Forsing</w:t>
      </w:r>
    </w:p>
    <w:p/>
    <w:p>
      <w:r>
        <w:t>1 Majör açıldığında, ortak 2NT ile davet ederse;</w:t>
        <w:br/>
        <w:t>eğer elde 5-5 iki renk varsa,puan eksik olsa bile zone ilen edilir.</w:t>
      </w:r>
    </w:p>
    <w:p>
      <w:r>
        <w:t>Dengeli el varsa, puan limitlerine uyarak konuşulur,</w:t>
        <w:br/>
        <w:t>5-5 kart varsa, arada kalındığında hep zone deklare edilir.</w:t>
      </w:r>
    </w:p>
    <w:p>
      <w:r>
        <w:t>QJXX     El yer geçişi sorunu yoksa, önce A çekilir</w:t>
        <w:br/>
        <w:t>sonra 2 kez Q’a ve J’ye doğru oynanır.</w:t>
      </w:r>
    </w:p>
    <w:p>
      <w:r>
        <w:t>(Onörlere doğru oynanır)</w:t>
        <w:br/>
        <w:t>AXX  El yer geçişinde problem varsa,A çekmeden onörlere doğru oynanır</w:t>
      </w:r>
    </w:p>
    <w:p>
      <w:r>
        <w:br/>
        <w:t>NT ataklarında, yerin rengini çıkmak için elde 4 onör olması gerekir.</w:t>
      </w:r>
    </w:p>
    <w:p>
      <w:r>
        <w:t>QJT9 veya KVT9</w:t>
      </w:r>
    </w:p>
    <w:p>
      <w:r>
        <w:br/>
        <w:t>1NT                                                     2♥♠’e transfer</w:t>
        <w:br/>
        <w:t>2NTTransferi kırar                        3♥Re transfer</w:t>
        <w:br/>
        <w:t>3♠                                                          P</w:t>
      </w:r>
    </w:p>
    <w:p>
      <w:r>
        <w:t>18.02.2023 ♣♦♠♥</w:t>
      </w:r>
    </w:p>
    <w:p>
      <w:r>
        <w:t>1♦             1♠</w:t>
        <w:br/>
        <w:t>2♦             2♥ Forsing değil</w:t>
        <w:br/>
        <w:t>P diyebilir</w:t>
        <w:br/>
        <w:t>-----------------------------------------------------------------------------------</w:t>
        <w:br/>
        <w:t>1♦             1♠</w:t>
        <w:br/>
        <w:t>2♦             3♣ Pas demesini istemiyorsa, elinde olmamasına rağmen ♣diyebilir</w:t>
      </w:r>
    </w:p>
    <w:p/>
    <w:p>
      <w:r>
        <w:t>2 açışı yapan 5-6 el, 3 açışı yapan 6-7 el alır diye kabul edilir.</w:t>
      </w:r>
    </w:p>
    <w:p>
      <w:r>
        <w:t>2 açışından sonra davet eli varsa 2NT diyerek ‘’nasılsın,iyi misin?’’ diye sorulur.</w:t>
      </w:r>
    </w:p>
    <w:p>
      <w:r>
        <w:t>’’İyiyim’’ derse yani rengini tekrar etmez,başka birşey söylerse 6 el alır diye kabul edilir.</w:t>
      </w:r>
    </w:p>
    <w:p>
      <w:r>
        <w:t>3 açışından sonra ise davete yer kalmaz.</w:t>
      </w:r>
    </w:p>
    <w:p>
      <w:r>
        <w:t>2-3 açışlarından sonra puan hesabı yapılmaz,alıcı el hesabı yapılır.</w:t>
      </w:r>
    </w:p>
    <w:p>
      <w:r>
        <w:t>Ortak 3♥açtığında cevapçıda ♥XXX ve 3A varsa zona gider 4♥der.</w:t>
      </w:r>
    </w:p>
    <w:p>
      <w:r>
        <w:t>Aynı el ile 1♥ açışına  4♥ demez.</w:t>
      </w:r>
    </w:p>
    <w:p>
      <w:r>
        <w:t>Elde AK varken önce K çıkıp, sonra başka bir rengi oynamak o renk singleton demektir.</w:t>
      </w:r>
    </w:p>
    <w:p>
      <w:r>
        <w:t>A çıkıp başka bir renk oynarsa o renk doubleton demektir.</w:t>
      </w:r>
    </w:p>
    <w:p>
      <w:r>
        <w:t>♠ATXX</w:t>
        <w:tab/>
        <w:t>♠J</w:t>
        <w:br/>
        <w:t>♥VXXX                                 ♥QTX</w:t>
        <w:br/>
        <w:t>♦QXX                                   ♦AKXX</w:t>
        <w:br/>
        <w:t>♣XX                                      ♣QXXX</w:t>
        <w:br/>
        <w:t>Dummy</w:t>
      </w:r>
    </w:p>
    <w:p>
      <w:r>
        <w:t>Bu elde öncelikle ♣ oynayıp, ♣’i yere çaktırmaya çalışmalı.</w:t>
      </w:r>
    </w:p>
    <w:p>
      <w:r>
        <w:t>Reverse sıçrayarak yapılırsa 6-5 El gösterir ama Reverse yapacak el kadar puan yoktur.</w:t>
      </w:r>
    </w:p>
    <w:p>
      <w:r>
        <w:t>♠A</w:t>
        <w:br/>
        <w:t>♥X</w:t>
        <w:br/>
        <w:t>♦KQTXX</w:t>
        <w:br/>
        <w:t>♣KT987X</w:t>
        <w:br/>
        <w:t>Bu el ile 1♣ açar , ortak 1♥ deyince 3♦der</w:t>
        <w:br/>
        <w:t>2. renk açış renginden daha büyük ve sıçrayarak RVS yapılıyorsa</w:t>
        <w:br/>
        <w:t>renkler 6-5,  puan normal açış puanı kabul edilir.</w:t>
      </w:r>
    </w:p>
    <w:p>
      <w:r>
        <w:t>1♥                1NT</w:t>
        <w:br/>
        <w:t>3♠ Jump yaparak Reverse 6’lı ♥,5’li ♠, puan 12-15</w:t>
        <w:br/>
        <w:t>1♣                1♥                 1♣                1♠</w:t>
        <w:br/>
        <w:t>3♦ 6’lı ♣,5’li ♦                 3♥6’lı ♣,5’li ♥</w:t>
      </w:r>
    </w:p>
    <w:p>
      <w:r>
        <w:t>02.03.2023 ♣♦♠♥</w:t>
      </w:r>
    </w:p>
    <w:p>
      <w:r>
        <w:t>Büyük rengi sıçrayarak söylemek yani sıçrayarak Reverse yapmak, Reverse yapacak kadar puan yok 6-5 renk var demektir.</w:t>
      </w:r>
    </w:p>
    <w:p>
      <w:r>
        <w:t>1♠             2♣</w:t>
        <w:br/>
        <w:t>2♦             2NT ♠fiti yok, ♦fiti de yok,elini anlatmaya devam et</w:t>
        <w:br/>
        <w:t>-----------------------------------------------------------------------------------</w:t>
        <w:br/>
        <w:t>1♠             2♣</w:t>
        <w:br/>
        <w:t>2♦             3♠ Slam’e karalı</w:t>
      </w:r>
    </w:p>
    <w:p/>
    <w:p/>
    <w:p>
      <w:r>
        <w:t>Double’a cevap verirken :</w:t>
      </w:r>
    </w:p>
    <w:p>
      <w:r>
        <w:t>Sıçramadan  0-9 Puan</w:t>
        <w:br/>
        <w:t>Sıçrayarak    10-12 Puan</w:t>
        <w:br/>
        <w:t>Cue-bid        13+ Puan</w:t>
      </w:r>
    </w:p>
    <w:p/>
    <w:p/>
    <w:p>
      <w:r>
        <w:br/>
        <w:t>1♣                            2♣ Inverted Minor,4’lü Majör yok,5’li♣,11+p</w:t>
        <w:br/>
        <w:t>2♦5’li♣, 4’lü♦,14+P</w:t>
        <w:br/>
        <w:t>2♥5’li♣, 4’lü♥,14+P</w:t>
        <w:br/>
        <w:t>2♠5’li♣, 4’lü♠,14+P</w:t>
        <w:br/>
        <w:t>2NTDengeli El,4’lü majör olabilir,13-14P</w:t>
        <w:br/>
        <w:t>3♣5-6’lı♣,Min.,dengesiz el,11-13P</w:t>
        <w:br/>
        <w:t>3♦♦Tek</w:t>
        <w:br/>
        <w:t>3♥♥Tek</w:t>
        <w:br/>
        <w:t>3♠♠Tek</w:t>
        <w:br/>
        <w:t>3NTDengeli El,4’lü majör olabilir,18-19P</w:t>
        <w:br/>
        <w:t>4♣♣’den slam’e gidelim</w:t>
      </w:r>
    </w:p>
    <w:p/>
    <w:p>
      <w:r>
        <w:br/>
        <w:t>Rakipler bir renkte tutuşup, kuvvetli olduklarında elde iyi bir renk varsa araya girilebilir.</w:t>
      </w:r>
    </w:p>
    <w:p>
      <w:r>
        <w:t>Bu ortağın o rengi atak etmesini sağlamak için yapılır.</w:t>
      </w:r>
    </w:p>
    <w:p>
      <w:r>
        <w:t>04.03.2023 ♣♦♠♥</w:t>
      </w:r>
    </w:p>
    <w:p>
      <w:r>
        <w:t>2NT açanın ortağı 2.konuşmasında 4NT derse KANTİTATİF’dir.</w:t>
      </w:r>
    </w:p>
    <w:p>
      <w:r>
        <w:t>2NT              3♣</w:t>
        <w:br/>
        <w:t>3♥            4NTKantitatif  ♥’ü tutmuyor, slam daveti</w:t>
      </w:r>
    </w:p>
    <w:p>
      <w:r>
        <w:t>--------------------------------------------------------------------------------------------</w:t>
        <w:br/>
        <w:t>2NT açanın ortağı key card sormak istediğinde önce</w:t>
        <w:br/>
        <w:t>3 ya da 4 seviyesinde Ters Majörü söyler,</w:t>
        <w:br/>
        <w:t>sonra 4NT ile key card sorar.</w:t>
      </w:r>
    </w:p>
    <w:p>
      <w:r>
        <w:t>Sonra isterse kontrol gösterir ya da keycard sorar</w:t>
      </w:r>
    </w:p>
    <w:p>
      <w:r>
        <w:t>2NT              3♣</w:t>
        <w:br/>
        <w:t>3♥           3♠♥’ü tutuyor, birazdan 4NT ile key card soracak</w:t>
      </w:r>
    </w:p>
    <w:p/>
    <w:p>
      <w:r>
        <w:t>P          1♠       P        2NT  4’lü fit,davet eli 11-12P</w:t>
        <w:br/>
        <w:t>Açanın ortağı 2NT derse 4’lü fit olmalı</w:t>
        <w:br/>
        <w:t>-----------------------------------------------------------------------------------</w:t>
        <w:br/>
        <w:t>1♥      1♠     2♥       2NT 3 ya da 4’lü fit,davet eli,10-12P</w:t>
        <w:br/>
        <w:t>Araya girenin ortağı 2NT derse 3’lü fit de olabilir.</w:t>
      </w:r>
    </w:p>
    <w:p>
      <w:r>
        <w:t>Double’a cevap verirken, hem renk hem de güç anlatılır :</w:t>
      </w:r>
    </w:p>
    <w:p>
      <w:r>
        <w:t>Sıçramadan  0-9 Puan</w:t>
        <w:br/>
        <w:t>Sıçrayarak    10-12 Puan</w:t>
        <w:br/>
        <w:t>Cue-bid        13+ Puan</w:t>
      </w:r>
    </w:p>
    <w:p>
      <w:r>
        <w:t>Puan sayarken dağılım puanları da eklenir, bir renkte toplam 8 adet bulunursa, ona da 1 puan eklenir.</w:t>
      </w:r>
    </w:p>
    <w:p>
      <w:r>
        <w:t>1♣      Dbl        P      1NT    7-10P, 4’lü Majör yok.</w:t>
      </w:r>
    </w:p>
    <w:p>
      <w:r>
        <w:t>2NT  11-12P, 4’lü Majör yok</w:t>
        <w:br/>
        <w:t>3NT  13-16P, 4’lü Majör yok</w:t>
        <w:br/>
        <w:t>3♣   5-5 Majörler,davet eli</w:t>
        <w:br/>
        <w:t>4♣   5-5 Majörler,Zone kesin</w:t>
        <w:br/>
        <w:t>4♥   6-7 adet ♥,oynamak istiyor</w:t>
      </w:r>
    </w:p>
    <w:p>
      <w:r>
        <w:t>2 Mart 2024 Cumartesi ders notları</w:t>
      </w:r>
    </w:p>
    <w:p>
      <w:r>
        <w:t>Major açışına cevapçı önce 1 NT, sonra 2 NT dediğinde 11-12 puan ve fit yok demektir.</w:t>
      </w:r>
    </w:p>
    <w:p>
      <w:r>
        <w:t>20-22 puanın varken elinde 5-4-2-2 dağılım varsa NT açmak için tereddüt etme.</w:t>
      </w:r>
    </w:p>
    <w:p>
      <w:r>
        <w:t>Keycard sorduktan sonra, tek as dışarıda ise 6 oynamak gerikir.</w:t>
      </w:r>
    </w:p>
    <w:p>
      <w:r>
        <w:t>Minör açtığında, rengi tekrarlayabilmen için elinin dengesiz  ve/veya yarı dengeli olması gerekir.</w:t>
      </w:r>
    </w:p>
    <w:p>
      <w:r>
        <w:t>5-3-2-2 dengelidir ve NT açar.</w:t>
      </w:r>
    </w:p>
    <w:p>
      <w:r>
        <w:t>Cevapçı; 4.</w:t>
      </w:r>
    </w:p>
    <w:p>
      <w:r>
        <w:t>Renk yaparsa, ortak devam et, elini anlat demek ister ve bu 4.</w:t>
      </w:r>
    </w:p>
    <w:p>
      <w:r>
        <w:t>Renk bir şey tarif etmez.</w:t>
      </w:r>
    </w:p>
    <w:p>
      <w:r>
        <w:t>Zon kesin, elini anlat ve önce benim renklerimden başlayarak anlat demektedir.</w:t>
      </w:r>
    </w:p>
    <w:p>
      <w:r>
        <w:t>Cevapçı; tutuş, tekrar ve NT dediğinde pas geçilebilir.</w:t>
      </w:r>
    </w:p>
    <w:p>
      <w:r>
        <w:t>2/1 yapıldıktan sonra tutuş tekrar ve 2nt forcing’dir.</w:t>
      </w:r>
    </w:p>
    <w:p>
      <w:r>
        <w:t>Pas geçilemez.</w:t>
      </w:r>
    </w:p>
    <w:p>
      <w:r>
        <w:t>Dolayısıyla ortağı konuşturmak için yapay konuşulmaz.</w:t>
      </w:r>
    </w:p>
    <w:p>
      <w:r>
        <w:t>06.01.2024 ♣♦♠♥</w:t>
      </w:r>
    </w:p>
    <w:p>
      <w:r>
        <w:t>Koz ♠</w:t>
        <w:br/>
        <w:t>4NT key card sorar     5♣ 4 veya 1 key card var</w:t>
        <w:br/>
        <w:t>5♦Koz Q’ı var mı?</w:t>
      </w:r>
    </w:p>
    <w:p>
      <w:r>
        <w:t>5♠ Koz Q yok,diğer renklerde K da yok</w:t>
        <w:br/>
        <w:t>5♥ Koz Q var,♥K veya ♣K ve♦K var</w:t>
        <w:br/>
        <w:t>6♣ Koz Q var, ♣K veya ♦K ve♥K var</w:t>
        <w:br/>
        <w:t>6♦ Koz Q var,♦K veya ♣K ve♥K var</w:t>
        <w:br/>
        <w:t>6♥ Koz Q var, ♥K veya ♣K ve♦K var</w:t>
        <w:br/>
        <w:t>6♠ Koz Q var, diğer renklerde K yok</w:t>
        <w:br/>
        <w:t>Özetle;</w:t>
        <w:br/>
        <w:t>Key Card sorduktan sonra cevabın bir üstü ile koz Q sorulur.</w:t>
      </w:r>
    </w:p>
    <w:p>
      <w:r>
        <w:t>Koz Q ‘a cevap verirken K’lar da belirtilir.</w:t>
      </w:r>
    </w:p>
    <w:p>
      <w:r>
        <w:t>Koz Q yoksa koza dönülür.</w:t>
      </w:r>
    </w:p>
    <w:p>
      <w:r>
        <w:t>Koz Q var ise, 1 tane K varsa adıyla söylenir,2 tane K varsa   olmayan söylenir.</w:t>
      </w:r>
    </w:p>
    <w:p>
      <w:r>
        <w:t>1♠             1NT</w:t>
        <w:br/>
        <w:t>2♣           3♣Mutlaka iyi 5’li olmalı</w:t>
      </w:r>
    </w:p>
    <w:p>
      <w:r>
        <w:br/>
        <w:t>1♦             1♠</w:t>
        <w:br/>
        <w:t>1NT           2♥Forsing değil, 2♥oynamak istiyor</w:t>
        <w:br/>
        <w:t>2♣Forsing (yeni minor forsing’dir)</w:t>
      </w:r>
    </w:p>
    <w:p/>
    <w:p>
      <w:r>
        <w:t>1♦             2♣</w:t>
        <w:br/>
        <w:t>2NT  Hiç bir kuvvet göstermez, ‘dengeliyim’ demektir.</w:t>
      </w:r>
    </w:p>
    <w:p>
      <w:r>
        <w:t>11.01.2024 ♣♦♠♥</w:t>
      </w:r>
    </w:p>
    <w:p>
      <w:r>
        <w:br/>
        <w:t>Kozda buluştuktan sonra Zone ümid eden oyuncu kendi rengini tekrarlamaz!!!</w:t>
      </w:r>
    </w:p>
    <w:p>
      <w:r>
        <w:t>1♦         1♥        P          2♥</w:t>
        <w:br/>
        <w:t>Dbl          RDbl veya başka bir renk</w:t>
      </w:r>
    </w:p>
    <w:p>
      <w:r>
        <w:t>Ortak P’dan geliyorsa ve/veya</w:t>
        <w:br/>
        <w:t>El çok min ise</w:t>
        <w:br/>
        <w:t>1Majör                  1NT (Forcing NT  5-12Hp)</w:t>
        <w:br/>
        <w:t>P denebilir</w:t>
      </w:r>
    </w:p>
    <w:p>
      <w:r>
        <w:br/>
        <w:t>QXX     A’ın karşısından önce V’yi sonra K’yı ezmek üzere oynanır</w:t>
        <w:br/>
        <w:t>Önce X oynanır, 9 konur</w:t>
        <w:br/>
        <w:t>AT9XX   sonra Q oynanır X verilir</w:t>
      </w:r>
    </w:p>
    <w:p/>
    <w:p>
      <w:r>
        <w:t>1♥             2♦          2♥         3♦</w:t>
        <w:br/>
        <w:t>DblDavet, 4♥ oynayalım mı?</w:t>
      </w:r>
    </w:p>
    <w:p>
      <w:r>
        <w:t>3♥3♥ oynayalım</w:t>
        <w:br/>
        <w:t>3♠/3NT/4♣/4♦ Slam için</w:t>
      </w:r>
    </w:p>
    <w:p>
      <w:r>
        <w:br/>
        <w:t>NT oynanırken bu renk nasıl oynanır?</w:t>
      </w:r>
    </w:p>
    <w:p>
      <w:r>
        <w:t>Niye?</w:t>
      </w:r>
    </w:p>
    <w:p>
      <w:r>
        <w:t>AQT9XX     A’ın karşısından X oynanır ve Q konur.</w:t>
      </w:r>
    </w:p>
    <w:p>
      <w:r>
        <w:t>9 yerine Q koymamızın sebebi elde tek olduğu için</w:t>
        <w:br/>
        <w:t>X              bir kez daha empas yapma şansı olmadığındandır.</w:t>
      </w:r>
    </w:p>
    <w:p>
      <w:r>
        <w:t>Tek olmasaydı,önce V’ye sonra K’ya empas yapılırdı.</w:t>
      </w:r>
    </w:p>
    <w:p>
      <w:r>
        <w:t>Burada ise 9 koyulduğunda K çıksa bile,hala V’ye verilir</w:t>
      </w:r>
    </w:p>
    <w:p>
      <w:r>
        <w:br/>
        <w:t>4-4-4-1 Eller ya 5-4 gibi anlatılır ya da dengeli gibi anlatılır.</w:t>
      </w:r>
    </w:p>
    <w:p>
      <w:r>
        <w:t>Tam olarak doğru anlatmak mümkün değildir.</w:t>
      </w:r>
    </w:p>
    <w:p>
      <w:r>
        <w:t>1♦             2♣</w:t>
        <w:br/>
        <w:t>2♥5’li♦,4’lü♥</w:t>
        <w:br/>
        <w:t>2NT  Dengeli</w:t>
        <w:br/>
        <w:t>3♦5’li♦</w:t>
      </w:r>
    </w:p>
    <w:p>
      <w:r>
        <w:t>1♣             1♥</w:t>
        <w:br/>
        <w:t>1NT              2♥  5’li♥ ve singleton varsa</w:t>
        <w:br/>
        <w:t>2♥  5’li♥,singleton yok ama renk kaliteli</w:t>
        <w:br/>
        <w:t>P    5’li♥ var ama tek yok ve renk kaliteli değil</w:t>
      </w:r>
    </w:p>
    <w:p>
      <w:r>
        <w:br/>
        <w:t>4.konumdayken, 3 PAS’tan sonra 10-11Hp ile oyun açılabilir ama elde ♠ tek ise oyun açmak tercih edilmez.</w:t>
      </w:r>
    </w:p>
    <w:p>
      <w:r>
        <w:t>Ortak Majör açtığında, araya girilince yapılan Cue-bid</w:t>
        <w:br/>
        <w:t>Zone kesin anlamına gelir.</w:t>
      </w:r>
    </w:p>
    <w:p>
      <w:r>
        <w:t>Ortak Minör açmışsa, araya girilince yapılan Cue-bid;</w:t>
        <w:br/>
        <w:t>Davet+ (Davet ya da fazlası) anlamına gelir.</w:t>
      </w:r>
    </w:p>
    <w:p>
      <w:r>
        <w:t>14.01.2024 ♣♦♠♥</w:t>
        <w:br/>
        <w:t>Sıçrayarak Cue-bid ortağının rengini tutuyor ve açışa yakın puan var anlamına gelir.</w:t>
      </w:r>
    </w:p>
    <w:p>
      <w:r>
        <w:t>Normal (Sıçramadan Cue-bid ortağının rengini tutuyor ve açış puanı var anlamına gelir.</w:t>
      </w:r>
    </w:p>
    <w:p>
      <w:r>
        <w:t>Koz atak edilmesi tercih edilen durumlar:</w:t>
        <w:br/>
        <w:t>Rakipler ikinci kozlarında kaldıklarında</w:t>
        <w:br/>
        <w:t>Çok düşük seviyede bir koz oynuyoralarsa;</w:t>
        <w:br/>
        <w:t>1♣       Dbl        P          P (Dbl’a P gelince ortakta kozun uzun olduğu belli)</w:t>
      </w:r>
    </w:p>
    <w:p>
      <w:r>
        <w:t>Ortağın dengesiz olduğu biliniyorsa, Cover Card’lar olmadan yükseltilmez.</w:t>
      </w:r>
    </w:p>
    <w:p>
      <w:r>
        <w:t>2NT                  3♥♠’e transfer</w:t>
        <w:br/>
        <w:t>4♣ Transferi kırar, ♦veya ♥’de kontrol yok.</w:t>
      </w:r>
    </w:p>
    <w:p>
      <w:r>
        <w:t>4♦Transferi kırar, ♣’de kontrol yok.</w:t>
      </w:r>
    </w:p>
    <w:p>
      <w:r>
        <w:t>4♠ Transferi kırar,her renkte kontrol var.</w:t>
      </w:r>
    </w:p>
    <w:p>
      <w:r>
        <w:t>Transferi almadıysa, ortağa fit var demektir.</w:t>
      </w:r>
    </w:p>
    <w:p>
      <w:r>
        <w:t>WALSH</w:t>
        <w:br/>
        <w:t>1♣              1♦</w:t>
        <w:br/>
        <w:t>1NT  Açanda dengeli el varsa Majörünü saklar.</w:t>
      </w:r>
    </w:p>
    <w:p>
      <w:r>
        <w:t>1♥/1♠ 5’li ♣, 4’lü major (♥/♠)</w:t>
        <w:br/>
        <w:t>5-4 Elle ya da 4-4-1 El vardır</w:t>
      </w:r>
    </w:p>
    <w:p>
      <w:r>
        <w:br/>
        <w:t>1♣              1♠</w:t>
        <w:br/>
        <w:t>3♣              3♦/3♥/3♠/4♣ Zondan önce durulmaz</w:t>
        <w:br/>
        <w:t>P YOK!</w:t>
      </w:r>
    </w:p>
    <w:p>
      <w:r>
        <w:t>Cevapçı kendi rengini tekrarlasa dahi Forcing’dir.</w:t>
      </w:r>
    </w:p>
    <w:p>
      <w:r>
        <w:t>NT’cu 14-15 Hp varsa,4’lü majör olsa bile 2NT diyebilir.</w:t>
      </w:r>
    </w:p>
    <w:p>
      <w:r>
        <w:t>Sonra Re-transfer yapılabilir.</w:t>
      </w:r>
    </w:p>
    <w:p>
      <w:r>
        <w:t>1 Majör açışına ;</w:t>
        <w:br/>
        <w:t>5Hp, Dengesiz El varsa Pas geçilmemeli, 1NT denilmelidir.</w:t>
      </w:r>
    </w:p>
    <w:p>
      <w:r>
        <w:t>5HP, Dengeli El varsa Pas geçilmelidir.</w:t>
      </w:r>
    </w:p>
    <w:p>
      <w:r>
        <w:t>Koz Oyununa 3.</w:t>
      </w:r>
    </w:p>
    <w:p>
      <w:r>
        <w:t>Ve 5.’den atak edildiğinde, tıpkı NT’daki 11 kuralı gibi 10-12 Kuralı vardır.</w:t>
      </w:r>
    </w:p>
    <w:p>
      <w:r>
        <w:t>5.’den atak edildiyse, diğer 3 kişide atak edilen kartın üzerinde kaç kart olduğu 10’dan çıkartarak, 3.den atak edildiyse, 12’den çıkartarak bulunabilir.</w:t>
      </w:r>
    </w:p>
    <w:p>
      <w:r>
        <w:t>Kendi elindeki ve yerdekilerin toplamını düşünce oynayanın elinde atak edilen markanın üzerine kaç adet olduğu bulunur.</w:t>
      </w:r>
    </w:p>
    <w:p>
      <w:r>
        <w:t>21.01.2024 ♣♦♠♥</w:t>
        <w:br/>
        <w:t>Zayıf 2 açılışlarında puan hesabıyla yola çıkılırsa hiç bir zaman Zone yapılamaz.</w:t>
      </w:r>
    </w:p>
    <w:p>
      <w:r>
        <w:t>Cover card’lar sayılmalıdır.</w:t>
      </w:r>
    </w:p>
    <w:p>
      <w:r>
        <w:t>Koz fitlerinde;</w:t>
        <w:br/>
        <w:t>3♥/3♠ deklaresinin, 4♥/4♠’e göre daha kuvvetli olduğu yer Zone’un kesin olduğu deklarasyonlardadır.</w:t>
      </w:r>
    </w:p>
    <w:p>
      <w:r>
        <w:t>Örneğin 2 over 1 yaparak baştan Zone oynanacağı belli olmuştur.</w:t>
      </w:r>
    </w:p>
    <w:p>
      <w:r>
        <w:t>1♠      1NT</w:t>
        <w:br/>
        <w:t>2♥     3♥  Fit var, Davet</w:t>
        <w:br/>
        <w:t>4♥  Fit var, 11-12Hp var, Zone oynarız.</w:t>
      </w:r>
    </w:p>
    <w:p>
      <w:r>
        <w:t>4♥  Fit var, 12-13Tp Min El var.</w:t>
      </w:r>
    </w:p>
    <w:p>
      <w:r>
        <w:t>21.01.2024 ♣♦♠♥</w:t>
      </w:r>
    </w:p>
    <w:p>
      <w:r>
        <w:br/>
        <w:t>Zayıf 2 açılışlarında puan hesabıyla yola çıkılırsa hiç bir zaman Zone yapılamaz.</w:t>
      </w:r>
    </w:p>
    <w:p>
      <w:r>
        <w:t>A97543</w:t>
        <w:br/>
        <w:t>A çekmeden Q’a doğru oynanır.</w:t>
      </w:r>
    </w:p>
    <w:p>
      <w:r>
        <w:t>Q2</w:t>
        <w:br/>
        <w:t>---------------------------------------------------------------</w:t>
        <w:br/>
        <w:t>Q8        Yerden 8 ile başlanır,elden X konur</w:t>
        <w:br/>
        <w:t>Sonra Q oynanır, elden X konur.</w:t>
      </w:r>
    </w:p>
    <w:p>
      <w:r>
        <w:t>AT9543</w:t>
        <w:br/>
        <w:t>---------------------------------------------------------------</w:t>
        <w:br/>
        <w:t>AQT9 varsa ezmeye çalışılır.</w:t>
      </w:r>
    </w:p>
    <w:p>
      <w:r>
        <w:t>Sıra yoksa Q’a doğru oynanır.</w:t>
      </w:r>
    </w:p>
    <w:p>
      <w:r>
        <w:t>Sıra varsa ezmeye çalışılır.</w:t>
      </w:r>
    </w:p>
    <w:p>
      <w:r>
        <w:t>17 Hp varsa ve 6’lı güzel renk varsa, önce renk açılır,sonra 2NT denir.</w:t>
      </w:r>
    </w:p>
    <w:p>
      <w:r>
        <w:t>Aşağıdaki el ile 1♦açılmalıdır</w:t>
        <w:br/>
        <w:t>♠AX</w:t>
        <w:br/>
        <w:t>♥QX</w:t>
        <w:br/>
        <w:t>♦AKQXXX</w:t>
        <w:br/>
        <w:t>♣QXX</w:t>
      </w:r>
    </w:p>
    <w:p>
      <w:r>
        <w:t>Yerde onör olunca ona göre davranılır.Hemen büyük onör konmaz.</w:t>
      </w:r>
    </w:p>
    <w:p>
      <w:r>
        <w:t>JXX</w:t>
        <w:br/>
        <w:t xml:space="preserve">Q9XX     </w:t>
        <w:tab/>
        <w:t>KT8X</w:t>
        <w:br/>
        <w:t>Batı X atak eder, yer X koyunca, Doğu K değil T koyar.</w:t>
      </w:r>
    </w:p>
    <w:p>
      <w:r>
        <w:t>Defanstayken uzun koza sahip olunduğunda, uzun renk atak edilir ki, oynayan çaksın.</w:t>
      </w:r>
    </w:p>
    <w:p>
      <w:r>
        <w:t>NT oynanırken, rakipte sağ kartlar varsa,</w:t>
        <w:br/>
        <w:t>bir renkten empas yapmak yerine,</w:t>
        <w:br/>
        <w:t>diğer renkte o rengin büyüğünü çıkartıp, kendine alıcı kart bırakmak genellikle daha iyidir.</w:t>
      </w:r>
    </w:p>
    <w:p>
      <w:r>
        <w:t>1♦        P       1♥       1♠</w:t>
        <w:br/>
        <w:t>Dbl         2NT Fit var, 11-12Tp</w:t>
        <w:br/>
        <w:t>Cue-bid 13+ Hp</w:t>
        <w:br/>
        <w:t>3♠ Puan yok, Blokatif</w:t>
      </w:r>
    </w:p>
    <w:p>
      <w:r>
        <w:br/>
        <w:t>1♠                 2♦</w:t>
        <w:br/>
        <w:t>2♠                 2NT Fit yok, elini anlatmaya devam et</w:t>
        <w:br/>
        <w:t>♠QX</w:t>
        <w:br/>
        <w:t>♥QXX</w:t>
        <w:br/>
        <w:t>♦AQJ</w:t>
        <w:br/>
        <w:t>♣QJXXX</w:t>
      </w:r>
    </w:p>
    <w:p>
      <w:r>
        <w:t>03.02.2024 ♣♦♠♥</w:t>
      </w:r>
    </w:p>
    <w:p>
      <w:r>
        <w:t>1♠           1NT</w:t>
        <w:br/>
        <w:t>3♣           4♣ Slam için</w:t>
        <w:br/>
        <w:t>5♣ Zone için</w:t>
      </w:r>
    </w:p>
    <w:p>
      <w:r>
        <w:t>X</w:t>
        <w:br/>
        <w:t>AXX</w:t>
        <w:br/>
        <w:t>KQJTX</w:t>
        <w:br/>
        <w:t>Oynayan elden T oynadığında Batıdaki oyuncu A’ını koyar.</w:t>
      </w:r>
    </w:p>
    <w:p>
      <w:r>
        <w:t>Ama A doğuda olsaydı, yerden X oynandığında A’ını koymazdı.</w:t>
      </w:r>
    </w:p>
    <w:p>
      <w:r>
        <w:t>Uzunun üzerindeki büyüğünü koyar.</w:t>
      </w:r>
    </w:p>
    <w:p>
      <w:r>
        <w:t>(koymazsa X-pas’a girer)</w:t>
        <w:br/>
        <w:t>Kısanın üzerindeki büyüğünü koymaz.</w:t>
      </w:r>
    </w:p>
    <w:p>
      <w:r>
        <w:t>Koz kontratlarında koz atak edilirse hep en küçüğü ile atak edilir.</w:t>
      </w:r>
    </w:p>
    <w:p>
      <w:r>
        <w:t>1♥      1♠      2♠ Cue-bid ♥’ü tutuyor</w:t>
        <w:br/>
        <w:t>Dbl♥’ü tutmuyor</w:t>
      </w:r>
    </w:p>
    <w:p>
      <w:r>
        <w:t>3♦       3NT         P          4♥ Transfer (min.6 adet♠olmalı)</w:t>
        <w:br/>
        <w:t>3♦açışına 3NT ile araya giren, rakibin rengini durduruyordur</w:t>
        <w:br/>
        <w:t>Ancak tam dengeli el vaat etmez,</w:t>
        <w:br/>
        <w:t>sıkışık durumda olduğu için konuşmaya yer yoktur,</w:t>
        <w:br/>
        <w:t>bazen tekli renk bile olabilir.</w:t>
      </w:r>
    </w:p>
    <w:p>
      <w:r>
        <w:t>Aşağıdaki el 3♦açışına 3NT ile araya girmeye uygundur:</w:t>
        <w:br/>
        <w:t>♠AK</w:t>
        <w:br/>
        <w:t>♥AKJX</w:t>
        <w:br/>
        <w:t>♦ATXX</w:t>
        <w:br/>
        <w:t>♣JXX</w:t>
      </w:r>
    </w:p>
    <w:p>
      <w:r>
        <w:t>1NT açışına araya giren eller dengesizdir.</w:t>
      </w:r>
    </w:p>
    <w:p>
      <w:r>
        <w:t>Dengeli elle konuşulmaz.</w:t>
      </w:r>
    </w:p>
    <w:p>
      <w:r>
        <w:t>Ortak NT açarsa 5-5 Majör eller ya da 5-4-4 eller ile daha cesur olunur,daha az puanla konuşulabilir.</w:t>
      </w:r>
    </w:p>
    <w:p>
      <w:r>
        <w:t>08.02.2024 ♣♦♠♥</w:t>
      </w:r>
    </w:p>
    <w:p>
      <w:r>
        <w:t>1NT           2♦Min.6’lı Majör          P               2♠ P/Correct</w:t>
        <w:br/>
        <w:t>3♥min.</w:t>
      </w:r>
    </w:p>
    <w:p>
      <w:r>
        <w:t>4♥max.</w:t>
      </w:r>
    </w:p>
    <w:p>
      <w:r>
        <w:t>NT’da atak ederken eğer 3 boştan atak ediliyorsa, en büyüğü ile atak edilmelidir.</w:t>
      </w:r>
    </w:p>
    <w:p>
      <w:r>
        <w:t>Yerde KQ varken,yerin üstündeki oyuncuda AV varsa,rakipte tek olmadığından da eminse hemen almaz,bağışlar.</w:t>
      </w:r>
    </w:p>
    <w:p>
      <w:r>
        <w:t>10.02.2024 ♣♦♠♥</w:t>
      </w:r>
    </w:p>
    <w:p>
      <w:r>
        <w:t>1♣           1♠            P               1NT Limit geniş (9-12Hp)</w:t>
        <w:br/>
        <w:t>2NT 13-15Hp</w:t>
        <w:br/>
        <w:t>2♣ Cue-Bid 15+Hp</w:t>
        <w:br/>
        <w:t>1 renk açışına araya girildiğinde cevapçının puan limitleri daha yukarıda</w:t>
      </w:r>
    </w:p>
    <w:p>
      <w:r>
        <w:t>15.02.2024 ♣♦♠♥</w:t>
        <w:br/>
        <w:t>1NT           P            P               2♣ Majörler var ve tek varsa ok</w:t>
        <w:br/>
        <w:t>5-4-2-2 elle majörler iyi olmalı</w:t>
      </w:r>
    </w:p>
    <w:p>
      <w:r>
        <w:t>*** Dbl’a cevap verirken mutlaka güç de belli edilir ***</w:t>
      </w:r>
    </w:p>
    <w:p>
      <w:r>
        <w:t>AJXX     J’e doğru oynanır.</w:t>
      </w:r>
    </w:p>
    <w:p>
      <w:r>
        <w:t>Tutarsa A çekilir.</w:t>
      </w:r>
    </w:p>
    <w:p>
      <w:r>
        <w:t>QXXX</w:t>
        <w:br/>
        <w:t>-------------------------------------------------------------</w:t>
        <w:br/>
        <w:t>KXXX    Q’a doğru oynandı ve Q kazandıysa</w:t>
        <w:br/>
        <w:t>QXXX   K’ya doğru oynanmaz</w:t>
        <w:br/>
        <w:t>-------------------------------------------------------------</w:t>
        <w:br/>
        <w:t>AXX     A çekilir.</w:t>
      </w:r>
    </w:p>
    <w:p>
      <w:r>
        <w:t>Q’a doğru oynanır.</w:t>
      </w:r>
    </w:p>
    <w:p>
      <w:r>
        <w:t>QXX</w:t>
        <w:br/>
        <w:t>-------------------------------------------------------------</w:t>
        <w:br/>
        <w:t>AQXX   X oynanır,Q konur, kazanırsa A çekilir.</w:t>
      </w:r>
    </w:p>
    <w:p>
      <w:r>
        <w:t>JXX</w:t>
        <w:br/>
        <w:t>-------------------------------------------------------------</w:t>
        <w:br/>
        <w:t>AJXX        Burada sıra var.</w:t>
      </w:r>
    </w:p>
    <w:p>
      <w:r>
        <w:t>X oynanır, J ile kazanılırsa</w:t>
        <w:br/>
        <w:t>QTXX       gene ele geçip Q oynanır.</w:t>
      </w:r>
    </w:p>
    <w:p>
      <w:r>
        <w:t>X oynanır Q konur.</w:t>
      </w:r>
    </w:p>
    <w:p>
      <w:r>
        <w:t>JTXX       Sonra elden J oynanır.</w:t>
      </w:r>
    </w:p>
    <w:p>
      <w:r>
        <w:t>JTXX</w:t>
        <w:br/>
        <w:t>-------------------------------------------------------------</w:t>
        <w:br/>
        <w:t>A9XX   Q ile başlanabilir.</w:t>
      </w:r>
    </w:p>
    <w:p>
      <w:r>
        <w:t>Zarar yok gene 9’lu var.</w:t>
      </w:r>
    </w:p>
    <w:p>
      <w:r>
        <w:t>QJTX</w:t>
        <w:br/>
        <w:t>-------------------------------------------------------------</w:t>
        <w:br/>
        <w:t>AQTX     X ile başlanır, Q konur. QJTX</w:t>
        <w:br/>
        <w:t>-------------------------------------------------------------</w:t>
        <w:br/>
        <w:t>AXXX  9 yok ama Q ile başlama zorunluluğu var.</w:t>
      </w:r>
    </w:p>
    <w:p>
      <w:r>
        <w:t>JXXX       Sonra J ile gidilir.</w:t>
      </w:r>
    </w:p>
    <w:p>
      <w:r>
        <w:t>Q ile başlanır.</w:t>
      </w:r>
    </w:p>
    <w:p>
      <w:r>
        <w:t>QTXX     Sonra T’lu oynanır.</w:t>
      </w:r>
    </w:p>
    <w:p>
      <w:r>
        <w:t>3’lü sıra varsa ve el yer geçer sorunu yoksa, daha kibar oynanır, yani önce X ile başlanır.</w:t>
      </w:r>
    </w:p>
    <w:p>
      <w:r>
        <w:t>1♦     2♦(5-5 Majörler)    2♥ Rakibin vaat ettiği renklerin küçüğünü söyler, geriye kalan renklerin küçüğü var yani ♣var, FORCING</w:t>
        <w:br/>
        <w:t>2♠ Rakibin vaat ettiği renklerin büyüğünü söyler, geriye kalan renklerin büyüğü var yani ♦var, FORCING</w:t>
        <w:br/>
        <w:t>2NT 11-12Hp,Majörleri durduruyor</w:t>
        <w:br/>
        <w:t>3♣ ♣ var, istersen P geç,DAVET</w:t>
        <w:br/>
        <w:t>3♦ ♦‘yu tutuyor, normal el var</w:t>
        <w:br/>
        <w:t>3♥ ♦‘yu tutuyor, ♥ tek</w:t>
        <w:br/>
        <w:t>3♠ ♦‘yu tutuyor, ♠ tek</w:t>
        <w:br/>
        <w:t>3 NT 3NT oynamak istiyor, Majörleri kesiyor</w:t>
      </w:r>
    </w:p>
    <w:p>
      <w:r>
        <w:t>1♠         P           5♦Voidwood, ♦hariç key card sorusu</w:t>
        <w:br/>
        <w:t>5♥ 0-3 key card</w:t>
        <w:br/>
        <w:t>5♠ 1-4 key card</w:t>
        <w:br/>
        <w:t>5NT 2 key card</w:t>
        <w:br/>
        <w:t>6♣ 2,5 key card (2 kc + koz Q)</w:t>
      </w:r>
    </w:p>
    <w:p>
      <w:r>
        <w:t>22.02.2024 ♣♦♠♥</w:t>
        <w:br/>
        <w:t>2NT                          3♠ NT’ya transfer.’’Bende minör eli var’’</w:t>
        <w:br/>
        <w:t>3NTdemek zorunda   4♣ ♣var</w:t>
        <w:br/>
        <w:t>4♦ ♦var</w:t>
        <w:br/>
        <w:t>4♥ ♣uzun,minörler var</w:t>
        <w:br/>
        <w:t>4♠ ♦uzun,minörler var</w:t>
        <w:br/>
        <w:t>4NT  5-5 Minörler var</w:t>
      </w:r>
    </w:p>
    <w:p>
      <w:r>
        <w:t>1♠            P               2♠             2NT 2 renkli el var</w:t>
      </w:r>
    </w:p>
    <w:p>
      <w:r>
        <w:br/>
        <w:t>Fit varken ve Dbl’a cevap veriken Reverse olmaz!</w:t>
      </w:r>
    </w:p>
    <w:p>
      <w:r>
        <w:t>21.03.2024 ♣♦♠♥</w:t>
      </w:r>
    </w:p>
    <w:p>
      <w:r>
        <w:t>1♣        1♠         2♠Açışa yakın puan,Davet,Fit yok,’♠kesiyorsan NTde’</w:t>
      </w:r>
    </w:p>
    <w:p>
      <w:r>
        <w:br/>
        <w:t>1♥        1NT         Dbl Ceza, 10+ puan</w:t>
        <w:br/>
        <w:t>1♥        1NT         2RenkSign Out ’Bu rengi oynamak istiyorum’</w:t>
        <w:br/>
        <w:t>Dbl atacak kadar puan yok, 3 Puan bile olabilir. 21.03.2024 ♣♦♠♥</w:t>
      </w:r>
    </w:p>
    <w:p>
      <w:r>
        <w:t>1♣        1♠         2♠Açışa yakın puan,Açış rengini tutuyor,</w:t>
        <w:br/>
        <w:t>Davet ve üstü, ’♠kesiyorsan NTde’</w:t>
        <w:br/>
        <w:t>(Majör açılsaydı Cue-Bid ‘’Zone kesin’’olacaktı)</w:t>
        <w:br/>
        <w:t>Minör açıldıktan sonra açanda çok kötü el yoksa ve rakibin rengini kesiyorsa NT der.</w:t>
      </w:r>
    </w:p>
    <w:p>
      <w:r>
        <w:t>Dengeli El, Fit yoksa  ‘’Bırakınız rakipler oynasınlar’’</w:t>
        <w:br/>
        <w:t>Dengesiz El varsa  Defansta kalmak istenmez</w:t>
      </w:r>
    </w:p>
    <w:p>
      <w:r>
        <w:br/>
        <w:t>Varlığını reddetiğin bir rengi söylemek, ortağın 2.rengine Fit var demektir. Dengeli El, Fit yoksa  ‘’Bırakınız rakipler oynasınlar’’</w:t>
        <w:br/>
        <w:t>Dengesiz El varsa  Defansta kalmak istenmez</w:t>
      </w:r>
    </w:p>
    <w:p/>
    <w:p>
      <w:r>
        <w:t>Varlığını reddetiğin bir rengi söylemek, ortağın 2.rengine Fit var demektir.</w:t>
      </w:r>
    </w:p>
    <w:p>
      <w:r>
        <w:t>1♥              1NT    4’lü♠yok</w:t>
        <w:br/>
        <w:t>2♣              3♠     4’lü♣var</w:t>
      </w:r>
    </w:p>
    <w:p>
      <w:r>
        <w:t>1♥              1NT   5-12Hp</w:t>
        <w:br/>
        <w:t>2♣              2♥    5-8 fit var veya 6-10 fit yok</w:t>
        <w:br/>
        <w:t>2NT    11-12Hp Fit yok</w:t>
        <w:br/>
        <w:t>3♥  11-12p,3’lü Fit</w:t>
      </w:r>
    </w:p>
    <w:p>
      <w:r>
        <w:br/>
        <w:t>26-32 Puan dengeli eller ile Slam oynanmamalıdır.</w:t>
      </w:r>
    </w:p>
    <w:p>
      <w:r>
        <w:t>1NT açanın ortağı 10-15Hp ile Slam’e gitmez,</w:t>
        <w:br/>
        <w:t>16-17 Hp ile Slam’e davet eder,</w:t>
        <w:br/>
        <w:t>18+ ile Slam oynar</w:t>
      </w:r>
    </w:p>
    <w:p>
      <w:r>
        <w:t>07.03.2024 ♣♦♠♥</w:t>
        <w:br/>
        <w:t>1♠        1NT         2NT  ♠’i tutuyorum 11-12Tp</w:t>
      </w:r>
    </w:p>
    <w:p>
      <w:r>
        <w:t>Tüm renkler sağlandıysa,kayıp sayısı da 1’e indiyse, yer geçeri bırakılır ve tüm kozlar çekilir,rakiplerin ne attığına bakılır.</w:t>
      </w:r>
    </w:p>
    <w:p>
      <w:r>
        <w:t>1♣                        1♠</w:t>
        <w:br/>
        <w:t>1NT 12-14 Dengeli       2♦’’Ortak ♠’den başlayarak elini anlatmaya devam et,</w:t>
        <w:br/>
        <w:t>zone oynayacağız’’</w:t>
      </w:r>
    </w:p>
    <w:p>
      <w:r>
        <w:t>1♣        1♠</w:t>
        <w:br/>
        <w:t>2♦        2NT        Reverse’e 2NT ‘’bende kötü el var’’ anlamına gelir.</w:t>
      </w:r>
    </w:p>
    <w:p>
      <w:r>
        <w:t>1♦              1NT     P        2♦ Transfer</w:t>
        <w:br/>
        <w:t>P                2NT     P          3♦ ReTransfer</w:t>
        <w:br/>
        <w:t>P                3♥     P        P/ 4♥</w:t>
        <w:br/>
        <w:t>Araya giren NT’cu transferi kırdı</w:t>
      </w:r>
    </w:p>
    <w:p>
      <w:r>
        <w:t>1♥        1NT         Dbl Ceza, 10+ puan</w:t>
        <w:br/>
        <w:t>1♥        1NT         2RenkSign Off ’Bu rengi oynamak istiyorum’</w:t>
        <w:br/>
        <w:t>Dbl atacak kadar puan yok, 3 Puan bile olabilir.</w:t>
      </w:r>
    </w:p>
    <w:p>
      <w:r>
        <w:t>1♥              1NT    4’lü♠yok</w:t>
        <w:br/>
        <w:t>2♣              2♠     4’lü♣var</w:t>
        <w:br/>
        <w:t>daha önce ♠in varlığını reddettiği için 2.</w:t>
      </w:r>
    </w:p>
    <w:p>
      <w:r>
        <w:t>Renge fit ve iyi el gösterir.</w:t>
      </w:r>
    </w:p>
    <w:p>
      <w:r>
        <w:t>1♥              1NT   5-12Hp</w:t>
        <w:br/>
        <w:t>2♣              2♥    5-8 fit var veya 6-10 fit yok</w:t>
        <w:br/>
        <w:t>2NT    11-12Hp Fit yok</w:t>
        <w:br/>
        <w:t>3♥  11-12p,3’lü Fit var</w:t>
      </w:r>
    </w:p>
    <w:p>
      <w:r>
        <w:br/>
        <w:t>NT’da 26-32 Puan dengeli eller ile Slam oynanmamalıdır.</w:t>
      </w:r>
    </w:p>
    <w:p>
      <w:r>
        <w:t>28.03.2024 ♣♦♠♥</w:t>
        <w:br/>
        <w:t>1♦      2♦      2♥ ♣‘den Forcing</w:t>
        <w:br/>
        <w:t>2♠ ♦ ‘dan Forcing</w:t>
      </w:r>
    </w:p>
    <w:p>
      <w:r>
        <w:br/>
        <w:t>AK98X</w:t>
      </w:r>
    </w:p>
    <w:p>
      <w:r>
        <w:t>QTXX</w:t>
        <w:br/>
        <w:t>Olduğunda rakibe el verilmez.</w:t>
      </w:r>
    </w:p>
    <w:p>
      <w:r>
        <w:t>Önce çift onörün olduğu yerden onör çekilir.</w:t>
      </w:r>
    </w:p>
    <w:p>
      <w:r>
        <w:t>Duruma bakılır, bir tarafta yok, diğer tarafta VXXX olsa bile, hangi tarafta olduğu farketmeksizin gereken tedbir alınabilir.</w:t>
      </w:r>
    </w:p>
    <w:p>
      <w:r>
        <w:t>Oynayan, kayıp sayısı 1 ise, sağlayacak hiç bir şey kalmadıysa, yer geçer bırakır ve tüm kozlarını çeker.</w:t>
      </w:r>
    </w:p>
    <w:p>
      <w:r>
        <w:t>1♣                  1♦  Ya 4’lü Majör yoktur,</w:t>
        <w:br/>
        <w:t>ya da varsa ve♦demişse, puan çoktur</w:t>
        <w:br/>
        <w:t>O yüzden açanda 4’lü ♠ olsa bile ♠’i göstermez 1NT der</w:t>
      </w:r>
    </w:p>
    <w:p>
      <w:r>
        <w:t>Ortak 3NT dediğinde 4 Minör  slam ile ilgiliyim anlamına gelir.</w:t>
      </w:r>
    </w:p>
    <w:p>
      <w:r>
        <w:t>2♣                  2♥  0-3Hp</w:t>
        <w:br/>
        <w:t>2♦  4+Hp Waiting Bid</w:t>
      </w:r>
    </w:p>
    <w:p>
      <w:r>
        <w:t>2♣       P        2♥        2♠</w:t>
        <w:br/>
        <w:t>P   ‘’hangi rengi istersen onu söyle’’ anlamına gelir.</w:t>
      </w:r>
    </w:p>
    <w:p>
      <w:r>
        <w:t>Aşağıdaki el ile P denebilir :</w:t>
        <w:br/>
        <w:t>♠Q</w:t>
        <w:br/>
        <w:t>♥AVXX</w:t>
        <w:br/>
        <w:t>♦AKXX</w:t>
        <w:br/>
        <w:t>♣AKQX</w:t>
      </w:r>
    </w:p>
    <w:p>
      <w:r>
        <w:t>20.04.2024 ♣♦♠♥</w:t>
      </w:r>
    </w:p>
    <w:p>
      <w:r>
        <w:t>2 Majör açışına  NT ile araya girmek için 15,5-18Hp gerekir.</w:t>
      </w:r>
    </w:p>
    <w:p>
      <w:r>
        <w:t>JT9X</w:t>
        <w:br/>
        <w:t>Atak: 7                Q832</w:t>
        <w:br/>
        <w:t>Oynayan yerden V koyarsa, Q konmamalıdır.</w:t>
      </w:r>
    </w:p>
    <w:p>
      <w:r>
        <w:t>Sıralı kartların üzerine oturulmaz!</w:t>
      </w:r>
    </w:p>
    <w:p>
      <w:r>
        <w:t>2♥       Dbl       4♥       4NT Minörler var</w:t>
        <w:br/>
        <w:t>♠olsa söylerdi, 4NT diyende ♠ olmaz</w:t>
      </w:r>
    </w:p>
    <w:p/>
    <w:p/>
    <w:p>
      <w:r>
        <w:br/>
        <w:t>1♠               1NT</w:t>
        <w:br/>
        <w:t>3♣            3♠  Ya 5-8Tp ♠Fiti</w:t>
        <w:br/>
        <w:t>Ya da 11-12Tp ♠Fiti</w:t>
        <w:br/>
        <w:t>Bazen 2’li ♠ de olabilir, 3NT diyemiyordur. 2♥       Dbl       4♥       4NT Minörler var</w:t>
        <w:br/>
        <w:t>♠olsa söylerdi, 4NT diyende ♠ olmaz</w:t>
      </w:r>
    </w:p>
    <w:p>
      <w:r>
        <w:t>1♠                  1NT</w:t>
        <w:br/>
        <w:t>2♠                  4♠ 3’lü♠, 11-12Tp</w:t>
        <w:br/>
        <w:t>Burada Cevapçı 1NT dedikten sonra 3♠ diyecekti, ancak 2♠rebidi gelince,♠’in 6’lı olduğunu öğrendi ve 3’lü♠ ile 4♠dedi.</w:t>
      </w:r>
    </w:p>
    <w:p>
      <w:r>
        <w:t>Yani 3♠zayıf da olabilir kuvvetli de</w:t>
        <w:br/>
        <w:t>------------------------------------------------------------------</w:t>
        <w:br/>
        <w:t>1♠               1NT</w:t>
        <w:br/>
        <w:t>3♣               4♠ ♠Fiti var ama elim iyi değil anlamına gelir,</w:t>
        <w:br/>
        <w:t>Kapatma oluyor.</w:t>
      </w:r>
    </w:p>
    <w:p>
      <w:r>
        <w:t>5-4-2-2</w:t>
        <w:br/>
        <w:t>6-3-2-2         Bu eller dengesiz olarak düşünülemez!</w:t>
      </w:r>
    </w:p>
    <w:p>
      <w:r>
        <w:t>5-4-3-1</w:t>
        <w:br/>
        <w:t>-------------------------------------------------------------------------</w:t>
        <w:br/>
        <w:t>6-4</w:t>
        <w:br/>
        <w:t xml:space="preserve">5-5          </w:t>
        <w:tab/>
        <w:t>Bu eller dengesiz, güzel ellerdir.</w:t>
      </w:r>
    </w:p>
    <w:p>
      <w:r>
        <w:t xml:space="preserve">7-3  </w:t>
        <w:tab/>
        <w:t>Fit bulunursa yürünür…</w:t>
      </w:r>
    </w:p>
    <w:p>
      <w:r>
        <w:br/>
        <w:t>1♦        P         P       1NT  Reveille 11-14</w:t>
        <w:br/>
        <w:t>1♥        P         P       1NT  Reveille 11-15</w:t>
        <w:br/>
        <w:t>1♠        P         P       1NT  Reveille 11-16</w:t>
      </w:r>
    </w:p>
    <w:p>
      <w:r>
        <w:br/>
        <w:t>22Hp ve Dengesiz El ile 2♣ açmak tercih edilmelidir.</w:t>
      </w:r>
    </w:p>
    <w:p>
      <w:r>
        <w:t>Cevapçı açanın renginin bir üstünü söylediğinde,</w:t>
        <w:br/>
        <w:t>Açan rengini tekrar ediyorsa renk 6’lıdır.</w:t>
      </w:r>
    </w:p>
    <w:p>
      <w:r>
        <w:t>1♦          1♥</w:t>
        <w:br/>
        <w:t>2♦ ♦6’lıdır.</w:t>
      </w:r>
    </w:p>
    <w:p>
      <w:r>
        <w:t>Açanın yeni rengi forcing değildir.</w:t>
      </w:r>
    </w:p>
    <w:p>
      <w:r>
        <w:t>Cevapçının yeni rengi forcing’dir.</w:t>
      </w:r>
    </w:p>
    <w:p>
      <w:r>
        <w:t>KT8732</w:t>
        <w:br/>
        <w:t>En büyüğün altındaki büyük ile başlanır.</w:t>
      </w:r>
    </w:p>
    <w:p>
      <w:r>
        <w:t>J9X          Burada 9’la başlanır.</w:t>
      </w:r>
    </w:p>
    <w:p>
      <w:r>
        <w:t>Stayman ya da Puppet Stayman yapan oyuncu, sonraki konuşmasında 4NT derse, Majör söylenmiş olsa dahi KANTİTATİF’dir.</w:t>
      </w:r>
    </w:p>
    <w:p>
      <w:r>
        <w:t>Kesinlikle A sorusu değildir !</w:t>
      </w:r>
    </w:p>
    <w:p>
      <w:r>
        <w:t>Ortak puanına göre buna P veya 6NT olarak cevap verir.</w:t>
      </w:r>
    </w:p>
    <w:p>
      <w:r>
        <w:t>Eğer Majör söylendiyse ve slam’a gitmek isteniyorsa ne yapılır?</w:t>
      </w:r>
    </w:p>
    <w:p>
      <w:r>
        <w:t>3 ters Majör ya da 4 ters Majör söylenir.</w:t>
      </w:r>
    </w:p>
    <w:p>
      <w:r>
        <w:t>(‘Seni tutuyorum demek’)</w:t>
        <w:br/>
        <w:t>2NT              3♣</w:t>
        <w:br/>
        <w:t>3♥              3♠</w:t>
        <w:br/>
        <w:t>------------------</w:t>
        <w:br/>
        <w:t>2NT              3♣</w:t>
        <w:br/>
        <w:t>3♠              4♥</w:t>
        <w:br/>
        <w:t>Sonrasında 2NT açan, min el il koza döner,</w:t>
        <w:br/>
        <w:t>Max el ile ya kontrol gösterir ya da kendisi A sorar.</w:t>
      </w:r>
    </w:p>
    <w:p>
      <w:r>
        <w:t>Zor konudur, çalışılması gerekir !</w:t>
      </w:r>
    </w:p>
    <w:p>
      <w:r>
        <w:t>Eğer 4’lü ♠’i olsaydı baştan 2NT cevabı verirdi</w:t>
      </w:r>
    </w:p>
    <w:p>
      <w:r>
        <w:t>Açanın ikinci konuşmasında sıçrayarak yeni renk söylemesi</w:t>
        <w:br/>
        <w:t>(Jump Shift) 19Hp değerinde el gösterir.</w:t>
      </w:r>
    </w:p>
    <w:p>
      <w:r>
        <w:t>1♠                      1NT</w:t>
        <w:br/>
        <w:t>3♣</w:t>
        <w:br/>
        <w:t>Elde 5-5 Majörler varken daha eksik puanla da yapılabilir.</w:t>
      </w:r>
    </w:p>
    <w:p>
      <w:r>
        <w:t>♠ AKVTX</w:t>
        <w:br/>
        <w:t>♥ AKVTX            16Hp var ama el çok güzel.</w:t>
      </w:r>
    </w:p>
    <w:p>
      <w:r>
        <w:t>♦ XX                    Kayıp sayısı çok az.</w:t>
      </w:r>
    </w:p>
    <w:p>
      <w:r>
        <w:t>♣ X</w:t>
      </w:r>
    </w:p>
    <w:p>
      <w:r>
        <w:br/>
        <w:t>1♠               1NT</w:t>
        <w:br/>
        <w:t>3♣            3♠  Ya 5-8Tp ♠Fiti</w:t>
        <w:br/>
        <w:t>Ya da 11-12Tp ♠Fiti</w:t>
        <w:br/>
        <w:t>Bazen 2’li ♠ de olabilir, 3NT diyemiyordur.</w:t>
      </w:r>
    </w:p>
    <w:p>
      <w:r>
        <w:t xml:space="preserve">7-3  </w:t>
        <w:tab/>
        <w:t>Fit bulunursa yürünür…</w:t>
      </w:r>
    </w:p>
    <w:p>
      <w:r>
        <w:t>QTXX   Önce V’ye sonra K’ya empas yapılır.</w:t>
      </w:r>
    </w:p>
    <w:p>
      <w:r>
        <w:t>Hep A’ın karşısından oynanır.</w:t>
      </w:r>
    </w:p>
    <w:p>
      <w:r>
        <w:t>Önce X oynanır,9 konur.</w:t>
      </w:r>
    </w:p>
    <w:p>
      <w:r>
        <w:t>A9XX    Sonra T oynanır.</w:t>
      </w:r>
    </w:p>
    <w:p>
      <w:r>
        <w:t>Atak: X, Yerde Onör T’lu varsa (AT veya KT) , Q ya da V konmaz!</w:t>
      </w:r>
    </w:p>
    <w:p>
      <w:r>
        <w:t>3 açılışına karşı puan sayılmaz, löve sayılır.</w:t>
      </w:r>
    </w:p>
    <w:p>
      <w:r>
        <w:t>Ortağın rengini atak ederken;</w:t>
        <w:br/>
        <w:t>Üç boştan atak ediliyorsa ve Fit verildiyse en büyük ile atak edilir, Fit verilmediyse sayısı ile atak edilir.</w:t>
      </w:r>
    </w:p>
    <w:p>
      <w:r>
        <w:t>Onör varsa sayısı ile atak edilir.</w:t>
      </w:r>
    </w:p>
    <w:p>
      <w:r>
        <w:t>1♣            1♦</w:t>
        <w:br/>
        <w:t>1♠ 5’li♣, 4’lü♠anlamına gelir.</w:t>
      </w:r>
    </w:p>
    <w:p>
      <w:r>
        <w:t>1♣            1♦</w:t>
        <w:br/>
        <w:t>1NT</w:t>
      </w:r>
    </w:p>
    <w:p>
      <w:r>
        <w:t>03.05.2024 ♣♦♠♥</w:t>
      </w:r>
    </w:p>
    <w:p>
      <w:r>
        <w:t>1♠      2♣      2 NT 3-4’lü ♠Fiti, 11-12TP, DAVET</w:t>
        <w:br/>
        <w:t>3♣   3-4’lü ♠Fiti, Zone kesin</w:t>
        <w:br/>
        <w:t>3♦   9-11HP, iyi 6’lı♦,♠Fiti onör 2’li bile yok</w:t>
        <w:br/>
        <w:t>3♥   9-11HP, 6’lı♥,♠Fiti onör 2’li bile yok</w:t>
        <w:br/>
        <w:t>3♠  4’lü ♠Fiti , Zone durumuna göre 0-6TP</w:t>
        <w:br/>
        <w:t>2♦   5’li♦, 11+ Hp</w:t>
        <w:br/>
        <w:t>2♥   5’li♥, 11+ Hp, ♠Fiti Var/Yok?</w:t>
      </w:r>
    </w:p>
    <w:p>
      <w:r>
        <w:t>DBL ♥var,ya 5’li değil,ya da HP11’den az</w:t>
      </w:r>
    </w:p>
    <w:p>
      <w:r>
        <w:br/>
        <w:t>Stayman/Puppet Stayman/Normal Jacoby yapan oyuncu, bir sonraki konuşmasında 4NT derlerse KANTİTATİF’tir.</w:t>
      </w:r>
    </w:p>
    <w:p>
      <w:r>
        <w:t>NT Ataklarında; KQX’ten Q, AKXX’den A atak edilir.</w:t>
      </w:r>
    </w:p>
    <w:p>
      <w:r>
        <w:t>1♣        P          1♠        2♣Kalan 2 renk 5-5</w:t>
        <w:br/>
        <w:t>DBL Kalan 2 renk 4-4 / 5-4</w:t>
      </w:r>
    </w:p>
    <w:p>
      <w:r>
        <w:br/>
        <w:t>Majör kozda anlaşıldığında, ortak ‘’ZONE KESİN’’ dediğinde</w:t>
        <w:br/>
        <w:t>4♥/♠  Elim Min.</w:t>
      </w:r>
    </w:p>
    <w:p>
      <w:r>
        <w:t>3♥/♠  4♥/♠’den fazlası var</w:t>
      </w:r>
    </w:p>
    <w:p>
      <w:r>
        <w:t>11.05.2024 ♣♦♠♥</w:t>
      </w:r>
    </w:p>
    <w:p>
      <w:r>
        <w:t>Cevapçı önce NT deyip, sonra renk söylerse o rengin 6’lı olduğunu vaat eder.</w:t>
      </w:r>
    </w:p>
    <w:p>
      <w:r>
        <w:t>Bazen 5’li de olabilir ama o zaman 2 renk 5-5’tir</w:t>
        <w:br/>
        <w:t>1♥      1NT</w:t>
        <w:br/>
        <w:t>2♦      3♣  6’lı ♣</w:t>
      </w:r>
    </w:p>
    <w:p>
      <w:r>
        <w:t>Defanstayken elde kısa olan renkte, ‘honneur sur honneur’ mutlaka yapılmalıdır.</w:t>
      </w:r>
    </w:p>
    <w:p>
      <w:r>
        <w:t>9X</w:t>
        <w:br/>
        <w:t>X                 KX</w:t>
        <w:br/>
        <w:t>-------------------------------------------------------------------------------</w:t>
        <w:br/>
        <w:t>4♠ QXXX</w:t>
        <w:br/>
        <w:t>P            KX</w:t>
        <w:br/>
        <w:t>2♠</w:t>
        <w:br/>
        <w:t>Burada K konmaz, çünkü deklarasyon 2♠  -  4♠</w:t>
        <w:br/>
        <w:t>Yer açıldı 4 adet ♠var.</w:t>
      </w:r>
    </w:p>
    <w:p>
      <w:r>
        <w:t>Açanda 2♠açtığına göre 6 adet var.Demek ki ortakta 1 adet var, daha kısa olduğu biliniyor.</w:t>
      </w:r>
    </w:p>
    <w:p>
      <w:r>
        <w:t>Reverse yapan ortağa karşı negative cevap 2NT’dur.</w:t>
      </w:r>
    </w:p>
    <w:p>
      <w:r>
        <w:t>Bunun dışındaki konuşmalar Forcing’dir.</w:t>
      </w:r>
    </w:p>
    <w:p>
      <w:r>
        <w:t>Negative Dbl’a cevap verirken Reverse olmaz!</w:t>
      </w:r>
    </w:p>
    <w:p>
      <w:r>
        <w:t>1♣               1♥</w:t>
        <w:br/>
        <w:t>2NT    18-19Hp, 4’lü♥ya da 4’lü♠olabilir.</w:t>
      </w:r>
    </w:p>
    <w:p>
      <w:r>
        <w:t>1.’den ya da 2.’den Minör açışları 2♦, 3♦, 3♣ Kalite ister.</w:t>
      </w:r>
    </w:p>
    <w:p>
      <w:r>
        <w:t>Bu renkte en az 5 puan olmalıdır.</w:t>
      </w:r>
    </w:p>
    <w:p>
      <w:r>
        <w:t>Oyuncu yerde honneur yoksa en büyüğünü koyar.</w:t>
      </w:r>
    </w:p>
    <w:p>
      <w:r>
        <w:t>İstisna ; ortakta kısa olduğundan eminse, büyüğünü koymayabilir.</w:t>
      </w:r>
    </w:p>
    <w:p>
      <w:r>
        <w:t>18.05.2024 ♣♦♠♥</w:t>
      </w:r>
    </w:p>
    <w:p>
      <w:r>
        <w:t>♥432</w:t>
        <w:br/>
        <w:t>Atak ♥9                ♥AK876 (Deklarasyon esnasında ♥ demişti)</w:t>
        <w:br/>
        <w:t>Oynayan kör üzerine 3NT dediği için, QV’nin</w:t>
        <w:br/>
        <w:t>Kontrat: 3NT                 onda olduğu belli.</w:t>
      </w:r>
    </w:p>
    <w:p>
      <w:r>
        <w:t>♥9 atağına, Doğunun elinde ♥den başka el tutarı olmadığı için K koymaz.</w:t>
      </w:r>
    </w:p>
    <w:p>
      <w:r>
        <w:t>Daha sonra oyun içinde ortağı ♥ geldiğinde eli alır ve ♥lerin hepsini çeker.</w:t>
      </w:r>
    </w:p>
    <w:p>
      <w:r>
        <w:t>Bu şekilde ♥den 4 el almış olur.</w:t>
      </w:r>
    </w:p>
    <w:p>
      <w:r>
        <w:t>Baştan K koysaydı sadece 2 el alabilecekti.</w:t>
      </w:r>
    </w:p>
    <w:p>
      <w:r>
        <w:t>Oyuncu yerde honneur yoksa en büyüğünü koyar ama ortakta kısa olduğunu biliyorsa acele etmez,düşünür,analiz eder,en büyüğünü koymayabilir.</w:t>
      </w:r>
    </w:p>
    <w:p>
      <w:r>
        <w:t>Ortak büyük bir marka atak ettiğinde ilk akla gelen o rengin ortakta kısa olduğudur.</w:t>
      </w:r>
    </w:p>
    <w:p>
      <w:r>
        <w:t>Çok güzel 10Hp ellerle ,2 değil 1 açılmalıdır.</w:t>
      </w:r>
    </w:p>
    <w:p>
      <w:r>
        <w:t>Araya girerken de 2 yerine 1 seviyesinde girilmelidir.</w:t>
      </w:r>
    </w:p>
    <w:p>
      <w:r>
        <w:t>3 açışına cevap verirken 5’li minör-5’li majör el varken,4 seviyesinde minor söylenir.</w:t>
      </w:r>
    </w:p>
    <w:p>
      <w:r>
        <w:t>Majörün de 5’li olduğunu gösterir.</w:t>
      </w:r>
    </w:p>
    <w:p>
      <w:r>
        <w:t>♠ AQ</w:t>
        <w:tab/>
        <w:t xml:space="preserve">                                          ♠ XXXXXX</w:t>
        <w:br/>
        <w:t>♥AQT98X                                     ♥XX</w:t>
        <w:br/>
        <w:t>♦ -                                         4♣      ♦ XX</w:t>
        <w:br/>
        <w:t>♣ AQJXX                                                ♣ XXX</w:t>
        <w:br/>
        <w:t>Güney 3♦açmıştı.</w:t>
      </w:r>
    </w:p>
    <w:p>
      <w:r>
        <w:t>Böyle bir el ile Batı   4♣ der.</w:t>
      </w:r>
    </w:p>
    <w:p>
      <w:r>
        <w:t>Doğu da 4♥ der.</w:t>
      </w:r>
    </w:p>
    <w:p>
      <w:r>
        <w:t>Herkesin konuştuğu ellerde ;</w:t>
        <w:br/>
        <w:t>1♠         P          2♠        Dbl</w:t>
        <w:br/>
        <w:t>3♠ Davet değildir.</w:t>
      </w:r>
    </w:p>
    <w:p>
      <w:r>
        <w:t>Davet ya Trial Bid ya da 2NT ile olur.</w:t>
      </w:r>
    </w:p>
    <w:p>
      <w:r>
        <w:t>23.05.2024 ♣♦♠♥</w:t>
      </w:r>
    </w:p>
    <w:p>
      <w:r>
        <w:t>1NT           2♣</w:t>
        <w:br/>
        <w:t>2♥         3♠ Ortağının majörünü tutuyor, Tek yok,dengeli el</w:t>
        <w:br/>
        <w:t>Slam oynayalım mı?</w:t>
      </w:r>
    </w:p>
    <w:p>
      <w:r>
        <w:t>(3 Ters Majör söylenir)</w:t>
        <w:br/>
        <w:t>DİKKAT!</w:t>
      </w:r>
    </w:p>
    <w:p>
      <w:r>
        <w:t>Genellikle unutulur.</w:t>
      </w:r>
    </w:p>
    <w:p>
      <w:r>
        <w:t>Stayman’a Majör cevabı geldiğinde ve Fit olduğunda Slam’a gitmenin yoludur</w:t>
        <w:br/>
        <w:t>---------------------------------------------------------------------------------</w:t>
        <w:br/>
        <w:t>1NT           2♣</w:t>
        <w:br/>
        <w:t>2♥         4NTKantitatif ,Slam Daveti</w:t>
        <w:br/>
        <w:t>Stayman ya da Transfer yapan oyuncu ikinci konuşmasında 4NT derse Key Card sorusu değildir.</w:t>
      </w:r>
    </w:p>
    <w:p>
      <w:r>
        <w:t>Kantitatiftir.</w:t>
      </w:r>
    </w:p>
    <w:p>
      <w:r>
        <w:t>1♦               1♠</w:t>
        <w:br/>
        <w:t>2♣             2♥ (4.Renk, ♥göstermiyor)</w:t>
        <w:br/>
        <w:t>2NT ♦6’lı değil, ♣5’li değil, ♠3’li değil, ♥’ü kesiyor</w:t>
        <w:br/>
        <w:t>Ya 2’li ♠,2’li ♥ var, ya da 1♠,3’lü♥ var</w:t>
        <w:br/>
        <w:t>3♦</w:t>
        <w:br/>
        <w:t>3♥ Honneur 2’li ♠ yok, ♥’de kontrol var.</w:t>
      </w:r>
    </w:p>
    <w:p>
      <w:r>
        <w:t>AQT3     Önce 9’lu oynanır, sonra J oynanır,</w:t>
      </w:r>
    </w:p>
    <w:p>
      <w:r>
        <w:t>J9865     sonra X ile Q’a gidilir ve A çekilir.</w:t>
      </w:r>
    </w:p>
    <w:p>
      <w:r>
        <w:t>Böylece rakipte (BATI) KXXX olsa bile el verilmez.</w:t>
      </w:r>
    </w:p>
    <w:p>
      <w:r>
        <w:t>06.06.2024 ♣♦♠♥</w:t>
      </w:r>
    </w:p>
    <w:p>
      <w:r>
        <w:t>Defansta iken, Yerde 2 honneur sek ise, oynayan o renge gidiğinde, elde AXX, AXXX varsa 2 sefer bağışlamak iyidir.</w:t>
      </w:r>
    </w:p>
    <w:p>
      <w:r>
        <w:t>Eğer AX ise ilk seferde alınır.</w:t>
      </w:r>
    </w:p>
    <w:p>
      <w:r>
        <w:t>KJ</w:t>
        <w:br/>
        <w:t>XX                  AXXX2 kez almamalı</w:t>
        <w:br/>
        <w:t>QT8XX</w:t>
      </w:r>
    </w:p>
    <w:p>
      <w:r>
        <w:br/>
        <w:t>Cevapçı önce NT deyip, sonra renk söylerse, o renk 6’lıdır.</w:t>
      </w:r>
    </w:p>
    <w:p>
      <w:r>
        <w:t>Bazen 5-5 renkli el de olabilir.</w:t>
      </w:r>
    </w:p>
    <w:p>
      <w:r>
        <w:t>1♠           1NT</w:t>
        <w:br/>
        <w:t>2♦         2NT11-12 Hp, ♠ fiti yok, ♦ fiti yok.</w:t>
      </w:r>
    </w:p>
    <w:p>
      <w:r>
        <w:t>3NT</w:t>
      </w:r>
    </w:p>
    <w:p>
      <w:r>
        <w:br/>
        <w:t>*** Elde ve yerde toplam olarak AQT9 var ise; ***</w:t>
        <w:br/>
        <w:t>A’ın karşısından başlanıp, önce V’ye sonra K’ya empas yapılır.</w:t>
      </w:r>
    </w:p>
    <w:p>
      <w:r>
        <w:t>Çift empasın kazanma şansı %76 olup, diğerlerine göre çok yüksektir.</w:t>
      </w:r>
    </w:p>
    <w:p>
      <w:r>
        <w:t>Açan ikinci konuşmasında;</w:t>
        <w:br/>
        <w:t>1NT                12-14Hp Dengeli</w:t>
        <w:br/>
        <w:t>Renk tekrarı  12-16Hp Dengesiz (Reverse yapamadığı için renk tekrarı yapıyor olabilir)</w:t>
      </w:r>
    </w:p>
    <w:p>
      <w:r>
        <w:t>Güzel 10HP’larla 3 yerine 1 açılmalıdır.</w:t>
      </w:r>
    </w:p>
    <w:p>
      <w:r>
        <w:t>Kontr’a cevap verilirken mutlaka güç de belli edilmelidir.</w:t>
      </w:r>
    </w:p>
    <w:p>
      <w:r>
        <w:t>3♣       Dbl        P       4♣ Kozu bilmiyor, açış puanı var,</w:t>
        <w:br/>
        <w:t>‘’sen rengini söyle, Zone kesin’’ diyor.</w:t>
      </w:r>
    </w:p>
    <w:p>
      <w:r>
        <w:t>Açış puanı var ise ya Zone ilan eder, ya da ilan edemediğinde puanı olduğunu belli eder.</w:t>
      </w:r>
    </w:p>
    <w:p>
      <w:r>
        <w:t>1♠               1 NT</w:t>
        <w:br/>
        <w:t>2♦             3♣  6’lı trefl, HP&lt;9</w:t>
      </w:r>
    </w:p>
    <w:p>
      <w:r>
        <w:t>22.06.2024 ♣♦♠♥</w:t>
      </w:r>
    </w:p>
    <w:p>
      <w:r>
        <w:t>3 Majör açanın ortağı, elinde 3 Cover Card + Fit varsa  4 der</w:t>
        <w:br/>
        <w:t>2 Majör açanın ortağı, elinde 4 Cover Card + Fit varsa  4 der</w:t>
      </w:r>
    </w:p>
    <w:p>
      <w:r>
        <w:br/>
        <w:t>Normal olarak, elde ve yerde AKJT9 varken ilk turda Q’a empas yapılmaz.</w:t>
      </w:r>
    </w:p>
    <w:p>
      <w:r>
        <w:t>İlk turda A çekilir, 2.</w:t>
      </w:r>
    </w:p>
    <w:p>
      <w:r>
        <w:t>Turda Q’a empas yapılır.</w:t>
      </w:r>
    </w:p>
    <w:p>
      <w:r>
        <w:t>Ancak A çekmek, empas yapmaya mani oluyorsa o zaman ilk turda Q’a Empas yapılır.</w:t>
      </w:r>
    </w:p>
    <w:p>
      <w:r>
        <w:t>AKJ9</w:t>
      </w:r>
    </w:p>
    <w:p>
      <w:r>
        <w:t>TX</w:t>
        <w:br/>
        <w:t>Toplam 8 adet koz varken,Q’a empas yapılır.</w:t>
      </w:r>
    </w:p>
    <w:p>
      <w:r>
        <w:t>Düşünülmesi gereken ilk turda mı 2.turda mı yapılacağıdır.</w:t>
      </w:r>
    </w:p>
    <w:p>
      <w:r>
        <w:t>Yerde 2 tane varsa  Direkt empas</w:t>
        <w:br/>
        <w:t>Yerde &gt;2 varsa         2.turda empas</w:t>
        <w:br/>
        <w:t>-----------------------------------------------------------------------------------</w:t>
        <w:br/>
        <w:t>Toplam 9 tane Koz varken ;</w:t>
        <w:br/>
        <w:t>Rakipler konuşmadı  empas yapılmaz.</w:t>
      </w:r>
    </w:p>
    <w:p>
      <w:r>
        <w:t>Rakipler konuştu  kim konuştu ise onda kısa,diğerinde uzun kabul edilir.</w:t>
      </w:r>
    </w:p>
    <w:p>
      <w:r>
        <w:t>5-4 Minör Ellerle NT açışı tercih edilir.</w:t>
      </w:r>
    </w:p>
    <w:p>
      <w:r>
        <w:t>Toplam 30-31 Hp ile 6NT yapılamaz ama 6 Koz oynamak mümkündür.</w:t>
      </w:r>
    </w:p>
    <w:p>
      <w:r>
        <w:t>Oynanması imkansız bir rengi söylemek, ortağa ’’senin 2.rengini tutuyorum’’ demektir.</w:t>
      </w:r>
    </w:p>
    <w:p>
      <w:r>
        <w:t>1NT                       2♥</w:t>
        <w:br/>
        <w:t>2♠                       3♣</w:t>
        <w:br/>
        <w:t>3♥♣’i 4’lü tutuyor (ortağın 2.</w:t>
      </w:r>
    </w:p>
    <w:p>
      <w:r>
        <w:t>Rengi) ♥oynamak istiyor olamaz</w:t>
        <w:br/>
        <w:t>♣i direkt tutmamasının sebebi, 4♣ derse 3NT’yi geçmiş olur.</w:t>
      </w:r>
    </w:p>
    <w:p>
      <w:r>
        <w:t>O kadar puanı yok.</w:t>
      </w:r>
    </w:p>
    <w:p>
      <w:r>
        <w:t>Dikkat bunun öğrenilmesi çok zordur!!!</w:t>
      </w:r>
    </w:p>
    <w:p>
      <w:r>
        <w:t>4-4 Minörler olduğunda büyüğü açılır</w:t>
      </w:r>
    </w:p>
    <w:p>
      <w:r>
        <w:br/>
        <w:t>Ortak 2 renk gösterdikten sonra, başka bir renk söylenirse bu renk 6’lı olmalıdır.</w:t>
      </w:r>
    </w:p>
    <w:p>
      <w:r>
        <w:t>1♠                          1NT</w:t>
        <w:br/>
        <w:t>2♦                          2♥  Uzun♥var.</w:t>
      </w:r>
    </w:p>
    <w:p>
      <w:r>
        <w:t>Cevapçı baştan uzun körünü göstermediğine göre puanı 2 seviyesinde renk söylemeye yetecek kadar yoktur.</w:t>
      </w:r>
    </w:p>
    <w:p>
      <w:r>
        <w:t>3♥          P           P                   4NTKüçükler (♣-♦min 6-5 renkler)</w:t>
        <w:br/>
        <w:t>Çok dengesiz el</w:t>
      </w:r>
    </w:p>
    <w:p>
      <w:r>
        <w:t>Kontr’a cevap verirken</w:t>
        <w:br/>
        <w:t>Michaels Cubid’e cevap verirken                       Güç de belli edilmelidir</w:t>
        <w:br/>
        <w:t>Landy Multy’e cevap verirken</w:t>
        <w:br/>
        <w:t>Yapay konuşmalara cevap verirken</w:t>
      </w:r>
    </w:p>
    <w:p>
      <w:r>
        <w:t>27.06.2024 ♣♦♠♥</w:t>
      </w:r>
    </w:p>
    <w:p>
      <w:r>
        <w:br/>
        <w:t>Defanstayken;</w:t>
        <w:br/>
        <w:t>Koz oyunlarında; koz atak ederken ya da oyun içinde koz dönerken atak kuralları geçerli değildir.</w:t>
      </w:r>
    </w:p>
    <w:p>
      <w:r>
        <w:t>Daima küçük oynanır.</w:t>
      </w:r>
    </w:p>
    <w:p>
      <w:r>
        <w:t>Örneğin elde koz 8 ve 2 olarak 2 adet mevcut ise ve koz dönülecek ya da atak edilecekse 8’li değil, 2’li oynanır.</w:t>
      </w:r>
    </w:p>
    <w:p>
      <w:r>
        <w:t>29.06.2024 ♣♦♠♥</w:t>
      </w:r>
    </w:p>
    <w:p>
      <w:r>
        <w:br/>
        <w:t>1♠                                  2NT  4’lü Fit, 11-12TP, Davet</w:t>
        <w:br/>
        <w:t>3NT ’’Elim dengeli, Slam oynayalım mı?’’</w:t>
        <w:br/>
        <w:t>---------------------------------------------------------------------------------</w:t>
        <w:br/>
        <w:t>1♠                                3♣/♦/♥  Bu renklerden Trial Bid.</w:t>
      </w:r>
    </w:p>
    <w:p>
      <w:r>
        <w:t>‘’Bu renklerden yardımın varsa Zone oynayabiliriz’’</w:t>
      </w:r>
    </w:p>
    <w:p/>
    <w:p>
      <w:r>
        <w:t>Dbl’a cevaplar:</w:t>
        <w:br/>
        <w:t>1♦          Dbl           1♥          ?</w:t>
      </w:r>
    </w:p>
    <w:p>
      <w:r>
        <w:t>1♠1♠ oynamak istiyor</w:t>
        <w:br/>
        <w:t>2♠ 4’lü Pik, Davet eli</w:t>
        <w:br/>
        <w:t>3♠Dengesiz 5’li Pik,11-12TP,Davet</w:t>
        <w:br/>
        <w:t>2♦ Açış Puanı</w:t>
      </w:r>
    </w:p>
    <w:p>
      <w:r>
        <w:br/>
        <w:t>1♥                                   2♣ Açış Puanı</w:t>
        <w:br/>
        <w:t>5♣ VoidWood (Exclusion)    5♦ 0 Key Card</w:t>
        <w:br/>
        <w:t>5♥ 1 Key Card</w:t>
        <w:br/>
        <w:t>5♠ 2 Key Card</w:t>
        <w:br/>
        <w:t>5NT2 Key Card + KozQ</w:t>
        <w:br/>
        <w:t>Exclusion yapılabilmesi için gereken şartlar:</w:t>
        <w:br/>
        <w:t>Kozun biliniyor olması gerekir,</w:t>
        <w:br/>
        <w:t>Sıçrayarak olması gerekir,</w:t>
        <w:br/>
        <w:t>4♠ ve üzerinde olması gerekir.</w:t>
      </w:r>
    </w:p>
    <w:p>
      <w:r>
        <w:t>AXX               İlk olarak elden ve yerden küçük oynanır.</w:t>
      </w:r>
    </w:p>
    <w:p>
      <w:r>
        <w:t>İkinci olarak A çekilir.</w:t>
      </w:r>
    </w:p>
    <w:p>
      <w:r>
        <w:t>XXXXX           Sonra bu renk unutulur,oynanmaz.</w:t>
      </w:r>
    </w:p>
    <w:p>
      <w:r>
        <w:t>Bu renk KOZ ise bu şekilde oynanır.</w:t>
      </w:r>
    </w:p>
    <w:p>
      <w:r>
        <w:t>YAN RENK ise 2 sefer küçük verilir.</w:t>
      </w:r>
    </w:p>
    <w:p>
      <w:r>
        <w:t>3.’de A çekilir.</w:t>
      </w:r>
    </w:p>
    <w:p>
      <w:r>
        <w:t>Sonmra sağlar alınır.</w:t>
      </w:r>
    </w:p>
    <w:p>
      <w:r>
        <w:t>Dengeli eller ile muhafazakar olunur.</w:t>
      </w:r>
    </w:p>
    <w:p>
      <w:r>
        <w:t>Ancak ortakta 2 renkli bir el olduğu biliniyorsa, o renklerdeki uzunluk ya da honneur’ler çok değerli hale gelir.</w:t>
      </w:r>
    </w:p>
    <w:p>
      <w:r>
        <w:t>01.08.2024 ♣♦♠♥</w:t>
        <w:br/>
        <w:t>Rakip 2 renkli elle araya girdiğinde, rakibin küçük rengini söylemek küçük renkten zone forcingi.</w:t>
      </w:r>
    </w:p>
    <w:p>
      <w:r>
        <w:t>Büyük rengini söylemek kalan büyük renkten zone forcingidir.</w:t>
      </w:r>
    </w:p>
    <w:p>
      <w:r>
        <w:t>1♠           2NT            3♣ ♥den Zone Forcing</w:t>
        <w:br/>
        <w:t>3♦ ♠ten Zone Forcing</w:t>
        <w:br/>
        <w:t>3♠  2♠/3♠ diyecek bir el var</w:t>
        <w:br/>
        <w:t>3♥ 3♥oynayabilirim,Naturel,NonForcing</w:t>
        <w:br/>
        <w:t>3NT 3NT oynayabilirim,Naturel</w:t>
        <w:br/>
        <w:t>4♣/4♦♠ Fiti var, ♣/♦tek</w:t>
        <w:br/>
        <w:t>Dbl Fit yok,güç var, ceza peşindeyim</w:t>
      </w:r>
    </w:p>
    <w:p/>
    <w:p>
      <w:r>
        <w:t>1NT                                  2♣</w:t>
        <w:br/>
        <w:t>2♦                           3♥  Smollen, Ters Majör</w:t>
        <w:br/>
        <w:t>3♠ Max El</w:t>
        <w:br/>
        <w:t>4♠Min El</w:t>
        <w:br/>
        <w:t>3♠ ya da 4♠ derken sadece puana bakılmaz.</w:t>
      </w:r>
    </w:p>
    <w:p>
      <w:r>
        <w:t>3♠ diyende 15Hp olabilir ama cover cardları iyidir.</w:t>
      </w:r>
    </w:p>
    <w:p>
      <w:r>
        <w:t>Kartların ortağın işine yararlığı önemli.</w:t>
      </w:r>
    </w:p>
    <w:p>
      <w:r>
        <w:t>QXX    Bu rengi kendi oynarsa mutlaka 1 el verir ama rakipler oynarsa vermeyebilir.</w:t>
      </w:r>
    </w:p>
    <w:p>
      <w:r>
        <w:t>AX</w:t>
      </w:r>
    </w:p>
    <w:p>
      <w:r>
        <w:t>AKX   Kendi oynadığında J ile el alamaz ama rakip oynadığında alabilir.</w:t>
      </w:r>
    </w:p>
    <w:p>
      <w:r>
        <w:t>JX</w:t>
      </w:r>
    </w:p>
    <w:p>
      <w:r>
        <w:t>AKX</w:t>
        <w:br/>
        <w:t>JXX</w:t>
      </w:r>
    </w:p>
    <w:p>
      <w:r>
        <w:t>AXX</w:t>
        <w:br/>
        <w:t>QX</w:t>
      </w:r>
    </w:p>
    <w:p>
      <w:r>
        <w:t>JXX</w:t>
        <w:br/>
        <w:t>QX</w:t>
      </w:r>
    </w:p>
    <w:p>
      <w:r>
        <w:t>AX</w:t>
        <w:br/>
        <w:t>QX</w:t>
      </w:r>
    </w:p>
    <w:p>
      <w:r>
        <w:t>Yukarıdaki tüm örneklerde aynı şekilde kendi oynadığında eksik el alır.</w:t>
      </w:r>
    </w:p>
    <w:p>
      <w:r>
        <w:t>Rakip oynarsa fazla el alma şansı vardır.</w:t>
      </w:r>
    </w:p>
    <w:p>
      <w:r>
        <w:t>03.08.2024 ♣♦♠♥</w:t>
      </w:r>
    </w:p>
    <w:p>
      <w:r>
        <w:t>Ortak Zone Forcing yaptığı zaman, ortağın rengine dönerken</w:t>
        <w:br/>
        <w:t>‘’P derse’’ diye korkulmaz.</w:t>
      </w:r>
    </w:p>
    <w:p>
      <w:r>
        <w:t>Ortak P demeyecektir.</w:t>
      </w:r>
    </w:p>
    <w:p>
      <w:r>
        <w:t>Zondan önce durulmaz</w:t>
      </w:r>
    </w:p>
    <w:p>
      <w:r>
        <w:t>Elde K tekse oyun açabilmek için min 13Hp olması gerekir.</w:t>
      </w:r>
    </w:p>
    <w:p>
      <w:r>
        <w:t>1♦                      1♥</w:t>
        <w:br/>
        <w:t>2♠  19+Hp, Jump Shift, Zone kesin</w:t>
      </w:r>
    </w:p>
    <w:p>
      <w:r>
        <w:br/>
        <w:t>1♣          1NT           Dbl 10+Hp</w:t>
        <w:br/>
        <w:t>2♣/♦/♥/♠ Bu seviyede bu rengi oynamak ister</w:t>
      </w:r>
    </w:p>
    <w:p>
      <w:r>
        <w:br/>
        <w:t>KXX    AtakQ, X konur, ikinci sefer rakip büyük geldiğinde K konur</w:t>
        <w:br/>
        <w:t>XX</w:t>
      </w:r>
    </w:p>
    <w:p>
      <w:r>
        <w:t>KX      AtakQ, K konur</w:t>
        <w:br/>
        <w:t>XX</w:t>
      </w:r>
    </w:p>
    <w:p>
      <w:r>
        <w:t>08.08.2024 ♣♦♠♥</w:t>
      </w:r>
    </w:p>
    <w:p>
      <w:r>
        <w:t>1 Majör açışına 2 seviyesinde cevap geldiği zaman (2 over 1)</w:t>
        <w:br/>
        <w:t>Açanın sıçrayarak kendi renginini söylemesi,tek renkli el ve renk solid anlamına gelir.</w:t>
      </w:r>
    </w:p>
    <w:p>
      <w:r>
        <w:t>1♠                       2♦ Zone Kesin</w:t>
        <w:br/>
        <w:t>3♠ Renk Solid</w:t>
      </w:r>
    </w:p>
    <w:p>
      <w:r>
        <w:br/>
        <w:t>AK varken;</w:t>
        <w:br/>
        <w:t>Atakta A atak edilir.</w:t>
      </w:r>
    </w:p>
    <w:p>
      <w:r>
        <w:t>Oyun ortasında K oynamak daha iyidir.</w:t>
      </w:r>
    </w:p>
    <w:p>
      <w:r>
        <w:t>Partner, A’a Apel, K’ya Sayı verir.</w:t>
      </w:r>
    </w:p>
    <w:p>
      <w:r>
        <w:t>31.08.2024 ♣♦♠♥</w:t>
      </w:r>
    </w:p>
    <w:p>
      <w:r>
        <w:t>AJTXX</w:t>
        <w:br/>
        <w:t>KQXX</w:t>
        <w:br/>
        <w:t>Defansta, yerin (AJTXX) üzerindeki kişi,</w:t>
        <w:br/>
        <w:t>Rakibin önce K, sonra Q , sonra X oynadığını ve  ortağın uymadığını görünce, oynayanın elinde 4 adet olduğunu anlar.</w:t>
      </w:r>
    </w:p>
    <w:p>
      <w:r>
        <w:t>Alıcı kozla, oynayanın elinde bittiği anda çakar.</w:t>
      </w:r>
    </w:p>
    <w:p>
      <w:r>
        <w:t>2NT açanda 5’li major olabilir.</w:t>
      </w:r>
    </w:p>
    <w:p>
      <w:r>
        <w:t>O nedenle ortak, kendisinde 4’lü major olmasa da 3’lü major ile 3♣ diyerek major sorabilir.</w:t>
      </w:r>
    </w:p>
    <w:p>
      <w:r>
        <w:t>Deklarasyon esnasında,  rakip araya girdiğinde, NT oynanması düşünülüyorsa, rakibin rengi söylenerek ortağa ‘’onu kesiyor musun’’ diye sorulur.</w:t>
      </w:r>
    </w:p>
    <w:p>
      <w:r>
        <w:t>Diğer durumlarda kendi kestiği rengi adıyla söyler.</w:t>
      </w:r>
    </w:p>
    <w:p>
      <w:r>
        <w:t>1♠              2♦ Zone kesin, min.</w:t>
      </w:r>
    </w:p>
    <w:p>
      <w:r>
        <w:t>5 adet♦,♠tutuşu belirsiz</w:t>
        <w:br/>
        <w:t>2♥   Zone kesin, min.</w:t>
      </w:r>
    </w:p>
    <w:p>
      <w:r>
        <w:t>5 adet♥,♠tutuşu belirsiz</w:t>
        <w:br/>
        <w:t>2♠ ♠tutuşu var, 8-10Tp</w:t>
        <w:br/>
        <w:t>2NT ♠tutuşu var.</w:t>
      </w:r>
    </w:p>
    <w:p>
      <w:r>
        <w:t>11-12Hp</w:t>
        <w:br/>
        <w:t>3♣ İyi 6’lı♣,9-11Hp,♠tutuşu honneur 2’li bile yok.</w:t>
      </w:r>
    </w:p>
    <w:p>
      <w:r>
        <w:t>3♦ İyi 6’lı♦,9-11Hp,♠tutuşu honneur 2’li bile yok.</w:t>
      </w:r>
    </w:p>
    <w:p>
      <w:r>
        <w:t>3♠ 4’lü ♠tutuşu var, zayıf</w:t>
        <w:br/>
        <w:t>3♥  6’lı♥,9-11Hp,♠tutuşu honneur 2’li bile yok.</w:t>
      </w:r>
    </w:p>
    <w:p>
      <w:r>
        <w:t>4♣/4♦/4♥ Splinter</w:t>
        <w:br/>
        <w:t>4NT ♠tutuşu var.</w:t>
      </w:r>
    </w:p>
    <w:p>
      <w:r>
        <w:t>Key card sorusu</w:t>
      </w:r>
    </w:p>
    <w:p>
      <w:r>
        <w:t>29.09.2024 ♣♦♠♥</w:t>
      </w:r>
    </w:p>
    <w:p>
      <w:r>
        <w:t>Koz atağı için elde bir renk XX, diğer bir renk XXX ise ve hangisini atak etmeliyim diye düşünüldüğünde;</w:t>
        <w:br/>
        <w:t>Puan az ise doubleton olan tercih edilmelidir,</w:t>
        <w:br/>
        <w:t>Puan çok olduğunda 3’lü renk atak etmek tercih edilir.</w:t>
      </w:r>
    </w:p>
    <w:p>
      <w:r>
        <w:t>1♠           2♣  Zone kesin.</w:t>
      </w:r>
    </w:p>
    <w:p>
      <w:r>
        <w:t>’Ortak P der mi’ korkusu yok</w:t>
        <w:br/>
        <w:t>2♦           2NT  ♠fiti yok</w:t>
        <w:br/>
        <w:t>♦ fiti yok</w:t>
        <w:br/>
        <w:t>♣ çok uzun değil</w:t>
        <w:br/>
        <w:t>♥ kesiyor</w:t>
        <w:br/>
        <w:t>2♥  ♥ kesmiyor</w:t>
        <w:br/>
        <w:t>2 over 1 yaptıktan sonra yapay konuşma yapmaya ihtiyaç yoktur.</w:t>
      </w:r>
    </w:p>
    <w:p>
      <w:r>
        <w:t>Basit konuşulur.</w:t>
      </w:r>
    </w:p>
    <w:p>
      <w:r>
        <w:t>Ortağın P demeyeceği biliniyor.</w:t>
      </w:r>
    </w:p>
    <w:p>
      <w:r>
        <w:t>AT9XX      A çekip, Q’a doğru oynanır.</w:t>
      </w:r>
    </w:p>
    <w:p>
      <w:r>
        <w:t>QXXXX     100% 4 el almanın yolu ise X oynayıp,T koymaktır</w:t>
      </w:r>
    </w:p>
    <w:p>
      <w:r>
        <w:t>03.10.2024 ♣♦♠♥</w:t>
      </w:r>
    </w:p>
    <w:p>
      <w:r>
        <w:br/>
        <w:t>QX                   A’ı çekmeden , Q’a Doğru oynanır.</w:t>
      </w:r>
    </w:p>
    <w:p>
      <w:r>
        <w:t>ATXXXXX</w:t>
        <w:br/>
        <w:t>----------------------------------------------------------------------------------</w:t>
        <w:br/>
        <w:t>AT8X             İlk seferde elden yerden X</w:t>
        <w:br/>
        <w:t>97XX             2.’de A çekilir.</w:t>
      </w:r>
    </w:p>
    <w:p>
      <w:r>
        <w:t>1♣             1♦4’lü Majör yok / 5’li♦,4’lü Majör var,13+ puan</w:t>
        <w:br/>
        <w:t>1♥5’li ♣,4’lü♥,dengesiz</w:t>
        <w:br/>
        <w:t>1NT4’lü major olabilir</w:t>
      </w:r>
    </w:p>
    <w:p>
      <w:r>
        <w:br/>
        <w:t>Koz ♠ değilse, mecbur kalmadıkça 2,5 key card’dan az ile key card sorulmaz.</w:t>
      </w:r>
    </w:p>
    <w:p>
      <w:r>
        <w:t>Eğer elde iyi bir 5’li renk ve A’lar varsa;</w:t>
        <w:br/>
        <w:t>14Hp ile 1NT, 19HP ile 2NT açılabilir.</w:t>
      </w:r>
    </w:p>
    <w:p>
      <w:r>
        <w:t>Yalnız dikkat!</w:t>
      </w:r>
    </w:p>
    <w:p>
      <w:r>
        <w:t>A’sı olmayan,</w:t>
        <w:br/>
        <w:t>5’li rengi olmayan,</w:t>
        <w:br/>
        <w:t>T-9’ları olmayan</w:t>
        <w:br/>
        <w:t>Ellerle, el bir üst puana taşınmaz.</w:t>
      </w:r>
    </w:p>
    <w:p>
      <w:r>
        <w:t>13.10.2024 ♣♦♠♥</w:t>
      </w:r>
    </w:p>
    <w:p>
      <w:r>
        <w:t>1NT           2♣</w:t>
        <w:br/>
        <w:t>2♠         3♥  Stayman’dan sonra 3 ters major fit var,tek yok</w:t>
        <w:br/>
        <w:t>4♣/♦/♥ Fit var, bu renk tek</w:t>
        <w:br/>
        <w:t>4NT  Kantitatif ; Fit yok,16-17Hp</w:t>
      </w:r>
    </w:p>
    <w:p>
      <w:r>
        <w:t>STAYMAN YAPAN OYUNCU 2.</w:t>
      </w:r>
    </w:p>
    <w:p>
      <w:r>
        <w:t>KONUŞMASINDA 4NT DERSE KANTİTATİFTİR, KEY CARD SORUSU DEĞİLDİR.</w:t>
      </w:r>
    </w:p>
    <w:p>
      <w:r>
        <w:t>Bir konuşma Zone Forcing ise, Zone ilan etmek min.</w:t>
      </w:r>
    </w:p>
    <w:p>
      <w:r>
        <w:t>el dir.</w:t>
      </w:r>
    </w:p>
    <w:p>
      <w:r>
        <w:t>(zone’dan önce durulmayacağı belli olan bir konuşmada  örneğin 4♠ min el, 3♠ kuvvetli vb.)</w:t>
      </w:r>
    </w:p>
    <w:p>
      <w:r>
        <w:t>Normalde elde 2,5 key card yokken, Key Card sorulmaz.</w:t>
      </w:r>
    </w:p>
    <w:p>
      <w:r>
        <w:t>Ancak koz ♠ ise 2 key card ile de 4NT ile sorulabilir.</w:t>
      </w:r>
    </w:p>
    <w:p>
      <w:r>
        <w:t>♠     X       P      2♣  0-9 Hp</w:t>
        <w:br/>
        <w:t>1NT  7-9 Hp, ♠’i durduruyor</w:t>
      </w:r>
    </w:p>
    <w:p>
      <w:r>
        <w:br/>
        <w:t>Fit olduğunda 6-4, 6-5 kartlar ile iyimser olunur.</w:t>
      </w:r>
    </w:p>
    <w:p>
      <w:r>
        <w:t>2 renkte toplam 10 kart varsa, ortaktan da fit geldiyse,iyimser olunur.</w:t>
      </w:r>
    </w:p>
    <w:p>
      <w:r>
        <w:t>Michaels Cubid yapıldığında;</w:t>
        <w:br/>
        <w:t>Rakibin küçük rengi söylenirse,küçük renkten Zone Forcing,</w:t>
        <w:br/>
        <w:t>büyük rengi söylenirse, büyük renkten Zone Forcing‘dir.</w:t>
      </w:r>
    </w:p>
    <w:p>
      <w:r>
        <w:t>1♦     2♦     2♥ ♣ ‘den Zone Forcing.</w:t>
      </w:r>
    </w:p>
    <w:p>
      <w:r>
        <w:t>19.10.2024 ♣♦♠♥</w:t>
      </w:r>
    </w:p>
    <w:p>
      <w:r>
        <w:t>1NT            X               2♣  Stayman geçerlidir</w:t>
        <w:br/>
        <w:t>2♦                        3♥  5’li♠,4’lü♥</w:t>
        <w:br/>
        <w:t>3♠</w:t>
        <w:br/>
        <w:t>Stayman yapan oyuncu ikinci konuşmasında 3 ters major söyler, söylediği major 4’lü, diğer major 5’lidir.</w:t>
      </w:r>
    </w:p>
    <w:p>
      <w:r>
        <w:t>P                 1♣         P        1♠</w:t>
        <w:br/>
        <w:t>1NT Diğer 2 renk 5-5</w:t>
        <w:br/>
        <w:t>X    Diğer 2 renk 4-4 ya da 5-4, Puan daha fazla</w:t>
      </w:r>
    </w:p>
    <w:p/>
    <w:p>
      <w:r>
        <w:t>3. oyuncu ortağın atağına hep en büyük koyar.</w:t>
      </w:r>
    </w:p>
    <w:p>
      <w:r>
        <w:t>İstisnalar:</w:t>
        <w:br/>
        <w:t>Ortakta o rengin kısa olduğunu biliyorsa, koymayabilir</w:t>
        <w:br/>
        <w:t>Yerde honneur varsa, yere göre davranır</w:t>
      </w:r>
    </w:p>
    <w:p/>
    <w:p>
      <w:r>
        <w:t>1♣                      1♠</w:t>
        <w:br/>
        <w:t>2NT                           3♦</w:t>
        <w:br/>
        <w:t>3♥♦tutuşu (İmkansız renk, 2.renge fit gösterir)</w:t>
        <w:br/>
        <w:t>-----------------------------------------------------------------------------</w:t>
        <w:br/>
        <w:t>1♥                      1NT ♠yok</w:t>
        <w:br/>
        <w:t>2♦                            2♠ ♦ fiti var</w:t>
      </w:r>
    </w:p>
    <w:p>
      <w:r>
        <w:br/>
        <w:t>Ortak 3 renk açtığında, ortağın rengi şikan ya da singleton ise 3NT demek tercih edilmez.</w:t>
      </w:r>
    </w:p>
    <w:p>
      <w:r>
        <w:t>♠AKX                     Bu el ile rakip 2♠ açtığında 3NT denebilir</w:t>
        <w:br/>
        <w:t>♥XX                        Rakip X atarsa, hemen 4♣ ‘e kaçılır</w:t>
        <w:br/>
        <w:t>♦XX</w:t>
        <w:br/>
        <w:t>♣ AKQT9X</w:t>
      </w:r>
    </w:p>
    <w:p>
      <w:r>
        <w:br/>
        <w:t>AJ8X           X oynanır, 8 konur, K/Q’dan birinin çıkmasını umar</w:t>
      </w:r>
    </w:p>
    <w:p>
      <w:r>
        <w:t>9XX            Sonra gene ele geçip, X oynanır, T gelise V ile alınır</w:t>
        <w:br/>
        <w:t>Dışarıda KQT varsa honneur T’ya empas yapılır.</w:t>
      </w:r>
    </w:p>
    <w:p>
      <w:r>
        <w:t>Honneur,T’lu içeride varsayılır.</w:t>
      </w:r>
    </w:p>
    <w:p>
      <w:r>
        <w:t>1♣                  1♦</w:t>
        <w:br/>
        <w:t>1♥/♠ ♣ 5’li, Majörler 4’lü</w:t>
        <w:br/>
        <w:t>1NT       4’lü Majör olabilir</w:t>
      </w:r>
    </w:p>
    <w:p/>
    <w:p>
      <w:r>
        <w:t>1NT                       2♣</w:t>
        <w:br/>
        <w:t>2♥                  2♠ 4’lü♠,♥ fiti yok, davet eli, 8-9Hp</w:t>
        <w:br/>
        <w:t>2NT ♠yok,davet eli, 8-9Hp</w:t>
        <w:br/>
        <w:t>3NT Zone kesin, ♠var</w:t>
      </w:r>
    </w:p>
    <w:p>
      <w:r>
        <w:t>05.12.2024 ♣♦♠♥</w:t>
      </w:r>
    </w:p>
    <w:p>
      <w:r>
        <w:br/>
        <w:t>1NT açışına 5-4 Majörlerle 8HP’den itibaren (güzel 7Hp de olabilir) Stayman yapılır.</w:t>
      </w:r>
    </w:p>
    <w:p>
      <w:r>
        <w:t>1NT                             2♣</w:t>
        <w:br/>
        <w:t>2♦                        2♥  5’li♥,4’lü♠ DAVET</w:t>
        <w:br/>
        <w:t>---------------------------------------------------------------------------------</w:t>
        <w:br/>
        <w:t>1NT                             2♣</w:t>
        <w:br/>
        <w:t>2♦                        3♠  5’li♥,4’lü♠ ZONE Forcing SMOLEN</w:t>
        <w:br/>
        <w:t>----------------------------------------------------------------------------</w:t>
        <w:br/>
        <w:t>1NT                              2♦</w:t>
        <w:br/>
        <w:t>2♥                               2♠ 5’li ♥, 5’li ♠ DAVET</w:t>
        <w:br/>
        <w:t>---------------------------------------------------------------------------------</w:t>
        <w:br/>
        <w:t>1NT                             2♥</w:t>
        <w:br/>
        <w:t>2♠                        3♥  5’li♥,5’li♠ Zone Forcing</w:t>
      </w:r>
    </w:p>
    <w:p/>
    <w:p/>
    <w:p>
      <w:r>
        <w:br/>
        <w:t>1♣                       1♦                                             WALSH</w:t>
        <w:br/>
        <w:t>1NT1♣ açan oyuncu dengeli ise Majörünü göstermez, 1NT der</w:t>
        <w:br/>
        <w:t>Çünkü ortakta Majör olsa onu söylerdi, eğer major varsa da puanı çoktur onu biliyor.</w:t>
      </w:r>
    </w:p>
    <w:p>
      <w:r>
        <w:t>1♣                       1♦</w:t>
        <w:br/>
        <w:t>1♠1♣açan oyuncu Majörünü söylerse 5-4 eli vardır.</w:t>
      </w:r>
    </w:p>
    <w:p>
      <w:r>
        <w:t>5’li♣-4’lü♠</w:t>
      </w:r>
    </w:p>
    <w:p/>
    <w:p>
      <w:r>
        <w:t>2♥          Dbl               P             P  3el koz alıyor olması gerekir</w:t>
      </w:r>
    </w:p>
    <w:p/>
    <w:p>
      <w:r>
        <w:br/>
        <w:t>1♦                          1♥</w:t>
        <w:br/>
        <w:t>4♣            Dbl               PBenim de slam’a ilgim var, devam edebiliriz</w:t>
      </w:r>
    </w:p>
    <w:p>
      <w:r>
        <w:t>08.12.2024 ♣♦♠♥</w:t>
      </w:r>
    </w:p>
    <w:p>
      <w:r>
        <w:br/>
        <w:t>1♣             1♠         ?</w:t>
      </w:r>
    </w:p>
    <w:p>
      <w:r>
        <w:t>Rakip araya girince cevapçı, açanın minor renklerini 4’lü kabul eder, ona göre cevap verir.</w:t>
      </w:r>
    </w:p>
    <w:p>
      <w:r>
        <w:t>Rakip 2NT açtığında, 1NT’de olduğu gibi gene aynı mantık ile hareket edilir.</w:t>
      </w:r>
    </w:p>
    <w:p>
      <w:r>
        <w:t>:</w:t>
        <w:br/>
        <w:t>Dbl  Uzun Minör, 4’lü Majör</w:t>
        <w:br/>
        <w:t>3♣ Majörler (En az 6-5 olmalı)</w:t>
      </w:r>
    </w:p>
    <w:p/>
    <w:p>
      <w:r>
        <w:t>NT’ye atak eden, 7 ya da 8’li gibi markalarla atak ediyorsa, muhtemelen yanında daha küçük kart vardır ve renk 5’lidir.</w:t>
      </w:r>
    </w:p>
    <w:p>
      <w:r>
        <w:t>Smith Eco</w:t>
        <w:br/>
        <w:t>Defanstayken ‘’Atağı beğendim’’ demenin yolu rakibin oynadığı renge, verebildiğin ilk seferde büyükçe kart vermektir.</w:t>
      </w:r>
    </w:p>
    <w:p>
      <w:r>
        <w:t>Bunu sadece atağı yapanın ortağı değil, atağı yapan da yapabilir.</w:t>
      </w:r>
    </w:p>
    <w:p>
      <w:r>
        <w:t>Dbl deyip, sonra sıçrayarak renk söylemek çok  kuvvetli el ifadesidir.</w:t>
      </w:r>
    </w:p>
    <w:p>
      <w:r>
        <w:t>20+ Hp, min 6’lı iyi renk ile yapılır.</w:t>
      </w:r>
    </w:p>
    <w:p>
      <w:r>
        <w:t>Cevapçının Zone’a kadar P geçmemesi tavsiye olunur.</w:t>
      </w:r>
    </w:p>
    <w:p>
      <w:r>
        <w:t>28.12.2024 ♣♦♠♥</w:t>
      </w:r>
    </w:p>
    <w:p>
      <w:r>
        <w:t>1♠             1NT         Dbl  Ceza</w:t>
        <w:br/>
        <w:t>2♣ Majörler</w:t>
        <w:br/>
        <w:t>2♥ ♥ve bir minör</w:t>
        <w:br/>
        <w:t>2♦ Tek Majör</w:t>
        <w:br/>
        <w:t>2NT Minörler</w:t>
        <w:br/>
        <w:t>3♣/3♦  ♣/♦var</w:t>
        <w:br/>
        <w:t>Dbl hariç Landy Multy gibi….</w:t>
      </w:r>
    </w:p>
    <w:p>
      <w:r>
        <w:t>1♠             1NT         Dbl         Rdbl ‘’Kaçalım’’</w:t>
        <w:br/>
        <w:t>Ceza Dbl’larına veya cezaya çevrilen Dbl’lara karşı Rbl ‘’ortak kaçalım’’ anlamına gelir.</w:t>
      </w:r>
    </w:p>
    <w:p>
      <w:r>
        <w:t>1♣             Dbl            P           Rdbl ‘’Kaçalım’’</w:t>
      </w:r>
    </w:p>
    <w:p>
      <w:r>
        <w:t>1♣             Dbl           Rdbl Bu ‘’Kaçalım’’ demek değil!!</w:t>
      </w:r>
    </w:p>
    <w:p>
      <w:r>
        <w:t>1♠             Dbl           Rdbl Fit yok, güç var.</w:t>
      </w:r>
    </w:p>
    <w:p>
      <w:r>
        <w:t>1♣             1NT         Dbl           2♦</w:t>
        <w:br/>
        <w:t>2♥ ‘’2♥oynayalım’’</w:t>
        <w:br/>
        <w:t>3♥ Davet</w:t>
        <w:br/>
        <w:t>4♥ Zone ilanı</w:t>
      </w:r>
    </w:p>
    <w:p/>
    <w:p>
      <w:r>
        <w:t>‘’3NT’ye gidebilir miyiz’’ diye araştırırken ;</w:t>
        <w:br/>
        <w:t>Rakip 2 renk konuştu ise  Söylediğim rengi kesiyorum</w:t>
        <w:br/>
        <w:t>Rakip 1 renk konuştu ise  Söylediğim rengi kesiyor musun?</w:t>
      </w:r>
    </w:p>
    <w:p>
      <w:r>
        <w:t>Reverse’ten sonra 2NT  Negative</w:t>
        <w:br/>
        <w:t>Diğer konuşmalar Forcing</w:t>
      </w:r>
    </w:p>
    <w:p/>
    <w:p/>
    <w:p>
      <w:r>
        <w:br/>
        <w:t>Michael’s Cubid yapan rakibin küçük rengi söylenirse;</w:t>
        <w:br/>
        <w:t>küçükten forcing, büyük rengi söylenirse büyükten forcing olur.</w:t>
      </w:r>
    </w:p>
    <w:p>
      <w:r>
        <w:t>1♦      2NT       3♣♦’yu tutuyorum,zone kesin.</w:t>
      </w:r>
    </w:p>
    <w:p>
      <w:r>
        <w:t>3♥♠’ler var,zone kesin.</w:t>
      </w:r>
    </w:p>
    <w:p>
      <w:r>
        <w:t>3♠ ‘’ister konuş,ister P de’’</w:t>
        <w:br/>
        <w:t>3♦ ‘’ister konuş,ister P de’’</w:t>
      </w:r>
    </w:p>
    <w:p/>
    <w:p>
      <w:r>
        <w:t>Taraflardan birisi Zone Forcing yaparsa,  Ortağının;</w:t>
        <w:br/>
        <w:t>Zone ilan etmesi  Min.</w:t>
      </w:r>
    </w:p>
    <w:p>
      <w:r>
        <w:t>El</w:t>
        <w:br/>
        <w:t>Zone’un altında bir renk söylemesi  İyi El var demektir</w:t>
        <w:br/>
        <w:t>1♠                  2♥</w:t>
        <w:br/>
        <w:t>4♥Min.</w:t>
      </w:r>
    </w:p>
    <w:p>
      <w:r>
        <w:t>El</w:t>
      </w:r>
    </w:p>
    <w:p>
      <w:r>
        <w:t>2NT                      4♣</w:t>
        <w:br/>
        <w:t>4♥Kötü</w:t>
        <w:br/>
        <w:t>4♦ Topu ortağa atar</w:t>
        <w:br/>
        <w:t>4NT Super Fit /key card sorusu</w:t>
      </w:r>
    </w:p>
    <w:p>
      <w:r>
        <w:br/>
        <w:t>Key card sorusuna 5♣/5♦ cevabı gelince, bir üstü ile ‘’Koz Q’ı var mı?’’ diye sorulur.</w:t>
      </w:r>
    </w:p>
    <w:p>
      <w:r>
        <w:t>Ama dikkat koz ile olmaz!!</w:t>
      </w:r>
    </w:p>
    <w:p>
      <w:r>
        <w:t>!</w:t>
      </w:r>
    </w:p>
    <w:p>
      <w:r>
        <w:t>Ortak P’dan geliyorsa ve/veya</w:t>
        <w:br/>
        <w:t>El çok min ise</w:t>
        <w:br/>
        <w:t>1♥/♠                 1NT (Forcing NT,5-12Hp)</w:t>
        <w:br/>
        <w:t>P denebilir</w:t>
      </w:r>
    </w:p>
    <w:p>
      <w:r>
        <w:t>Atak ederken A çıkıp, sonra bir rengi oynamak, o rengin doubleton olduğunu gösterir.</w:t>
      </w:r>
    </w:p>
    <w:p>
      <w:r>
        <w:t>Atak ederken K çıkıp, sonra bir rengi oynamak, o rengin</w:t>
        <w:br/>
        <w:t>Singleton olduğunu gösterir.</w:t>
      </w:r>
    </w:p>
    <w:p>
      <w:r>
        <w:t>♠ X                     Bu elde ♣K atak edilir.</w:t>
      </w:r>
    </w:p>
    <w:p>
      <w:r>
        <w:t>♥ JXXX               Sonra ♠X oynanır.</w:t>
      </w:r>
    </w:p>
    <w:p>
      <w:r>
        <w:t>♦ AXX                Böylece ortak ♠‘in tek olduğunu anlar.</w:t>
      </w:r>
    </w:p>
    <w:p>
      <w:r>
        <w:t>♣ AKVTX</w:t>
      </w:r>
    </w:p>
    <w:p>
      <w:r>
        <w:t>**********************************************</w:t>
        <w:br/>
        <w:t>1♦             1♥</w:t>
        <w:br/>
        <w:t>2NT’dan sonraki tüm renk konuşmaları FORCING’dir.</w:t>
      </w:r>
    </w:p>
    <w:p>
      <w:r>
        <w:t>**********************************************</w:t>
      </w:r>
    </w:p>
    <w:p>
      <w:r>
        <w:t>1♦             1♥</w:t>
        <w:br/>
        <w:t>2NT              3♣♥ve♣ var, slam’e gidilebilir.</w:t>
      </w:r>
    </w:p>
    <w:p>
      <w:r>
        <w:t>3♦♥ve♦ var, slam’e gidilebilir.</w:t>
      </w:r>
    </w:p>
    <w:p>
      <w:r>
        <w:t>3♥5’li♥ var, 4♥/3NT oynayabiliriz veya daha fazlası</w:t>
        <w:br/>
        <w:t>3♠4’lü♥,4’lü♠ var.Forcing</w:t>
        <w:br/>
        <w:t>2NT rebid eden oyuncuda 4’lü ♠, hatta 4’lü ♥ bile olabilir.</w:t>
      </w:r>
    </w:p>
    <w:p>
      <w:r>
        <w:t>O yüzden 4♥’ü geçen konuşma yapılmaz.</w:t>
      </w:r>
    </w:p>
    <w:p>
      <w:r>
        <w:t>3♦diyen cevapçıda ♠ ve ♣’de çok puan varsa 3NT de oynanabilir.</w:t>
      </w:r>
    </w:p>
    <w:p>
      <w:r>
        <w:t>23.03.2024 ♣♦♠♥</w:t>
        <w:br/>
        <w:t>NT ile araya girende  16-18Hp</w:t>
        <w:br/>
        <w:t>Dbl atıp NT diyende  18-19Hp</w:t>
        <w:br/>
        <w:t>Dbl atıp 2NT diyende20-22Hp</w:t>
        <w:br/>
        <w:t>Dbl atıp,sonra Cue-bid,sonra NT diyende23-24Hp</w:t>
      </w:r>
    </w:p>
    <w:p>
      <w:r>
        <w:t>1NT          2♥</w:t>
        <w:br/>
        <w:t>2♠          3♠ 7Hp 6’lı♠</w:t>
        <w:br/>
        <w:t>4♠/P (3NT denmez !)</w:t>
      </w:r>
    </w:p>
    <w:p>
      <w:r>
        <w:t>1NT açanın ortağı 7’li majörü varsa 5-6 puanla bile, transfer ettikten sonra davet edebilir.</w:t>
      </w:r>
    </w:p>
    <w:p>
      <w:r>
        <w:t>3 açan oyuncu kendi kozu dışında başka bir renk atak ederse, atak ettiği renk yüksek olasılıkla tektir.</w:t>
      </w:r>
    </w:p>
    <w:p>
      <w:r>
        <w:t>İlk konuşmaya atılan Dbl  O renk dışında renk ister, açış puanı</w:t>
        <w:br/>
        <w:t>Rakip 1♠ açtı, Ortak Dbl dedi.</w:t>
      </w:r>
    </w:p>
    <w:p>
      <w:r>
        <w:t>2 tane 4’lü renk (♦ ve ♥) varsa majör tercih edilir.</w:t>
      </w:r>
    </w:p>
    <w:p>
      <w:r>
        <w:t>2 seviyesindeki konuşmaya Dbl atılabilmesi için o renk çok kısa olmalıdır.</w:t>
      </w:r>
    </w:p>
    <w:p>
      <w:r>
        <w:t>Ortak minör açtığında, rakip majör derse, açanın ortağının attığı Dbl  Diğer majör</w:t>
        <w:br/>
        <w:t>Rakipler 2 renk söylediklerinde atılan Dbl Diğer 2 renge hazır</w:t>
      </w:r>
    </w:p>
    <w:p>
      <w:r>
        <w:t>1NT       P        3NT      Dbl   ortağından ♠atağı ister</w:t>
        <w:br/>
        <w:t>------------------------------------------------------------------------</w:t>
        <w:br/>
        <w:t>1♣      P        1♥       P</w:t>
        <w:br/>
        <w:t>1NT       P        3NT      Dbl   ortağından ♥atağı ister</w:t>
        <w:br/>
        <w:t>Yer renk söylediğinde/vaat ettiğinde, Dbl atmak  yerin ilk söylediği rengin atak edilmesini ister.</w:t>
      </w:r>
    </w:p>
    <w:p>
      <w:r>
        <w:t>NT ataklarında genelde yukarıdan 4. kart atak edilir.</w:t>
      </w:r>
    </w:p>
    <w:p>
      <w:r>
        <w:t>Ancak ataktan sonra ortak taraftan başka bir rengin dönülmesi isteniyorsa, atakta yukarıdan 2.Kart atak edilir.</w:t>
      </w:r>
    </w:p>
    <w:p>
      <w:r>
        <w:t>Örnek : T753 bir renkten atak ederken 7’li atak edilir.</w:t>
      </w:r>
    </w:p>
    <w:p>
      <w:r>
        <w:t>Ortak 11 kuralını uygular; 11-7=4, eğer 4.Kartı atak etmiş ise, dışarıda bu kartı geçen 4 kart olması gerekir.Kendi eline, yere ve oynayanın verdiği karta bakarak  durumun 11 kuralına uymadığını görürse, 2.</w:t>
      </w:r>
    </w:p>
    <w:p>
      <w:r>
        <w:t>Karttan çıkıldığını anlar.</w:t>
      </w:r>
    </w:p>
    <w:p>
      <w:r>
        <w:t>Sonra da yere bakıp, bu rengin hangi renk olabileceğini tahmin eder, ve ona göre döner.</w:t>
      </w:r>
    </w:p>
    <w:p>
      <w:r>
        <w:t>13.06.2024 ♣♦♠♥</w:t>
      </w:r>
    </w:p>
    <w:p>
      <w:r>
        <w:br/>
        <w:t>1♣             1♦</w:t>
        <w:br/>
        <w:t>1♥/1♠ 5-4 El var demektir</w:t>
        <w:br/>
        <w:t>------------------------------------------------</w:t>
        <w:br/>
        <w:t>1♣             1♦</w:t>
        <w:br/>
        <w:t>1NT Dengeli El ile 4’lü Majörü göstermez.</w:t>
      </w:r>
    </w:p>
    <w:p>
      <w:r>
        <w:t>2♥Cevabı gelirse</w:t>
        <w:br/>
        <w:t>4’lü Majörü ♥ ise tutar, değilse NT der.</w:t>
      </w:r>
    </w:p>
    <w:p>
      <w:r>
        <w:t>AKXX   Bu renkten 3 el alınması gerekiyorsa,</w:t>
        <w:br/>
        <w:t>JXX      AK çekilir, Q’ın düşmesi ümit edilir.</w:t>
      </w:r>
    </w:p>
    <w:p>
      <w:r>
        <w:t>Ancak NT kontratı oynanıyora ve uzun vadede 3 el almak gerekirse o zaman A çekip, V’ye doğru oynanır.</w:t>
      </w:r>
    </w:p>
    <w:p>
      <w:r>
        <w:t>1♦                 2♦ Inverted Minor</w:t>
        <w:br/>
        <w:t>2 seviyesinde renk söylenirse 5-4 El gösterir.</w:t>
      </w:r>
    </w:p>
    <w:p>
      <w:r>
        <w:t>3 seviyesinde renk söylenirseo renk tektir</w:t>
        <w:br/>
        <w:t>3♣Tek de olabilir,4’lü de olabilir,cevapçı kendi eline bakarak anlar</w:t>
        <w:br/>
        <w:t>3♦</w:t>
        <w:br/>
        <w:t>3♥/3♠ Tek değil, bu renklerde değer var</w:t>
      </w:r>
    </w:p>
    <w:p>
      <w:r>
        <w:br/>
        <w:t>NT’da oynayanın rengini atak etmek için o renkte büyük honneur yanında markalar da olmalıdır.</w:t>
      </w:r>
    </w:p>
    <w:p>
      <w:r>
        <w:t>ATXXX vb</w:t>
        <w:br/>
        <w:t>Ama yerin rengini atak edebilmek için sıralı olmalıdır.</w:t>
      </w:r>
    </w:p>
    <w:p>
      <w:r>
        <w:t>P                         1♠</w:t>
        <w:br/>
        <w:t>2♣ 3’lü ♠, açışa yakın puan     Drury **dikkat unutulur**</w:t>
        <w:br/>
        <w:t>2♦ 4’lü ♠, açışa yakın puan</w:t>
      </w:r>
    </w:p>
    <w:p>
      <w:r>
        <w:t>15.06.2024 ♣♦♠♥</w:t>
      </w:r>
    </w:p>
    <w:p>
      <w:r>
        <w:t>1♠                       2♥</w:t>
        <w:br/>
        <w:t>2♠     ♥’ü tutmayan,kötü el varken,yanında 4’lü ♣/♦olsa bile ♠’i tekrar eder</w:t>
        <w:br/>
        <w:t>2NT       ♥tutmuyor, genelde 2 tane var, nadiren 1 adet de olabilir</w:t>
        <w:br/>
        <w:t>3♥      Kuvvetli El, 15+HP, tek olabilir</w:t>
        <w:br/>
        <w:t>4♣/♦ Açış puanı (kuvvetli değil), en az 4 tane ♥, tek♣/♦</w:t>
        <w:br/>
        <w:t>4♥      Min.El, Tek yok</w:t>
        <w:br/>
        <w:t>------------------------------------------------------------------------------------</w:t>
        <w:br/>
        <w:t>1♠                       2♥</w:t>
        <w:br/>
        <w:t>3♥                      3NT ’’Bende tek yok, kontrollerini göster’’</w:t>
      </w:r>
    </w:p>
    <w:p>
      <w:r>
        <w:br/>
        <w:t>Oynayan, bir renk dışarıda 6 tane ise, onun 4-2 dağıldığını varsayar.4-2 dağılma ihtimali 3-3’den çok daha yüksektir.</w:t>
      </w:r>
    </w:p>
    <w:p>
      <w:r>
        <w:t>Slam oynanırken, defansta ortağına bilgi vermenin bir anlamı yoksa, oynayanın işine yaramaması için bilgi verilmez hatta yanlış bilgi bile verilebilir.</w:t>
      </w:r>
    </w:p>
    <w:p>
      <w:r>
        <w:t>Rakip zone deklare ettiğinde, defansçının kuvvetli eli varsa, ortağında birşey olmayacağından ona bilgi vermesi gerekmez.</w:t>
      </w:r>
    </w:p>
    <w:p>
      <w:r>
        <w:t>KQTX</w:t>
        <w:br/>
        <w:t>J9X</w:t>
        <w:br/>
        <w:t>Yerden X kondu, oynayan A ile alacak.</w:t>
      </w:r>
    </w:p>
    <w:p>
      <w:r>
        <w:t>Bu durumda 9’lu verilebilir,ikincisinde de X verilir, böylece 2 tane var gibi gösterlilir.</w:t>
      </w:r>
    </w:p>
    <w:p>
      <w:r>
        <w:t>Oynayan, orada bitti düşüncesiyle üçüncüde yerden T koyabilir.</w:t>
      </w:r>
    </w:p>
    <w:p>
      <w:r>
        <w:t>(J’ye el aldırmanın tek yolu)</w:t>
      </w:r>
    </w:p>
    <w:p>
      <w:r>
        <w:br/>
        <w:t>Slam oynanırken bazen pasif atak, bazen aggressive atak yapılır.</w:t>
      </w:r>
    </w:p>
    <w:p>
      <w:r>
        <w:t>Rakipte uzun renk varsa, salgırgan olunur.</w:t>
      </w:r>
    </w:p>
    <w:p>
      <w:r>
        <w:t>Uzun renge kaçırmadan alacak varsa alabilmek için.</w:t>
      </w:r>
    </w:p>
    <w:p>
      <w:r>
        <w:t>Rakipte dengeli el varsa, honneur’süz renk atak edilir(Pasif Atak), beklenir.</w:t>
      </w:r>
    </w:p>
    <w:p>
      <w:r>
        <w:t>4-4 Koza oynamak, 5-3’e göre daha iyidir.</w:t>
      </w:r>
    </w:p>
    <w:p>
      <w:r>
        <w:t>4-4 olan koz yapıldığında 5-3 olan, yan renk olur ve 5.</w:t>
      </w:r>
    </w:p>
    <w:p>
      <w:r>
        <w:t>Karta kayıp kart kaçılabilir.</w:t>
      </w:r>
    </w:p>
    <w:p>
      <w:r>
        <w:t>Yerde AVT,KVT varken, defanstan o renk oynanmamalıdır, yapılırsa oynayana empas buldurulmuş olur.</w:t>
      </w:r>
    </w:p>
    <w:p>
      <w:r>
        <w:t>Defanstayken koz uzunsa, honneur- sur honneur yapılmamalıdır.</w:t>
      </w:r>
    </w:p>
    <w:p>
      <w:r>
        <w:t>J9</w:t>
        <w:br/>
        <w:t>K7X</w:t>
        <w:br/>
        <w:t>Ortakta kısa olduğu biliniyorsa, yerden J oynanınca, K konmaz.</w:t>
      </w:r>
    </w:p>
    <w:p>
      <w:r>
        <w:t>1♠          2♦           2NT3-4’lü koz, davet (araya girildiğinde 3-4)</w:t>
        <w:br/>
        <w:t>1♠          2♦           3♦3-4’lü koz, Zone forcing</w:t>
        <w:br/>
        <w:t>1♠          2♦           3♠4’lü koz, Zayıf El</w:t>
      </w:r>
    </w:p>
    <w:p>
      <w:r>
        <w:t>04.07.2024 ♣♦♠♥</w:t>
      </w:r>
    </w:p>
    <w:p>
      <w:r>
        <w:t>Oyanayan, empas atarken, A’ın yerini tahmin etmeye çalıştığında; eğer rakiplerden biri 2 açışı yaptıysa, onda A yok diye varsayabilir.</w:t>
      </w:r>
    </w:p>
    <w:p>
      <w:r>
        <w:t>1NT                     2 NT   ♦’ya transfer</w:t>
        <w:br/>
        <w:t>3♦  Min El, ♦ tutuyor ya da tutmuyor belli değil</w:t>
        <w:br/>
        <w:t>3♣ Max El, ♦ tutuyor</w:t>
      </w:r>
    </w:p>
    <w:p>
      <w:r>
        <w:br/>
        <w:t>1♦                 1♠</w:t>
        <w:br/>
        <w:t>1NT                     2♦ 4’lü ♦fiti varsa denebilir</w:t>
        <w:br/>
        <w:t>-----------------------------------------------------------------------</w:t>
        <w:br/>
        <w:t>1♣                 1♠</w:t>
        <w:br/>
        <w:t>1NT                     2♣ 4’lü ♣fiti ile denmez!</w:t>
      </w:r>
    </w:p>
    <w:p>
      <w:r>
        <w:t>(açanda 3’lü♣olabilir)</w:t>
        <w:br/>
        <w:t>-----------------------------------------------------------------------</w:t>
        <w:br/>
        <w:t>1♣                 1♠</w:t>
        <w:br/>
        <w:t>1NT                    2♠ Min.5’li ♠, dengesiz el, ve minör fiti</w:t>
        <w:br/>
        <w:t>Cevapçıda 4 lü trefl 5 li pik varsa trefl fiti veremeyeceği için zayıf elle 2♠ demeli</w:t>
        <w:br/>
        <w:t>P   Dengeli el ve renk kötü</w:t>
      </w:r>
    </w:p>
    <w:p>
      <w:r>
        <w:t>25.07.2024 ♣♦♠♥</w:t>
      </w:r>
    </w:p>
    <w:p>
      <w:r>
        <w:t>VT dışarıda iken, 2 honneur’ün olduğu tarafa dokunulmaz.</w:t>
      </w:r>
    </w:p>
    <w:p>
      <w:r>
        <w:t>AK63         Burada önce Q oynanır.</w:t>
      </w:r>
    </w:p>
    <w:p>
      <w:r>
        <w:t>Batıda VTXX var ise, buna karşı tedbir alınmış olunur.</w:t>
      </w:r>
    </w:p>
    <w:p>
      <w:r>
        <w:t>Q9872</w:t>
      </w:r>
    </w:p>
    <w:p>
      <w:r>
        <w:br/>
        <w:t>Açan 2.</w:t>
      </w:r>
    </w:p>
    <w:p>
      <w:r>
        <w:t>Konuşmasında açtığı renkten daha küçük bir renk söylerse, Cevapçı P geçebilir.</w:t>
      </w:r>
    </w:p>
    <w:p>
      <w:r>
        <w:t>Ancak Cevapçının 2.konuşmasında yeni renk söylemesine P geçilmez.</w:t>
      </w:r>
    </w:p>
    <w:p>
      <w:r>
        <w:t>Dikkat !</w:t>
      </w:r>
    </w:p>
    <w:p>
      <w:r>
        <w:t>Bu ikisi karıştırılabiliyor.</w:t>
      </w:r>
    </w:p>
    <w:p>
      <w:r>
        <w:t>1♦                 2♦ Inverted Minor</w:t>
        <w:br/>
        <w:t>2NT                     3♦ Min.El</w:t>
        <w:br/>
        <w:t>Inverted yapan oyuncu o rengi tekrar ederse min eli vardır.</w:t>
      </w:r>
    </w:p>
    <w:p>
      <w:r>
        <w:t>O renk 7 tane ve puanları da o renkte ise 8-10Hp ile de Inverted yapılabilir.</w:t>
      </w:r>
    </w:p>
    <w:p>
      <w:r>
        <w:t>Örneğin AKVXXXX  8Hp ama 7’li Fit var ve puanlar o renkte</w:t>
      </w:r>
    </w:p>
    <w:p/>
    <w:p>
      <w:r>
        <w:t>1NT                     3NT</w:t>
        <w:br/>
        <w:t>İyi renk ve uzunluk olduğunda 7 Hp ile de 1NT’ya 3 NT cevabı verilebilir.</w:t>
      </w:r>
    </w:p>
    <w:p>
      <w:r>
        <w:t>Örneğin,  ♦AKXXXXX ile 1NT açışına 3NT denebilir.</w:t>
      </w:r>
    </w:p>
    <w:p>
      <w:r>
        <w:t>4-4-4-1 Ellerle tek olan renk Honneur değilse NT açılmaz</w:t>
      </w:r>
    </w:p>
    <w:p/>
    <w:p>
      <w:r>
        <w:t>1♠        2♥        2♠  6-10Hp</w:t>
        <w:br/>
        <w:t>2NT  11-12Hp</w:t>
        <w:br/>
        <w:t>3♠  ZAYIF</w:t>
        <w:br/>
        <w:t>Dbl + 2NT  ♠fiti yok 11-12Hp (2.konuşmada NT)</w:t>
      </w:r>
    </w:p>
    <w:p/>
    <w:p/>
    <w:p/>
    <w:p>
      <w:r>
        <w:br/>
        <w:t>TX</w:t>
        <w:br/>
        <w:t>AKQX    Atak X, yerden T konur.</w:t>
      </w:r>
    </w:p>
    <w:p>
      <w:r>
        <w:t>TX</w:t>
        <w:br/>
        <w:t>AVX        T ve J eşdeğer.</w:t>
      </w:r>
    </w:p>
    <w:p>
      <w:r>
        <w:t>Uzaktan alınır.</w:t>
      </w:r>
    </w:p>
    <w:p>
      <w:r>
        <w:t>VX</w:t>
        <w:br/>
        <w:t>AKX       V konur.</w:t>
      </w:r>
    </w:p>
    <w:p>
      <w:r>
        <w:t>QX</w:t>
        <w:br/>
        <w:t>KXX      Eşdeğer hnr var, ama yerdeki Hnr tek kalıyor.</w:t>
      </w:r>
    </w:p>
    <w:p>
      <w:r>
        <w:t>Q konur.</w:t>
      </w:r>
    </w:p>
    <w:p>
      <w:r>
        <w:t>QXX</w:t>
        <w:br/>
        <w:t>XX        Q konur.</w:t>
      </w:r>
    </w:p>
    <w:p>
      <w:r>
        <w:t>QX</w:t>
        <w:br/>
        <w:t>VXX    Yerden X konur.</w:t>
      </w:r>
    </w:p>
    <w:p>
      <w:r>
        <w:t>QX</w:t>
        <w:br/>
        <w:t>AX       Q konur.</w:t>
      </w:r>
    </w:p>
    <w:p>
      <w:r>
        <w:t>QXX</w:t>
        <w:br/>
        <w:t>KXX     X konur</w:t>
      </w:r>
    </w:p>
    <w:p>
      <w:r>
        <w:t>TXX</w:t>
        <w:br/>
        <w:t>AKX    T konur</w:t>
      </w:r>
    </w:p>
    <w:p>
      <w:r>
        <w:t>VXX</w:t>
        <w:br/>
        <w:t>AKX     V konur</w:t>
      </w:r>
    </w:p>
    <w:p>
      <w:r>
        <w:t>12.01.2025 ♣♦♠♥</w:t>
      </w:r>
    </w:p>
    <w:p>
      <w:r>
        <w:t>1♠ açan oyuncu,rakip araya girdiğinde, P ve P gelirse,</w:t>
        <w:br/>
        <w:t>Rakibin araya girdiği renk kendisinde kısa ise P geçmesi mantık dışıdır.</w:t>
      </w:r>
    </w:p>
    <w:p>
      <w:r>
        <w:t>Mümkünse Dbl demelidir.</w:t>
      </w:r>
    </w:p>
    <w:p>
      <w:r>
        <w:t>Ortak, rakibin o rengi oynamasını istiyorsa Dbl’a P geçerek, cezaya çevirir.</w:t>
      </w:r>
    </w:p>
    <w:p>
      <w:r>
        <w:t>1♠     2♣      P          P</w:t>
        <w:br/>
        <w:t>Dbl          P         P</w:t>
        <w:br/>
        <w:t>Sonrasında rakibin ortağı kaçmak isterse Rbl der.</w:t>
      </w:r>
    </w:p>
    <w:p>
      <w:r>
        <w:t>2NT         3♣    Puppet Stayman</w:t>
        <w:br/>
        <w:t>3♥            3♠</w:t>
        <w:br/>
        <w:t>Slam’a gitmek isteyen el ile 3 ya da 4 ters majör söylenir.</w:t>
      </w:r>
    </w:p>
    <w:p>
      <w:r>
        <w:t>Stayman ve Puppet Stayman’dan sonra,</w:t>
        <w:br/>
        <w:t>3 ya da 4 Ters Majör  ‘’Seni tutuyorum, Slam’a gidelim mi?’’</w:t>
      </w:r>
    </w:p>
    <w:p>
      <w:r>
        <w:t>KT863         Büyük onörün karşısından oynanır.</w:t>
      </w:r>
    </w:p>
    <w:p>
      <w:r>
        <w:t>J97              En büyüğün bir altı ile başlanır.</w:t>
      </w:r>
    </w:p>
    <w:p>
      <w:r>
        <w:t>Yani o renkten max.1 adet dışarı veren bir el vardır.</w:t>
      </w:r>
    </w:p>
    <w:p>
      <w:r>
        <w:t>1♠                2♥</w:t>
        <w:br/>
        <w:t>3♠</w:t>
      </w:r>
    </w:p>
    <w:p>
      <w:r>
        <w:br/>
        <w:t>Defanstaki oyuncu, oynanan renk kendisinde kısa ise mutlaka honneur sur honneur yapmalıdır.</w:t>
      </w:r>
    </w:p>
    <w:p>
      <w:r>
        <w:t>Oynanan rengin ortağında kısa olduğunu biliyorsa honneur sur honneur yapmaz.</w:t>
      </w:r>
    </w:p>
    <w:p>
      <w:r>
        <w:t>16.01.2025 ♣♦♠♥</w:t>
        <w:br/>
        <w:t>AKX          Oynayan bu rengi kendi oynarsa tek yapabileceği</w:t>
        <w:br/>
        <w:t>A ve K’yı çekip V’ye doğru oynamaktır.</w:t>
      </w:r>
    </w:p>
    <w:p>
      <w:r>
        <w:t>Çok düşük ihtimal.</w:t>
      </w:r>
    </w:p>
    <w:p>
      <w:r>
        <w:t>JXX            Bu renk rakip tarafından oynanırsa 3 el alabilir.</w:t>
      </w:r>
    </w:p>
    <w:p>
      <w:r>
        <w:t>%50 şans</w:t>
      </w:r>
    </w:p>
    <w:p>
      <w:r>
        <w:t>1♦              1♥</w:t>
        <w:br/>
        <w:t>2NT 4♥’lü♥ de 4’lü♠ de olabilir.</w:t>
      </w:r>
    </w:p>
    <w:p>
      <w:r>
        <w:t>3♥ ♥5’li, hala 4’lü ♠ de olabilir.</w:t>
      </w:r>
    </w:p>
    <w:p>
      <w:r>
        <w:t>3♠ 4’lü♠ varsa onu gösterebilir.</w:t>
      </w:r>
    </w:p>
    <w:p>
      <w:r>
        <w:t>AXXX</w:t>
        <w:br/>
        <w:t xml:space="preserve">AX        </w:t>
        <w:tab/>
        <w:t>2NT diyen el</w:t>
        <w:br/>
        <w:t>KXXX</w:t>
        <w:br/>
        <w:t>AKX</w:t>
      </w:r>
    </w:p>
    <w:p>
      <w:r>
        <w:t>1♦        P          P        1 NT11-14Hp</w:t>
        <w:br/>
        <w:t>1♥/♠   P          P        1 NT12-16Hp</w:t>
        <w:br/>
        <w:t>P              P        P        1♥/♠10+Hp</w:t>
      </w:r>
    </w:p>
    <w:p>
      <w:r>
        <w:t>AT9XXX        K çekilir.Yere gidip 9’lu konur.</w:t>
      </w:r>
    </w:p>
    <w:p>
      <w:r>
        <w:t>KX                  Böylece QVXX’e tedbir alınır.</w:t>
      </w:r>
    </w:p>
    <w:p>
      <w:r>
        <w:t>18.01.2025 ♣♦♠♥</w:t>
        <w:br/>
        <w:t>1♠              2♣</w:t>
        <w:br/>
        <w:t>2♠ ♠’6’lı demek değil.</w:t>
      </w:r>
    </w:p>
    <w:p>
      <w:r>
        <w:t>NT oynanacaksa ortak oynamasın diye XXX ile NT demek doğru değil</w:t>
      </w:r>
    </w:p>
    <w:p>
      <w:r>
        <w:t>1♠               2♠8-10P</w:t>
        <w:br/>
        <w:t>2NT 11-12P, 4’lü koz</w:t>
        <w:br/>
        <w:t>1NT/3♠3’lü koz</w:t>
        <w:br/>
        <w:t>3♠Zayıf</w:t>
        <w:br/>
        <w:t>1NT/2♠Fit varsa 8-10, Fit yoksa 6-10Hp</w:t>
      </w:r>
    </w:p>
    <w:p>
      <w:r>
        <w:t>2♣                           2♦</w:t>
        <w:br/>
        <w:t>2 NT23-24Hp      3♣ (Aynı 1NT açmış gibi düşünülmeli)</w:t>
      </w:r>
    </w:p>
    <w:p>
      <w:r>
        <w:t>Ortakla Fit varsa rakibe ceza kontru atılmaz</w:t>
      </w:r>
    </w:p>
    <w:p>
      <w:r>
        <w:t>1♣                1♥            P             P</w:t>
        <w:br/>
        <w:t>2♥Kendi rengine dayalı 2♣ açmaya yakın bir el var.</w:t>
      </w:r>
    </w:p>
    <w:p>
      <w:r>
        <w:t>25.01.2025 ♣♦♠♥</w:t>
        <w:br/>
        <w:t>1♦      P        1♠      2♦ 5’li♣-5’li♥,konuşulmamış 2 renk</w:t>
        <w:br/>
        <w:t>DBL 5’li♣-4’lü♥ veya 4’lü♣-4’lü♥</w:t>
        <w:br/>
        <w:t>5-5 olunca açanın rengi cue-bid edilir.</w:t>
      </w:r>
    </w:p>
    <w:p>
      <w:r>
        <w:t>P              1♦</w:t>
        <w:br/>
        <w:t>1♥              P  P’dan gelen ortağa,zone yapılamayacağı görülüyorsa</w:t>
        <w:br/>
        <w:t>P denebilir.</w:t>
      </w:r>
    </w:p>
    <w:p>
      <w:r>
        <w:t>Yoksa yeni renge P yok, ancak P’den gelirse</w:t>
      </w:r>
    </w:p>
    <w:p>
      <w:r>
        <w:t>Eğer ortağa fit verildiyse, oyun NT ya da Koz farketmez, XXX’tan en büyüğü atak edilir.</w:t>
      </w:r>
    </w:p>
    <w:p>
      <w:r>
        <w:t>Ama Fit durumu yoksa ve XXX değilse,hep sayı ile atak edilir.</w:t>
      </w:r>
    </w:p>
    <w:p>
      <w:r>
        <w:t>Transferi normal olarak almak 2-3 tane var demektir.</w:t>
      </w:r>
    </w:p>
    <w:p>
      <w:r>
        <w:t>Transferi kırmak 4 adet var anlamına gelir.</w:t>
      </w:r>
    </w:p>
    <w:p>
      <w:r>
        <w:t>1NT              2♥</w:t>
        <w:br/>
        <w:t>2NT              3♥ReTransfer</w:t>
        <w:br/>
        <w:t>4♠</w:t>
        <w:br/>
        <w:t>---------------------------------------------</w:t>
        <w:br/>
        <w:t>3♠3♠ oynamak istiyor</w:t>
      </w:r>
    </w:p>
    <w:p>
      <w:r>
        <w:t>01.02.2025 ♣♦♠♥</w:t>
      </w:r>
    </w:p>
    <w:p>
      <w:r>
        <w:t>ATXX</w:t>
        <w:br/>
        <w:t>KJ9         Batı’ya empas yapılacaksa önce K oynanır.</w:t>
      </w:r>
    </w:p>
    <w:p>
      <w:r>
        <w:t>1♦              1♥</w:t>
        <w:br/>
        <w:t>2♥12-15Hp</w:t>
      </w:r>
    </w:p>
    <w:p>
      <w:r>
        <w:br/>
        <w:t>1♦      1♥       P        1♠</w:t>
        <w:br/>
        <w:t>1NT18-19Hp</w:t>
        <w:br/>
        <w:t>-------------------------------------------------------------------------</w:t>
        <w:br/>
        <w:t>1♦      1♥       P         P</w:t>
        <w:br/>
        <w:t>1NT18-19Hp</w:t>
        <w:br/>
        <w:t>Açanın ortağı P derse, açanın 1NT rebidi 18-19Hp’dir.</w:t>
      </w:r>
    </w:p>
    <w:p>
      <w:r>
        <w:t>Rakip 1NT ile araya girince birşeyler söylemek puan vaat etmez.</w:t>
      </w:r>
    </w:p>
    <w:p>
      <w:r>
        <w:t>10+ puan varsa Dbl der, bu da ceza kontr’udur.</w:t>
      </w:r>
    </w:p>
    <w:p>
      <w:r>
        <w:t>Dbl demediyse puanı 10Hp’nin altındadır.</w:t>
      </w:r>
    </w:p>
    <w:p>
      <w:r>
        <w:t>1♦                1♥</w:t>
        <w:br/>
        <w:t>2NTBu elde 4’lü ♥de 4’lü ♠de olabilir.</w:t>
      </w:r>
    </w:p>
    <w:p>
      <w:r>
        <w:t>Öncelik 18-19HP olduğunu söylemek.</w:t>
      </w:r>
    </w:p>
    <w:p>
      <w:r>
        <w:t>3♥5’li ♥</w:t>
        <w:br/>
        <w:t>3♠4’lü ♥,4’lü ♠</w:t>
        <w:br/>
        <w:t>3♣♣ var</w:t>
        <w:br/>
        <w:t>3♦ ♦ var</w:t>
      </w:r>
    </w:p>
    <w:p>
      <w:r>
        <w:t>06.02.2025 ♣♦♠♥</w:t>
      </w:r>
    </w:p>
    <w:p>
      <w:r>
        <w:t>1NT              2♣ Stayman, 4’lü Majör sorar</w:t>
        <w:br/>
        <w:t>2♦ ♥’e transfer</w:t>
        <w:br/>
        <w:t>2♥ ♠’e transfer</w:t>
        <w:br/>
        <w:t xml:space="preserve">2♠ ♣’e transfer </w:t>
        <w:tab/>
        <w:t>Minör transferlerleri</w:t>
        <w:br/>
        <w:t>2NT♦’ya transfer</w:t>
        <w:tab/>
        <w:t>hep 6’lıdır.</w:t>
      </w:r>
    </w:p>
    <w:p>
      <w:r>
        <w:t>3♣Minörler 5-5,davet niteliği yok, ortak P/3♦der</w:t>
        <w:br/>
        <w:t>3♦Minörler 5-5,slam oynayalım mı?, 13+Hp</w:t>
        <w:br/>
        <w:t>3♥5-4 Minörler var, ♥tek</w:t>
        <w:br/>
        <w:t>3♠5-4 Minörler var, ♠tek</w:t>
      </w:r>
    </w:p>
    <w:p>
      <w:r>
        <w:t>1NT açan,ortağı 2♦/♥ile transfer yaptığında;</w:t>
        <w:br/>
        <w:t>2-3 ad♥/♠ile 2♥/♠der.</w:t>
      </w:r>
    </w:p>
    <w:p>
      <w:r>
        <w:t>4’lü olsa 2NT veya 3♥/♠ derdi(Kırmak)</w:t>
        <w:br/>
        <w:t>1NT açan,ortağı 3♣/♦ ile dediğinde (5-5 Minörler);</w:t>
        <w:br/>
        <w:t>Minörlerden birini tutuyorsa 3NT’yu geçer, 4♣/♦ der,</w:t>
        <w:br/>
        <w:t>Minörleri hiç istemiyorsa 3NT der,</w:t>
        <w:br/>
        <w:t>3♥/♠derse, bu renklerde değer var demektir.</w:t>
      </w:r>
    </w:p>
    <w:p>
      <w:r>
        <w:t>1♦      1NT     Dblaçış puanına yakın kuvvetli el</w:t>
        <w:br/>
        <w:t>NT ile araya girene atılan Dbl Ceza Kontr’udur.</w:t>
      </w:r>
    </w:p>
    <w:p>
      <w:r>
        <w:t>1♣                     1♦</w:t>
        <w:br/>
        <w:t>2♠Jump Shift     2NT’’bende fazla birşey yok ona göre hareket et’’</w:t>
        <w:br/>
        <w:t>Jump Shift’e ve Reverse’e verilen 2NT cevapları hep negatiftir.</w:t>
      </w:r>
    </w:p>
    <w:p>
      <w:r>
        <w:t>Dbl atıp sonra Cue-bid yapılırsa dev gibi bir el vaat edilir,’’seni tutuyorum,slam oynayalım mı?’’ anlamına gelir.</w:t>
      </w:r>
    </w:p>
    <w:p>
      <w:r>
        <w:t>3♦        P           P          Dbl</w:t>
        <w:br/>
        <w:t>P           3♥      P           4♦</w:t>
        <w:br/>
        <w:t>P           4♥Slam istemiyor.</w:t>
      </w:r>
    </w:p>
    <w:p>
      <w:r>
        <w:t>4NT ile key card soran daha sonra 5NT derse  Grand Slam Try’dır.</w:t>
      </w:r>
    </w:p>
    <w:p>
      <w:r>
        <w:t>A’lar tamam demektir.</w:t>
      </w:r>
    </w:p>
    <w:p>
      <w:r>
        <w:t>Buna bazen K cevabı verilmeyebilir, direkt 7 denebilir.</w:t>
      </w:r>
    </w:p>
    <w:p>
      <w:r>
        <w:t>(AKQ ‘dan 5-6 tane ya da KQ’dan 6 tane varsa)</w:t>
      </w:r>
    </w:p>
    <w:p/>
    <w:p>
      <w:r>
        <w:br/>
        <w:t>Yerde tek kart olduğunda,atağa sweet preference yapılır.</w:t>
      </w:r>
    </w:p>
    <w:p>
      <w:r>
        <w:t>Küçük verilirse yerdeki renklerden küçüğünü gel anlamına gelir.</w:t>
      </w:r>
    </w:p>
    <w:p>
      <w:r>
        <w:t>1NT açılışına cevapçıda ♣ yokken, Majörler 4-4 ve ♦ 5 tane ise az puanla da stayman yapılabilir.</w:t>
      </w:r>
    </w:p>
    <w:p>
      <w:r>
        <w:t>02.01.2025 ♣♦♠♥</w:t>
        <w:br/>
        <w:t>AKJTXX            A’ı çekmeden direkt empas yapılır.</w:t>
      </w:r>
    </w:p>
    <w:p>
      <w:r>
        <w:t>9X                    A çekilirse,sonra 1 kez empas yapılabilir.</w:t>
      </w:r>
    </w:p>
    <w:p>
      <w:r>
        <w:t>Q bir tarafta 4’lü ise tedbir alınamamış olur.</w:t>
      </w:r>
    </w:p>
    <w:p>
      <w:r>
        <w:t>9XX</w:t>
        <w:br/>
        <w:t>-----------------------------------------------------------------------------------</w:t>
        <w:br/>
        <w:t>AKJT               A çekilmez.</w:t>
      </w:r>
    </w:p>
    <w:p>
      <w:r>
        <w:t>XX</w:t>
        <w:br/>
        <w:t>--------------------------------------------</w:t>
        <w:br/>
        <w:t>AKJT              A çekilir.</w:t>
      </w:r>
    </w:p>
    <w:p>
      <w:r>
        <w:t>XXX</w:t>
        <w:br/>
        <w:t>A çekmek, sonrasında 2 kez empas yapmaya engel oluyorsa, A çekilmez.</w:t>
      </w:r>
    </w:p>
    <w:p>
      <w:r>
        <w:t>2 kez empas yapılabiliyorsa A çekilir.</w:t>
      </w:r>
    </w:p>
    <w:p>
      <w:r>
        <w:t>QXXX, tek Q’ya göre daha fazla gelir.</w:t>
      </w:r>
    </w:p>
    <w:p>
      <w:r>
        <w:t>O yüzden ona tedbir alınmalıdır.</w:t>
      </w:r>
    </w:p>
    <w:p>
      <w:r>
        <w:t>Yapay olmayan bütün 2NT’lerden sonra ortağın kendi rengine dönmesi Sign Off.</w:t>
      </w:r>
    </w:p>
    <w:p>
      <w:r>
        <w:t>1♣           1♥</w:t>
        <w:br/>
        <w:t>1♠         2NT</w:t>
        <w:br/>
        <w:t>3♣ Sign Off</w:t>
      </w:r>
    </w:p>
    <w:p>
      <w:r>
        <w:t>09.01.2025 ♣♦♠♥</w:t>
        <w:br/>
        <w:t>5-4 Ellerle, 2.renk daha büyük ise NT açmak tercih edilmelidir.</w:t>
      </w:r>
    </w:p>
    <w:p>
      <w:r>
        <w:t>Ama 2.renk ♠ise (Minör - ♠) NT açmak yerine minor açmak tercih edilir.</w:t>
      </w:r>
    </w:p>
    <w:p>
      <w:r>
        <w:t>3 boş ile ortağın rengi atak edilirken;</w:t>
        <w:br/>
        <w:t>Fit verilmedi ise sayısı ile ile çıkılır,</w:t>
        <w:br/>
        <w:t>Fit verildi ise en büyüğü ile çıkılır.</w:t>
      </w:r>
    </w:p>
    <w:p>
      <w:r>
        <w:t>1♠         1NT           P             2♠♣‘e transfer</w:t>
        <w:br/>
        <w:t>2NT Transferi Kırar.</w:t>
      </w:r>
    </w:p>
    <w:p>
      <w:r>
        <w:t>♣ Fiti var ve iyi el.</w:t>
      </w:r>
    </w:p>
    <w:p>
      <w:r>
        <w:t>Minör Transferleri ve Transferi Kırmak :</w:t>
        <w:br/>
        <w:t>1NT               2♠♣‘e transfer.</w:t>
      </w:r>
    </w:p>
    <w:p>
      <w:r>
        <w:t>6’lı♣olması gerekir.</w:t>
      </w:r>
    </w:p>
    <w:p>
      <w:r>
        <w:t>3♣ Min el, 2’li /3’lü Fit, kararı ortağına bırakır.</w:t>
      </w:r>
    </w:p>
    <w:p>
      <w:r>
        <w:t>4♣ ♣ Fiti var, iyi el.</w:t>
      </w:r>
    </w:p>
    <w:p>
      <w:r>
        <w:t>2NT İyi el.</w:t>
      </w:r>
    </w:p>
    <w:p>
      <w:r>
        <w:t>♣Fiti var (2’li de olabilir) diğer renklerde stopperler</w:t>
        <w:br/>
        <w:t>-----------------------------------------------------------------------------</w:t>
        <w:br/>
        <w:t>1NT               2NT♦ ‘ya transfer.</w:t>
      </w:r>
    </w:p>
    <w:p>
      <w:r>
        <w:t>6’lı♦olması gerekir.</w:t>
      </w:r>
    </w:p>
    <w:p>
      <w:r>
        <w:t>Cevaplar ♣ ile aynı şekilde…</w:t>
      </w:r>
    </w:p>
    <w:p>
      <w:r>
        <w:t>23.01.2025 ♣♦♠♥</w:t>
      </w:r>
    </w:p>
    <w:p>
      <w:r>
        <w:t>Cevapçı önce 1♠ deyip, açan 1NT derse,</w:t>
        <w:br/>
        <w:t>cevapçının 2♥ demesi Forcing değildir.</w:t>
      </w:r>
    </w:p>
    <w:p>
      <w:r>
        <w:t>1♣               1♠</w:t>
        <w:br/>
        <w:t>1NT                  2♥Forcing değil!</w:t>
      </w:r>
    </w:p>
    <w:p>
      <w:r>
        <w:t>Kör fiti varsa P geçilir, yoksa 2♠denir</w:t>
        <w:br/>
        <w:t>-------------------------------------------------------------</w:t>
        <w:br/>
        <w:t>1♣               1♠</w:t>
        <w:br/>
        <w:t>2♣                   2♥Forcing</w:t>
      </w:r>
    </w:p>
    <w:p/>
    <w:p>
      <w:r>
        <w:t>1♣     1♥    DBL4’lü♠</w:t>
        <w:br/>
        <w:t>1♠ 5’li♠</w:t>
        <w:br/>
        <w:t>2♠3-6Hp, 6’lı♠</w:t>
        <w:br/>
        <w:t>3♠3-6Hp, 7’li♠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