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190"/>
        <w:ind w:left="0" w:right="0"/>
      </w:pPr>
    </w:p>
    <w:p>
      <w:pPr>
        <w:autoSpaceDN w:val="0"/>
        <w:autoSpaceDE w:val="0"/>
        <w:widowControl/>
        <w:spacing w:line="658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44"/>
        </w:rPr>
        <w:t>Aish (Cloned)</w:t>
      </w:r>
    </w:p>
    <w:p>
      <w:pPr>
        <w:sectPr>
          <w:pgSz w:w="8000" w:h="12000"/>
          <w:pgMar w:top="412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Dedication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book is dedicated to the resilient women of Rajasthan, past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present, whose strength, grace, and unwavering spirits have shaped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history and culture of this magnificent land. Their stories,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untold, are woven into the very fabric of this narrative, a tribute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enduring legacy of courage, resilience, and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in the face of adversity. Their silent battles, fought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confines of tradition and expectation, are as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impactful as any openly waged conflict. They navigated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 social structures and political landscapes, often sacrificing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personal desires for the greater good of their families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kingdoms. Their silent strength, their quiet fortitude, has inspired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this tale of forbidden love and political intrigue.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novel also honors the memory of the countless unsung heroes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heroines of history, those who lived and breathed amongst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grandeur of palaces and the quiet hum of village life. Their daily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struggles, their triumphs and heartbreaks, are the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undercurrent that flows beneath the sweeping narrative of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romance. It is to these unsung individuals – the artisans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the vibrant textiles, the farmers who tilled the land,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poets who spun tales of love and loss – that this work is dedicated.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lives, their dreams, their very existence, are the essence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rich cultural tapestry that forms the backdrop of this story.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this dedication extends to the countless scholars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historians who have dedicated their lives to uncovering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preserving the vibrant history of South Asia. Their tireless research,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unwavering commitment to accuracy and understanding,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the foundation upon which this work is built.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scholarship, their insights, have brought to life the people,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places, and the events that form the heart of this narrative.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dedicated work, stories like Aishwarya and Rachit's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 hidden in the shadows of time. This is a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contribution to our understanding of the past, allowing 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glimpse into the lives of those who came before, and to learn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their struggles and triumphs. Finally, it is dedicated to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reader who dares to dream of a world where love knows no bounds,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passion burns bright against the backdrop of history,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even amidst the most turbulent of times, hope finds a way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bloom.</w:t>
      </w:r>
    </w:p>
    <w:p>
      <w:pPr>
        <w:sectPr>
          <w:pgSz w:w="8000" w:h="12000"/>
          <w:pgMar w:top="296" w:right="71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Unveiling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smelled strongly of jasmine and sandalwood.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beautiful but overwhelming scent. Aishwarya was in a palace,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sunlight shining on her. She felt nervous about what was going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happen. She wore a beautiful red wedding outfit, but inside she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scared. This was her wedding day, something she'd been prepared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her whole life, even though she didn't choose 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was a princess, the jewel of Mewar, betrothed to the Maharaja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neighboring kingdom, a union forged not in love but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 calculus of political expediency. Her father, the Maharaja,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deemed this alliance essential for the stability and prosperity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realm, a necessary sacrifice to secure their future against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encroaching enemies. Yet, Aishwarya yearned for something more,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love that transcended the gilded cages of royal courts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suffocating constraints of tradition. She longed for a connection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beyond political alliances, a love that sparked not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duty but from the fiery depths of the heart.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reflection stared back at her from a polished silver mirror,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vision of breathtaking beauty. Her eyes, the color of dark chocolate,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held a depth that belied her years, reflecting a spirit both fierce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tender. Her raven hair, cascading down her back like a silken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waterfall, was adorned with delicate jasmine blossoms, their sweet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fragrance a poignant reminder of the fleeting nature of happiness.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beneath the exquisite adornments, a storm brewed.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 beat a restless rhythm, a rebellion against the pre-ordained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path laid before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palace, usually a sanctuary of opulent splendor,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prison. The intricate carvings on the walls, the dazzling mosaics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floors, the priceless tapestries depicting scenes of valor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romance, seemed to mock her own restricted existence. She moved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chambers, a gilded ghost, her steps echoing in the vast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emptiness of her heart. Each ornate detail served as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her father's meticulous planning, a plan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meticulously excluded her own desires.</w:t>
      </w:r>
    </w:p>
    <w:p>
      <w:pPr>
        <w:sectPr>
          <w:pgSz w:w="8000" w:h="12000"/>
          <w:pgMar w:top="442" w:right="654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wedding preparations were a whirlwind of activity. Skilled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artisans meticulously embroidered the intricate details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wedding attire, their nimble fingers creating a masterpiece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reflected the opulence and power of Mewar. The air throbbed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rhythmic beat of drums and the lively strains of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music, an orchestrated symphony of celebratory sounds. Yet,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joyous clamor, Aishwarya felt a profound sense of isolation.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 felt hollow, her smiles strained, a mere facade concealing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turmoil within.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found solace only in the quiet moments, stolen away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throngs of courtiers and servants. She sought refuge in the palace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gardens, finding comfort in the gentle sway of the flowering trees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soothing murmur of the fountain. Here, amidst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fragrance of blooming roses and the gentle rustling of leaves,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allow herself to dream, to imagine a life where love was not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pawn in a political game, but the guiding force of her existence.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tradition pressed heavily upon her shoulders,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she bore with quiet grace but internal turmoil. She knew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duty, she understood the political intricacies that governed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world, but the thought of a life devoid of genuine love filled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profound sense of despair. She observed the other women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court, their faces painted with smiles that barely concealed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unspoken longings, their eyes reflecting the same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desires for a love beyond societal expectations.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father, the Maharaja, a man of iron will and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resolve, was oblivious to her inner conflict. He believed 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securing her future, ensuring her happiness by aligning her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and wealthy ruler. But Aishwarya's concept of happiness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vastly different, far removed from the gilded cage of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maneuvering and dynastic ambitions. She dreamt of a love born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respect, a partnership of equals, a connection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transcended the rigid hierarchies of the court.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day of her wedding approached, the preparations intensified,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 transforming into a vibrant spectacle of colour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festivity. But Aishwarya found little joy in the extravagance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surrounding her. She felt like a spectator in her own life, observing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meticulously crafted performance from a distance, her heart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remaining untouched, unmoved by the orchestrated celebrations.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tried to find solace in the company of her closest confidantes,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women who had shared her childhood dreams and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unspoken yearnings. But even their comforting presence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couldn't fully alleviate the growing unease within her.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colours of her wedding attire seemed to mock her, a cruel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life she was expected to lead, a life far removed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passionate love she longed for.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night before her wedding, Aishwarya sat alone on her balcony,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gazing at the star-studded sky. The distant sounds of celebration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muted, distant, as if separated from her world by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invisible wall. The city of Udaipur lay spread before her,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breathtaking tapestry of shimmering lights, each glow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vibrant culture that she was about to be irrevocably bound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to. Yet, a profound sense of melancholy enveloped her, a feeling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impending loss, a premonition of a future that held little promise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true happiness.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that moment of quiet contemplation, she felt an unfamiliar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presence, a feeling of being watched, a sensation that stirred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fear and a strange sense of anticipation within her. She sensed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of something unexpected, a disruption of the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planned order of her life, a possibility that held both danger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flicker of hope. The weight of tradition, the expectation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future, the cold reality of her arranged marriage all seemed to fade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background, replaced by an unsettling sense of suspense,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that the carefully laid plans of her life were about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irrevocably altered. She didn't know what the future held, but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knew, with a certainty that defied logic and reason, that her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about to change forever.</w:t>
      </w:r>
    </w:p>
    <w:p>
      <w:pPr>
        <w:sectPr>
          <w:pgSz w:w="8000" w:h="12000"/>
          <w:pgMar w:top="296" w:right="706" w:bottom="131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Secret Identity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marble floors felt cool beneath Rachit's bare feet,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burning resentment that simmered within him.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opulent palace of Mewar, a testament to the Rajputs' power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prosperity, was a cruel irony. Each intricately carved pillar,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shimmering mosaic, each priceless tapestry depicting scenes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Rajput glory, served as a painful reminder of his family's fall,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ravaged, their heritage stolen. He, Rachit, the son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deposed King Vikramaditya, was here, disguised as a humble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craftsman, a wolf in sheep's clothing, his heart a viper's nest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carefully nurtured vengeance.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disguise was impeccable. The roughspun dhoti and kurta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concealed the physique of a warrior, honed by years of training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harsh landscapes of his exiled homeland. The dust and grime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clinging to his skin were a deliberate camouflage, masking the regal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bearing he couldn’t quite shed. He moved through the palace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corridors with the practiced ease of someone intimately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clandestine movements, his eyes constantly scanning,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senses alert.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had spent months studying the palace layout, memorizing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routines of the guards, learning the subtle nuances of courtly life.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He’d bribed servants, cultivated informants, and woven himself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fabric of the palace, an unseen thread in the rich tapestry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courtly intrigue. His mission was clear: to exact revenge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Maharaja Bhim Singh, the man responsible for his family’s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downfall. But his heart, despite his vow of vengeance, held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unease, an unexpected counterpoint to his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crafted plan.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began with her. Princess Aishwarya. He first saw her during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clandestine visit to the palace gardens, a fleeting glimpse through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thicket of flowering jasmine. He had been there to observe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layout of the outer walls, searching for a weakness, a point of entry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his planned assault. But his gaze, involuntarily drawn, had fallen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her. She was unlike anyone he had ever seen before –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beauty, a breathtaking blend of strength and vulnerability,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captivating even from afar.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movements possessed a captivating grace that belied the iron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 he sensed beneath the surface. He saw her, not just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daughter of his enemy, but as a woman of remarkable character;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individual, not just a political pawn. Her strength, mirroring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own, resonated deeply. He saw a kindred spirit in the determined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 of her jaw, in the intensity of her dark, expressive eyes.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encounter, unplanned and unexpected, had shaken the foundations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carefully constructed plans. The flames of revenge still burned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fiercely within him, but now, intertwined with the embers,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new, unsettling feeling: fascination.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Days bled into weeks, and Rachit continued his work in the palace,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presence unnoticed, his true identity shrouded in secrecy.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observed Aishwarya at a distance, studying her from behind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shadows, learning her habits, her routines. He watched her interact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courtiers, her elegance and poise masking a sharp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intelligence, a keen awareness of the political undercurrents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swirling around her. He saw the weight of responsibility she bore,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burdens of her position, and yet, beneath it all, there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subtle rebellion, a quiet defiance of the limitations imposed on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learned of her arranged marriage, a union forged not in love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political expediency, and a deep sorrow resonated with him.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the suffocating constraints placed on her,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expectations of royalty, and a sudden unexpected empathy struck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him. He witnessed the simmering discontent, the unspoken desires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flickered behind her composed facade. He began to question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righteousness of his planned revenge, the impact it would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on Maharaja Bhim Singh, but also on this woman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unintentionally become a significant part of his internal conflict.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palace, a symbol of his enemy's power, now held a new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significance. It was the place where he plotted his revenge, but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also the place where he encountered Aishwarya, a woman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whose grace and resilience were constantly undermining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planned mission. He found himself torn between his duty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revenge and an unexpected fascination with her.</w:t>
      </w:r>
    </w:p>
    <w:p>
      <w:pPr>
        <w:sectPr>
          <w:pgSz w:w="8000" w:h="12000"/>
          <w:pgMar w:top="296" w:right="642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intricate carvings on the walls seemed to mock him, reminding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of his family’s loss while simultaneously showcasing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breathtaking artistry of a kingdom that had betrayed him. He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drawn to her, his hatred for her father constantly warring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a growing respect for her strength.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saw her in the palace gardens, tending to the roses, their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colors a stark contrast to the muted tones of his own existence.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listened to her laughter, carried on the gentle breeze, a sound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momentarily lulled the demons of his past. He would find himself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near her, his presence unacknowledged, his heart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battlefield where vengeance fought against an unexpectedly tender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affection.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clandestine observations were more than mere reconnaissance;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opportunities to observe her strength and resilience.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himself increasingly captivated by her spirit – a spirit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the fire within his own soul. The palace, which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only the depth of his family's loss, now held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dimension. It was where he plotted revenge, but it was also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glimpsed a possibility, a future that was both terrifying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strangely appealing.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nights were the most difficult. The sounds of the city,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revelry, the rhythmic beat of drums echoing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 walls, were a constant reminder of his dual existence –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avenger he was expected to be, and the captivated observer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become. Sleep offered little respite, his dreams plagued by images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family's destruction and his conflicting emotions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spent his days studying the palace defenses, memorizing guard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rotations, identifying vulnerabilities in the security. He learned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routines of the household staff, the comings and goings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courtiers, all while battling the growing conflict within him –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cold, calculated plan for revenge constantly battling with a nascent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affection that threatened to derail everything.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his secret was immense, a burden he carried alone,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isolated in the midst of opulence. He was a ghost, an invisible</w:t>
      </w:r>
    </w:p>
    <w:p>
      <w:pPr>
        <w:sectPr>
          <w:pgSz w:w="8000" w:h="12000"/>
          <w:pgMar w:top="296" w:right="68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in the heart of the enemy's kingdom, his every action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dictated by his desire for vengeance, yet his heart secretly yearning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something more. He was a paradox – a rebel, a revolutionary,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 of action, yet deeply affected by the beauty and resilience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princess he was sworn to avenge.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days turned into weeks, and the wedding preparations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intensified, Rachit's internal conflict escalated. The palace,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his family's suffering, was now the stage for a drama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hadn't anticipated, a love story intertwined with a brutal quest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revenge. He found himself drawn to Aishwarya's strength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independence, a quality he admired yet feared. He was playing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dangerous game, with the stakes impossibly high. His actions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by a desire for justice, but the presence of Aishwarya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introduced a new and compelling variable into the equation.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line between vengeance and love blurred, making his path toward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retribution far more complex, and far more dangerous, than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 anticipated. The palace, with its opulent grandeur, now echoed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his internal battle; a battle that could determine not only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destiny but also the fate of the kingdom itself.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secret, once a manageable burden, had grown into an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unbearable weight, threatening to crush him beneath its immense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pressure.</w:t>
      </w:r>
    </w:p>
    <w:p>
      <w:pPr>
        <w:sectPr>
          <w:pgSz w:w="8000" w:h="12000"/>
          <w:pgMar w:top="296" w:right="66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Forbidden Attraction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jasmine and sandalwood hung heavy in the air,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mingling with the intoxicating aroma of spiced wine and roasted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meats. The palace courtyard pulsed with life, a kaleidoscope of silks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jewels, vibrant laughter and hushed conversations. It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 of a grand celebration, a lavish feast thrown in honor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visiting dignitary, but for Rachit, it was a stage for his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performance. He moved through the throng, a shadow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amongst the brightly lit figures, his eyes constantly scanning,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senses alert.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saw her then, amidst the swirling silks and jewels, her laughter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melodic counterpoint to the orchestrated chaos of the celebration.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Princess Aishwarya. She stood near a fountain, its water cascading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liquid moonlight, her beauty a breathtaking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opulent surroundings. The moonlight caught the delicate curve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cheek, highlighting the striking contrast between her dark hair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ivory skin. Even from a distance, he could sense her strength,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inner fire that burned brightly beneath the surface of her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composure.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Tonight, he would not merely observe. He would interact, subtly,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carefully, probing the defenses he'd been studying for months.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 remained unchanged; revenge on Maharaja Bhim Singh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primary objective. Yet, the burgeoning attraction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a dangerous, unpredictable variable, had irrevocably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altered the trajectory of his mission.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approached, his movements deliberately casual, blending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seamlessly into the ebb and flow of the crowd. He pretended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caught up in the festivities, his eyes glancing at various nobles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courtiers, and then finally, meeting hers. Their gazes locked,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thrumming with an unspoken energy, a silent acknowledgment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that defied both their social standings and his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agenda.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princess’s initial reaction was a flicker of surprise, a quick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assessment of the humble craftsman who had somehow managed to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catch her attention. Then, almost imperceptibly, a hint of curiosity,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intrigue, replaced the initial surprise. For Aishwarya, too,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night of unexpected encounters. The betrothal to the Rajah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Amber had been arranged, a political union devoid of romance;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presence of this intriguing man, his eyes reflecting a depth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rarely encountered in the court, sparked a flicker of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forbidden within her heart.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conversation was brief, a chance encounter near a 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laden with exotic fruits. He spoke of the intricate carvings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 walls, his knowledge exceeding that of a simple craftsman.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words were carefully chosen, subtle probes designed to gauge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understanding of courtly politics, her awareness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simmering discontent amongst the courtiers. She responded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intelligence, her dark eyes reflecting a sharp awareness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 dynamics within the royal household.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subsequent interactions were no less cautious. Stolen glances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crowded courtyard, furtive conversations whispered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amongst the music and laughter, their words carefully chosen,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glances conveyed more than any words ever could. He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travels, his skill with his hands, a carefully constructed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designed to mask his true identity, while she discussed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of poetry, her passion for falconry, the subtle rebellions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in books and stories – a hint of the suppressed emotions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lay beneath the gilded cage of royal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meeting was a dangerous dance on the precipice of discovery,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stolen glance a risk. The weight of their forbidden attraction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in the air, palpable in the silences between their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lingering touches of their hands as they passed each other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crowded halls.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found himself drawn to her strength, her subtle defiance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constraints of her position. He admired her wit and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intelligence, the quiet fire that burned within her, a spirit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his own. He saw a kindred soul, a woman who, unlike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 courtiers, didn't treat him as a mere servant but saw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more, something beyond his disguise.</w:t>
      </w:r>
    </w:p>
    <w:p>
      <w:pPr>
        <w:sectPr>
          <w:pgSz w:w="8000" w:h="12000"/>
          <w:pgMar w:top="296" w:right="646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too, found herself unexpectedly drawn to Rachit.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intensity, the enigmatic depths of his eyes, the subtle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emanated from him despite his humble attire – these things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captivated her, setting him apart from the pampered courtiers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arrogant nobles she’d known her entire life. The forbidden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 of their attraction only intensified the pull. There was a raw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honesty about him, a freedom from the artificiality of court life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both intoxicating and terrifying.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connection was a clandestine affair, a delicate dance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desire and danger, played out in hidden corners of the palace,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moonlit gardens, under the watchful eyes of the ever-present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guards. They met under the pretext of his work, he "repairing"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decorative items in the private quarters of the Palace, he'd get close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enough to be able to observe her up close, under the guise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service.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communicated through poetry, a secret language of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feelings, each verse a veiled message hinting at their forbidden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desires, the verses carefully crafted to avoid suspicion but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passion that burned brighter than the flames of any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celebratory bonfire.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stolen moments were punctuated by stolen kisses, their touch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electric, their passion a tempest brewing beneath the placid surface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courtly life. Yet, every encounter was fraught with the knowledge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precarious position, of the devastating consequences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discovery. The weight of the Maharaja’s wrath, the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stigma, and Rachit’s hidden agenda hung like a dark cloud,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threatening to extinguish their nascent love before it could 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blossom.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intoxicating joy of their clandestine meetings was always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tempered by the chilling awareness of their impending doom.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a princess raised in the traditions of the court,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 caught between her duty and her desire. She battled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fear of her family’s disapproval and the shame of defying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tradition, yet the pull towards Rachit was undeniable, a force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nature as strong as the wind that swept across the Rajput plains.</w:t>
      </w:r>
    </w:p>
    <w:p>
      <w:pPr>
        <w:sectPr>
          <w:pgSz w:w="8000" w:h="12000"/>
          <w:pgMar w:top="296" w:right="644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too, wrestled with conflicting emotions. His primary goal,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 against Maharaja Bhim Singh, seemed to blur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intense spell of his attraction to Aishwarya. He knew she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daughter of his enemy, yet he found himself drawn to the purity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heart, the resilience of her spirit. He felt the conflicting currents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loyalty and love pulling him in opposite directions, knowing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 for revenge would undoubtedly jeopardize the burgeoning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affection.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lavish celebrations continued, the palace shimmering with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life, a vivid contrast to the darkness that lurked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surface. But for Aishwarya and Rachit, the true celebration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secret, a dangerous game of love played amidst the opulence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intrigue of the Rajput court. Their stolen moments were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most precious treasures in their lives, a burning secret that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intensified the heat of their forbidden passion, fueling their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love affair even as it threatened to destroy them both.</w:t>
      </w:r>
    </w:p>
    <w:p>
      <w:pPr>
        <w:sectPr>
          <w:pgSz w:w="8000" w:h="12000"/>
          <w:pgMar w:top="296" w:right="66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Whispers of Rebellion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started subtly, like the rustling of silk in a moonlit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corridor. At first, they were mere murmurs, exchanged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courtiers in hushed tones, veiled in innuendo and half-truths.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stray comment here, a knowing glance there – suggestions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humble craftsman, Rachit, was not what he appeared to be.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whispers, initially dismissed as courtly gossip, began to gain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momentum, fueled by the growing fascination with Rachit's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uncanny knowledge and his inexplicable charm.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caught in the intoxicating current of her forbidden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blissfully unaware. Her world revolved around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the stolen moments they shared, the clandestine meetings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 alcoves, the whispered poems exchanged under the guise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work. The palace, once a gilded cage, now felt like a sanctuary,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haven where their love flourished despite the ever-present danger.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encounter felt more thrilling than the last, each stolen kiss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rebellion against the rigid confines of her royal life. She reveled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exhilarating risk, the intoxicating thrill of defying convention,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loving a man deemed unsuitable by her world.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rumors, however, were beginning to take root, spreading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wildfire through the intricate network of the royal court.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reached the ears of the more observant members of the Maharaja's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council, men who saw patterns in the seemingly random events,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 that others missed. They noticed the way Rachit moved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an unexpected grace, the subtle confidence that betrayed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humble facade, the depth of his knowledge that went far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skills of a mere craftsman. His eloquence, his understanding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strategy and politics – these things set him apart.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such observant courtier was Maharaj Prem Singh, a wise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 with a sharp mind and an even sharper tongue. He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 Rachit from afar, noting his unusual presence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undeniable spark between him and the princess. Prem Singh's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loyalty lay with the kingdom, and his years of experience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taught him to recognize the subtle signs of deception. The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whispers, initially dismissed as meaningless chatter, had begun to</w:t>
      </w:r>
    </w:p>
    <w:p>
      <w:pPr>
        <w:sectPr>
          <w:pgSz w:w="8000" w:h="12000"/>
          <w:pgMar w:top="442" w:right="67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ignite his suspicions. He started his own discreet investigation,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gathering information, piecing together fragments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conversations, observing Rachit's movements and interactions.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began to focus on Rachit's past, delving into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archives, seeking any record of a man who matched the description,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albeit under a different name. His search led him to old scrolls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dusty records detailing the conquest of the neighboring kingdom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Kalinga, a kingdom Rachit's true identity linked him to.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documents spoke of a prince, a young heir who had escaped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massacre, a prince who had sworn revenge on the Maharaja.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details were scant, fragmented by the passage of time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 attempts to erase the Kalinga royal family's history,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similarities were striking. Prem Singh's suspicions solidified: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was no ordinary craftsman; he was a prince in disguise,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seeking revenge.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Meanwhile, Aishwarya remained consumed by her love. She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Rachit, not the whispers circulating around him, the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anxieties of those around her. Her heart, unburdened by suspicion,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only his charm, his kindness, and the passionate intensity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love. Their shared moments remained her refuge, their secret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language of poems and stolen glances a testament to the depth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bond. Blind to the truth, she saw only the beauty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 and the power of her own rebellious heart. She found joy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forbidden love, and her happiness was reflected in her grace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charm, further adding to her ethereal beauty, which captivated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 around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court's elite, ever watchful, noticed the change in the princess.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observed her increased joy, her uncharacteristic boldness,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vibrancy. She was often seen looking at her hands, tracing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patterns of the henna designs, a clear indication of their stolen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moments, their shared intimacy. These observations added fuel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growing suspicions. Was the princess involved in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clandestine affair? Was the court being infiltrated by an enemy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agent, disguised as a commoner?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intensified, weaving a tapestry of intrigue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suspicion around the couple. The court, usually a place of elaborate</w:t>
      </w:r>
    </w:p>
    <w:p>
      <w:pPr>
        <w:sectPr>
          <w:pgSz w:w="8000" w:h="12000"/>
          <w:pgMar w:top="296" w:right="66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etiquette and calculated movements, began to feel charged with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underlying tension. The festive atmosphere, once vibrant,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heavy with secrets and the anticipation of revelation.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Prem Singh, having collected enough evidence to solidify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suspicions, found himself in a precarious position. He wrestled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loyalties. He loved his kingdom, but he also respected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recognizing the princess's good nature and innocent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heart. To expose Rachit’s deception would shatter the princess’s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and potentially destabilize the kingdom, as the ensuing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struggle could be devastating. However, to remain silent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equally risky. Rachit's ultimate goal – revenge – remained a serious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threat. He had to find a way to neutralize the threat without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inflicting too much collateral damage.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started to drop subtle hints to Aishwarya's brother, a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 who was slowly starting to grow aware of the court's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undercurrents and had developed a growing suspicion of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himself, the prince's alertness, and intelligence made him a perfect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candidate.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decided to communicate using coded messages delivered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secret channels, he relayed his concerns and the evidence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gathered during his investigation, without explicitly revealing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true identity. The messages highlighted the inconsistencies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Rachit's narrative, and emphasized the potential danger posed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princess and to the kingdom if left unchecked.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young prince, ever vigilant, began his own discreet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investigation, watching Rachit, observing his interactions, searching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clues. The increasing suspicions around Rachit, coupled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coded messages from Prem Singh, fueled the young prince's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determination to uncover the truth and protect his sister.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Meanwhile, Aishwarya, still blissfully unaware of the storm brewing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her, continued her secret romance with Rachit. Their stolen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moments, once a source of pure joy, now became fraught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level of danger, the whispers of rebellion hanging heavy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air, an ominous foreshadowing of the upheaval that was about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engulf them both. The very air they breathed seemed thick with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tensions, as the secrets of the court threatened to shatter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fragile paradise they had built. Their love story, once a beacon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hope amidst the shadows of the court, was about to be tested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far greater force than their own forbidden passion - the storm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rebellion that was gathering momentum all around them.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happiness, once a vibrant flower blooming amidst the opulence,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now threatened by the poisonous weeds of intrigue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betrayal. Aishwarya, the princess, oblivious to the danger,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dancing on a knife's edge, her future hanging precariously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balance, a pawn in a game far bigger than her own heart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fathom. The whispers of rebellion were growing louder,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secret they held, could soon bring down everything they held dear.</w:t>
      </w:r>
    </w:p>
    <w:p>
      <w:pPr>
        <w:sectPr>
          <w:pgSz w:w="8000" w:h="12000"/>
          <w:pgMar w:top="296" w:right="77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Royal Betrayal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revelation came not in a dramatic confrontation, but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hushed whisper, delivered under the cover of darkness, a secret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confided in the shadows of the palace gardens. It was Rani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Lakshmibai, Aishwarya’s closest confidante, a woman as loyal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was discreet, who bore the weight of the truth. Lakshmibai,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 etched with worry, chose a secluded spot, the moonlight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illuminating her features, her voice barely a breath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night air.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"Your Highness," Lakshmibai began, her words hesitant, “I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something... something terrible." She paused, gathering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courage, her eyes searching Aishwarya's for any hint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of suspicion. Aishwarya, her heart already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unspoken tension in the palace, felt a chill crawl down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spine. She knew, instinctively, that this was something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profound than the usual courtly gossip.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Lakshmibai, choosing her words carefully, revealed the truth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Rachit. She spoke of the old scrolls, of the hidden records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detailed the conquest of Kalinga, the massacre of its royal family,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escape of its sole surviving prince – a prince who had sworn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 upon the Maharaja, Aishwarya's father. The details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pieced together from fragmented accounts, from whispers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coded messages exchanged amongst a select few loyal to the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Kalinga regime. Lakshmibai meticulously detailed the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descriptions, the birthmarks, the specific details of the royal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insignia, meticulously compared them to Rachit’s features.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 confirmed the horrifying truth: Rachit, the humble craftsman,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 who had stolen Aishwarya’s heart, was the son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conquered king, seeking vengeance upon the very kingdom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ruled.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revelation pressed down on Aishwarya,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crushing burden of disbelief and betrayal. Her breath hitched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throat, her world tilting precariously on its axis. The man she loved,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 she had defied convention for, the man who filled her days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stolen kisses and whispered poems, was a viper in disguise, a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serpent coiled in the heart of her paradise. The joy she had found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forbidden romance now felt like a poisoned chalice, leaving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bitter taste in her mouth.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moon, once a silent witness to their clandestine meetings,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like a cold, uncaring eye, observing her descent into despair.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 gardens, once a sanctuary of stolen moments,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mock her with their beauty, their serenity a cruel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contrast to the turmoil within her heart.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Days blurred into nights, each moment filled with the agonizing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 between her love and her duty. The passionate,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intoxicating intensity of her feelings for Rachit clashed violently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sense of responsibility towards her kingdom, her family,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of her father. The image of her father’s kind face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gentle smile flashed before her eyes, replacing the image of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passionate embrace. The thought of the betrayal, the calculated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deceit, choked her with grief and anger. How could she, a princess,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have been so blind, so foolish?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Sleep offered no solace. She tossed and turned, the truth a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blanket smothering her dreams. The courtly intrigue, the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maneuvering, were now secondary to her personal turmoil.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once-vibrant spirit was subdued. Her ethereal beauty,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beacon, was now clouded with sadness and confusion.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situation was not simply one of romantic betrayal.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crisis. Her lover was plotting against her family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She understood the implications clearly. If Rachit's plan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unfolded, her kingdom would be thrown into chaos, her brother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might be in danger, the stability of the kingdom jeopardized.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sought solace in solitude, wandering the palace corridors,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footsteps echoing the turmoil in her soul. The once familiar halls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seemed alien, each ornate carving, each priceless tapestry,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reminder of the shattered illusion. The court, once a glittering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spectacle, was now a menacing cage. She found herself staring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reflection in the polished surfaces of the palace, a stranger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staring back at her, a princess caught in the vortex of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betrayal.</w:t>
      </w:r>
    </w:p>
    <w:p>
      <w:pPr>
        <w:sectPr>
          <w:pgSz w:w="8000" w:h="12000"/>
          <w:pgMar w:top="296" w:right="67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her decision pressed down upon her, crushing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spirit. She could expose Rachit, betraying her love but securing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safety of her family and kingdom. Or she could choose to remain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silent, keeping the truth hidden within her heart and potentially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condemning her kingdom to destruction. Each option felt equally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painful, equally devastating. She found herself looking at the henna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designs on her hands, once a symbol of her clandestine love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Rachit, now a reminder of her naivete.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confided in her brother, the young prince, sharing the terrible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truth. The revelation ignited a furious rage within him. He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 of his age, yet he possessed a rare wisdom and a calm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demeanor, which stood in contrast to the anger simmering within.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understood the peril, and the decision before them loomed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larger than any personal feelings. He, too, grappled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conflicting emotions: loyalty to his sister, concern for his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 visceral hatred for the man who dared to betray them all.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brother and sister spent endless nights strategizing. The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prince, with the counsel of his loyal advisors, weighed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prowess, his potential allies, and the strength of their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defenses. He recognized the urgency of the situation – that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 were not merely a personal slight but a calculated rebellion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could destabilize the whole kingdom. Delay was not an option;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decisive action was needed. The princess had to choose; she had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caught in the crosshairs of love and duty, found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increasingly isolated. The whispers continued, now laced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level of urgency and dread. The court, once a glittering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power and intrigue, was now fractured, divided by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suspicion. Even Lakshmibai, her closest confidante,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distant, a silent observer to her silent struggle.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coming days would be pivotal. Aishwarya knew that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decision, whatever it may be, would shape not only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destiny, but the future of the kingdom itself. She was the princess,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ruler-in-waiting, and the weight of the crown pressed heavy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shoulders, adding to the crushing weight of her own betrayal</w:t>
      </w:r>
    </w:p>
    <w:p>
      <w:pPr>
        <w:sectPr>
          <w:pgSz w:w="8000" w:h="12000"/>
          <w:pgMar w:top="428" w:right="71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impending decisions she had to make. The once bright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 of a forbidden love had given way to a bleak landscape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turmoil, a dangerous path where every step forward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threatened to unravel everything she held dear. Her heart, torn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her love for Rachit and her loyalty to her kingdom, ached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weight of the burden she now had to carry. The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hold nothing but uncertainty and perilous choices.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heart, her mind and her kingdom were at stake. The princess,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radiating joy and vibrancy, now wore the mask of determination,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eyes reflecting the tempest brewing inside. The princess had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choose.</w:t>
      </w:r>
    </w:p>
    <w:p>
      <w:pPr>
        <w:sectPr>
          <w:pgSz w:w="8000" w:h="12000"/>
          <w:pgMar w:top="296" w:right="79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Kings Discovery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ornate doors of the King’s private chambers creaked open,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revealing a figure cloaked in shadow. It was Raja Vikram Singh,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father, his usually jovial face a mask of thunderous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fury. His eyes, usually twinkling with mirth, now burned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cold, hard fire. He stood, a towering presence, his hand resting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hilt of his jeweled dagger, the air around him crackling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barely contained rage. He had been informed, not gently,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shocking truth.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news had hit him like a physical blow. The reports,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dismissed as courtly gossip, had been corroborated by a series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intercepted messages, decoded by his most trusted advisors.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was irrefutable: Rachit, the man who had charmed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daughter, who had wormed his way into the heart of the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family, was none other than the son of the Kalinga king, the one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vanquished years ago, the one he believed to be utterly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destroyed.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deception ran deeper than a mere romantic betrayal;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orchestrated plot for revenge. Rachit's seemingly innocent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in the palace was a calculated infiltration, a Trojan horse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preparing to unleash chaos upon the kingdom. Vikram Singh felt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tremor of outrage, a visceral reaction to the audacity of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betrayal. He had been outwitted, his defenses penetrated by a foe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 had never truly considered.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had always prided himself on his shrewdness, his ability to read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subtleties of courtly intrigue, but Rachit’s deceit had bypassed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defenses with a stealth that was both chilling and infuriating.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recalled Rachit's charm, his persuasive nature, the ease with which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he’d gained Aishwarya’s trust. The thought was poison, a bitter pill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added to his already overwhelming fury.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 paced the length of the room, his footsteps echoing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turmoil within him. The richly decorated chamber, usually a symbol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royal power and majesty, seemed to suffocate him with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opulence. The intricate carvings on the walls, the priceless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tapestries depicting scenes of valor and victory, mocked him now,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reminding him of his vulnerability, of his failure to foresee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impending doom. He felt a surge of shame, of wounded pride.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 thoroughly duped, so completely outmaneuvered… it was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unbearable.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had loved his daughter fiercely, unconditionally. He had never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interfered in her affairs of the heart, trusting in her judgment,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her clandestine romance. Now, he understood the depth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naivety, of the danger she had willingly embraced. Rage mixed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heart-wrenching paternal concern; he saw his beloved daughter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ensnared in a web of treachery, a victim of a meticulously planned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conspiracy.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guards outside his chambers stood rigidly, their faces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impassive, but their eyes betrayed a shared sense of foreboding.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within the palace walls was thick with tension,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the unspoken fear that permeated every corridor,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room. The usual bustling activity of the royal court was replaced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hush, a nervous silence that spoke volumes about the impending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storm.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 summoned Rachit. The news was relayed with icy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precision, the messenger aware of the consequences of conveying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King's message poorly. Rachit arrived, his usual carefree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 replaced with a tense alertness, his eyes scanning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 with a guarded look. He stood before the King,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tremor in his normally confident posture, his usual easy charm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momentarily subdued by the King’s imposing presence.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confrontation was explosive. Vikram Singh didn't bother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pleasantries, with polite inquiries. He unleashed his fury,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pouring out in a torrent of rage, accusing Rachit of his deception,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betrayal, of the calculated cruelty of his actions. Each word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blow, a searing indictment that laid bare Rachit’s treachery.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initially defiant, attempted to defend himself, to explain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but his attempts were futile. The evidence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overwhelming. Vikram Singh’s fury was fueled by years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unwavering dedication to his kingdom, by a deep-seated loyalty to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people, by the profound betrayal of his own daughter's trust.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atmosphere in the room crackled with unspoken threats.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King's anger was a palpable force, a tangible entity that filled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room, pressing against Rachit like a physical weight. Rachit, despite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attempts at composure, felt the full brunt of the King’s wrath.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knew his carefully constructed facade had crumbled,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deception laid bare. The weight of his actions, the consequences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vengeful plan, crashed down on him with crushing force.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conversation descended into a bitter exchange, a clash of wills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ideologies. Rachit tried to justify his actions, speaking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injustices inflicted upon his father and his people, of the long-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grievances that fueled his quest for revenge. But the King,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hardened by years of ruling, remained unmoved, his heart hardened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Rachit's pleas. He saw only the danger to his kingdom,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daughter, to his legacy.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narrative of his family's suffering fell on deaf ears.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King, his face contorted with rage, countered with a description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devastation Rachit's planned rebellion would unleash, painting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grim picture of bloodshed and chaos. He spoke of the innocent lives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would be lost, of the kingdom that would be thrown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turmoil, his words dripping with condemnation.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argument escalated, escalating from heated words to near-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confrontation, the King's hand hovering dangerously close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dagger at his side. Rachit, for all his plotting and cunning,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himself outmatched, his carefully crafted strategy crumbling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relentless assault of the King’s fury. He saw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planned revenge falling apart, the dream of restoring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father’s kingdom turning into a nightmare.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King, finally, ended the tense confrontation, not with a decisive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blow, but with a chilling declaration. He would not allow Rachit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escape the consequences of his actions. His punishment would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swift, just, and thorough. He would face the full weight of the law,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sentence that would send a clear message to any who dared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 the authority of the Rajasthani throne. The King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ensure the safety of his kingdom, even if it meant sacrificing his</w:t>
      </w:r>
    </w:p>
    <w:p>
      <w:pPr>
        <w:sectPr>
          <w:pgSz w:w="8000" w:h="12000"/>
          <w:pgMar w:top="296" w:right="64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daughter's happiness, which was already a shattered dream.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ensuing silence was heavy, charged with the weight of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consequences. The King's wrath had been unleashed, and the fate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Rachit, and perhaps the kingdom, hung precariously in the balance.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 left Rachit to the guards, his rage still simmering.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was uncertain, shrouded in a dark cloud of betrayal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impending doom. The weight of his decision, the burden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anger, now fell upon Aishwarya, his daughter, who would have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choose between her love and the very kingdom he had worked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 to protect. The echoes of the King’s wrath resonated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throughout the palace, a chilling premonition of the turmoil yet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come.</w:t>
      </w:r>
    </w:p>
    <w:p>
      <w:pPr>
        <w:sectPr>
          <w:pgSz w:w="8000" w:h="12000"/>
          <w:pgMar w:top="296" w:right="69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Justification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in the King’s chambers, usually fragrant with incense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sweetness of rosewater, now felt thick and suffocating,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the unspoken weight of Rachit’s betrayal. The ornate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carvings on the walls, usually admired for their intricate detail,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mock him, their gilded surfaces reflecting the cold gleam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Raja Vikram Singh’s eyes. Rachit, standing before the King,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pressure of the regal gaze, a weight that pressed down on him,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crushing the carefully constructed confidence he usually projected.</w:t>
      </w:r>
    </w:p>
    <w:p>
      <w:pPr>
        <w:autoSpaceDN w:val="0"/>
        <w:autoSpaceDE w:val="0"/>
        <w:widowControl/>
        <w:spacing w:line="264" w:lineRule="exact" w:before="60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usual easy charm had deserted him, leaving him exposed,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vulnerable.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opened his mouth to speak, the words catching in his throat.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rehearsed this moment countless times, picturing the King’s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anger, anticipating his accusations. He had prepared defenses,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justifications, pleas for understanding, yet none of them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adequate, none of them seemed to bridge the chasm that separated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him from the man who had once welcomed him into his family.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began haltingly, his voice low, a stark contrast to the booming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pronouncements of the King. "My intentions were not malicious,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Your Majesty," he began, the words sounding feeble even to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ears. "My actions were born not of treachery but of a deep-seated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desire for justice."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launched into a narrative of his childhood, a life shadowed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brutality of war, the humiliation of defeat, the lingering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injustice suffered by his people. He spoke of his father, the King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Kalinga, a just and noble ruler, unjustly overthrown and murdered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Vikram Singh’s own army. He painted a vivid picture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once a vibrant jewel of the region, now reduced to ashes,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people scattered, their spirit broken. He described the horrors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witnessed, the suffering he had endured, the thirst for revenge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had consumed him.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words poured forth, passionate and raw, a torrent of emotion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 suppressed. He detailed the calculated strategy, the years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planning, the sacrifices he had made, all to avenge his father and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restore his birthright. He spoke of the constant fear, the ever-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threat to his life, the constant vigilance required to survive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hostile world. He depicted the crushing weight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responsibility, the burden of leadership thrust upon him at such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young age.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of his love for Aishwarya, a love that blossomed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shadow of his vengeful plans. It was a love that was both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solace and a torment, a source of strength and a crippling weakness.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of his struggle to reconcile his desire for vengeance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burgeoning affection for her. He described how his initial 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deception was to protect her from the inevitable turmoil he knew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actions would unleash. He attempted to paint himself as a 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driven by necessity, by a sense of duty to his people, even if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duty clashed with the dictates of his conscience.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painted Aishwarya as a cherished ideal, someone who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the goodness and beauty that he longed to restore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shattered world. The very essence of Aishwarya was at odds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violence and destruction which had shaped him. He said that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loved her deeply. His love was his anchor in the storm, a beacon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in the darkness. His love, however was born in a web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deception and betrayal, a paradoxical truth that twisted his heart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fueled his desperation.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for what seemed like hours, his words weaving a tapestry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personal tragedy and political ambition. He spoke with a fervor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bordered on desperation, hoping that the King, despite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rage, would see past his treachery to the pain and injustice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driven him. He poured out his heart, hoping to find a sliver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understanding, a spark of empathy in the King's steely gaze.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Yet, despite the eloquence of his words, despite the raw emotion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infused his narrative, the silence that followed hung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weight of the King's disapproval. His justifications,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heartfelt, did not fully mitigate the gravity of his actions. The 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seen the destruction Rachit's plot threatened to unleash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kingdom, a devastation that far outweighed Rachit's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grievances.</w:t>
      </w:r>
    </w:p>
    <w:p>
      <w:pPr>
        <w:sectPr>
          <w:pgSz w:w="8000" w:h="12000"/>
          <w:pgMar w:top="296" w:right="640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opulent chambers, usually a testament to the King's power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prestige, now felt like a gilded cage, its beauty overshadowed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looming threat of violence. The intricate carvings on the walls,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priceless tapestries, the shimmering jewels—all seemed to mock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desperate plea, emphasizing the stark contrast between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grandiose ambitions and the grim reality of his situation.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actions, the consequences of his choices, pressed 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him with suffocating force.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had hoped to find redemption, to justify his actions, to find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to peace. Instead, he was met with the unyielding fury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 wounded in his pride, a father heartbroken by his daughter’s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betrayal. The King’s silence was a damning verdict, more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 spoken condemnation. The opulence of the room 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to amplify the sense of isolation, the crushing weight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failure. He had played a dangerous game, and he had lost.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carefully constructed narrative crumbled under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King's unyielding gaze. The meticulously planned revenge,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of plotting and scheming, had all led to this moment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devastating defeat. The dream of restoring his father's kingdom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into a nightmare. He saw the despair reflected in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eyes, the realization that his actions had irrevocably damaged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only the kingdom, but also his own soul.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King’s wrath was a tangible force, a palpable presence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permeated the room, wrapping around Rachit like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shroud. The carefully crafted words of justification turned to ashes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his mouth, his carefully constructed defenses crumbling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sheer force of the King’s righteous fury. He was left alone,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before the King, but before the weight of his actions. His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 eloquent, though steeped in pain and justified by suffering,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fell short. He had played God, and now he had to face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 of his presumption. The King's silence spoke louder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 words of condemnation. The game was over,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lost. The future, once a vision of restored glory, now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bleak and uncertain, fraught with the consequences of a betrayal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too great to be forgiven. The echoes of the King’s silent wrath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air, heavier than the scent of roses, harsher than the gleam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jewels. The opulent room held him captive, not in chains, but in the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suffocating silence of his failure.</w:t>
      </w:r>
    </w:p>
    <w:p>
      <w:pPr>
        <w:sectPr>
          <w:pgSz w:w="8000" w:h="12000"/>
          <w:pgMar w:top="296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Fathers Sacrifice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stretched, an agonizing eternity filled only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labored breaths of Rachit and the rhythmic ticking of a nearby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clock, each tick a hammer blow against the fragile hope still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clinging to Rachit’s heart. He waited, braced for the King’s outburst,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torrent of accusations that would surely follow. But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persisted, heavy and oppressive, a silence that spoke volumes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 shouted condemnation. Raja Vikram Singh, his face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mask of controlled fury, remained motionless, his gaze fixed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 with an intensity that seemed to burn through him.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Finally, the King spoke, his voice a low, gravelly rumble that shook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foundations of the opulent chamber. It wasn't the roar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righteous anger Rachit had anticipated, but something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chilling—a quiet, controlled fury that hinted at a depth of pain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exceeding any outward display of rage. "You have brought dishonor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my house, Rachit," the King said, each word deliberate,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syllable laced with icy disdain. "You have woven a web of deceit,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lies, and in doing so, you have not only jeopardized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kingdom, but you have also stolen the heart of my daughter."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paused, his gaze sweeping across the ornate room, his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 to rest on the intricate carvings, each detail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his reign, to his legacy, now threatened by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actions. "My daughter's love," he continued, his voice dropping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near whisper, "is a sacred thing. You have desecrated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sacredness, and for that, you shall pay."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braced himself for the inevitable sentence, expecting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banishment, imprisonment, perhaps even death. But the King's next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took him completely by surprise. "I will not spill your blood,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Rachit," the King declared, his voice surprisingly calm,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devoid of emotion. "But I will make a sacrifice to protect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daughter and my kingdom from further harm."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wave of confusion washed over Rachit. He had prepared himself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King's wrath, but this…this was unexpected, baffling.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King’s words hung in the air, heavy with unspoken meaning. What</w:t>
      </w:r>
    </w:p>
    <w:p>
      <w:pPr>
        <w:sectPr>
          <w:pgSz w:w="8000" w:h="12000"/>
          <w:pgMar w:top="442" w:right="66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sacrifice was he referring to?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Rachit could even begin to formulate a question, the answer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arrived in the form of a bloodcurdling scream from outside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chamber. The sound cut through the tense silence, shattering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oppressive atmosphere with a brutal intrusion of violence.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 carvings on the walls seemed to vibrate with the force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scream, while the priceless tapestries seemed to shudder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response.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Guards burst into the room, their faces etched with terror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shock, their weapons drawn, their eyes wide with disbelief.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in hushed, frantic tones, relaying a fragmented narrative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sudden attack, of assassins who appeared from nowhere,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blades flashing in the dim light of the antechamber.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King, his face now contorted in a mask of fierce determination,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rose to his feet. There was no hesitation, no fear in his eyes, only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resolute acceptance of his fate. "They will not succeed," he declared,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voice echoing with a force that seemed to shake the very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foundations of the palace. "Aishwarya will be safe. My kingdom will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survive."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powerful push, he pushed aside the guards who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attempting to restrain him, his movements surprisingly strong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decisive for a man who had always appeared almost frail. He strode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the source of the disturbance, a resolute glint in his eye,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face his fate head-on. The sounds of combat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intensified, punctuated by the clang of steel on steel and the stifled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cries of dying men.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tried to follow the King, but the guards held him back,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fear palpable. They knew the King’s decision, and they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extent of his sacrifice. They knew the King was throwing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into the heart of danger, facing certain death in order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protect his daughter and ensure the survival of his kingdom.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sounds of the fight grew closer, more intense. Then, a chilling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descended upon the palace, a silence that spoke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bloodshed and loss. The screams had ceased, replaced by an</w:t>
      </w:r>
    </w:p>
    <w:p>
      <w:pPr>
        <w:sectPr>
          <w:pgSz w:w="8000" w:h="12000"/>
          <w:pgMar w:top="296" w:right="66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86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oppressive quietness that filled the opulent chamber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suffocating dread.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 what seemed an eternity, a single guard returned, his 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ashen, his eyes filled with tears. He spoke in a voice choked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confirming the King's death. The assassins, skilled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ruthless, had succeeded in their mission. Raja Vikram Singh,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beloved king, the powerful ruler, was dead.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stood frozen, his mind reeling from the sudden turn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events. The King, the man who had welcomed him into his house,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 he had betrayed, had sacrificed himself to save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kingdom he loved. The weight of his guilt intensified,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crushing him under its weight. His elaborate plan, his carefully laid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schemes, his quest for revenge had led to this—the death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 who had unwittingly become a father figure to him.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in the chamber was now filled with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King’s sacrifice, a sacrifice that underscored the terrible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 of Rachit’s actions, a sacrifice that cast a long, dark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over the future. The elaborate beauty of the room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suffocating, each gilded detail a cruel mockery of the stark reality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unfolded before him. The King's death was more than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loss of a ruler; it was a seismic shift in the power dynamics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kingdom, a void that left Rachit in a state of profound shock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crippling guilt. His heart, once filled with a burning desire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revenge, was now consumed by a deep and overwhelming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remorse.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news of the King’s assassination sent shockwaves throughout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kingdom. The streets, once vibrant and bustling with life,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eerily quiet, the air thick with a palpable sense of grief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apprehension. The opulent palace, a symbol of the King’s power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prestige, now stood as a monument to his tragic demise, its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vibrant atmosphere replaced by a heavy cloud of mourning.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devastated by the loss of her beloved father,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inconsolable. Her world had crumbled around her, leaving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bereft and vulnerable. The suddenness of his death, the brutal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manner of his assassination, left her heartbroken and filled with a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consuming rage.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courtiers, initially paralyzed by shock, soon began to jockey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position, their ambitions fuelled by the sudden power vacuum.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 web of courtly intrigue, always present beneath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surface, now became more tangled and volatile. The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teetered on the brink of chaos, its fate uncertain, its future hanging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balance.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burdened by guilt and consumed by remorse, found himself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position he never could have foreseen. He had sought revenge,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instead he had inadvertently caused the death of the man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come to respect and even love. His carefully planned schemes,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meticulously crafted strategy, had backfired spectacularly,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leading to a tragedy of monumental proportions.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King’s death had transformed Rachit’s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narrative, turning his revenge into a painful irony. He was now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conqueror, but a man responsible for the death of a father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figure, a man whose sacrifice had unexpectedly placed him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 of power and responsibility. His path, once clear,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obscured by a veil of grief and uncertainty.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in the court intensified. Some blamed Rachit directly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King’s death, seeing his actions as the catalyst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unleashed the storm of violence upon the kingdom. Others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the King’s sacrifice as a means to protect Aishwarya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preserve the stability of the kingdom. But none could deny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magnitude of the loss, the void left in the heart of the kingdom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sudden demise of its beloved ruler. The future remained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unclear, the path forward shrouded in uncertainty.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King’s sacrifice, and the consequences of Rachit's actions,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heavy in the air, a dark cloud looming over the future of Rajasthan.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roses now seemed to carry a bitter undertone,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gleam of jewels reflected the stark reality of death and loss.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opulent chambers, once symbols of regal power, now stood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haunting reminders of a father's sacrifice, a betrayal,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 path ahead. The game was far from over. The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conflict was only just beginning.</w:t>
      </w:r>
    </w:p>
    <w:p>
      <w:pPr>
        <w:sectPr>
          <w:pgSz w:w="8000" w:h="12000"/>
          <w:pgMar w:top="296" w:right="696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Grief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world had lost its vibrancy for Aishwarya. The once-brilliant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hues of the palace – the sapphire blues of the king’s favorite silks,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ruby reds of the precious stones adorning the walls, the emerald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greens of the gardens beyond – all seemed muted, washed out,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the grey pall that had settled over her soul. The laughter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once echoed through the halls was replaced by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silence, punctuated only by the occasional stifled sob or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whispered condolences of the courtiers. Each ornate carving,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crafted tapestry, each glittering jewel, served only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cruel reminder of the life she had lost, of the father she had loved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a fierceness that defied description.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 Vikram Singh, her father, her protector, her confidant,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gone. Murdered. The image of his lifeless form, his eyes still holding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flicker of that indomitable spirit, haunted her waking hours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invaded her sleep, transforming her dreams into nightmarish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replays of the brutal attack. The scent of roses, usually associated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father's gentle nature, now carried the bitter tang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 and loss, a constant reminder of the shattering truth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ripped apart her world.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funeral pyre, a towering inferno against the darkening sky,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consumed not only her father's mortal remains but also the last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vestiges of her naive innocence. The flames, licking at the heavens,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mirror the burning rage that consumed her, a fire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threatened to consume her entirely, leaving only ashes in its wake.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watched the flames devour the man who had been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anchor, her guide, her rock, a chilling realization washed over her: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the man she had loved with a passion that had blinded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 who had sworn his undying devotion, was responsible.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directly, perhaps, but his thirst for revenge, his intricate web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deceit, had ultimately led to her father's death. The sacrifice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father was a direct result of Rachit’s treachery.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vibrant silk of her mourning garments felt like a shroud,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thread a testament to her grief. The weight of the jeweled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ornaments she wore, gifts from her father, felt crushing, pressing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on her with the same intensity as the guilt that gnawed at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soul. She had loved him, had believed in him, had given him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heart, only to find it shattered by his betrayal. The opulent palace,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a haven of joy and laughter, now felt like a gilded cage,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trapping her within its walls of sorrow. The carefully manicured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gardens, once a source of solace and beauty, now seemed to mock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grief with their vibrant colors. Each perfectly formed flower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scream out the disparity between the beauty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world and the desolation of her heart. The very air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vibrate with the silence of her loss, a void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swallow her whole.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responsibility pressed down on her heavily.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younger brother, Rohan, clung to her, his small hand gripping hers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desperate strength that mirrored her own fear.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secure under her father's rule, now teetered precariously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edge of chaos. The courtiers, sensing the power vacuum,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already circling like vultures, their whispers and schemes filling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palace with a palpable sense of tension and distrust.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found solace only in the quiet moments, the fleeting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instances when she could retreat to the privacy of her chambers,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away from the prying eyes and manipulative whispers of the court.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There, surrounded by the remnants of her father's presence –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favorite books, his hunting trophies, the scent of his sandalwood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perfume lingering in the air – she could grieve without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suffocating presence of others. But even in this sanctuary,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memories of her father, of his kindness, his wisdom, his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love, were relentless in their torment.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shock of her father's death, the sudden revelation of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identity, and the brutal reality of the political games 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around her forced Aishwarya to confront the harsh realities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world she inhabited. The idyllic innocence she once held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gone, replaced by a steely resolve, a determined strength that belied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delicate exterior. The weight of her grief fueled her, a burning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ember in the darkness, pushing her to action. She knew she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succumb to despair. Her father's sacrifice demanded strength,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demanded resilience, demanded that she rise above her sorrow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protect her brother, her kingdom, her legacy. The tears she cried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simply tears of grief; they were the tears of a warrior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sharpening her blade.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opulent palace, once a symbol of joy and security, now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battlefield. Each gilded chamber was a potential site of treachery,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whispered conversation a potential threat. Aishwarya, now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princess regent and the primary focus of all the conspiracies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had to navigate a treacherous maze of courtly intrigue,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alliances shifted like sand dunes and loyalties were as fickle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the desert winds.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moved through the opulent halls of the palace with a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grace, her movements deliberate, her gaze sharp, her demeanor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commanding. The vibrant silks of her mourning clothes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 the fierce determination burning within her. She met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scrutinizing gazes of the courtiers with an unwavering stare,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no hint of vulnerability to penetrate her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 façade. This was no longer the innocent princess;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Aishwarya, the daughter of a fallen king, ready to fight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legacy he had left behind.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her grief, far from crippling her, seemed to fuel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an unexpected strength. It was a strength born of loss, forged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fires of betrayal, and tempered in the crucible of her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sacrifice. The opulent palace, a silent witness to her grief,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the stage for her transformation. She was no longer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passive observer, a mere spectator in her own life. She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architect of her own destiny, the guardian of her kingdom,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champion of her family.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memories of her father, once a source of solace, now served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driving force. Each cherished moment, each shared laugh,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 of fatherly wisdom, fueled her determination to avenge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death and protect the kingdom he had loved so dearly. The pain,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 profound, did not break her; it steeled her, shaping her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stronger, more resilient, more powerful. The journey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be arduous, filled with uncertainty and danger, but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was ready to face it. The grief would not consume her;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empower her. The future remained uncertain, a treacherous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path shrouded in the shadows of death and betrayal, but Aishwarya,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heart heavy but her spirit unbroken, was ready to embark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next chapter of her life, fueled by the memory of her father,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her grief, and the burning desire for justice. The opulent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the palace, once a comfort, now represented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new responsibilities, a constant reminder of the legacy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charged with protecting, a battleground on which she was ready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fight. The fragrance of roses now mingled with the scent of conflict,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glittering jewels reflected the steely glint in her eyes, 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braced herself for the relentless struggle that lay ahead,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struggle fueled by grief, love, and a fierce determination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avenge her father's death. The game was far from over. The fight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only just begun.</w:t>
      </w:r>
    </w:p>
    <w:p>
      <w:pPr>
        <w:sectPr>
          <w:pgSz w:w="8000" w:h="12000"/>
          <w:pgMar w:top="296" w:right="66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Funeral Pyre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funeral pyre crackled and roared, a monstrous maw consuming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earthly remains of Raja Vikram Singh. Smoke, thick and black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 raven's wing, billowed into the already darkening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sky, obscuring the setting sun in a shroud of grief. The air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the scent of sandalwood and burning flesh, a cloying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perfume that mingled with the bitter tang of unshed tears.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pyre, a sea of mourners – courtiers in somber silks, loyal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subjects in simple cotton – swayed in silent vigil, their faces etched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sorrow and apprehension. But Aishwarya saw none of them.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gaze was fixed on one figure, standing apart from the throng,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presence as stark and imposing as the flames themselves.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stood there, a silhouette against the fiery backdrop, his usual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easy grace replaced by an almost painful stillness. The flickering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flames danced in his dark eyes, reflecting a storm of emotions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couldn't decipher – regret? Remorse? Triumph? The simple white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kurta he wore, stark against the opulent colours of the mourning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attire of the court, only served to highlight his isolation, a solitary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 amongst a grieving kingdom. The king. The realization hit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afresh, a cold wave washing over her grief. The man she had loved,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 who had betrayed her father, was now the rightful ruler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kingdom. The irony was not lost on her, a bitter taste coating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tongue. His ascension to the throne was inextricably linked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father's death. The pyre itself seemed to bear witness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intertwined fates, a blazing testament to their tragic entanglement.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stretched, thick and suffocating, broken only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crackling of the flames and the occasional sob from a grieving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widow. Aishwarya felt the weight of her father's absence pressing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down on her, the void left by his death a gaping wound in her soul.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known, deep down, that Rachit's revenge plot lay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root of her father's demise, but seeing him there, amidst the 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fire, confronted her with the raw, brutal truth. Her heart ached,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battlefield of grief, anger, and the stubborn flicker of a love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refused to die.</w:t>
      </w:r>
    </w:p>
    <w:p>
      <w:pPr>
        <w:sectPr>
          <w:pgSz w:w="8000" w:h="12000"/>
          <w:pgMar w:top="442" w:right="66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took a step forward, her movements deliberate, her gaze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unwavering. The weight of her jewels, her father's last gifts,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shackles, binding her to a past she desperately wished to escape.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step brought her closer to the man who had shattered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world, closer to the king who now held her kingdom in his grasp.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Closer to the man she still, impossibly, loved.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"Rachit," she said, her voice barely a whisper, yet cutting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charged silence. It was a word laden with a lifetime of emotions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– love, betrayal, grief, and a rising tide of cold fury. The name itself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like a betrayal, a stark reminder of the deceit that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consumed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turned, his gaze meeting hers. For a long moment, they 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locked in a silent confrontation, two figures framed by the fiery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inferno. The flames, she thought, were a metaphor for the inferno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raging within her heart – a fire of grief, hatred, and a residual spark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love that refused to be extinguished. It was a gaze that pierced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her carefully constructed defenses, a gaze that saw the raw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vulnerability beneath her facade of stoicism. He had always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able to see through her, even before he had revealed his true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nature. Now, his eyes held a mixture of sorrow and something akin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longing, something she couldn't fully grasp in that moment.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approached her slowly, his movements graceful, despite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weight of his crown, and the even heavier weight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actions. The distance between them narrowed, each step lessening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space, and emphasizing the profound chasm that separated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hearts. He stopped just a few feet away, close enough for her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smell the subtle fragrance of sandalwood and the faint, earthy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battlefield. She felt a chilling memory flash before her –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skin, his scent, and the stolen kisses, now tainted with the bitterness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betrayal.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"Aishwarya," he said, his voice a low rumble that resonated with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tenderness. "I…" he paused, his gaze falling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hands, clasped tightly before her. She could almost hear the gears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turning in his mind, the battle between his ambition and his regret,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war waged silently within his soul.</w:t>
      </w:r>
    </w:p>
    <w:p>
      <w:pPr>
        <w:sectPr>
          <w:pgSz w:w="8000" w:h="12000"/>
          <w:pgMar w:top="428" w:right="65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 again, a heavy blanket draped over their grief.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saw a flash of regret in his eyes, a fleeting glimpse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 she had loved, before the cold mask of a king settled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more. The man who had sworn undying love, who had seduced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promises and passion, stood before her, revealed as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architect of her father's death. The man who now held her destiny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his hands.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crowd around them remained silent, watching the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confrontation between the princess and the newly revealed king.</w:t>
      </w:r>
    </w:p>
    <w:p>
      <w:pPr>
        <w:autoSpaceDN w:val="0"/>
        <w:autoSpaceDE w:val="0"/>
        <w:widowControl/>
        <w:spacing w:line="264" w:lineRule="exact" w:before="58" w:after="0"/>
        <w:ind w:left="0" w:right="72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flames of the pyre illuminated their faces, revealing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intricate tapestry of emotions that painted their features.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"Your father..." Rachit began, his voice strained, the words seeming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catch in his throat. He paused, struggling to find the words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 the enormity of his actions. The unspoken words hung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thick with a suffocating silence that pressed down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Aishwarya. The truth hung heavy between them, a tangible entity.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father’s death, the betrayal, the shattered trust – it 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culminated in this moment, in the unspoken accusation that echoed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a silent dialogue as intense and compelling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roaring fire.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moment crushed her. His words, or rather,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lack of them, were a testament to the irreversible damage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caused. He could not undo his actions, he could not erase the stain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betrayal, he could only stand there, a king in mourning, a lover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exposed as a traitor, and a man consumed by the consequences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choices.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felt her anger rising, a cold fire that threatened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 her, but she held it in check, her rage carefully concealed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behind a mask of icy composure. This was not the time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outbursts. This was a war, a political battle fought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cloak of sorrow, and she would play her part with precision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composure.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met his gaze, her eyes reflecting the flickering flames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pyre, mirroring the turmoil within her. The fire within her was not</w:t>
      </w:r>
    </w:p>
    <w:p>
      <w:pPr>
        <w:sectPr>
          <w:pgSz w:w="8000" w:h="12000"/>
          <w:pgMar w:top="428" w:right="67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destructive rage of a heartbroken woman, but the cold,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calculating fire of a leader, a survivor. She would not break.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not succumb to despair. She would avenge her father, protect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brother, and secure her kingdom. The king's wrath had indeed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unleashed, but the princess's resolve was unshaken. The game,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knew, had just begun.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Desperate Alliance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stretched, a taut thread threatening to snap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unspoken accusations. The crackling of the pyre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amplify the throbbing in Aishwarya’s temples, a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drumbeat against the backdrop of her grief. She could feel the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court upon her, a silent judgment weighing heavily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shoulders. They waited, breathless, for her response, for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princess to react to the revelation of the king’s treachery.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did not break.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Finally, she spoke, her voice clear and steady,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turmoil within. "Your... ascension," she began, choosing her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carefully, each syllable measured and precise, "is a matter of great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 to the kingdom, Rachit. The stability of our lands hangs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precariously in the balance." She didn't mention his betrayal,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 in her father's death, not yet. That would come later, when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 was right, when she had secured her position,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advantage.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gaze, previously shadowed by a mixture of sorrow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regret, hardened. The king's mask was firmly back in place,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vulnerability momentarily eclipsed by a steely resolve. "I intend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 justly," he said, his voice devoid of the earlier tenderness,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 declaration rather than a promise. "My claim to the throne 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undeniable."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"Undeniable, perhaps," Aishwarya countered, her voice still calm,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"but hardly uncontested. The people mourn Raja Vikram Singh.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need reassurance, stability. They need… a symbol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continuity. A symbol of strength." She paused, letting her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hang in the air, letting the implication sink in. She was painting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picture, carefully constructing a narrative that would serve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purpose.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eyes narrowed, his gaze searching hers, trying to discern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true intentions. The silence stretched again, thick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words and barely concealed power plays. He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subtle manipulation. He understood the game she was playing.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"And what symbol would you propose, Princess?" he finally asked,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voice laced with a hint of challenge.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met his gaze, her expression unreadable. "Aishwarya,"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replied, her voice barely above a whisper, "the rightful heir,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needs a king to support her, to guide her through these difficult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times. A king who commands the respect of the court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loyalty of the people."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didn’t need to explicitly state her proposal. The unspoken truth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between them. The marriage of convenience.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 born from necessity, forged in the crucible of grief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expediency. It was a risk, a perilous gamble, but it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way to protect her kingdom, her people, and her younger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brother. She would marry the man who murdered her father.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become queen consort, a position that would grant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and influence, allowing her to exert control and avenge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father's death.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unspoken words hung in the air, heavy with the weight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history, their intertwined destinies. The flames danced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darkness, casting long, flickering shadows that danced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emotions – hatred, grief, and an unyielding resolve.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realization settled upon Rachit, the cleverness of her suggestion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striking him with a sense of grudging admiration. It was a brilliant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stroke, a masterpiece of political maneuvering.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slow smile played on Rachit’s lips, a subtle expression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betrayed a flicker of the man she once loved. The king saw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benefit of the proposition too. It would appease the court, quiet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murmurs of dissent, and solidify his claim to the throne. Moreover,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gave him access to Aishwarya, the one woman he truly desired.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now, his affection, though buried under layers of resentment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ambition, still flickered.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“A marriage of convenience, you suggest?” He spoke softly,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echoing in the silence. “A pragmatic solution to a volatile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situation.” His tone wasn’t one of outright agreement, but rather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acknowledgment of the proposal's strategic brilliance. He would</w:t>
      </w:r>
    </w:p>
    <w:p>
      <w:pPr>
        <w:sectPr>
          <w:pgSz w:w="8000" w:h="12000"/>
          <w:pgMar w:top="428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 her game, but on his terms. He had other motives,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objectives.</w:t>
      </w:r>
    </w:p>
    <w:p>
      <w:pPr>
        <w:autoSpaceDN w:val="0"/>
        <w:autoSpaceDE w:val="0"/>
        <w:widowControl/>
        <w:spacing w:line="264" w:lineRule="exact" w:before="264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“Precisely,” Aishwarya replied, her voice unwavering. “It will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assure stability. It will secure the kingdom. It will prevent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bloodshed.”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implications of her words hung in the air – a delicate truce,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 alliance, a marriage shrouded in betrayal and the bitter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taste of revenge. It was not love that bound them now, but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 web of political necessity, a desperate attempt to maintain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delicate balance of power within the kingdom.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use this marriage to safeguard her people, and to ultimately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enact her own form of revenge. Rachit, for his own reasons, agreed.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days were a blur of activity. The court, still reeling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Raja's death, was abuzz with rumors and speculation.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news of the impending marriage between the Princess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newly crowned King spread like wildfire, sparking a mixture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surprise, apprehension, and guarded acceptance. Aishwarya moved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it all with a steely determination, managing the affairs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state with a practiced hand, her grief hidden behind a mask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resolute composure.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wedding preparations were swift, almost brutal in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efficiency. The elaborate ceremonies, usually stretched over days,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condensed, streamlined to meet the pressing demands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situation. It was a union devoid of romantic flourishes, a pragmatic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agreement masked as a royal wedding. The grandeur of the event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deceptive façade, covering the reality of a union born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necessity, from a desperate bid for survival.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clad in silks as crimson as the setting sun, felt strangely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detached. The weight of the jewels adorning her felt like chains,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binding her to a role she never wanted, a destiny she had never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chosen. She viewed her reflection, a pale ghost in a sea of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colors, her face impassive, a mask concealing the turmoil within.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regal in his embroidered robes and jeweled crown,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approached her. He looked at her, the distance evident, a chasm of</w:t>
      </w:r>
    </w:p>
    <w:p>
      <w:pPr>
        <w:sectPr>
          <w:pgSz w:w="8000" w:h="12000"/>
          <w:pgMar w:top="296" w:right="70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 and mistrust between them, but his eyes, for just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moment, held a flicker of something akin to remorse. He touched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arm, and the contact sent a shiver down her spine, a blend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revulsion and forbidden longing. It was a reminder of the forbidden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passion, and the cruel deceit.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ceremony was performed under the watchful eyes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assembled court. The solemn vows, usually a declaration of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now a political pact, a promise to uphold the stability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even if it meant sacrificing personal happiness.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priest chanted the sacred words, Aishwarya felt a profound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sadness, a deep ache in her heart. She was marrying her father’s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murderer, a man who had betrayed her trust, her love, her very life.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she would not flinch. She would use this marriage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advantage, to ensure the safety of her brother and the stability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kingdom. The game had begun, and Aishwarya, the princess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queen, was ready to play. Her revenge was far from over.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just beginning.</w:t>
      </w:r>
    </w:p>
    <w:p>
      <w:pPr>
        <w:sectPr>
          <w:pgSz w:w="8000" w:h="12000"/>
          <w:pgMar w:top="296" w:right="6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Courtly Intrigue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gates of the royal palace loomed before Aishwarya, massive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imposing, a stark contrast to the simpler elegance of her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palace. Entering was like stepping into another world, a world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dazzling opulence and suffocating formality. The air hummed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palpable tension, a silent undercurrent of ambition and intrigue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prickled her skin. Everywhere she looked, she saw calculating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eyes, assessing, judging, waiting. Each smile felt strained,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compliment a thinly veiled threat.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now King Rachit, met her at the threshold, his gaze intense,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scrutinizing. The remorse she had glimpsed at their wedding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ceremony was gone, replaced by a cool, regal composure that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distant and intimidating. He offered her his arm, a gesture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courtesy that belied the complex power dynamics at play.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touch, however brief, sent a jolt of electricity through her,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passionate bond that now existed alongside a bitter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chasm of betrayal.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 itself was a breathtaking spectacle of splendor. The palace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walls, adorned with intricate murals depicting scenes of Rajput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heroism and romance, seemed to whisper tales of past glories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betrayals. The floors were polished marble, reflecting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flickering candlelight in a dazzling display. The courtiers,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resplendent in silks and jewels, moved through the vast halls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air of practiced elegance, their conversations laced with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chosen words, their smiles both charming and menacing.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beneath the veneer of sophistication, Aishwarya sensed a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current of unrest. Whispers followed her like shadows,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speculation and veiled accusations. Some openly resented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viewing her as an outsider, a commoner's daughter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somehow ascended to the highest position in the land. Others,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saw her as a potential ally, sensing her strength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danger she posed to Rachit's authority. These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ones she had to identify and cultivate, the ones who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become her instruments of revenge.</w:t>
      </w:r>
    </w:p>
    <w:p>
      <w:pPr>
        <w:sectPr>
          <w:pgSz w:w="8000" w:h="12000"/>
          <w:pgMar w:top="442" w:right="640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days were filled with a dizzying array of courtly duties: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audiences with ambassadors, reviewing state documents, attending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endless ceremonies and feasts. Each interaction was a delicate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dance, a careful negotiation of power and influence. She studied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opponents, observing their body language, listening to their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searching for weaknesses and inconsistencies. She learned to use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charm and elegance as weapons, deflecting accusations,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manipulating situations to her advantage.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 the courtiers, two figures stood out: Maharani Yashodhara,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ambitious aunt, and Rajmata Sumitra, the formidable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matriarch of a powerful rival clan. Yashodhara, a woman of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intellect and ruthless ambition, openly challenged Aishwarya's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authority, constantly seeking to undermine her position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 Rachit’s decisions. Sumitra, on the other hand, was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subtle, her machinations veiled in layers of polite formality,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a carefully crafted tapestry of innuendo and suggestion.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 were formidable opponents, each possessing a network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allies and influence that extended far beyond the walls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palace.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days were a constant battle of wits, a test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and her ability to navigate the treacherous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currents of the court. She had to master the art of diplomacy,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finding common ground with her enemies while simultaneously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plotting her revenge. She spent her nights poring over historical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records and state documents, piecing together information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might prove useful in her campaign against Rachit and his allies.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discovered a network of secret alliances and hidden agendas,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web of deceit that stretched across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during a lavish feast, Yashodhara subtly challenged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authority during a discussion of trade agreements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neighboring kingdoms. Her words were carefully chosen, subtle jabs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designed to cast doubt on Aishwarya’s competence.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met her gaze with unwavering confidence, her reply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masterclass in diplomacy and subtle manipulation. She deftly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the conversation to Yashodhara's own past failures, pointing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 her lack of understanding of the complex dynamics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international relations. The courtiers gasped, unsure who had won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exchange, while Yashodhara's face burned with a silent fury.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night, Sumitra approached Aishwarya, ostensibly to offer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advice on court etiquette. However, her words were laced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warnings and veiled threats. She hinted at the existence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plots and conspiracies, suggesting that Aishwarya was in danger.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Sumitra's words, while ostensibly cautionary, were also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 to sow discord and undermine Aishwarya's confidence.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listened attentively, her face impassive, giving nothing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away. She thanked Sumitra for her concern, while secretly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appreciating the insight into the simmering tensions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surface of courtly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used her position as Queen Consort not only to survive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to subtly gather information and build alliances. She employed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network of informants, both within the palace and beyond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walls, relaying vital information to her. She held clandestine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meetings with sympathetic courtiers, forging alliances based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distrust of Rachit. She subtly undermined Yashodhara's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attempts to gain influence over Rachit, using her knowledge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court politics to discredit Yashodhara’s schemes.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palace, with its glittering facade, became a battlefield of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wars. Every smile was a mask, every conversation a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orchestrated dance of power. Aishwarya, playing her role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flawless grace, had begun her quiet war, moving stealthily among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courtiers, gathering her allies, patiently weaving her web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revenge. The marriage of convenience was not just a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alliance; it was a pawn in a larger game, a game of survival,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game of revenge, the stakes of which were nothing less than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destiny of a kingdom and her own heart. The journey ahead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treacherous, filled with dangers yet unseen, but Aishwarya,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princess transformed into a queen, was ready. She was ready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play the game and win. The game of thrones had just begun.</w:t>
      </w:r>
    </w:p>
    <w:p>
      <w:pPr>
        <w:sectPr>
          <w:pgSz w:w="8000" w:h="12000"/>
          <w:pgMar w:top="296" w:right="786" w:bottom="118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Struggle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his crown felt heavier than any he had ever borne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battle. Rachit, King Rachit now, found himself adrift in a sea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conflicting emotions, the turbulent waters threatening to swallow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whole. The opulent palace, a testament to his victory,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little solace. Each ornate carving, each shimmering jewel, served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painful reminder of the price he’d paid for his ascension.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his queen, was a constant, shimmering presence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life, yet she was also a source of profound torment. Her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gaze, her quiet dignity, served as a stark contrast to the turmoil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him. He loved her, a fierce, consuming love that threatened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unravel the carefully constructed facade of his ruthless ambition.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Yet, the ghost of his past actions haunted him, a relentless specter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whispering of betrayal and bloodshed.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nights were filled with restless sleep, punctuated by vivid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dreams. He relived the fiery battles, the desperate struggles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survival, the agonizing loss of his family and kingdom. He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 the fallen soldiers, their faces etched with disappointment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betrayal, their eyes mirroring his own self-loathing. And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moments between waking and sleep, Aishwarya's face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appear, her expression a mixture of sorrow and understanding,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testament to the love that defied logic and reason. He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 out to her in the darkness, his fingers brushing against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she lay, only to wake with a gasp, the phantom touch a cruel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reminder of his loneliness.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demands of kingship were relentless. He spent his days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immersed in the intricacies of court politics, navigating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treacherous currents of ambition and intrigue. Yet, even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clamor of the court, his thoughts would inevitably return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Aishwarya. He would observe her from a distance, watching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the treacherous social landscape with a grace that belied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youth and inexperience. He saw her strength, her resilience,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determination, qualities that he had underestimated,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despised, in his earlier encounters. Now, these very attributes made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him love her even more fiercely.</w:t>
      </w:r>
    </w:p>
    <w:p>
      <w:pPr>
        <w:sectPr>
          <w:pgSz w:w="8000" w:h="12000"/>
          <w:pgMar w:top="442" w:right="644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guilt gnawed at him. He had sought revenge, driven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righteous anger, a consuming desire for retribution. He had caused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death of her father, a man he had come to respect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admire after witnessing the king's own integrity during his time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court. He had done all this, yet now, he found himself bound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people he had sought to destroy. He had won the war, but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 cost? His victory felt hollow, tainted by the blood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innocents, including the man who had once shown him kindness.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sought solace in the quiet solitude of his private chambers,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surrounded by the ghosts of his past. He would spend hours poring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ancient texts, seeking wisdom in the words of long-dead kings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philosophers. He delved into the scriptures, seeking guidance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understanding, yet he found little comfort in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pronouncements. His heart, weighed down by guilt and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remained unyielding, refusing to be calmed by religious solace.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advisors, seasoned veterans of courtly machinations,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counsel, but their words fell on deaf ears. They spoke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order, consolidating his power, securing his reign.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advice was sound, necessary, and practical; yet, it only 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emphasize the stark contrast between his actions and the person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aspired to be. He longed for a connection that went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alliances and royal obligations, a connection that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 the chasm of his past. He craved the acceptance,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his court, but from Aishwarya herself, the woman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irrevocably hurt.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his secret, the knowledge of his deceitful actions,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in the air between them. He tried to bridge the gap,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ease the tension with small acts of kindness, gentle gestures, stolen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shared intimacy. Yet, the barrier remained, a silent wall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from betrayal and grief. Aishwarya's affection, when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surfaced, was carefully guarded, a fragile thing he feared breaking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the slightest touch.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struggle wasn't merely a moral one; it was a battle for his 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soul. He had envisioned a triumphant return, a reclaiming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birthright, fueled by vengeance. Instead, he found himself grappling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a love that challenged his very being. He was torn between the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ghost of his past self—the vengeful prince, consumed by hatred—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his present self, a king wrestling with the burden of his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love that transcended all he had ever known. The line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conqueror and conquered blurred as the weight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crown bore down on him, threatening to crush the man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king. He was trapped in a paradox of his own making, a prisoner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own ambition, chained to a throne built on the ashes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former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attempts to reconcile his past with his present were met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resistance. His dreams, his waking thoughts, his every action,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echo with the consequences of his choices. Each day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reminder of the path he had taken, each sunrise a new battle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reconcile the man he was with the man he wanted to be. He craved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forgiveness, not just from Aishwarya but from himself. He sought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redemption, not in the eyes of his court or the approval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subjects, but in the quiet acceptance of his own conscience.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love for Aishwarya, far from being a source of comfort,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catalyst for his self-reflection. It exposed his vulnerabilities,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forcing him to confront his deepest fears and insecurities. Her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him was a precious gift, a testament to her strength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forgiveness, yet it was a gift that he was struggling to accept.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past actions loomed large between them,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insurmountable barrier to true happiness.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days bled into weeks, the weeks into months. The court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continued its intricate dance of power and intrigue, while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battled the demons of his past within the walls of his own heart.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opulent surroundings, once a symbol of his success,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like a gilded cage, trapping him in a cycle of guilt and self-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recrimination. His reign was a precarious balance, held together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fragile threads of his ambition and his burgeoning love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Aishwarya. The question remained: could he find peace, could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 redemption, or would the weight of his past forever crush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beneath the crown? The answer lay not in the grandeur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but in the depths of his own heart, in his ability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 the truth and accept the consequences of his actions.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to redemption was long and arduous, paved with remorse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self-doubt, but Rachit was determined to find his way, even if it</w:t>
      </w:r>
    </w:p>
    <w:p>
      <w:pPr>
        <w:sectPr>
          <w:pgSz w:w="8000" w:h="12000"/>
          <w:pgMar w:top="296" w:right="68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meant risking everything, including the love he held so dear.</w:t>
      </w:r>
    </w:p>
    <w:p>
      <w:pPr>
        <w:sectPr>
          <w:pgSz w:w="8000" w:h="12000"/>
          <w:pgMar w:top="296" w:right="137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Resilience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funeral pyre crackled, casting an eerie orange glow on the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mourners. The scent of sandalwood and burning flowers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mingled with the acrid tang of grief, a suffocating blend that clung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Aishwarya like a shroud. Her father, the vibrant, charismatic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Maharaja, was gone, reduced to ashes and smoke, a victim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vengeful machinations. The weight of the kingdom,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younger brother’s future, pressed down on her, heavy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inescapable. Yet, even amidst this profound sorrow, a steely resolve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hardened her gaze. She would not break.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sight of Rachit, standing stiffly amidst the throng, his face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mask of controlled emotion, ignited a cold fire in her heart.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crown, a symbol of his victory, felt like an insult, a constant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devastation he had wrought. She had agreed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marry him, a pact forged in desperation, a calculated gamble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safeguard her brother and preserve the stability of her kingdom.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compliance wasn’t born of submission; it was a strategic retreat,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calculated pause before the next stage of her battle.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days were filled with the rituals of mourning, the endless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stream of condolences, the suffocating etiquette of the royal court.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played the role of the grieving daughter, the dutiful princess,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impeccable grace. Her eyes, though veiled in sorrow,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and observant, taking in every detail, every whispered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conversation, every subtle shift in power. Rachit’s victory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swift and decisive, but she intended to ensure it was far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absolute.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began subtly, almost imperceptibly, weaving her influence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tapestry of court life. She wielded her intellect, her charm,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inherent understanding of court politics like carefully honed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weapons. While Rachit focused on consolidating his power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might and political maneuvering, Aishwarya focused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quieter, more intricate aspects of governance. She subtly steered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conversations, subtly influencing decisions, subtly undermining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Rachit’s plans without drawing attention to herself.</w:t>
      </w:r>
    </w:p>
    <w:p>
      <w:pPr>
        <w:sectPr>
          <w:pgSz w:w="8000" w:h="12000"/>
          <w:pgMar w:top="442" w:right="648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strategy was a silent rebellion, a battle waged in whispers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half-smiles. She cultivated relationships with key advisors,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discreetly gaining their trust and allegiance. She studied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finances with a keen eye, discovering inconsistencies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potential vulnerabilities in Rachit’s hastily implemented policies.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used her knowledge to her advantage, suggesting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adjustments that benefited the kingdom while simultaneously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undermining Rachit’s authority.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closest ally proved to be her father's most trusted advisor,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wise old man named Panditji. He understood the nuances of court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politics and the precariousness of Rachit’s reign. He saw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 strength of character, a resilience that mirrored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late father's. He became her secret confidant, a source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 and invaluable counsel. He helped her navigate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treacherous waters of courtly intrigue, guiding her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wisdom and experience.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during a private audience with Rachit,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showcased her cunning. He had presented her with a decree,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outlining changes that would further centralize power, stripping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 autonomy from previously influential regional governors.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expressing her understanding, she subtly highlighted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consequences: widespread discontent and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rebellion. She did not challenge him openly; instead, she used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 of the provinces and the people to present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nuanced and strategic approach, subtly undermining his original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used to commanding obedience, was surprised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assertiveness, cleverly masked as concern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 of the kingdom. Her composure and intelligence impressed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him, even as he sensed a hidden strength, a quiet rebellion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simmering beneath her surface. He underestimated her, assuming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compliance was genuine, failing to see the calculated strategy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behind her words. He was blinded by his own victory, failing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recognize the potential threat posed by his new queen.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resilience wasn't just about political strategy;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deep-seated strength that stemmed from her love for her kingdom</w:t>
      </w:r>
    </w:p>
    <w:p>
      <w:pPr>
        <w:sectPr>
          <w:pgSz w:w="8000" w:h="12000"/>
          <w:pgMar w:top="296" w:right="66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her unwavering loyalty to her family’s legacy. The death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 had inflicted a profound wound, but her grief fueled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determination. She would not let Rachit destroy everything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father had worked for.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nights were filled with a different kind of battle, a silent war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fought within the confines of her own heart. She still felt the raw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 of betrayal, the sting of Rachit's actions echoing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chambers of her memory. The physical intimacy they shared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was a constant source of painful reminders, a bittersweet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memory that made the present even more complex. Yet,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 turmoil, she refused to allow her grief to consume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found solace in the quiet moments, in the simple act of tending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her garden, a small sanctuary of peace amidst the chaos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palace. The flowers, vibrant and resilient, mirrored her own spirit,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her unwavering resolve. In the delicate dance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nurturing and caring for her plants, she found a sense of calm,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way to channel her grief into something constructive.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relationship with her younger brother was also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strength. He, too, was mourning their father, but 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deeply concerned about the future of the kingdom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rule. They shared a bond of trust and mutual support,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filled with subtle strategy and coded messages.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they needed to work together, silently chipping away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Rachit's power, patiently waiting for the right moment to strike.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resilience was not a passive acceptance of her fate;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an active defiance, a constant push against the odds.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rebellion against a king who believed he had conquered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everything, but failed to recognize the strength of the woman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made his queen. Her spirit, though wounded, remained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unbroken, a silent testament to her strength, her cunning,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resolve. The game of power was far from over,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was far from finished playing her part. The seeds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rebellion had been sown, and in time, they would blossom.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next move was hers. She would play it carefully, skillfully, and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full weight of her father’s legacy resting on her shoulders.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path to retribution would be as intricate and subtle as the designs</w:t>
      </w:r>
    </w:p>
    <w:p>
      <w:pPr>
        <w:sectPr>
          <w:pgSz w:w="8000" w:h="12000"/>
          <w:pgMar w:top="296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into her palace's tapestries; a slow, patient unraveling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power, a silent reclamation of her kingdom, one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 at a time. The funeral pyre had extinguished, but the flames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her defiance burned brightly within.</w:t>
      </w:r>
    </w:p>
    <w:p>
      <w:pPr>
        <w:sectPr>
          <w:pgSz w:w="8000" w:h="12000"/>
          <w:pgMar w:top="296" w:right="8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Seeds of Trust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weeks that followed were a blur of courtly rituals and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maneuvering. Aishwarya moved through the palace, a ghost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life, the weight of her grief a tangible presence. She performed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duties with a chilling grace, her every action calculated,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 measured. Rachit, however, seemed increasingly drawn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strength, a stark contrast to the clamorous displays of loyalty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from his other courtiers.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would often find her in the royal gardens, tending to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blooms that seemed to thrive under her care. She spoke little,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presence commanded respect, even from the hardened warriors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served him. One evening, while Rachit was observing her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distance, a storm suddenly broke, lashing the gardens with rain.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caught unprepared, shielded her face with her hand,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 hair plastered to her cheeks. It was a moment of unguarded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vulnerability, a glimpse beyond the regal facade she usually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maintained. He saw then, not just the queen, but the woman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beneath.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approached her cautiously, offering her the protection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cloak. The shared silence under the deluge was oddly comforting,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drumming of the rain a counterpoint to the beating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hearts. It was a shared vulnerability, a silent acknowledgment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tempest raging within them both. He didn't mention the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deception, the death of her father. Instead, he spoke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gardens, of the resilience of the flowers, a subtle parallel to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strength. He found himself admiring her quiet strength, her capacity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find solace in the midst of chaos.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night, for the first time since her father's death,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slept soundly. The rain had washed away some of her sorrow,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cleansing her heart, preparing it, perhaps, for something new.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following days saw a gradual shift in their dynamic. Rachit, despite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attempts to maintain a distance born of guilt and self-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preservation, found himself drawn to Aishwarya's quiet dignity.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initiate conversations, not about politics or power,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about the simpler things: the changing seasons, the beauty of the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sunset over the Aravalli hills, the intricate designs on ancient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tapestries.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noticed her love for books, her passion for knowledge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understanding she held for the complexities of her kingdom.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began to appreciate her sharp intellect, her unwavering loyalty,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her extraordinary capacity for forgiveness. It wasn’t an easy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path. His conscience gnawed at him, reminding him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 of his actions, the pain he had inflicted. Yet, he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unable to turn away from her, from the quiet strength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radiated from her being. He saw his reflection in her eyes, not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 or cruelty, but in a shared capacity for love and loss.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started to involve her in matters of governance, seeking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counsel on matters of policy and welfare. It was an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shift, a subtle but significant acknowledgment of her capabilities.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watched her, fascinated by her sharp insights, her ability to see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immediate and perceive the long-term implications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decisions. He realized that her initial compliance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strategic, a calculated move designed to protect her kingdom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people. Her quiet rebellion had not ceased; it had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evolved. She wasn’t merely playing along; she was actively shaping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course of his reign.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on her part, observed Rachit with a keen eye. She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remorse that flickered beneath his steely exterior, a hint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regret in his eyes. He wasn't the ruthless conqueror she had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believed him to be. He was a complex man, burdened by his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struggling to reconcile his actions with his growing affection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her. The intimacy they shared before the tragedy resurfaced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quiet moments, a silent language spoken through a look,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touch, the shared weight of their unspoken emotions.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conversations, initially tentative and guarded,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deepen, revealing glimpses into their respective vulnerabilities.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of his father, a king who had been betrayed and overthrown,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igniting his quest for revenge. She confessed her fear for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brother, her anxiety for the future of her kingdom. In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shared pain and vulnerability, a fragile bridge of trust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began to form.</w:t>
      </w:r>
    </w:p>
    <w:p>
      <w:pPr>
        <w:sectPr>
          <w:pgSz w:w="8000" w:h="12000"/>
          <w:pgMar w:top="296" w:right="65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found solace in shared moments of quiet contemplation.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Sometimes, they would wander the gardens together, discussing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matters of governance, but also sharing stories from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childhoods, revealing facets of their personalities that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 beneath the masks of their roles. These small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connection, of shared humanity, were like tender shoots pushing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hardened ground of their mutual mistrust, slowly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surely taking root.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as they sat by a moonlit lake, Rachit confessed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regret over his father's actions. He revealed the extent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 and suffering his father had endured, the injustice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his family's revenge. He admitted that his actions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driven by a desire for justice, a need to avenge his father's honor,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but that his methods were brutal and unforgivable.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listened, her heart filled with a complex mix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emotions: sorrow, understanding, and a flicker of hope. She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grief for her father, but also her concern for the future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She spoke of the importance of reconciliation, the need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 forward, not by erasing the past, but by learning from it.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weren't a simple forgiveness; they were a testament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strength, her resilience, her ability to see beyond the immediate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pain to a brighter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to reconciliation was far from easy. The shadow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actions hung heavy between them. Yet, in those quiet moments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moonlit lake, in the shared moments of quiet contemplation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royal gardens, a seed of trust was planted, a tentative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beginning to a healing process that was both delicate and profound.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vulnerability, their growing understanding of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other's pain, were laying the foundation for a future that was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 as it was hopeful. The flames of revenge that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consumed them both began to wane, slowly giving way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ember of a new beginning, a fragile yet powerful hope for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love and reconciliation could perhaps replace hatred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vengeance. The marriage of convenience, forged in grief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despair, was beginning to unexpectedly blossom into something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 profound. The seeds of trust had been sown, and only time</w:t>
      </w:r>
    </w:p>
    <w:p>
      <w:pPr>
        <w:sectPr>
          <w:pgSz w:w="8000" w:h="12000"/>
          <w:pgMar w:top="428" w:right="67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tell if they would flourish into a love that could heal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wounds of the past.</w:t>
      </w:r>
    </w:p>
    <w:p>
      <w:pPr>
        <w:sectPr>
          <w:pgSz w:w="8000" w:h="12000"/>
          <w:pgMar w:top="296" w:right="115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Unveiling the Conspiracy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fragile peace established between Aishwarya and Rachit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shattered by a series of cryptic messages intercepted by the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spies. These missives, written in a cipher only a select few knew,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of a vast conspiracy, a web of deceit that reached far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borders of Rajasthan. The messages hinted at alliances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shadow, betrayals of monumental proportions, and a plan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destabilize the entire region, plunging it into chaos and war.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scale of the plot far surpassed anything Rachit had initially planned.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her initial grief somewhat assuaged by the tentative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she had begun to cultivate with Rachit, found herself thrust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into the heart of political intrigue. Her sharp intellect, honed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years of observation within the royal court, immediately began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unravel the intricacies of the coded messages. She discovered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the plot was far more intricate than a simple quest for revenge.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involved powerful neighboring kingdoms, disgruntled nobles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her own court, and even whispers of foreign powers seeking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exploit the situation for their own gain.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information painted a chilling picture: a coordinated effort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weaken the kingdom, creating a power vacuum that several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rulers eagerly sought to fill. The conspirators, a shadowy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 of influential figures, sought to exploit the recent death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father, the vulnerability of the kingdom under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king, and the internal tensions that still simmered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of royal court life. This conspiracy, she realized,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solely aimed at Rachit's personal vengeance; it was a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orchestrated plan to redraw the political map of the region.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initially shocked by the scale of the conspiracy,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relying heavily on Aishwarya's insights. Her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courtly politics, coupled with her keen eye for detail, 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invaluable in deciphering the intricate web of alliances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betrayals. He acknowledged, with a grudging respect, the depth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intelligence and her unwavering dedication to her kingdom.</w:t>
      </w:r>
    </w:p>
    <w:p>
      <w:pPr>
        <w:autoSpaceDN w:val="0"/>
        <w:autoSpaceDE w:val="0"/>
        <w:widowControl/>
        <w:spacing w:line="264" w:lineRule="exact" w:before="60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vulnerability, forged in the crucible of their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strengthened their resolve to face the emerging threat.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investigation took them deep into the shadows of the court,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forcing them to confront old enemies and new betrayals.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secret meetings held under the cover of darkness,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clandestine alliances formed between long-time rivals, and coded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messages hidden within seemingly innocuous objects.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innate understanding of the court's intricate social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dynamics, was able to identify key players within the conspiracy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figures who appeared loyal on the surface but harbored dark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beneath.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such figure was Lord Vikram, a powerful noble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always appeared unfailingly loyal. Aishwarya recalled his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attempts to undermine Rachit's authority in the early days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reign, his insinuations and half-truths masked by an air of feigned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deference. Now, his true motives became chillingly clear. He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key player in the conspiracy, manipulating events from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shadows, pulling strings to destabilize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investigation led Aishwarya and Rachit to a hidden chamber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beneath the palace, a forgotten crypt where ancient documents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maps lay undisturbed for centuries. There, amidst the dust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shadows, they discovered the true extent of the conspiracy.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detailed map revealed a plan to initiate a series of coordinated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attacks across the region, using the chaos and instability to seize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 and establish new alliances.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uncovered coded messages detailing the identities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conspirators, their motives, and their planned course of action.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utilizing her knowledge of ancient languages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political landscape, meticulously deciphered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complex messages, piece by piece. The evidence laid bare a plot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threatened to engulf the entire region in a devastating war,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 sparked by a carefully planned conspiracy that manipulated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grief, ambition, and betrayal.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responsibility rested heavily upon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shoulders. She was no longer simply a queen navigating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 and a complicated relationship; she was a leader tasked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protecting her people from a far greater threat. The lines between</w:t>
      </w:r>
    </w:p>
    <w:p>
      <w:pPr>
        <w:sectPr>
          <w:pgSz w:w="8000" w:h="12000"/>
          <w:pgMar w:top="428" w:right="67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personal feelings and her duty to her kingdom blurred, but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remained unwavering. The conspiracy was not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 to Rachit's rule; it was a danger to the very fabric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kingdom, to the lives of her people.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realization of the depth of the plot steeled Aishwarya's resolve.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tentative trust she had begun to feel towards Rachit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a shared sense of urgency, a determination to expose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defeat the conspirators. They developed a plan, a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counter-strategy designed to expose the plot and dismantle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conspirators' network before it could unleash its devastating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plan required a delicate balance of subtlety and decisive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action. They needed to carefully expose the conspirators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alerting them to their investigation, neutralizing their influence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avoiding unnecessary bloodshed. Aishwarya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closely together, utilizing their respective strengths: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keen understanding of courtly intrigue and social dynamics, and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authority and command of the royal guard.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ensuing confrontation involved a series of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orchestrated maneuvers, secret meetings, and calculated betrayals.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playing the role of a seemingly cooperative queen,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herself to be manipulated by the conspirators while subtly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gathering evidence against them. Rachit, meanwhile, maintained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watchful eye, carefully controlling the movements of the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guard, ensuring their loyalty remained unshaken.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climax arrived during a lavish court banquet, a grand gathering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kingdom's elite. As the conspirators celebrated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perceived victory, Aishwarya, in a bold and calculated move,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revealed the full extent of their conspiracy, exposing their secret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alliances and revealing the damning evidence that sealed their fate.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banquet hall erupted in chaos as the conspirators were swiftly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arrested, their plot exposed for all to see.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aftermath was a period of rebuilding, of restoring order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trust. The exposure of the conspiracy not only strengthened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reign but also cemented Aishwarya's position as a wise and decisive</w:t>
      </w:r>
    </w:p>
    <w:p>
      <w:pPr>
        <w:sectPr>
          <w:pgSz w:w="8000" w:h="12000"/>
          <w:pgMar w:top="296" w:right="67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leader. Their joint efforts had saved the kingdom from the brink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collapse, forging a bond stronger than their initial mistrust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their shared past. The shadows of the past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by the bright light of their shared purpose, their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respect growing stronger with each day.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victory against the conspiracy did more than merely secure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stability. It profoundly altered the relationship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Rachit. Their shared ordeal had brought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closer, forging a bond rooted in mutual respect, trust, and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their people. The love that blossomed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them, now free from the shadows of deceit and revenge, was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and enduring. They had stared into the abyss of betrayal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emerged stronger, their love a testament to their resilience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commitment to building a brighter future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The kingdom, once teetering on the brink of destruction,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now poised for a new era of peace and prosperity, its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secured by a king and queen united not only by a marriage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convenience but by a profound and enduring love.</w:t>
      </w:r>
    </w:p>
    <w:p>
      <w:pPr>
        <w:sectPr>
          <w:pgSz w:w="8000" w:h="12000"/>
          <w:pgMar w:top="296" w:right="7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Allies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euphoria of thwarting the grand conspiracy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 as Rachit delved deeper into the aftermath. While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immediate threat was neutralized, a chilling undercurrent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uncertainty remained. The intricate web of deceit had exposed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external enemies but also the unsettling fragility of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alliances. His closest advisors, men he had considered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their loyalty, now seemed shrouded in a fog of suspicion.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 them was Veer Singh, a seasoned warrior and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childhood friend, a bond forged in the fires of their shared exile.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Veer had been instrumental in Rachit’s ascent to the throne,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prowess and strategic acumen invaluable in consolidating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power. However, subtle discrepancies in Veer’s reports, minor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inconsistencies in his actions, began to gnaw at Rachit’s confidence.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He'd noticed a flicker of hesitation in Veer's eyes during crucial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strategy meetings, a veiled reluctance that didn't quite align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decades-long camaraderie.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 there was Jairaj, Rachit’s chief advisor, a man known for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intellect and political savvy. Jairaj had skillfully navigated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treacherous currents of courtly politics, securing alliances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neutralizing opponents with a deft touch. Yet, in the aftermath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conspiracy, Rachit uncovered encrypted messages hinting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Jairaj’s clandestine dealings with some of the arrested nobles.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messages were cryptic, suggesting a level of betrayal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than Rachit had initially imagined. Were these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prudent precautions, strategic maneuvers to ensure his own survival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shifting sands of power, or a betrayal of his trust?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 hung heavy in the air, a subtle poison seeping into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previously unwavering faith in his closest companions.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uncertainty wasn’t limited to Veer and Jairaj. Even among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ranks of his most trusted warriors, subtle doubts emerged. Whispers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circulated within the royal guard, subtle shifts in allegiance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perceptible yet undeniably present. The men who had sworn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loyalty now seemed guarded, their eyes carrying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strange mixture of deference and apprehension. Rachit, ever the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shrewd strategist, understood that power, once attained,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fragile thing, constantly threatened by the insidious forces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 and self-preservation.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his position pressed heavily upon him. He was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king; he was the architect of his own destiny, a man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risen from the ashes of defeat to claim his birthright.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victory against the conspiracy had shown him the fragility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foundation, the treacherous quicksand beneath his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constructed throne.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Aishwarya, perceptive as ever, observed Rachit’s growing unease.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saw the subtle tightening of his jaw, the haunted look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eyes, the ever-present weight on his shoulders. Their shared victory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brought them closer, their bond strengthened by the crucible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ordeal. Yet, the shadows of suspicion and betrayal cast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long pall over their fledgling trust.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approached him cautiously, her steps soft and deliberate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entered his private chambers. The room was sparsely furnished,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heavy with unspoken anxieties. Rachit sat at his desk,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gaze fixed on a half-finished scroll, his hand absently tracing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intricate calligraphy.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“Rachit,” she said softly, her voice a gentle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oppressive silence. He turned, his gaze meeting hers, and she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turmoil reflected in his dark eyes.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sighed, the sound heavy with weariness. “I’m beginning to doubt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everyone, Aishwarya. Those I thought were my closest allies…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loyalties are…questionable. The conspiracy has revealed a depth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treachery that I never anticipated.”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sat beside him, her hand gently covering his. “It’s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to feel this way, my love. Power attracts both loyalty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ambition. Those who serve you will have their own desires,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agendas.” Her words were soothing, a balm against the turmoil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raging within him.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“But how can I know whom to trust?” he asked, his voice laced with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despair. “How can I govern a kingdom when the very foundations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my authority are built on shifting sand?”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smiled sadly. “You must learn to discern the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intentions of those around you, my love. Look beyond the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beyond the outward displays of loyalty, and observe their actions.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 speak louder than words, Rachit. They reveal the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nature of a man’s heart.”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spent the following days working alongside Rachit, subtly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guiding him, assisting him in assessing the loyalties of his allies.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to bear her acute understanding of human nature,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uncanny ability to read between the lines, to recognize the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nuances of deceit and manipulation. Together, they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examined the reports, deciphered the coded messages, and observed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behavior of the courtiers.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discovered that Veer Singh’s reluctance stemmed not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treachery but from a deep-seated fear of losing his friend.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Rachit’s vulnerability, his potential to become consumed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his thirst for revenge. His hesitant actions were a result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 for Rachit, a desperate attempt to prevent him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repeating the mistakes of the past.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Jairaj’s clandestine dealings were more complex.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with the arrested nobles wasn’t an act of betrayal,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 strategic maneuver designed to obtain information, to gauge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remaining support and undermine any potential for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uprisings. His actions were indeed ruthless, bordering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Machiavellian, but they served to protect Rachit’s throne.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careful investigation revealed a complicated web of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 and political maneuvering. Rachit realized that his allies,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having their own agendas, were not necessarily traitors.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driven by a mix of loyalties, fears, and self-preservation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instincts. Their actions, though sometimes questionable,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ultimately aimed at ensuring the stability of the kingdom, however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selfish their motives might have seemed.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This revelation, however, did not erase the deep unease Rachit felt.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recognized the inherent risks of wielding absolute power,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balance between trust and suspicion that was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inescapable reality of his position. The experience taught him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lesson: the true measure of an ally was not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fealty, but rather the willingness to serve the greater good, even if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motivations were occasionally self-serving. The fragile alliance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held his kingdom together was not one of blind loyalty, but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understanding, tempered by a healthy dose of caution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suspicion. This newfound understanding served to strengthen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 and deepened his appreciation for Aishwarya’s wisdom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counsel. The shadows of the past continued to linger, but they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held the power to paralyze him. He had found a strength,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in his own abilities, but in the trust and loyalty he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with his queen. The future still held uncertainties, but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hand in hand with Aishwarya, was prepared to face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together.</w:t>
      </w:r>
    </w:p>
    <w:p>
      <w:pPr>
        <w:sectPr>
          <w:pgSz w:w="8000" w:h="12000"/>
          <w:pgMar w:top="296" w:right="67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Investigation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scent of jasmine and sandalwood, remnants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funeral pyre, still clung to the air. The opulent mourning rituals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concluded, the court's elaborate display of grief a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orchestrated performance. But behind the façade of solemn respect,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felt the tremors of unrest, the subtle shifts in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dynamics that followed her father's death. Rachit, now her husband,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king, bore the weight of his newfound authority with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intensity that masked the turmoil within. She knew, with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certainty that settled deep in her bones, that the shadows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were far from dispelled. The victory over the conspiracy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only scratched the surface of a deeper, more insidious plot.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Rachit grappled with the unsettling doubt about his closest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advisors, Aishwarya, with her sharp mind and innate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courtly intrigue, began her own, more discreet investigation.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possessed an unparalleled advantage: access. As queen, she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 freely through the palace, privy to conversations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that would remain hidden from her husband's watchful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eyes. She used this access not out of mistrust, but as a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necessity, a way to complement Rachit's investigation, ensuring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stone remained unturned. She understood that uncovering the full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extent of the conspiracy was paramount, not just for the security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kingdom, but for their own survival.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investigation began subtly. She spent hours poring over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father's personal archives, sifting through years of meticulously kept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records, looking for clues overlooked amidst the chaos of the recent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rebellion. She unearthed hidden correspondence, coded messages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exchanged between seemingly loyal courtiers, and financial records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hinting at secret alliances. The intricate calligraphy, reminiscent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father's precise hand, spoke volumes. She deciphered coded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messages detailing secret meetings, movements of troops,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disbursement of funds far beyond the officially allocated budget.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names and places referenced were familiar, intertwined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recently thwarted conspiracy, yet hinted at a deeper,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sinister force at play.</w:t>
      </w:r>
    </w:p>
    <w:p>
      <w:pPr>
        <w:sectPr>
          <w:pgSz w:w="8000" w:h="12000"/>
          <w:pgMar w:top="442" w:right="648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research led her to the royal treasury, a place normally strictly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guarded and inaccessible. But as queen, she had the authority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 access at any hour, a privilege she carefully used. There,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 among chests filled with gold and jewels, she found a secret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compartment containing a collection of ancient scrolls, bound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aged leather and fastened with intricate locks. The scrolls contained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detailed genealogies tracing back generations, meticulously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documenting not only lineage but also hidden alliances and long-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forgotten rivalries. They revealed the complex tapestry of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alliances and bitter resentments that had simmered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surface for centuries, now threatening to boil over once more.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under the guise of a quiet stroll through the moonlit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gardens, Aishwarya met secretly with a trusted childhood friend,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lady-in-waiting named Priya. Priya, known for her sharp wit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loyalty, had been close to Aishwarya's father and held a position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within the palace walls. Aishwarya shared her findings,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fragments of evidence she had carefully gathered. Priya listened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intently, her face impassive yet her eyes reflecting a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danger they faced. She revealed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suspicions, hinting at a faction within the court who had continued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plot, even after the apparent defeat of the rebellion. This faction,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confided, was comprised of influential nobles loyal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overthrown king, individuals who considered Rachit a usurper,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illegitimate ruler. Their influence, subtle yet potent, permeated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every level of the court.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was punctuated by the soft rustle of leaves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distant chirping of crickets, but the weight of their revelations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heavy. Aishwarya knew that her investigation was perilous.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Uncovering such dangerous secrets placed her, and those closest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in mortal danger. The very act of seeking truth in a court rife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deceit could lead to her ruin. But her determination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unshakeable. She understood that silence would be complicity,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inaction a betrayal of her father’s memory and the trust Rachit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placed in her.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next few days were a blur of clandestine meetings, secretive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exchanges of coded messages, and careful maneuvering within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confines of the palace. Aishwarya used her position to gather</w:t>
      </w:r>
    </w:p>
    <w:p>
      <w:pPr>
        <w:sectPr>
          <w:pgSz w:w="8000" w:h="12000"/>
          <w:pgMar w:top="296" w:right="68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information, using her charm and intelligence to extract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unsuspecting courtiers. She learned of clandestine meetings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held beneath the guise of religious festivals, whispered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exchanged in the shadows of hidden corridors,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exchange of cryptic symbols etched onto seemingly innocuous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objects. Each piece of information, seemingly trivial on its own,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added a crucial thread to the growing tapestry of intrigue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threatened to engulf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night, while reviewing intercepted messages,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coded phrase that sent a chill down her spine.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referred to a hidden arsenal, located outside the city walls, a cache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weapons and ammunition far beyond what the court officially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possessed. This implied a force far larger, far more dangerous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 she could have imagined, a clandestine army preparing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decisive blow.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discovery heightened the urgency of her investigation.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she had to act quickly, to expose the conspiracy before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too late. But revealing her findings to Rachit risked exposing her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same danger she was attempting to uncover. She needed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 irrefutable evidence, undeniable proof that would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convince Rachit but also silence their enemies.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final piece of her investigation fell into place during a grand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 ball, a lavish affair designed to celebrate Rachit's ascension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throne. Amongst the glittering silks and sparkling jewels,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celebratory music and laughter, Aishwarya noticed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pattern, a sequence of gestures exchanged between several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influential courtiers. The pattern was a coded message,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that betrayed their true intentions. She recognized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symbols from the ancient scrolls she had uncovered in the treasury.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message confirmed the existence of the hidden arsenal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outlined a plan for a coup, aimed at seizing the throne and plunging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kingdom into chaos.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heart pounded. She had her proof. But the celebration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at its height. Her discovery was a hidden weapon. Revealing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now, in such a public gathering, risked triggering a violent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confrontation. She had to play it cautiously, deftly, to expose the</w:t>
      </w:r>
    </w:p>
    <w:p>
      <w:pPr>
        <w:sectPr>
          <w:pgSz w:w="8000" w:h="12000"/>
          <w:pgMar w:top="296" w:right="65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truth without provoking a premature response.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moved through the throng of courtiers, her movements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seemingly casual, yet her mind working with laser-like precision.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managed to discreetly communicate her findings to Priya,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arranging a clandestine meeting later that night. The meeting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fraught with tension and urgency. Priya confirmed Aishwarya's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suspicions, adding details that painted a clearer picture of the vast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conspiracy that stretched beyond the court. They discussed a plan,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that involved carefully exposing the conspirators one by one,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Rachit with irrefutable evidence without compromising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position. The risk remained, ever-present, but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prepared to face it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shadows of the past, far from dissipating, had deepened,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 extending further into the present than either of them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feared. But Aishwarya, armed with her intelligence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resolute spirit, was ready to confront the darkness, to protect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and her love, even if it meant risking everything. The fate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Rajasthan, and the future of her marriage, hung precariously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balance. The next move had to be perfect; a single misstep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plunge them all into the abyss.</w:t>
      </w:r>
    </w:p>
    <w:p>
      <w:pPr>
        <w:sectPr>
          <w:pgSz w:w="8000" w:h="12000"/>
          <w:pgMar w:top="296" w:right="6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Dangerous Liaisons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days were a delicate dance of deception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revelation. Aishwarya, ever the strategist, realized that confronting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conspiracy head-on would be suicidal. The conspirators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deeply entrenched, their influence spreading like insidious tendrils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court. A direct accusation would only serve to unite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them, to solidify their ranks against her and Rachit. She needed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different approach, a way to dismantle their network from within.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first target was Lord Vikram, a powerful nobleman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always outwardly professed loyalty to the late king, but whose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actions had raised Aishwarya’s suspicions. He was known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extravagant tastes and insatiable greed, traits Aishwarya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shrewdly decided to exploit. Under the pretense of seeking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advice on a matter of royal finances, she engaged him in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innocuous conversation, peppering it with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placed questions designed to probe his allegiances and expose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hidden involvement in the conspiracy.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Vikram, accustomed to being treated with deference, was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dismissive. However, Aishwarya’s charm and intelligence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formidable weapons. She flattered his intellect, praised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judgment, and subtly alluded to her knowledge of his secret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dealings. She didn't directly accuse him; instead, she painted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 of his potential future, a future where his loyalty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crown would be handsomely rewarded, a future that would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irrevocably tarnished if his secret machinations came to light.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implication was clear: cooperation was far more advantageous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resistance.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pressure, coupled with Aishwarya’s innate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human nature, began to work its magic. Vikram, sensing the shift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power dynamics, began to waver. He revealed details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conspiracy, confirming Aishwarya's suspicions and providing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names, dates, and locations of secret meetings. He even confessed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role in funneling funds to the hidden arsenal outside the city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walls. In exchange for his confession and cooperation,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offered him a bargain—immunity from prosecution, a continued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72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 of influence within the court, and even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increase in his land holdings.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next target was Maharani Yashodhara, the widow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overthrown king. Yashodhara, a woman of formidable power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intellect, had outwardly mourned her husband’s death, but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sensed a simmering resentment beneath the surface,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desire for revenge that extended beyond mere grief. This time,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approached her not with promises, but with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of their respective vulnerabilities.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visited Yashodhara in her private chambers, a space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incense and the unspoken weight of loss.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not of politics, but of womanhood, of the shared burdens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triumphs of navigating a world dominated by men.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acknowledged Yashodhara’s grief, validating her pain, and subtly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suggested that her husband’s death was not simply a matter of fate,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but a consequence of the tangled web of courtly intrigue.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shared her own vulnerabilities, confessing her fear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dangers and the precariousness of her position as queen.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unexpected display of openness resonated with Yashodhara,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breaking down the wall of suspicion and creating an atmosphere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trust. Yashodhara, seeing a reflection of her own sorrow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eyes, revealed crucial information—the names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several key conspirators who remained hidden, their identities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masked by layers of deception. She even revealed the location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hidden documents that corroborated Aishwarya’s findings.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alliance between these two women, once bitter rivals,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unexpected, but effective. Yashodhara's influence, still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despite her husband’s downfall, helped to subtly undermine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conspirators, creating internal fissures within their ranks. She 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connections to spread disinformation, to sow discord amongst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conspirators, weakening their resolve and making them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susceptible to Aishwarya's manipulations.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this meticulous strategy, Aishwarya gradually chipped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 at the foundation of the conspiracy. She transformed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enemies into allies, exploiting their weaknesses, and using her own</w:t>
      </w:r>
    </w:p>
    <w:p>
      <w:pPr>
        <w:sectPr>
          <w:pgSz w:w="8000" w:h="12000"/>
          <w:pgMar w:top="296" w:right="66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to create a formidable alliance against the remaining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threats. Each piece of information she gathered strengthened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position, building a case so irrefutable that even Rachit's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skeptical advisors could not deny 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culmination of Aishwarya’s intricate plan came during a private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meeting with Rachit. She didn't simply present her findings;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orchestrated the revelation, leading Rachit through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series of carefully chosen clues, allowing him to piece together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 for himself. She presented Vikram's confession and presented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obtained from the concealed documents Yashodhara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provided. Rachit's initial shock slowly transformed into a cold fury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full extent of the conspiracy became clear. He was betrayed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only by those he had trusted, but by the very system he sought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reform.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final confrontation was swift and decisive. With the irrefutable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presented, Rachit acted decisively, silencing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conspirators and securing his reign. The hidden arsenal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and destroyed, the remnants of the plot unearthed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neutralized. The kingdom breathed a collective sigh of relief,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 of the past finally lifted from its collective shoulders.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role in uncovering the conspiracy was acknowledged,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 not publicly celebrated. Her actions remained a secret,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known only to her, Rachit, and her most trusted allies. Her alliance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Yashodhara was a testimony to her strategic brilliance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innate understanding of human nature. The trust formed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two women transcended political boundaries and formed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foundation of understanding amidst the palace's betrayals.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 the immediate threat had passed, Aishwarya knew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 was far from over. The scars of betrayal run deep, the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struggles had only been temporarily quelled. The complex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of Rajasthan would always be a battleground of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influence, and Aishwarya, as queen, would continue to navigate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treacherous terrain with her intelligence, her courage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love for her husband, a love that had survived the storms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survived the test of the shadows of their past. The deep bond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between them, forged in the crucible of their shared struggles,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a strength far greater than any political alliance.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story had become an epic tale of resilience, a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strength and their ultimate triumph over the shadows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threatened to consume them. The future held its uncertainties,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 they would face them, hand-in-hand, the queen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king. The echoes of the conspiracy would linger, a constant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fragility of power and the enduring strength of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face of adversity.</w:t>
      </w:r>
    </w:p>
    <w:p>
      <w:pPr>
        <w:sectPr>
          <w:pgSz w:w="8000" w:h="12000"/>
          <w:pgMar w:top="296" w:right="65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Betrayal and Redemption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started subtly, like the rustling of silk in the dead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night. Aishwarya, ever vigilant, noticed the change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surrounding Rachit. The unwavering loyalty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closest advisors seemed to have fractured, replaced by hushed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and furtive glances. It was subtle,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imperceptible, but Aishwarya's sharp eyes caught the shift. The air,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thick with the heady scent of impending triumph, now carried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faint undercurrent of betrayal.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suspicions were confirmed during a private meeting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General Amar Singh, Rachit's most trusted military commander.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Amar Singh, a man whose loyalty had seemed unshakeable,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approached Aishwarya with a troubled expression, his usually stoic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 etched with lines of worry and uncertainty. He spoke in low,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hesitant tones, his words carefully chosen, as if he feared the 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air he breathed might carry his confession.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revealed that a key figure in Rachit's inner circle, the enigmatic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Dewan Jai Singh, had been secretly communicating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remnants of the opposing faction. Jai Singh, a master strategist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confidante of Rachit since their youth, had been entrusted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information regarding the king's plans to consolidate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and dismantle the remaining pockets of resistance. Amar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Singh’s confession was a devastating blow, a betrayal that cut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deeper than any sword.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information was a calculated risk on Amar Singh's part.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risked his position, his life even, to bring this to Aishwarya's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attention. He'd witnessed Jai Singh's clandestine meetings,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furtive exchanges of coded messages, and understood the grave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 posed by this double-crossing. He believed in Aishwarya's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wisdom and saw her as the only hope of preventing a catastrophic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civil war.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listened with a stillness that belied the turmoil within.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mind raced, assessing the ramifications of this devastating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revelation. Jai Singh's treachery presented a significant threat, but it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offered a crucial opportunity. If she could skillfully utilize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information, she could turn the tables on the conspirators, exposing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treachery and solidifying Rachit's position.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thanked Amar Singh, promising him secrecy and assuring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unwavering support. She knew that silence was as vital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 in this delicate situation. Any premature move could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jeopardize her plan and potentially endanger Amar Singh's life.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 was a blow to Rachit, but it was also a gift—a chance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redemption, a path to uncovering the full extent of the conspiracy.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next move was to carefully gather more evidence of Jai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Singh's treachery. She discreetly sent her most trusted spies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Jai Singh, to meticulously document his movements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 any incriminating evidence. The spies, skilled in the 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espionage, managed to uncover a secret meeting between Jai Singh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remnants of the opposing faction, a gathering held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shadows of the old city ruins.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spies reported back with details that were chillingly precise.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provided a detailed account of the meeting, including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identities of those present, the location, and even the specific details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plots being discussed. Aishwarya meticulously reviewed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reports, piecing together the fragmented information like a master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jeweler assembling a priceless necklace. The picture that emerged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clear and deeply disturbing.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Jai Singh's betrayal was not merely an act of personal ambition;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part of a wider, more insidious conspiracy. The conspirators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aimed to not only usurp Rachit's power but also to reignite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flames of war, plunging the kingdom into chaos. They planned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use the unrest to seize control and exploit the vulnerability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newly established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carefully crafted her plan. She decided to use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 to not only expose Jai Singh but also to manipulate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 to her advantage. She would use Jai Singh's own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him. She would present him with a seemingly favorable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choice, giving him the illusion of continued power while subtly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leading him towards his downfall. She would lure him into a trap, a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web of her own making, from which there was no escape.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confrontation took place during a private audience with Rachit.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usual grace and composure, presented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she had gathered. She meticulously laid out the details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Jai Singh’s betrayal, the evidence carefully arranged to expose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full extent of the conspiracy. She didn't simply accuse; she painted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picture, revealing Jai Singh's carefully concealed machinations,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revealing his ambition, his greed, and his ultimate treachery.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listened in stunned silence. The betrayal stung, cutting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trust he had placed in Jai Singh. His initial reaction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of furious anger, a surge of rage that threatened to consume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him. But Aishwarya, with her calm and collected demeanor,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managed to channel his rage, redirecting it towards the systematic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dismantling of the conspiracy.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Together, they developed a plan to expose Jai Singh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remaining conspirators. They carefully orchestrated a series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 designed to ensnare Jai Singh in his own web of lies,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reveal his treachery to the entire court. The strategy was intricate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dangerous, demanding precision and impeccable timing.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climax arrived during a grand royal feast, a lavish celebration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meant to showcase Rachit's newly solidified power.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playing her part perfectly, ensured that Jai Singh felt secure,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confident in his position. She subtly leaked information,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rumors, designed to subtly undermine the remaining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conspirators, pitting them against each other, fueling their distrust.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the feast, Aishwarya skillfully presented the irrefutable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of Jai Singh's treachery. The revelation was dramatic,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shattering the illusion of Jai Singh's loyalty. The court watched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stunned silence, as the carefully constructed facade crumbled,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revealing the insidious web of deceit beneath. Jai Singh’s attempts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denial were futile, his carefully crafted lies exposed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overwhelming weight of evidence.</w:t>
      </w:r>
    </w:p>
    <w:p>
      <w:pPr>
        <w:autoSpaceDN w:val="0"/>
        <w:autoSpaceDE w:val="0"/>
        <w:widowControl/>
        <w:spacing w:line="264" w:lineRule="exact" w:before="264" w:after="0"/>
        <w:ind w:left="0" w:right="864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ensuing arrest of Jai Singh was swift and decisive.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remaining conspirators, their plans exposed, scattered like</w:t>
      </w:r>
    </w:p>
    <w:p>
      <w:pPr>
        <w:sectPr>
          <w:pgSz w:w="8000" w:h="12000"/>
          <w:pgMar w:top="296" w:right="66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frightened birds. Some fled, others surrendered, facing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 of their actions. Rachit, with the support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his loyal subjects, swiftly and effectively neutralized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remaining threats, ensuring that the conspiracy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extinguished before it could spread further.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Jai Singh's downfall was a turning point. It not only solidified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position but also revealed the depth of Aishwarya's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intelligence and strategic brilliance. The betrayal, initially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devastating blow, had been skillfully transformed into a victory,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strength of their combined wisdom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love. The shadows of the past lingered, but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slowly receding, replaced by the promise of a brighter future,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strengthened by its trials and forged by its triumphs.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redemption wasn’t just about escaping the grip of his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about building a future with Aishwarya, where love and justice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prevailed.</w:t>
      </w:r>
    </w:p>
    <w:p>
      <w:pPr>
        <w:sectPr>
          <w:pgSz w:w="8000" w:h="12000"/>
          <w:pgMar w:top="296" w:right="7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Reckoning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aftermath of Jai Singh's downfall hung heavy in the air,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more potent than any storm. The opulent royal court,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a vibrant tapestry of silks and jewels, felt muted,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celebratory echoes of the feast replaced by a somber undercurrent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unease. Rachit, despite his victory, felt a gnawing emptiness,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void carved by the weight of his actions. The triumphant gleam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eyes was dulled, replaced by a haunted weariness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observed with a mixture of compassion and concern.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had won the battle, but the war within himself raged 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ghost of his father's death, the burning desire for retribution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driven him for so long, now clawed at his conscience.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victory felt hollow, tainted by the collateral damage – the loss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trust, the betrayal by a friend he considered a brother, and the ever-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shadow of Aishwarya's father, whose death was inextricably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linked to his own quest for revenge.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night, under the soft glow of oil lamps, Rachit sought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in her private chambers. He found her not adorned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silks and jewels, but in a simple muslin gown, her usually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 subdued. He saw the reflection of his own turmoil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eyes, a quiet understanding that transcended words.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"It's not over," he confessed, his voice hoarse with unshed tears.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"The victory feels…empty. I destroyed so much in my pursuit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revenge."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reached out, her hand finding his. Her touch was gentle,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firm, a silent affirmation of her unwavering support. "You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sought justice, Rachit," she said softly, "but justice comes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price. We pay that price together."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looked at her, his gaze lingering on her face, etched with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sorrow and understanding. "Your father… I can never truly atone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his death." The confession escaped his lips, raw and painful.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"Atonement is not about erasing the past," Aishwarya replied, her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steady despite the tremor in her heart. "It's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acknowledging the pain, accepting responsibility, and building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where such devastation is prevented." She held his gaze,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 reflecting the strength and wisdom that belied her youth. "You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shown me that you are capable of great love, Rachit, and great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sorrow. Your actions have been shaped by your pain, but you do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not have to be defined by it.”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stretched into the early hours,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of their shared burden. He spoke of his childhood,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humiliation, the displacement, the burning rage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consumed him since the fall of his kingdom. He spoke of the guilt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gnawed at him, the knowledge that his revenge had cost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dearly. He confessed his fear that the shadow of his past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forever stain his future with Aishwarya.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listened patiently, her unwavering presence a soothing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balm to his tormented soul. She didn't offer platitudes or easy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answers. Instead, she offered her unwavering love, her complete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and her unwavering faith in his capacity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redemption. She spoke of her own loss, the void left by her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absence, and the way in which she was learning to find peace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memory.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wasn't a simple exchange of words;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stripping away of masks, a raw and honest unveiling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deepest vulnerabilities. It was a conversation forged in the crucible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shared grief, their shared love, and their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building a better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days were a testament to their shared resolve.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guided by Aishwarya’s counsel, initiated a series of reforms aimed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rebuilding trust and fostering unity within his kingdom.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a council of advisors that represented diverse interests,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the voices of the common people were heard.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policies that promoted economic growth and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actively seeking to redress the inequalities that had fueled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unrest.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actions were not merely political maneuvers; they were</w:t>
      </w:r>
    </w:p>
    <w:p>
      <w:pPr>
        <w:sectPr>
          <w:pgSz w:w="8000" w:h="12000"/>
          <w:pgMar w:top="296" w:right="65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expressions of genuine remorse, a conscious effort to atone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devastation caused by his quest for revenge. He sought 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affected by the war, offering compensation and support.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commissioned the construction of temples and schools, striving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rebuild the infrastructure damaged by conflict.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transformation was gradual but profound. The ruthless prince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had sought vengeance was slowly giving way to a just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compassionate ruler who sought to heal the wounds of his kingdom.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change wasn't always easy. There were moments of doubt,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anger, moments when the ghosts of his past threatened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overwhelm him. But each time, Aishwarya was there, her love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beacon guiding him through the darkness.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However, the path to redemption was not without its obstacles.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Rumors spread through the court, whispers of Rachit's past sins,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doubts about his ability to rule justly. Some of his advisors, wary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volatile past, attempted to undermine his authority, exploiting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resentments and fears. Aishwarya, ever vigilant, countered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these challenges with her sharp intellect and strategic brilliance.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skillfully navigated the complex political landscape, using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 to quell the dissent and solidify Rachit's position.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tirelessly to promote transparency and accountability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government, ensuring that Rachit's actions were guided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justice and compassion. She became his advisor, his confidante,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his unwavering champion, bolstering his resolve and guiding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steps toward a future built on atonement and forgiveness.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as they stood on the balcony of the palace,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overlooking the sprawling cityscape, Rachit turned to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eyes reflecting the shimmering lights of his kingdom. "I still bear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scars of my past," he admitted, "but your love has shown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 can heal. I can build a future where my actions are not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defined by revenge, but by love, justice and a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my people."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smiled, a genuine smile that reached her eyes.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placed her hand on his, intertwining their fingers. "Your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redemption, Rachit, is not an end, but a beginning. A beginning of a</w:t>
      </w:r>
    </w:p>
    <w:p>
      <w:pPr>
        <w:sectPr>
          <w:pgSz w:w="8000" w:h="12000"/>
          <w:pgMar w:top="296" w:right="65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chapter, a chapter written not in blood and vengeance, but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love, forgiveness, and the unwavering commitment to building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better world."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story, once a forbidden romance steeped in secrets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danger, now evolved into a testament to the transformative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love, the enduring strength of forgiveness, and the possibility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redemption. Their kingdom, once shattered by war and betrayal,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slowly healing under their shared rule – a reign marked not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bitterness of revenge, but by the enduring promise of love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rebuilding lives shattered by conflict, a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on the shared burden and the strength of their enduring love.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price of revenge had been high, but the promise of a brighter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future, one built on a foundation of justice, forgiveness, and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shone brightly ahead.</w:t>
      </w:r>
    </w:p>
    <w:p>
      <w:pPr>
        <w:sectPr>
          <w:pgSz w:w="8000" w:h="12000"/>
          <w:pgMar w:top="296" w:right="65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Choice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days that followed were a whirlwind of activity. Rachit, fueled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a newfound resolve, threw himself into the task of rebuilding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He established schools and hospitals, commissioned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repair of damaged infrastructure, and initiated land reforms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alleviate the suffering of the peasantry. His actions, though driven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a desire for atonement, were not without their critics. Whispers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past deeds still echoed through the court, fueling dissent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among those who viewed his rule with suspicion.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the astute observer, saw the undercurrents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unrest. Some of Rachit's advisors, clinging to the old ways, subtly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undermined his efforts, spreading rumors and stoking the flames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discontent. They questioned his motives, hinted at his tyrannical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past, and subtly championed the return of traditional power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structures, hoping to wrest control from him. Their actions weren’t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overt; they were the silent, insidious poison of doubt,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woven into the fabric of daily court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while reviewing petitions from various villages,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noticed a pattern – a concerted effort to discredit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land reforms. The petitions, ostensibly from disgruntled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farmers, were worded in a suspiciously similar style, laced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inflammatory language designed to incite rebellion.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mind recognized the deliberate orchestration behind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complaints. This wasn't mere dissent; it was a calculated campaign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destabilize the kingdom and potentially plunge it into another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civil war.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heart wrestled with conflicting emotions. She loved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admired his genuine commitment to change, and witnessed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firsthand the sacrifices he made to atone for his past. Yet, she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bore the responsibility of safeguarding her kingdom and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younger brother, the rightful heir to the throne should anything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befall Rachit. To support Rachit blindly would be reckless,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dangerous gamble that could jeopardize the fragile peace he had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painstakingly built. To openly challenge him, however, would risk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igniting a civil war, potentially plunging the kingdom back into the</w:t>
      </w:r>
    </w:p>
    <w:p>
      <w:pPr>
        <w:sectPr>
          <w:pgSz w:w="8000" w:h="12000"/>
          <w:pgMar w:top="442" w:right="69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chaos and bloodshed he had so recently escaped.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her decision pressed down on her,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that kept her awake at night. The moon, a silent witness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anguish, cast long shadows across her chamber as she paced,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mind a battlefield of conflicting loyalties and fears. She wrestled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feelings for Rachit. His transformation from a vengeful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 to a just ruler was remarkable, but it had not erased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 of his past. The memory of her father's death, a direct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 of Rachit's actions, still cast a long shadow over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relationship, a constant reminder of the price of revenge.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Days turned into weeks as Aishwarya meticulously investigated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the unrest. She discovered a network of conspirators,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cabal of disgruntled nobles and ambitious courtiers who saw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reforms as a threat to their power and privilege.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subtly manipulating public opinion, exploiting the lingering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resentment toward Rachit’s past to fuel their insidious campaign.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knew she couldn't simply ignore this threat. The stability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kingdom, the well-being of her people, depended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intervention. But her approach required a delicate balance.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couldn’t simply accuse Rachit’s advisors openly, as that would risk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alienating him and provoking a direct confrontation. She needed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expose the conspirators without shattering the fragile unity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managed to achieve.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strategy was subtle, a dance on a tightrope. She used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considerable influence to subtly counter the propaganda campaign,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Rachit's reforms through carefully crafted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announcements and strategically placed pronouncements.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subtly exposed the inconsistencies in the petitions, revealing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contrived nature of the complaints. She also cultivated a network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 informants within the court, carefully gathering evidence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expose the conspirators.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confrontation finally came during a council meeting.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customary grace and intelligence, presented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findings to the assembled nobles, calmly dismantling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arguments of Rachit’s detractors. She revealed the carefully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orchestrated campaign of disinformation, presenting irrefutable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of the conspiracy against Rachit. The nobles, caught off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 by the precision of her revelations, were forced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acknowledge the truth.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conspirators, exposed and humiliated, were stripped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titles and influence. Rachit, though initially apprehensive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actions, eventually recognized her wisdom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depth of her commitment to his kingdom. He acknowledged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deft handling of the crisis, admitting that his own focus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atonement had blinded him to the subtle machinations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enemies. Their love story, tempered by a shared ordeal, deepened,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evolving beyond the initial passionate romance into a bond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mutual respect and unwavering 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choice wasn't to simply support Rachit or challenge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him; it was a more nuanced decision, a careful balancing act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loyalty, responsibility, and strategic brilliance.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navigated the treacherous currents of courtly intrigue, safeguarding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love while securing the future of her kingdom. She had saved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from his enemies, and in doing so, she had further cemented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place as a powerful and indispensable force in his reign.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price of revenge had been high, but it had forged a love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passionate and powerful, a love that would guide them both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built a brighter future for their kingdom. The path ahead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still be fraught with challenges, but they would face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together, their love a beacon illuminating their way. The memory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father's death would always be a shadow, but it would never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eclipse the light of their growing love and the promise of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revenge gave way to justice, and hatred was replaced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forgiveness.</w:t>
      </w:r>
    </w:p>
    <w:p>
      <w:pPr>
        <w:sectPr>
          <w:pgSz w:w="8000" w:h="12000"/>
          <w:pgMar w:top="296" w:right="6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Change of Heart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jasmine and sandalwood hung heavy in the air,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weight settling on Rachit’s shoulders. The victory,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consolidation of his power, the quiet hum of a kingdom slowly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rebuilding – it all felt… hollow. The cheers of the populace,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respectful bows of his newly appointed ministers, they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echo compared to the deafening roar of his past actions.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ghost of his father’s dying words, the burning image of his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flames, haunted his waking moments and invaded his dreams.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Revenge, the all-consuming fire that had driven him for so long,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been achieved, but the ashes left behind offered no warmth,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only a chilling emptiness.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found himself increasingly drawn to the quiet corners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palace, away from the pomp and circumstance of his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reign. The ornate chambers, once symbols of his ambition,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gilded cages. He spent hours poring over ancient texts,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searching for answers, for some wisdom to guide him through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turmoil. His advisors, noticing the change, watched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mixture of apprehension and cautious optimism.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his ruthlessness, his unwavering pursuit of revenge,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sudden shift in his demeanor was unsettling, even to those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benefited from his victory.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while strolling through the royal gardens,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encountered Aishwarya. The setting sun cast a warm glow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face, highlighting the gentle curve of her cheekbones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luminous quality of her eyes. She was immersed in conversation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group of village elders, patiently listening to their concerns,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presence radiating a calm authority that belied her youth.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Watching her, Rachit felt a pang of guilt, a sharp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 he had inflicted upon her and her kingdom. The woman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unwittingly drawn into the vortex of his revenge, now stood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pillar of strength, a beacon of hope in the land he had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destroyed.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approached her cautiously, his footsteps barely disturbing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serenity of the garden. Aishwarya turned, her eyes meeting</w:t>
      </w:r>
    </w:p>
    <w:p>
      <w:pPr>
        <w:sectPr>
          <w:pgSz w:w="8000" w:h="12000"/>
          <w:pgMar w:top="442" w:right="67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with an expression that was both inquisitive and understanding.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was no condemnation in her gaze, only a quiet recognition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turmoil within him. "You seem troubled, my Raja," she said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softly, her voice carrying the gentle cadence of the desert wind.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confessed his doubts, his feelings of unease, the hollow ache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heart. He spoke of the emptiness of his victory, the unsatisfying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 of revenge. He spoke of the weight of his past actions,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of the lives lost, the destruction he had wrought. He poured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 his soul, his words tumbling out in a torrent of confession,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unburdening himself of the heavy cloak he had worn for so long.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listened patiently, her hand resting gently on his.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offer platitudes or empty reassurances. Instead, she spoke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possibility of redemption, of the power of change,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strength of the human spirit. She spoke of the potential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brighter future, a future where his kingdom could thrive, not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ashes of the past, but on the foundation of justice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compassion. She spoke not of forgetting, but of learning,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pain into purpose, of finding peace through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atonement.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words struck a chord within him, resonating deeply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yearning for something more, something beyond the cycle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violence and retribution. He saw in her a reflection of the future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unwittingly begun to create – a future where forgiveness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coexist with justice, where love could bloom amidst the ruins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war. The allure of revenge, once an irresistible force, now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phantom limb, a painful reminder of a path he would never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tread again.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days that followed were marked by a quiet transformation.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Rachit, guided by Aishwarya’s wisdom and his own burgeoning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awareness, redirected his energies. His focus shifted from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consolidation of power to the welfare of his people. He championed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education, establishing schools across the land, making learning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accessible to all, irrespective of caste or creed. He initiated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infrastructure projects, repairing damaged roads, building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irrigation systems, and fostering trade. He implemented fair tax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policies, ensuring that the burden was not borne disproportionately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peasantry. He abolished discriminatory laws and sought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dismantle the ingrained social hierarchies that had long stifled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potential of his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reforms, born not of a lust for power but a deep-seated desire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atonement, were met with cautious optimism. The people,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wary of the new Raja, gradually began to trust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change. His actions were not mere gestures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goodwill; they were tangible demonstrations of his changed heart.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listened to their concerns, addressed their grievances,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sought their input in shaping the future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transformation was not without its challenges. Conservative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elements within the court, those who still clung to the old ways,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resisted his reforms, whispering dissent and sowing seeds of doubt.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Rachit, bolstered by Aishwarya’s unwavering support and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clarity of purpose, remained steadfast. He navigated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minefield with a newfound wisdom, skillfully addressing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concerns of his critics while steadfastly pursuing his vision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 and prosperous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and Aishwarya worked together, a formidable team, their love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force guiding their decisions. They spent hours poring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documents, discussing policies, and strategizing for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future. Their bond had deepened, transcending the initial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passionate entanglement to become a partnership built on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respect, shared purpose, and a profound understanding of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other’s hearts. The memory of his father’s death remained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shadow, a stark reminder of the devastation caused by revenge,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no longer the defining force of his life. It served 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cautionary tale, a constant reminder of the importance of choosing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path of reconciliation and healing.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learned to see Aishwarya not just as the princess he had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sought to manipulate, but as a woman of exceptional intelligence,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courage, and unwavering loyalty. Her astute political mind,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dedication to her people, and her unwavering belief in his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change, had been instrumental in his transformation. Their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tempered by shared hardship and a mutual understanding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complexities of their past, had blossomed into something far deeper</w:t>
      </w:r>
    </w:p>
    <w:p>
      <w:pPr>
        <w:sectPr>
          <w:pgSz w:w="8000" w:h="12000"/>
          <w:pgMar w:top="296" w:right="65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more enduring than a mere romance. It was a partnership,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commitment to build a better future,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love to heal even the deepest wounds. The price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 had been high, but in its aftermath, a new kind of love,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born of forgiveness and shared purpose, had emerged,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promising a future where the shadow of the past would never again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eclipse the light of their enduring love. The kingdom, once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fractured and scarred by war, was slowly healing, its future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bright and promising as the love that now reigned within its heart.</w:t>
      </w:r>
    </w:p>
    <w:p>
      <w:pPr>
        <w:sectPr>
          <w:pgSz w:w="8000" w:h="12000"/>
          <w:pgMar w:top="296" w:right="7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Political Maneuvering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funeral pyre of her father, Raja Vikram Singh, still smoldered,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casting an eerie glow upon the assembled mourners.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clad in stark white mourning silks, felt the weight of her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pressing down on her slender shoulders. Her brother, still too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fully comprehend the enormity of their loss, clung to her hand,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small fingers a source of both comfort and anxiety. Rachit,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 who had inadvertently caused her father’s death, stood beside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his regal robes a stark contrast to the somber occasion.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a hand, not in a gesture of comfort, but of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of the shared burden they now carried.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marriage, a political necessity born of tragedy and betrayal,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heavy chain binding them together, forged in the fires of revenge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loss.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days that followed were a blur of rituals, condolences,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maneuvering. The court, a viper’s nest of ambition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intrigue, was rife with whispers and veiled threats.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herself navigating a treacherous labyrinth of alliances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betrayals, every move carefully calculated, every word weighed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precision. The ministers, once loyal to her father, were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divided, some quietly supporting Rachit's rule, others harboring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resentment and plotting behind closed doors.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first move was to consolidate her control over the royal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treasury. Under the guise of mourning rituals, she quietly initiated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audit of the kingdom's finances, uncovering a web of corruption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embezzlement that had plagued the court for years. This gave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leverage, a weapon she could use against those who dared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 her authority. She discreetly dismissed those found guilty,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replacing them with loyal advisors and ministers who had 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dedication during her father's reign. This subtle but effective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purge silenced many dissenting voices and paved the way for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political agenda.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next move involved strengthening her alliances. She reached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 to neighboring kingdoms, securing trade agreements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military pacts to ensure the safety and prosperity of Rajasthan. Her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diplomatic skills, honed since childhood, proved invaluable.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negotiated with grace and firmness, skillfully balancing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interests against the ever-shifting sands of political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alliances. She reminded them of the shared history between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and their lands, emphasizing the mutual benefits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collaboration and stability, thereby deftly dismantling any emerging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surrounding Rachit’s past actions continued, causing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unrest among the populace. Aishwarya knew she had to address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issue delicately, carefully balancing the need for justice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imperative of maintaining peace and order. She subtly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cultivate a narrative that portrayed Rachit not as a ruthless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conqueror, but as a king who had suffered a great loss and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sought redemption. She emphasized his recent reforms, highlighting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commitment to the welfare of his people, his investments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and infrastructure, and his efforts to improve the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peasantry.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utilized her father's legacy, carefully selecting and presenting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details that highlighted Vikram Singh’s wisdom, his fair and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rule, framing Rachit’s reforms as a continuation of her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policies. She strategically chose occasions to praise his benevolence,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showcasing acts of kindness and generosity to the common people,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thereby skillfully shaping public opinion. Through carefully worded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proclamations and strategically placed public appearances,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shifted the focus from Rachit’s past to his present actions,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showcasing the positive changes underway within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a risky strategy, playing with fire in a land still mourning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father and wrestling with the aftershocks of war. Yet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master strategist, her mind sharp and keen, capable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anticipating and manipulating the political currents with finesse.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understood the power of narratives, the way carefully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could reshape perceptions and influence behaviors. She knew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image of Rachit, the vengeful conqueror, had to be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with the image of Rachit, the repentant ruler. Only then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could true stability return to Rajasthan.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days were filled with endless meetings, negotiations, and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maneuvering. She worked tirelessly, pushing herself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limits of her endurance. The weight of the kingdom was heavy,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immense. Yet, she persevered, fueled by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combination of grief, love, and an unwavering determination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 her kingdom's future. She had witnessed firsthand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devastating consequences of unchecked ambition and the insidious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 of revenge. Now, she dedicated herself to forging a path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healing and reconciliation, transforming the ashes of war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for a peaceful and prosperous reign. She found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strangely at peace in this demanding role, her intelligence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resilience proving equal to the challenges set before her.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found unexpected support in the most unlikely of quarters.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 of the more moderate ministers, seeing her dedication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wisdom, offered their unwavering loyalty. They admired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strength, her unwavering focus on the well-being of her people,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capacity to navigate the intricate political landscape with grace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determination. These alliances, born of respect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purpose, helped secure her position, creating a network of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shielded her from the more venomous attacks emanating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the court.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relationship with Rachit evolved alongside these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maneuvers. The shared weight of ruling the kingdom fostered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 of understanding between them, a bond forged in the crucible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loss and responsibility. Their private moments were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interspersed with discussions of state affairs, their love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 flickering amidst the chaos of courtly intrigue. He recognized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respected her sharp political mind, often seeking her advice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matters of state. The respect they developed for each other’s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abilities, their shared devotion towards their people, solidified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unusual bond beyond the tragedy that had brought them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nights were filled with a simmering intimacy, a blend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passion and quiet companionship, a testament to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their relationship. They found solace in each other's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arms, a refuge from the relentless demands of their responsibilities,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a beacon guiding them through the darkness.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past, though a source of pain, also became a foundation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bond, reminding them of the fragility of life and the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cherishing every moment. The shared responsibility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rebuilding Rajasthan, of healing the wounds of war,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their bond, transforming their forced union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 partnership. The political maneuvering, while demanding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complex, only served to deepen their connection.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Evenings spent poring over state documents transformed into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intimate moments, shared smiles and silent understanding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exchanging between stolen glances over ledger books. Her strength,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unwavering belief in the possibility of a peaceful future,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inspired him to continue his path of reconciliation. He learned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value her intellect, her diplomatic skills, recognizing her as an equal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partner in the task of governing their kingdom. Their relationship,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unexpected outcome of a devastating plot for revenge, defied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expectations, blooming amidst the political turmoil into a love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the ages.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political maneuvering was not just about securing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position; it was about securing the future of Rajasthan. She aimed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build a kingdom based on justice, prosperity, and peace, a legacy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would stand as a testament to her resilience, her wisdom,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enduring power of love, even amidst the darkest of times.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price of revenge had been high, but the price of building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future, a better future, was even higher. And Aishwarya,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by her side, was ready to pay it, together, one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considered political move at a time. The whispers of dissent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eventually faded, replaced by the quiet hum of a kingdom slowly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healing, its people finding hope in the leadership of their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 and Rani, their love story a symbol of resilience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power of the human spirit.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Forgiveness and Reconciliation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her father's death, coupled with the knowledge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role in it, hung heavy between them, a silent chasm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threatened to consume their fragile truce. Yet, amidst the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maneuvering, a tentative understanding began to bloom. It wasn't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sudden forgiveness, but a slow, arduous process, each step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their resilience and the depth of their unexpected love.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under the soft glow of lanterns in the royal gardens,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finally confronted Rachit. The cool night air did little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ease the tension between them. She didn't lash out, didn't scream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accusations. Instead, her voice was low, measured, her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carrying the weight of unshed tears and a heart burdened by loss.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spoke of her father, of his gentle nature, his unwavering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his people, his dedication to Rajasthan. She described the gaping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hole his absence had left, not only in her life, but in the heart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She spoke not to accuse, but to grieve, to lay bare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depth of her pain, allowing Rachit to witness the full extent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consequences of his actions.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listened, his gaze fixed on her, his expression a mixture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remorse and a dawning understanding. He didn't offer excuses,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attempt to minimize his culpability. Instead, he spoke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pain, of the years of hatred and resentment that had fueled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 for revenge. He detailed the agonizing choices he had made,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sacrifices he had demanded, the consequences he had failed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foresee. He confessed the turmoil that haunted him – the bitter taste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victory tinged with the overwhelming grief of his own loss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realization of the irreparable damage he had inflicted.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were a confession, a desperate plea for understanding, not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absolution. He revealed the agonizing weight of his crown,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far heavier than he could have ever imagined.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actions pressed upon him, a constant reminder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devastation he had wrought.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stretched late into the night, punctuated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silences as heavy as the shadows that danced across the moonlit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garden. It was a painful unveiling of raw emotions, a stripping away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pretense and carefully constructed facades. They explored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 of revenge, its intoxicating allure and devastating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aftermath. They confronted the tangled threads of their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acknowledging the pain caused, and the insurmountable damage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inflicted. They spoke of their families, of their hopes and dreams,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shattered by conflict and fueled by vengeance. They spoke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love and the unexpected bond that had formed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wreckage.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days were no less arduous. The path to forgiveness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a straight line; it was a winding road fraught with doubts,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setbacks, and moments of despair. They wrestled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 of their relationship, constantly navigating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treacherous currents of guilt, grief, and the lingering shadows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revenge. There were moments of intense anger, of tears,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accusations. Yet, amidst the turmoil, a tentative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emerge. It was a slow burn, a gradual softening of hearts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hardened by grief and betrayal. They sought solace in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quiet contemplation, finding comfort in each other’s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presence. They found moments of peace amidst the chaos, sharing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moments of understanding, a subtle shift in their dynamic.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the astute strategist, began to weave a narrative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reconciliation throughout the kingdom. She subtly shifted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perception of Rachit, highlighting his genuine remorse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commitment to rebuilding Rajasthan. She emphasized his efforts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reconciliation, his support for the families affected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conflict, and his genuine desire to create a peaceful and prosperous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She used her own influence to foster a sense of unity,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urging her people to move forward, to focus on healing rather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dwelling on past grievances. Her wisdom and strategic brilliance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played a vital role in weaving this new narrative.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 turn, devoted himself to acts of charity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reconciliation. He established programs to support those affected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war, implemented policies that promoted economic recovery,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took tangible steps to build trust between the various factions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kingdom. He sought to demonstrate the sincerity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repentance through tangible actions. His leadership style changed,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transitioning from a conqueror to a benevolent ruler, actively</w:t>
      </w:r>
    </w:p>
    <w:p>
      <w:pPr>
        <w:sectPr>
          <w:pgSz w:w="8000" w:h="12000"/>
          <w:pgMar w:top="296" w:right="67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working to cultivate unity and stability. His actions spoke volumes,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reflecting his commitment to a peaceful future.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reconciliation was not a sudden event, but a gradual process,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series of small steps, small gestures of forgiveness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There were moments of doubt and hesitation,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resentment, and the shadow of past hurts. But through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all, their love served as a guiding light, their shared grief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commitment to rebuilding Rajasthan provided the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they needed to navigate the challenges that lay before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found healing in her work, in her dedication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She channeled her grief into positive action, using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intelligence and diplomatic skills to forge new alliances and secure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stability of the kingdom. She found solace in her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 with Rachit, a bond that strengthened each day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shared purpose and mutual respect. Their love story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became a symbol of hope, a beacon amidst the shadows of the past.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too, found redemption in his acts of service. He channeled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ambition into building a better future for Rajasthan.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demonstrated his commitment to his people through tangible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earning their respect and trust. His love for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source of strength, providing him the motivation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the burden of his past and build a better future for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journey toward forgiveness and reconciliation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the human spirit,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power of love to heal even the deepest wounds.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slow, arduous process, but a necessary one, and in the end, it paved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way for a new era in Rajasthan – an era of peace,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healing, a legacy built on the ashes of revenge and cemented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unwavering strength of their unusual love. The scars of the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remained, but they were now fading, overshadowed by the promise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brighter future, a future where love conquered hate,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 paved the way for lasting peace. The kingdom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flourished under their joint rule, a symbol of their shared victory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the destructive power of revenge, a testament to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 of their unconventional love story.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United Front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dissent, however, had not entirely faded.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of past conflicts still lingered, casting long fingers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tapestry of their newfound peace. Powerful factions, once loyal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overthrown kings, still plotted in the darkness,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 a venomous serpent coiled tight within the heart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These were not merely disgruntled nobles;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seasoned warriors, skilled strategists, steeped in the art of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intrigue, their loyalty bought and sold with ruthless efficiency.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whispers slithered through the court, poisoning the wells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unity that Aishwarya and Rachit had worked so hard to cultivate.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keen intellect and sharp political instincts,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the danger. She was no naive princess; she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firsthand the brutal realities of power and the lengths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which people would go to maintain their influence. This was a war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fought not with swords and shields, but with subtle maneuvers,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whispered conspiracies, and carefully placed betrayals. She knew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outward show of unity was a fragile mask, barely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concealing the simmering tensions that threatened to erupt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open rebellion.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burdened by the weight of his past actions, was determined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prove his worthiness of the crown, not only through grand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gestures of reconciliation but also through decisive action against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still sought to undermine his rule. He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peace wouldn't arrive merely through benevolent decrees;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required eliminating the sources of unrest. He understood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concerns, her assessment of the hidden threats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cunning of their enemies. Their shared experiences, the crucible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tumultuous relationship, had forged an unbreakable bond,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of mutual respect and understanding that transcended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different backgrounds. They were no longer merely king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queen; they were partners, equals in the face of adversity.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target was the insidious network of spies and informants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 to the former ruling houses. These individuals operated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shadows, their identities cloaked in secrecy, their allegiances</w:t>
      </w:r>
    </w:p>
    <w:p>
      <w:pPr>
        <w:sectPr>
          <w:pgSz w:w="8000" w:h="12000"/>
          <w:pgMar w:top="442" w:right="7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shifting with the winds of change. Aishwarya, utilizing her vast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 of informants within the court and her deep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courtly etiquette, began to systematically unravel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machinations. She held clandestine meetings, interpreting cryptic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messages, playing one faction against another, using her sharp wit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intuition to expose their plots before they could 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materialize. Her actions were not based on brute force, but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planning and clever manipulation, leveraging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position to identify and neutralize potential threats.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simultaneously, employed a more direct approach.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the royal guard, ensuring that his most trusted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 soldiers were strategically positioned to quell any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uprisings. He oversaw the modernization of the kingdom's defenses,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implementing new strategies and tactics gleaned from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experience. He wasn't afraid to use force when necessary,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his actions were measured and calculated, focused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eliminating the threat while minimizing bloodshed and collateral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damage. He emphasized his commitment to justice, offering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amnesty to those who surrendered peacefully, while swiftly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decisively crushing those who actively resisted.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combined strategies proved remarkably effective. Slowly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surely, the network of opposition began to unravel. Informants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uncovered, conspiracies exposed, and alliances shattered. The once-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factions found themselves isolated, their influence waning,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plans thwarted at every turn. Aishwarya's intricate web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intrigue dismantled their networks, leaving them vulnerable,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decisive actions served as a stark warning to any who dared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challenge his authority.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climax of their campaign came during a grand festival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celebrating the harvest, an event designed to showcase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prosperity and unity under their joint rule.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display of their power, an opportunity to demonstrate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 welfare of their people. However, it was also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laid trap, a chance for the remaining rebel factions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make their final, desperate move. Aishwarya, using her sharp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intuition, detected subtle shifts in the atmosphere; she observed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unusual gatherings, whispered conversations, and furtive glances.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recognized the tension, the air thick with anticipation.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festival, she realized, was not merely a celebration, but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battleground, and they were about to engage their enemies.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ensuing confrontation was a masterclass in strategic warfare,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ballet of deception and counter-deception. Aishwarya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in perfect tandem, each anticipating the other’s moves,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responding to threats with swift precision. They employed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cunning subterfuge and overwhelming force, skillfully managing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chaos and preserving the overall peace within the city.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confrontation showcased their unwavering love and trust, a 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born in the crucible of tragedy.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rebels' final attempt to seize power was decisively crushed.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leaders were captured, their plots exposed, their influence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eradicated. The kingdom breathed a collective sigh of relief,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 rejoicing in their newfound security and stability.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victory was not just a military triumph; it was a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combined strength, a symbol of the power forged in the crucible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unconventional love. The dawn they had envisioned, a dawn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peace and prosperity, had finally arrived, not through mere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circumstance or luck, but through their determined efforts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the land they ruled. The scars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remained, reminders of the turbulent journey they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overcome, but they were now overshadowed by the glory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victory, a legacy built upon the ashes of conflict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cemented by the unbreakable bond of their love.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Restoring Balance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aftermath of the rebellion left the kingdom scarred but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broken. The celebrations were muted, a poignant acknowledgement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losses suffered, a quiet tribute to the fallen. Yet,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solemnity, a current of hope pulsed through the land.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Rachit, hand in hand, began the long and arduous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task of rebuilding, not merely the physical structures damaged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the conflict, but the very fabric of their society. Their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merely about consolidating power; it was about restoring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balance.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recognizing the roots of the rebellion lay in deep-seated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injustices, initiated sweeping land reforms. He addressed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grievances of the peasantry, reducing exorbitant taxes, and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fair distribution of land and resources. He understood that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prosperous populace was the bedrock of a strong kingdom, and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 peace couldn't be achieved through brute force alone.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decrees, though firm, were infused with a sense of empathy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 stark contrast to the iron-fisted rule of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predecessors. He established courts dedicated to hearing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grievances of the common people, guaranteeing them fair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impartial justice. He also implemented a system of checks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balances to ensure that the power he wielded wouldn't become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tyrannical, learning from the mistakes of his father. He knew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strength lay not in absolute power, but in the trust and loyalty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his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meanwhile, focused on the cultural and social healing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kingdom. She established schools and libraries, encouraging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literacy and learning amongst all classes. She patronized the arts,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commissioning works that celebrated the rich heritage and diversity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Rajasthan, thereby fostering a sense of shared identity and pride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amongst her subjects. She understood the importance of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past, not as a means of glorifying its conflicts, but of learning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its mistakes and building a brighter future. Her patronage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to artisans, merchants, and even the traditionally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 communities, recognizing that the kingdom's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stemmed from the harmonious integration of its diverse populace.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46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also instituted programs for the education and empowerment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women, encouraging their participation in all aspects of governance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approach to governance was a testament to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It wasn't a division of labor, but a unified strategy,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complementing the other's strengths. Rachit, with his military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background, focused on creating stability and security,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was upheld and the law enforced fairly. Aishwarya, with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innate wisdom and understanding of social dynamics, focused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healing the societal fractures, promoting unity, and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of peace and prosperity. They held regular council meetings,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as a ritualistic exercise of power, but as a genuine forum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dialogue and debate, welcoming diverse opinions and perspectives.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collaboration extended beyond the administrative aspects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governance. They worked together to revive the economy,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trade and commerce while also ensuring the well-being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artisans and farmers. They instituted programs to improve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infrastructure, developing irrigation systems and building roads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bridges, improving trade routes and facilitating commerce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throughout the kingdom. These initiatives weren't mere gestures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goodwill, but well-considered policies designed to address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underlying causes of economic inequality and instability.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creating a prosperous and equitable society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visible in every aspect of their rule.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wasn’t immediate. Resistance lingered, whispers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dissent still slithered through the court, fuelled by the memories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past injustices and resentment of the new order. There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clung to the old ways, resisting the changes Rachit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were implementing. But their combined strength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resolve began to quell the opposition. Rachit's justice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swift and unwavering, while Aishwarya’s diplomacy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 steadily won over many who had initially resisted.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addressed the anxieties and fears of the people directly,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communicating their vision clearly and transparently.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as they sat together on the palace balcony, gazing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star-studded Rajasthani sky, Rachit turned to Aishwarya, a soft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 gracing his lips. "Remember," he said, his voice low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tender, "when we first met? The rebellion, the bloodshed, the pain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 both experienced?"</w:t>
      </w:r>
    </w:p>
    <w:p>
      <w:pPr>
        <w:autoSpaceDN w:val="0"/>
        <w:autoSpaceDE w:val="0"/>
        <w:widowControl/>
        <w:spacing w:line="264" w:lineRule="exact" w:before="264" w:after="0"/>
        <w:ind w:left="0" w:right="124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nodded, the memory of those tumultuous times stirring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her. "It was a dark time," she whispered. "A time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loss and uncertainty."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"But out of the darkness," Rachit continued, his hand gently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covering hers, "came a light. A light born of our love, a love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has transformed us, and our kingdom."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looked at him, her heart swelling with love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gratitude. He was no longer just the man who had caused her grief,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man who had also given her a purpose, a reason to fight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kingdom, her people, and their shared future. He had become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partner in everything; in pain and sorrow, and now in joy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celebration. The past was still a part of them, an integral piece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story, but it no longer defined their present or future.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of their past battles had given way to the dawn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united reign, a reign characterized by compassion, justice,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lasting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joint reign was not without its challenges. The threat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foreign invasion loomed, testing their diplomacy and military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might. Internal conflicts flared intermittently, reminding them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fragility of their newfound unity. But through it all, their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their strength, the bedrock of their collaboration.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governed not as a king and queen, but as equals, partners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vision of a prosperous and just kingdom. They learned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other, adapting their strategies to meet the evolving needs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people. They proved that unity, born of a transformative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transcend personal differences and forge an unbreakable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bond, capable of guiding a nation toward a brighter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changes they implemented were far-reaching, impacting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facet of society. They improved the healthcare system, promoting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better sanitation and providing access to medical care for 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irrespective of their social status. They invested in education,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building new schools and universities, empowering their people</w:t>
      </w:r>
    </w:p>
    <w:p>
      <w:pPr>
        <w:sectPr>
          <w:pgSz w:w="8000" w:h="12000"/>
          <w:pgMar w:top="296" w:right="72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knowledge and opportunity. They promoted fair trade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practices, protecting the rights of the workers and ensuring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equitable distribution of resources. The transformation of Rajasthan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their rule was profound, a testament to their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commitment, their collective vision, and their enduring love.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that had been torn apart by conflict was reborn, healed,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unified under the banner of their shared reign. The love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Aishwarya and Rachit, once a forbidden tale, became a legend,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love, forgiveness, and the strength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can blossom from the ashes of adversity. The new dawn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arrived, not as a fleeting moment, but as an enduring legacy, built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the foundation of their shared love and their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their kingdom.</w:t>
      </w:r>
    </w:p>
    <w:p>
      <w:pPr>
        <w:sectPr>
          <w:pgSz w:w="8000" w:h="12000"/>
          <w:pgMar w:top="296" w:right="70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Political Reforms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dissent, though muted, still persisted. The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guard, entrenched in their ways, clung to the remnants of the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resistance a subtle but persistent undercurrent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veneer of peace. Rachit, however, was not one to be deterred.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vision of a just and equitable Rajasthan wouldn't be derailed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shadows. He understood that true reform demanded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sweeping changes, but the meticulous creation of a system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could prevent the very injustices that fueled past rebellions.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step was the creation of a new legal code. This wasn’t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 rewriting of existing laws; it was a fundamental shift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principles governing the kingdom. The old laws, steeped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feudal traditions and favoring the elite, were replaced with a system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emphasizing fairness, equality before the law, and the protection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rights. The concept of hereditary privilege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significantly curtailed, ensuring that positions of power were based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merit, not birthright. This was a radical departure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Rajasthani system, and its implementation required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 navigation of the existing power structures. Rachit,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was unwavering, understanding that true reform required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challenging the very foundations of the established order.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new legal code also included provisions for the protection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 communities, including those who had been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traditionally ostracized or subjected to discrimination. It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 guidelines for fair treatment, ensuring equal access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resources and opportunities. The code also addressed the issue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 ownership, a crucial element in the previous conflicts.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a system of land redistribution, ensuring that land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allocated fairly, preventing the concentration of wealth and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hands of a few. This involved meticulous surveys,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assessments, and negotiations, a process that took months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complete, but was essential for the long-term stability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ensure the implementation of these laws, Rachit established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network of independent courts throughout the kingdom. These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weren't mere extensions of the royal court; they were designed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impartial and accessible to all citizens, regardless of their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or influence. Judges were selected based on their integrity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legal expertise, and they were given the authority to administer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fairly and without fear of reprisal. This new judicial system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cornerstone of Rachit’s vision of justice, providing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mechanism for resolving disputes and ensuring that the rule of law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prevailed throughout the land. He understood that a strong,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independent judiciary was essential for preventing the abuse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 and maintaining social order.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legal reforms, Rachit implemented far-reaching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policies. He understood that economic inequality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major source of conflict, and he worked to create a more equitable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distribution of wealth. This involved promoting agriculture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encouraging diversification of the economy. He invested heavily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infrastructure, improving irrigation systems, constructing roads,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developing trade routes. This stimulated economic activity,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employment opportunities and increasing the overall prosperity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kingdom. He also established trade agreements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neighboring kingdoms, increasing commercial activity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enhancing the economic well-being of his subjects. These policies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merely designed to boost the economy but to strengthen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social fabric of the kingdom by ensuring that the benefits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economic progress were shared by all.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played a crucial role in this process. Her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social dynamics within the kingdom was invaluable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shaping the implementation of these reforms. She initiated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 aimed at improving literacy and education, ensuring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citizens had access to knowledge and skills. This included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establishing schools and libraries throughout the kingdom,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literacy among women and marginalized communities,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encouraging the development of vocational training programs.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recognized that education was the key to empowerment,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individuals with the tools to improve their lives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participate fully in the societal transformation underway.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focus on cultural preservation and promotion was equally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significant. She commissioned the creation of art, literature, and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 that celebrated the diverse cultural heritage of Rajasthan,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sense of unity and shared identity. This initiative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beyond the traditional elite, encompassing the folk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traditions and artistic expressions of various communities. This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celebrated the rich cultural tapestry of Rajasthan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heal the divisions caused by past conflicts. By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shared identity and collective pride, she played a crucial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role in unifying the kingdom under their joint rule.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also spearheaded initiatives focused on women's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empowerment. She established programs to improve women's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 to education, healthcare, and economic opportunities.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encouraged women’s participation in government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administration, challenging traditional gender roles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empowering them to play an active role in shaping the future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kingdom. This was a radical step in a society traditionally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patriarchal, but Aishwarya’s unwavering belief in equality helped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propel these transformative changes.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reforms weren’t met with universal acceptance. There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 from those who benefited from the old system, those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feared the loss of their privilege and influence. Intrigue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conspiracies simmered beneath the surface, challenges to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authority and Aishwarya’s influence, whispers of discontent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spreading like wildfire through the court. But Rachit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Aishwarya, bound by their love and shared vision, were prepared.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faced these challenges head-on, with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using a combination of firm action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compassionate diplomacy. They proved that even amidst resistance,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vision for a just and equitable society could prevail.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resolve, coupled with the tangible benefits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reforms—improved livelihoods, better education, a fairer 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system—gradually won over many of their initial opponents.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of Rajasthan under Rachit and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 was monumental. It wasn't merely a change in governance,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 fundamental shift in the social, economic, and political fabric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kingdom. Their actions not only healed the wounds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but laid the foundation for a brighter future, a future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justice, equality, and prosperity were not abstract ideals but</w:t>
      </w:r>
    </w:p>
    <w:p>
      <w:pPr>
        <w:sectPr>
          <w:pgSz w:w="8000" w:h="12000"/>
          <w:pgMar w:top="296" w:right="67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realities. Their story, once a tale of forbidden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bitter revenge, became a legend of transformation and renewal,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beacon of hope for future generations, a testament to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to overcome adversity and forge a better world. The dawn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era had arrived, bathed in the light of their shared vision,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born from the ashes of conflict, and nurtured by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love.</w:t>
      </w:r>
    </w:p>
    <w:p>
      <w:pPr>
        <w:sectPr>
          <w:pgSz w:w="8000" w:h="12000"/>
          <w:pgMar w:top="296" w:right="72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Economic Prosperity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jasmine and the distant clang of the blacksmith’s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hammer filled the air as Rachit, astride his magnificent stallion,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surveyed the bustling marketplace. Gone were the days of hushed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anxieties and shadowed corners; a palpable energy, a vibrant pulse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economic activity, thrummed through the heart of the city.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reforms, once met with skepticism, were now bearing fruit.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dusty, neglected roads had been transformed into smooth pathways,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facilitating the flow of goods and people. Caravans laden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spices, silks, and precious stones from distant lands now arrived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regularly, their arrival heralded by the joyous cries of merchants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excited chatter of the populace.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Rachit’s vision extended beyond simply opening new trade routes.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understood that lasting prosperity required a diversified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economy, one that didn’t rely solely on agriculture, which was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subject to the whims of the monsoon season. He commissioned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workshops and factories, encouraging artisans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craftsmen to hone their skills and produce goods for both domestic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consumption and export. Potters created intricately designed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ceramics, their vibrant hues reflecting the rich cultural heritage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Weavers produced exquisite textiles, their intricate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designs telling stories of gods and goddesses, of brave warriors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passionate lovers. Metalworkers crafted exquisite jewelry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ornate weaponry, their skills honed over generations.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burgeoning artisan class, empowered by Rachit’s policies, injected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vitality into the economy, bringing skilled workers previously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relegated to the margins into the center of Rajasthani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also implemented policies to promote agriculture, recognizing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importance to the kingdom's well-being. He invested heavily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irrigation projects, constructing elaborate canals and reservoirs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that the fields remained fertile, even during periods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drought. This involved not only the engineering expertise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advisors but also a deep understanding of the land and its cycles,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 gleaned from generations of farmers. This wasn't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technical endeavor; it was a partnership between the crown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cultivators, built on mutual respect and trust. Rachit's advisors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closely with the farmers, ensuring the projects catered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needs and integrated seamlessly into their established farming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practices. The result was a significant increase in agricultural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output, ensuring food security and providing a surplus for trade.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the astute observer, understood the intricacies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economy as well as Rachit. Her understanding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dynamics within the kingdom informed her strategies,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the benefits of the economic growth were not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confined to a privileged few. She established a network of micro-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financing institutions, providing small loans to women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entrepreneurs, enabling them to start and expand their businesses.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initiative, which targeted women, was revolutionary in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time. By empowering women economically, she not only improved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 but also strengthened the economic vitality of the entire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These loans were not simply handed out;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accompanied by training and mentorship, ensuring that the women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the tools and support they needed to succeed.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acumen extended to the management of the royal treasury.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transparent accounting practices, ensuring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finances were managed efficiently and responsibly.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eradicated the corruption that had plagued the treasury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 reigns. She also established a system of taxation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fair and equitable, ensuring that all citizens contributed their share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kingdom's well-being while simultaneously ensuring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did not disproportionately fall on the poor. This involved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record-keeping, a system that was both accurate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accessible to those who were being taxed, fostering transparency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accountability. This transparency was a crucial part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strategy – trust and faith in the government were vital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success of any economic initiative.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she spearheaded initiatives to improve infrastructure,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its vital role in economic progress. The construction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roads, canals, and bridges not only facilitated trade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commerce, but also created employment opportunities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thousands of people. She worked tirelessly to establish new markets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trading posts throughout the kingdom, providing opportunities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local artisans and farmers to sell their goods. These markets</w:t>
      </w:r>
    </w:p>
    <w:p>
      <w:pPr>
        <w:sectPr>
          <w:pgSz w:w="8000" w:h="12000"/>
          <w:pgMar w:top="296" w:right="69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simply places for buying and selling; they were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hubs of social interaction, promoting community development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providing opportunities for local entrepreneurs to thrive.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efforts focused on accessibility; she ensured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markets were easily accessible to all sections of society,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regardless of social standing or geographical location.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tangible economic benefits, Aishwarya understood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importance of cultural preservation in fostering economic growth.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commissioned the restoration of ancient monuments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temples, revitalizing historical sites and turning them into tourist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attractions. This initiative stimulated the local economy,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jobs for artisans, guides, and hospitality workers. It also fostered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cultural pride, attracting tourists from far and wide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generating revenue for the kingdom. This wasn't just about bricks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mortar; it was about celebrating the rich history and heritage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using that heritage as a tool for economic progress.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restoration projects were carried out with meticulous care,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historical integrity of the sites was preserved while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simultaneously enhancing their aesthetic appeal.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Aishwarya and Rachit’s economic policies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nothing short of transformative. The kingdom, once scarred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and economic hardship, flourished under their wise rule.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once-desolate landscapes now teemed with life and activity;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sounds of commerce and celebration replaced the echoes of war.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standard of living improved dramatically; people had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better food, better housing, and better healthcare. The kingdom’s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treasury overflowed, not through oppressive taxation, but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flourishing economy that Rachit and Aishwarya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cultivated. The once-fragile peace was now solidified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prosperity that benefited all layers of Rajasthani society,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turning the threat of rebellion into a sense of shared national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purpose. Their love story, a tale of forbidden romance,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into a testament to their joint leadership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unprecedented prosperity of Rajasthan, a flourishing kingdom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stood as a beacon of hope and stability in a tumultuous world.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legacy, etched not only in stone but in the hearts and minds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people, would endure for generations to come.</w:t>
      </w:r>
    </w:p>
    <w:p>
      <w:pPr>
        <w:sectPr>
          <w:pgSz w:w="8000" w:h="12000"/>
          <w:pgMar w:top="296" w:right="644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Social Harmony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tangible improvements in the kingdom's economy were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numbers on a ledger; they were reflected in the everyday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 of the people. The bustling marketplaces, once choked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poverty and desperation, now overflowed with vibrant energy.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 of children echoed through the newly paved streets,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hushed anxieties of the past. The faces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 people, once etched with hardship, now bore a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and resilience. Rachit's reforms had not only generated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wealth, but also fostered a sense of community and shared purpose.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played a crucial role in this social transformation.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social fabric of Rajasthan was unparalleled.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understood the deep-seated divisions, the historical grievances,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nuances of caste and creed that had, for generations,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conflict and resentment. She knew that mere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would not be enough to achieve lasting peace;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reconciliation and understanding were equally vital.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first act of social reconciliation targeted the most marginalized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 within Rajasthan. The nomadic tribes, often ostracized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persecuted, had lived on the fringes of society for centuries,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traditional ways of life threatened by the changing times.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recognized their intrinsic value to the kingdom.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skilled artisans, traders, and storytellers, and their unique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heritage enriched the kingdom's diversity. She initiated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 to integrate these nomadic communities into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mainstream, providing them with access to education, healthcare,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economic opportunities. She established special training centers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honored their traditional crafts, helping them adapt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growing market demands while preserving their cultural identity.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also worked to ensure their fair representation in local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governance, giving them a voice in decisions that affected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lives. This wasn't just about charity; it was about recognizing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dignity and contributions to Rajasthan's rich tapestry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Next, she addressed the deep-seated tensions between the different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castes within Rajasthani society. For generations, the rigid caste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 had perpetuated inequality and conflict. Aishwarya,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understood that true social harmony required breaking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these artificial barriers. She initiated a series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dialogues, bringing together representatives from different castes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discuss their concerns and find common ground. She created spaces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open communication and respectful dialogue, encouraging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 and understanding. She established educational programs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promoted social awareness and challenged the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prejudices that had divided the people. These initiatives were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 without resistance, but Aishwarya’s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and equity, coupled with her charismatic leadership,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shifted the prevailing social norms. Her actions were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symbolic; they represented a fundamental shift in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dynamics, fostering a sense of shared destiny and a common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future. She fostered a system where the meritocracy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superseded tradition. She rewarded loyalty and competence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irrespective of caste origins, leading many in the upper echelons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society to adapt and accept her vision.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meanwhile, focused on administrative reforms that targeted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deep-rooted injustices. The judicial system, once riddled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corruption and bias, was revamped. He appointed judges known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integrity and fairness, ensuring that justice was served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impartially, regardless of social standing or wealth.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measures to ensure swift and efficient resolution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disputes, reducing the backlog of cases and preventing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grievances. He also invested heavily in the education system,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expanding access to schooling for all children, regardless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background. This wasn't just about literacy; it was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empowering future generations with the knowledge and skills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needed to participate fully in society and to challenge entrenched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norms. He understood that education was the key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unlocking the potential of his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these reforms was not simply a testament to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Aishwarya's leadership; it was also a testament to the resilience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adaptability of the Rajasthani people. They embraced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changes, not out of coercion, but out of a shared desire for a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future. They saw the tangible benefits of Rachit and Aishwarya's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10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 in their daily lives – in the improved infrastructure,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greater economic opportunities, and in the growing sense of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justice.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significant part of their approach involved recognizing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celebrating the diverse cultures within the kingdom. Rajasthan's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rich heritage encompassed a tapestry of languages, traditions,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beliefs, and Rachit and Aishwarya understood that respecting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diversity was crucial to fostering social harmony. They actively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promoted cultural exchange programs, bringing together artists,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musicians, and performers from different regions of the kingdom.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supported the preservation of traditional arts and crafts,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their role in maintaining cultural identity. 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encouraged the celebration of different festivals and religious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observances, fostering a climate of mutual respect and tolerance.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initiatives went beyond mere tolerance; they involved active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participation and celebration of the diversity that enriched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notable example of their commitment to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involved a significant reconciliation with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neighboring kingdom, once embroiled in conflict with Rajasthan.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utilizing her unparalleled diplomatic skills, initiated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series of meetings and negotiations with the neighboring ruler,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focusing on mutual respect and shared economic opportunities.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 was a peace treaty that established trade agreements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exchanges, forever altering the relationship between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two kingdoms. This treaty, a testament to Aishwarya's leadership,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involved more than simply avoiding further conflict; it ushered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era of cooperation and collaboration, turning former enemies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valuable allies. This reconciliation was not only significant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terms of political stability but also in its impact on social harmony.</w:t>
      </w: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removed the shadow of war, fostering a sense of security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reducing historical tensions between the two kingdoms.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of Rajasthan under Rachit and Aishwarya's rule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merely an economic one; it was a profound social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shift. The kingdom, once fractured by internal divisions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external threats, was transformed into a unified entity, its citizens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united by a shared sense of purpose and identity. The echoes of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were slowly replaced by the sounds of peace and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their love, their wisdom, and their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creating a just and harmonious society. Their 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into the fabric of Rajasthan's history, stands as an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love, leadership, and a shared vision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better future, proving that even amidst the most turbulent times,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harmony and progress are possible, when guided by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deep understanding of human nature. Their reign marked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new dawn for Rajasthan, but a new chapter in its glorious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legacy.</w:t>
      </w:r>
    </w:p>
    <w:p>
      <w:pPr>
        <w:sectPr>
          <w:pgSz w:w="8000" w:h="12000"/>
          <w:pgMar w:top="296" w:right="6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New Beginning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dust had barely settled on the funeral pyre of her father,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Maharaja, before Aishwarya found herself in Rachit’s arms again.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bittersweet embrace, a mingling of grief and a fierce,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undeniable love that defied logic and circumstance.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kingdom, the precariousness of her position as the sole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protector of her younger brother, weighed heavily on her shoulders,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in Rachit’s embrace, she found a strength she hadn't known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possessed. He held her close, his touch a silent reassurance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storm raging within her. The scent of sandalwood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smoke of the pyre filled the air, a poignant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loss that had brought them together, yet again, in this strangely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intimate way.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had laid bare his heart, his soul, his true identity as the son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deposed king, a revelation that had shaken her to her core.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 had been his driving force, a consuming fire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nearly destroyed everything she held dear. Yet, in the aftermath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actions, in the face of his own sorrow and regret, 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revealed to be something more complex, a man capable of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great cruelty and profound love. And it was this duality that held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captive, bound to him by a love both treacherous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breathtaking.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marriage was not a fairy tale union, but a pragmatic decision,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calculated risk designed to secure the kingdom's future.</w:t>
      </w: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Aishwarya, ever practical, understood the political landscape.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claim to the throne, though shrouded in darkness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violence, was legitimate. The people, though initially shocked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divided, were slowly beginning to see his competence and decisive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leadership. His reforms, implemented swiftly and with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purpose, were already bringing positive change. The marriage,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therefore, presented a strategic advantage, uniting the factions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preventing further bloodshed.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Yet, their union transcended mere political strategy. Their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tempered by loss and tested by betrayal, had deepened, becoming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wellspring of strength for both. It was a silent understanding, a</w:t>
      </w:r>
    </w:p>
    <w:p>
      <w:pPr>
        <w:sectPr>
          <w:pgSz w:w="8000" w:h="12000"/>
          <w:pgMar w:top="442" w:right="66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burden eased by the simple comfort of each other's presence.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opulent chambers of the palace, amidst the gilded cages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courtly intrigue, their stolen moments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sacred sanctuaries. The touch of his hand on her skin, the murmur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voice in her ear, these were the quiet affirmations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love, a love that defied the political turmoil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whispers of dissent that surrounded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transition to becoming Queen was not effortless.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expectations pressed down on her, heavier than any crown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wear. She had to learn the intricacies of courtly life,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dance of political alliances, the silent battles fought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veiled words and subtle gestures. She had to navigate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treacherous waters of palace intrigue, where whispers could topple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kingdoms and where loyalty was a rare and precious commodity.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possessed an innate wisdom, a profound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human nature. She knew that true power lay not in force, but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diplomacy and understanding. She used her intelligence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 to heal old wounds, fostering trust where there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suspicion, and diplomacy where there was open conflict.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brought a new gentleness to the court, tempering the harshness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royal decree with her compassion. She listened to the grievances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subjects, seeking to address their needs and concerns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fairness and empathy that was unheard of in the rigid hierarchy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court. She established a confidential communication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channel, encouraging ordinary citizens to share their problems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without fear of reprisal. She personally visited villages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settlements, assessing their needs and making sure that the policies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implemented by Rachit actually reached the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too, was undergoing a transformation. The thirst for revenge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consumed him for so long was slowly giving way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gentler, more compassionate spirit. The weight of his past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pressed heavily upon him. He sought redemption, not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penance, but through acts of kindness and service. He found solace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Aishwarya's unwavering faith in him, a belief that helped him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 his demons and embrace his newfound responsibilities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king.</w:t>
      </w:r>
    </w:p>
    <w:p>
      <w:pPr>
        <w:sectPr>
          <w:pgSz w:w="8000" w:h="12000"/>
          <w:pgMar w:top="296" w:right="650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story became the very foundation of their rule,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forgiveness and the resilience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spirit. Their joint rule was characterized by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stability, and social harmony. They implemented a justice system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was both fair and compassionate, ensuring equal treatment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all, irrespective of caste or creed. They invested in infrastructure,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economic growth and improving the quality of life for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subjects. They were not merely rulers but benevolent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custodians of their kingdom, their love binding them together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vision of a just and prosperous society.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once-fractious kingdom flourished under their joint rule.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acumen in administration and Aishwarya's deep-seated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her people’s needs created a synergy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Rajasthan from a land scarred by conflict into a haven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prosperity and peace. Their reforms reached every corner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fostering a sense of shared purpose and national identity.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old rivalries and prejudices that had once threatened to tear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apart were slowly fading, replaced by a newfound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unity and shared destiny.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couple made it a point to travel across the kingdom, personally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engaging with its diverse population. They visited temples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mosques, celebrating religious diversity and fostering tolerance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 different communities. They supported the arts and culture,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preserving the vibrant heritage of Rajasthan and promoting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creativity. They even commissioned a series of public works,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including stunning gardens, grand libraries, and magnificent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projects, symbols of their reign and the prosperity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brought. These were not simply monuments to their power;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expressions of their commitment to their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was not just a personal affair; it became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and resilience for the entire kingdom. It was a love story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the boundaries of caste, class, and political affiliations,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proving that even in the face of adversity, love could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survive but also flourish, transforming the lives of countless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 and shaping the destiny of a nation. Theirs was a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marked not by conquest and bloodshed, but by compassion,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understanding, and a deep commitment to justice and equity. It was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reign that celebrated diversity and fostered peace, a reign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proved that love, in its purest form, could indeed conquer all.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sun set on their reign, a new era dawned, one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 and hope, all thanks to the enduring power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remarkable love story, a testament to the fact that even from ashes,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can indeed blossom and build an empire. The tale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Rachit, woven into the very fabric of Rajasthan's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history, stood as a timeless beacon, a symbol of love’s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triumph, a reminder that even in the darkest of times, love's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illuminate the path towards a brighter future. Their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legend, whispered from generation to generation,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hope and inspiration, a testament to the transformative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love in the face of insurmountable odds. And so, their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story became more than just a royal romance; it became a legacy.</w:t>
      </w:r>
    </w:p>
    <w:p>
      <w:pPr>
        <w:sectPr>
          <w:pgSz w:w="8000" w:h="12000"/>
          <w:pgMar w:top="296" w:right="66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Shared Rule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years that followed their wedding were a tapestry woven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threads of gold and shadow. Rachit, now Maharaja Rachit Singh,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proved to be a shrewd and capable ruler. His early reign, marked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ruthless pursuit of revenge, was replaced by a pragmatic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to governance. He understood the nuances of power,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balance required to maintain order and prosperity.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consulted his advisors, listened to the concerns of his subjects,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policies designed to uplift the kingdom. Aishwarya,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side, served as his most trusted confidante and advisor,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unique perspective shaped by her upbringing and her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kingdom's people. Her role was not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ornamental; she actively participated in the decision-making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process, offering insights that often proved invaluable.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partnership wasn't a division of power, but a harmonious blend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individual strengths. Rachit provided the strong hand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leadership, the decisive actions necessary to maintain order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security. Aishwarya brought the empathetic touch,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people’s needs that ensured their policies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resonated with the hearts and minds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court, once a breeding ground for whispers and conspiracies,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transformed into a beacon of tolerance and understanding.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innate diplomatic skills, fostered alliances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neighboring kingdoms, ensuring peace and stability along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borders. She established a network of spies and informants,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Rachit remained well-informed of any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threats to the kingdom's security. But her focus extended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politics. She dedicated herself to improving the lives of her subjects,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advocating for the education of girls, promoting healthcare,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the justice system operated fairly and impartially.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championed the arts, patronizing artists and scholars,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transforming the royal court into a center of learning and creativity.</w:t>
      </w:r>
    </w:p>
    <w:p>
      <w:pPr>
        <w:autoSpaceDN w:val="0"/>
        <w:autoSpaceDE w:val="0"/>
        <w:widowControl/>
        <w:spacing w:line="264" w:lineRule="exact" w:before="60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influence touched every aspect of life within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bringing a new era of enlightenment and progress.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influenced by Aishwarya's compassion and wisdom, began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implement reforms that benefited the entire population, not just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elite. He invested heavily in infrastructure projects,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commissioning the construction of canals to improve irrigation,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roads to facilitate trade, and hospitals to provide healthcare.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enacted laws that protected the rights of women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marginalized, challenging the deeply ingrained social hierarchies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long plagued the kingdom. He encouraged religious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tolerance, creating an environment where people of different faiths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live together in peace and harmony. The kingdom,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divided by sectarian conflicts and internal strife, began to unite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 their shared leadership.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story wasn't confined to the private chambers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palace; it became a symbol for the entire kingdom. It was a tale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two souls, once divided by revenge and conflict, finding 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forgiveness and mutual respect. They publicly displayed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affection, breaking away from the rigid courtly etiquette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past. Rachit would often seek Aishwarya's counsel during official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gatherings, publicly acknowledging her wisdom and insight.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in turn, would publicly praise his administrative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capabilities, reinforcing their shared authority and the strength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partnership. Their actions sent a wave of hope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kingdom, inspiring trust and loyalty among the subjects.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joint rule was not without challenges. Conspiracies and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struggles still lurked in the shadows, but their combined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shrewd leadership helped them navigate these tumultuous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waters. They faced rebellions, both internal and external, but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united front and decisive actions quelled these threats efficiently.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rule was marked by both strength and compassion.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system was both swift and fair, with punishment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balanced with rehabilitation. They empowered local leaders, giving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greater autonomy in the management of their regions,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centralized control over vital areas like defense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taxation.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reign witnessed a significant economic boom. Trade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flourished as roads were improved and irrigation systems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modernized. New industries emerged, creating jobs and improving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standard of living for many. The arts thrived, with poets,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musicians, and painters finding patrons in the royal court. They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celebrated cultural festivals, highlighting the rich heritage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and commissioned the construction of magnificent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buildings, creating an architectural marvel that attracted visitors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across the subcontinent. These buildings were not mere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displays of wealth and power, but expressions of cultural unity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national pride. They built libraries, attracting scholars and students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across the land, creating a hub for intellectual discourse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innovation.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personal touch permeated their reign. She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schools and orphanages, providing education and care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underprivileged. She implemented programs to alleviate poverty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improve sanitation, bringing tangible improvements to the lives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most vulnerable members of society. She actively listened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concerns of her people, traveling across the kingdom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 their specific needs. She instituted a system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transparent governance, ensuring that the kingdom's resources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used effectively and ethically. She also established a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checks and balances to prevent corruption and ensure fairness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the administration.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inspired by Aishwarya's compassion, developed a keen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 in social welfare. He supported initiatives designed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 the environment, promoting sustainable agriculture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responsible land management practices. He implemented programs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provide clean drinking water to rural communities and improved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facilities across the kingdom. He personally oversaw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new hospitals and clinics, ensuring that even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most remote villages had access to basic medical care. 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system for efficient grain distribution to prevent famines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food shortages. He oversaw the development of a 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army, not for conquest, but for internal security and the protection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kingdom’s borders.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rule of Aishwarya and Rachit was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collaboration and mutual respect. Their love story, woven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fabric of their governance, became a symbol of hope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inspiration for their people. It was a love story that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personal, transforming the very landscape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kingdom. Their reign became a golden age, a time of prosperity,</w:t>
      </w:r>
    </w:p>
    <w:p>
      <w:pPr>
        <w:sectPr>
          <w:pgSz w:w="8000" w:h="12000"/>
          <w:pgMar w:top="296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peace, and progress, all built on the foundation of their shared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mutual respect. Their legacy went beyond mere governance.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love story that transformed a kingdom, setting an example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generations, proving that even amidst the complexities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power, love could indeed conquer all. Their story continued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sung through the ages, becoming a beacon of hope, illustrating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unity, compassion, and a love that could withstand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most turbulent of times.</w:t>
      </w:r>
    </w:p>
    <w:p>
      <w:pPr>
        <w:sectPr>
          <w:pgSz w:w="8000" w:h="12000"/>
          <w:pgMar w:top="296" w:right="6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Legacy of Love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decades that followed were a testament to their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partnership. Their reign, initially marked by the shadow of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past, blossomed into a golden age for Rajasthan. The whispers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 were replaced by the hum of prosperity, the anxieties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 silenced by the melodies of peace. Their court, once a stage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maneuvering and clandestine meetings, transformed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hub of intellectual and artistic pursuits. Scholars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lands flocked to their kingdom, drawn by the promise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intellectual freedom and royal patronage. Aishwarya, with her keen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 for talent and her unwavering support of the arts, nurtured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flourishing creative landscape. Poets composed epics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and their reign, musicians filled the palace halls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enchanting melodies, and painters immortalized their achievements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breathtaking murals that adorned the walls of the palace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newly constructed temples.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prosperity under their rule was remarkable.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shrewd economic policies, combined with Aishwarya's innovative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programs, led to a significant increase in trade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commerce. New markets sprang up, connecting Rajasthan to distant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lands. Caravans laden with precious goods traversed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movements facilitated by the extensive network of roads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canals that Rachit had commissioned. The irrigation systems,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neglected and inefficient, were modernized, leading to increased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productivity. Farmers flourished, and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granaries overflowed with grain, ensuring food security for all.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boom trickled down to every level of society,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advancement and improving the standard of living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even the most humble citizens.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couple’s achievements extended far beyond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prosperity. They championed education, recognizing it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cornerstone of progress. Aishwarya spearheaded the establishment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schools for girls, a revolutionary concept at the time, shattering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barriers and empowering women to participate fully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She also established vocational training centers,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opportunities for young men and women to acquire skills and find</w:t>
      </w:r>
    </w:p>
    <w:p>
      <w:pPr>
        <w:sectPr>
          <w:pgSz w:w="8000" w:h="12000"/>
          <w:pgMar w:top="442" w:right="66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employment. Literacy rates soared, and the intellectual landscape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underwent a dramatic transformation.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libraries and the patronage of scholars fostered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climate of intellectual inquiry, leading to breakthroughs in various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fields. Rachit supported these endeavors wholeheartedly,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importance of education in building a strong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prosperous nation.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commitment to justice and fairness was equally profound.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having experienced the pain of injustice firsthand,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his reign was marked by equity and compassion. He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just legal system, ensuring that all citizens, regardless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standing, had equal access to justice. He oversaw the training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judges and legal professionals, ensuring that they were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versed in the law and committed to upholding justice.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 was evident in the compassionate approach adopted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judicial system. Emphasis was placed on rehabilitation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restorative justice, seeking to address the root causes of crime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prevent its recurrence. Harsh punishments were avoided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whenever possible, with a focus on reforming offenders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reintegrating them into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couple also prioritized healthcare, recognizing its vital role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the well-being of their people. Hospitals and clinics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across the kingdom, providing access to healthcare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citizens. Rachit personally oversaw the construction of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facilities, ensuring that they were equipped with the latest medical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advancements available at the time. Aishwarya, drawing upon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traditional medicine and her compassion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sick, worked to integrate traditional and modern medical practices.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established training programs for midwives and nurses,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empowering women to play a critical role in healthcare delivery.</w:t>
      </w:r>
    </w:p>
    <w:p>
      <w:pPr>
        <w:autoSpaceDN w:val="0"/>
        <w:autoSpaceDE w:val="0"/>
        <w:widowControl/>
        <w:spacing w:line="266" w:lineRule="exact" w:before="56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overall health improved dramatically, leading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increased life expectancy and a healthier population.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reign was not without its challenges. Internal dissent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occasionally arose, and external threats loomed on the horizon.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their ability to anticipate problems and respond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decisively minimized disruptions. Rachit's military prowess and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maintaining a strong and well-equipped army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the kingdom's security. Aishwarya’s astute diplomatic skills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strong alliances with neighboring kingdoms,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 of support that protected Rajasthan from external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aggression. Their collaborative approach to governance,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understanding of their people's needs, and their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 formed the foundation of their extraordinary success.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ruled not as individuals but as partners, their strengths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complementing each other. This collaborative approach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formal aspects of governance. They actively encouraged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people to participate in the decision-making process, listening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their concerns, and involving them in the shaping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kingdom's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Aishwarya and Rachit extended far beyond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reign. Their story became a cornerstone of Rajasthani folklore,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unity, compassion, and the triumph of love over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Generations of rulers and citizens alike drew inspiration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their example, striving to emulate their just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compassionate leadership. The infrastructure they built,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institutions they established, and the values they championed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endured, shaping the course of the kingdom for centuries to come.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architectural marvels they commissioned—the palaces, temples,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libraries—remained as powerful testaments to their reign,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inspiring awe and wonder in visitors from across the land.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gardens they nurtured, bursting with vibrant flowers, served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peaceful havens, symbolizing their commitment to harmony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balance. Even the laws they enacted, the policies they implemented,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bore the imprint of their deep love and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well-being of their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story transcends a mere historical narrative; it transforms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timeless parable of love’s enduring power and its potential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 even the most profound differences. It was a love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amidst adversity, a love that fortified a kingdom, a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left an indelible mark on history. Their names, whispered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generations, serve as a reminder that the most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legacies are not built on power alone, but on the foundation of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and justice. Their story became a legend, woven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fabric of Rajasthan's identity, a testament to a love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reigned supreme, a love that built a kingdom, and a love that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continues to inspire hope and devotion across centuries.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reign, a golden age of peace, prosperity, and progress, continues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 through the annals of time, a beacon of hope, illustrating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extraordinary power of love when wielded with wisdom, justice,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unwavering devotion. Their tale, sung by generations,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testament to the enduring legacy of two hearts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intertwined, bound not just by love, but by a shared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 a better world. The echoes of their reign still reverberate,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enduring power of a love that transformed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a love that continues to inspire, and a love that will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forever be remembered.</w:t>
      </w:r>
    </w:p>
    <w:p>
      <w:pPr>
        <w:sectPr>
          <w:pgSz w:w="8000" w:h="12000"/>
          <w:pgMar w:top="296" w:right="6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Family and Forgiveness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death of Aishwarya’s father, a wound that had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cleave the kingdom in two, began to heal. The initial shock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so palpable in the aftermath of the funeral, slowly gave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tentative, fragile peace. The weight of responsibility, previously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borne solely by Aishwarya, now found a counterpoint in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remorseful presence. He, the architect of her father’s demise,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her king, her husband, and, gradually, her confidant.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apologies were not empty words, but actions; a steadfast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governing justly, to honoring Aishwarya's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memory by building a kingdom worthy of his legacy.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initiated a series of reforms designed to address the very issues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fueled his initial rebellion. The injustices he'd witnessed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child, the exploitation of the common people, the corruption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permeated the court, were systematically eradicated.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policies that fostered equality, ensuring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benefits of the kingdom's prosperity reached all strata of society,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wealthiest merchants to the humblest farmers. This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simply a political maneuver; it was a manifestation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regret, a desperate attempt to atone for the harm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caused.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though her heart still bore the scars of loss, recognized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sincerity of Rachit's efforts. She saw not merely a king seeking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solidify his rule, but a man grappling with his conscience,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attempting to reconcile his past with his present. The initial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bitterness, the overwhelming sense of betrayal, began to erode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weight of his unwavering dedication to their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people, and, most importantly, to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reconciliation was a slow, painstaking process, marked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moments of understanding rather than grand pronouncements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forgiveness. It began with shared silences, punctuated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gestures of affection that had always been the bedrock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relationship. The stolen glances across crowded courtrooms,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gentle touch of a hand during a tense council meeting,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laughter during private moments—these small acts of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intimacy helped to bridge the chasm created by tragedy.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younger brother, Vikrant, initially resistant to Rachit's presence,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began to see a change in the king. He witnessed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devotion Rachit showed to Aishwarya, his tireless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efforts to govern justly, his unwavering commitment to the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of their kingdom. He saw a man deeply remorseful for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a man who had truly transformed himself. The animosity,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by a grief so profound it had warped his judgment,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fade. He started to participate in royal councils, sharing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opinions on governance, and even seeking out Rachit for advice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strategy. A bond began to form, an unlikely brotherhood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forged in the crucible of shared loss and a shared desire to lead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 into a brighter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healing extended beyond the royal family. Rachit's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volumes, transcending the political realm. He commissioned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magnificent temples, not as monuments to his power, but as places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solace and spiritual renewal for his people. He invested in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works projects, improving irrigation systems, constructing roads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bridges, and providing access to education and healthcare to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 regardless of caste or creed. These tangible improvements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lives of his people served as a testament to his remorse,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apology to the entire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played a crucial role in fostering this healing process.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used her position not just to support Rachit's reforms but also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advocate for the victims of his past actions. She ensured that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had suffered under his father's reign received compensation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justice. She established support networks for widows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orphans, providing them with the resources they needed to rebuild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lives. This wasn’t simply an act of political pragmatism;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demonstration of compassion and a commitment to building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just and equitable society. It was a way of saying, "We will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 together, we will rebuild together, and we will learn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turning point came during a grand festival held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commemorate the anniversary of Aishwarya’s father's death.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bold move, a calculated risk. The possibility of unrest was high,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Rachit and Aishwarya chose to face their people, not to assert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dominance, but to offer healing and reconciliation. The festival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spectacular affair, showcasing the artistic and cultural richness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But beyond the spectacle, it was a symbol of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beginning, a testament to the resilience of the royal family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spirit of forgiveness that had taken root in the hearts of the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dressed in regal attire, addressed the crowds. Her voice,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 tinged with sadness, was filled with a newfound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resolve. She spoke not of revenge or retribution, but of healing,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unity, and of the shared responsibility to build a brighter future.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words resonated deeply with her subjects, who had witnessed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in both the king and queen.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remained, a somber reminder of the price of conflict, but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 longer an oppressive burden. It had become a lesson, a catalyst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positive change.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standing by her side, offered his own words of remorse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commitment. His speech was devoid of the arrogance and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characterized his early years. Instead, it was infused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humility, sincerity, and a genuine desire for reconciliation.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not only of his commitment to justice and governance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of his love for Aishwarya, a love that had endured trials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tribulations, a love that had ultimately healed the wounds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people responded with a roar of approval. The atmosphere,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charged with tension and suspicion, was replaced by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and unity. The festival, initially planned as a potential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flashpoint, became a celebration of healing,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forgiveness, and a symbol of a new era for Rajasthan.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whispers of rebellion were replaced by songs of praise,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courageous love of their king and queen and acknowledging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their unified kingdom. The seeds of reconciliation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sown and were blossoming into a strong and thriving nation,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powerful bond of family, the resilience of love,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healing power of forgiveness. The future, once uncertain,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luminous with the promise of a peaceful and prosperous reign.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Rachit, once divided by betrayal and revenge,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stood united, a beacon of hope for their kingdom, their love a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powerful testament to the enduring strength of the human spirit.</w:t>
      </w:r>
    </w:p>
    <w:p>
      <w:pPr>
        <w:sectPr>
          <w:pgSz w:w="8000" w:h="12000"/>
          <w:pgMar w:top="296" w:right="100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Celebrating the Future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months were a whirlwind of activity,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tireless efforts of both Aishwarya and Rachit. The rebuilding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wasn't merely a physical undertaking; it was a delicate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dance of diplomacy, a careful weaving of societal threads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frayed by years of conflict and mistrust. Rachit, true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word, implemented sweeping reforms that touched every aspect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life. New irrigation canals, funded by a judicious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redistribution of royal wealth, brought life back to parched fields,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barren landscapes into vibrant agricultural hubs.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roads, once treacherous pathways, were meticulously repaired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extended, facilitating trade and connectivity across the kingdom.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bustling marketplaces, previously choked by corruption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stifled by unfair taxes, flourished under his just and equitable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governance. Merchants, emboldened by the king's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fair trade practices, expanded their businesses, bringing prosperity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both themselves and their communities.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the observant and compassionate queen, played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vital role in guiding these reforms. She established schools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hospitals, ensuring access to education and healthcare for 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citizens, irrespective of their social standing. She championed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rights of women, advocating for their education and participation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social and economic life of the kingdom. Her influence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permeated every aspect of court life, shaping policies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prioritized justice, compassion, and equality. She implemented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 aimed at providing skills training to widows and orphans,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enabling them to become self-sufficient and regain their dignity.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unwavering commitment to the welfare of her people won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widespread admiration and respect.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personal life, too, blossomed amidst the whirlwind of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duties. The initial awkwardness, the lingering shadows of betrayal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grief, gradually dissipated, replaced by a deep and abiding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weathered the storms of adversity. Their evenings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with quiet intimacy, punctuated by shared laughter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whispered confidences. They rediscovered the joy of simple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pleasures, finding solace in each other's company amidst the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pressures of their demanding roles. The palace gardens,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somber reminder of loss, became a sanctuary of love and renewal,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their affection blossomed anew, tender and resilient.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planned their own small celebrations – quiet dinners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starlit Rajasthani sky, shared moments of intimacy in their private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chambers, reminiscent of the stolen moments from their clandestine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courtship. These moments, small but significant, solidified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bond, reminding them of the enduring power of their love.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remorse found expression not just in grand gestures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political reform, but also in the delicate details of their shared life.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would often surprise Aishwarya with gifts – a rare gemstone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unearthed from the royal treasury, a beautiful silk shawl woven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finest artisans, a simple flower plucked from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garden, each a testament to his unwavering love and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atone for his past mistakes. He would linger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hand during council meetings, a subtle gesture of support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affection that only they understood. He would read her favorite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poetry, his voice softening with emotion, reciting verses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the trials they had overcome and the love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discovered.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in turn, responded with an unwavering loyalty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affection. She supported him not only as a queen but also as a lover,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him the comfort and understanding he so desperately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needed. She became his confidante, his sanctuary, his anchor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amidst the constant turbulence of courtly life. She reminded him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his promises, the urgency of his mission,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worthiness of his love. Her gentle touch, her comforting words,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belief in him, were his solace. In her eyes, he found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of a man reformed, a king who had risen above his dark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 to embrace a brighter future.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wedding anniversary, a year after their hasty union following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funeral of her father, was a celebration not only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marriage but also of the healing that had transformed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It was a grand affair, a dazzling spectacle of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and extravagance. The palace grounds were transformed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a breathtaking wonderland of vibrant colours, exotic scents,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pulsating rhythms. The air was thick with the aroma of fragrant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flowers and delicious food, the sounds of traditional music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joyous laughter filling the night. Aishwarya, radiant in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magnificent bridal ensemble, danced alongside Rachit,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flowing in perfect harmony. Their happiness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palpable, a beacon of hope for their people, a powerful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resilience of their love. The celebrations lasted for days,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extending beyond the palace walls, engulfing the entire kingdom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atmosphere of jubilation and renewal. Even Vikrant, now a close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advisor to the king, participated with enthusiasm, his earlier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 completely replaced by a genuine affection for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sister's husband. He had learned to see Rachit not as the usurper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father's throne, but as a king deeply committed to the well-being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people, a brother-in-law who sincerely loved and cherished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sister.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festivities weren't merely a display of opulence; they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the nation's rebirth, a celebration of forgiveness,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reconciliation, and a shared commitment to a brighter future.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Aishwarya, hand in hand, led their people into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era, one characterized by justice, prosperity, and a deep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identity. Their love story, which had once seemed doomed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fate and circumstance, had blossomed into a magnificent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love, redemption, and the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spirit. Their story echoed throughout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a symbol of hope and inspiration, a powerful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even amidst the darkest of times, love can triumph, healing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wounds and building bridges between hearts and nations.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of Rajasthan, once shadowed by revenge and conflict,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shone brilliantly under the compassionate leadership of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Rachit, their love a radiant light that guided their people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 a brighter and more prosperous tomorrow. The scars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still remained, a constant reminder of the pain and loss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endured, but they were now overshadowed by the joyous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radiance of their present and the promise of a luminous future,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they were building together, hand in hand, their love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cornerstone of their peaceful and prosperous reign. The whispers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dissent that had once plagued the land were now silenced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resounding chorus of a unified kingdom, united not by force, but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powerful bond of shared experience, a shared vision,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love that had healed the deepest wounds and created a</w:t>
      </w:r>
    </w:p>
    <w:p>
      <w:pPr>
        <w:sectPr>
          <w:pgSz w:w="8000" w:h="12000"/>
          <w:pgMar w:top="296" w:right="65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brimming with hope and prosperity. Their love was the dawn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new day, a day that promised healing, growth, and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love triumphed over revenge, ushering in a new era of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prosperity for the kingdom of Rajasthan.</w:t>
      </w:r>
    </w:p>
    <w:p>
      <w:pPr>
        <w:sectPr>
          <w:pgSz w:w="8000" w:h="12000"/>
          <w:pgMar w:top="296" w:right="65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Diwali Celebrations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thrummed with an almost palpable energy, a vibrant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resonated from the heart of the kingdom and outwards,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touching even the most remote villages. Diwali, the Festival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Lights, had arrived, and with it, a wave of jubilation washed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a celebratory tide that swept away the lingering shadows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past. This Diwali was different. This Diwali was a rebirth,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triumphant assertion of light over darkness, of hope over despair,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over revenge. It was a celebration not just of the festival itself,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of the transformative journey the kingdom had undertaken,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 that had led them from the brink of chaos to the dawn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 era of peace and prosperity.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preparations had begun weeks in advance. The palace,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bastion of quiet dignity, was now a hive of activity. Artisans,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nimble fingers moving with practiced grace, adorned the walls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 rangoli patterns, their vibrant hues painting kaleidoscopic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across the stone. The air was thick with the intoxicating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aroma of incense, its fragrant tendrils weaving through the palace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corridors, carrying whispers of ancient rituals and timeless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traditions. The royal gardens, once a sanctuary of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contemplation, now blazed with the dazzling illumination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countless diyas, their soft glow transforming the landscape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magical wonderland.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streets of the capital city mirrored the festive spirit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palace. Every home, from the humblest dwelling to the grandest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manor, was adorned with shimmering lights, their brilliance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in the wide, newly paved streets. The marketplaces,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bustling with activity, overflowed with an abundance of goods.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Vendors hawked their wares with infectious enthusiasm,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voices blending with the festive music that spilled from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corner. The air vibrated with the rhythmic beat of dhol drums,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lilting melodies of traditional flutes, and the joyous cries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children, their faces painted with vibrant colours, their laughter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echoing through the festive throng.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Aishwarya, radiant in a stunning silk sari, its rich crimson hue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mirroring the passion in her heart, moved through the crowds,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 as bright as the countless diyas illuminating the city.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greeted her people with warmth and genuine affection,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a symbol of the profound connection that had blossomed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her and her subjects. She listened to their stories, their joys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sorrows, their hopes and dreams, her heart swelling with pride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gratitude at the unwavering support they had shown her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standing beside her, exuded a quiet confidence that was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removed from the brooding intensity he had once displayed.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past actions still burdened him, but it was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tempered by a deep sense of responsibility and a profound love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his kingdom. He interacted with his people not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conquering king, but as a compassionate leader, his words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conveying genuine care and concern. He listened attentively,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words of encouragement and support, his presence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reassurance of the stability and prosperity that had returned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evening of Diwali arrived with a breathtaking spectacle of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colour. As darkness enveloped the kingdom, countless diyas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lit, their soft glow transforming the landscape into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breathtaking spectacle. The palace, bathed in a warm golden 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resembled a majestic fortress of light, its beauty amplified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shimmering reflection in the still waters of the royal lake. Fireworks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exploded in a dazzling display of colour and artistry, their brilliant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hues painting the night sky with strokes of incandescent beauty.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main celebration took place in the heart of the city. A grand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stage, adorned with elaborate decorations, served as a focal point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evening's festivities. Dancers, their movements fluid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graceful, performed traditional Rajasthani dances, their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costumes swirling like vibrant flames. Musicians played captivating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melodies, their music weaving a spell of enchanting beauty.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thick with the intoxicating aroma of delectable food,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mouthwatering fragrance a testament to the culinary artistry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and Rachit, hand in hand, led the celebrations, their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a source of inspiration and unity. They participated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various events with joyous abandon, their smiles radiating warmth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happiness. They shared stories with their people, their laughter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through the festive crowd. They danced together,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fluid and harmonious, a symbol of their shared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commitment to building a brighter future for their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celebrations continued for five days and nights, each day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overflowing with its unique blend of festivities, traditions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expressions. Each evening was graced with dazzling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fireworks, transforming the night sky into a canvas of vibrant hues.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days were filled with music, dance, vibrant colours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sumptuous feasts, all a testament to the spirit of Diwali and the joy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hope that it symbolized. Families gathered, sharing stories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laughter, creating memories that would last a lifetime. Children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games, their faces beaming with delight, their laughter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through the streets. The air throbbed with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 of a people celebrating their newfound freedom,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revived spirit, and the promise of a future free from the darkness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once threatened to engulf them. Each day was a reflection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changing times; a testament to the transition from a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defined by war and conflict to one basking in the light of peace,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prosperity, and shared love.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Diwali marked not just a festival, but a turning point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of Rajasthan. It was a symbol of hope, renewal,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forgiveness. It represented the triumph of love over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revenge, and the dawn of a new era of peace and prosperity, 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on the foundations of unity, justice, and a shared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brighter future. The celebrations were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spirit, the strength of love, and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unity in overcoming adversity. Aishwarya and Rachit, hand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hand, watched their kingdom bathed in the radiant glow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festival, their hearts brimming with gratitude, their love a beacon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shining brightly against the backdrop of a rejuvenated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 future stretched ahead, promising a continuation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peaceful era, forever illuminated by the light of their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enduring spirit of Diwali. The faint echoes of past conflicts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completely vanished, but they were now muted by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resounding symphony of a kingdom reborn, a kingdom that had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embraced forgiveness and found its way towards a brighter,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hopeful future. The legacy of their love story was written not just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annals of history, but in the hearts of their people, and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spirit of each Diwali celebration to follow.</w:t>
      </w:r>
    </w:p>
    <w:p>
      <w:pPr>
        <w:sectPr>
          <w:pgSz w:w="8000" w:h="12000"/>
          <w:pgMar w:top="296" w:right="68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Royal Procession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final day of Diwali dawned, a radiant sunrise painting the sky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hues of gold and rose, mirroring the celebratory mood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settled over the kingdom. Today was the culmination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festivities, the grand royal procession. Aishwarya, resplendent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flowing silk lehenga of the purest ivory, intricately embroidered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silver threads that shimmered like captured moonlight, 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poised at the palace gates. The lehenga, a masterpiece of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craftsmanship, cascaded around her, its elegant drape accentuating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graceful figure. Her dark hair, adorned with delicate jasmine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blossoms and sparkling jewels, flowed down her back like a silken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waterfall. Her eyes, usually filled with a quiet intensity, sparkled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uncontainable joy, mirroring the brilliant festivities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 her. A delicate string of pearls, a gift from her mother,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adorned her neck, complementing the exquisite emeralds that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from her ears, reflecting the celebratory light.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Beside her, Rachit, in regal attire befitting a king, his presence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commanding and reassuring, stood hand in hand with Aishwarya,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poignant testament to their enduring love. He wore a magnificent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sherwani of deep sapphire blue, embroidered with gold thread,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rich colour complementing his dark complexion. A jeweled dagger,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symbol of his royal authority, was sheathed at his waist, yet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 was one of warmth and serenity, a marked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brooding intensity he once carried. His presence, once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synonymous with revenge, was now synonymous with protection,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reassuring presence to his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procession began with the rhythmic beat of drums,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thunderous echo reverberating through the streets, heralding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arrival of their beloved rulers. A symphony of vibrant colours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joyous sounds filled the air. Elephants, their majestic forms adorned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vibrant silk cloths and bells, lumbered through the streets,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painted howdahs carrying court musicians whose melodies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on the festive winds. Camels, their humps laden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offerings of sweets and flowers, followed in their wake. Horses,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richly caparisoned, their riders clad in dazzling attire, added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spectacle, their rhythmic hooves striking the earth in time with the</w:t>
      </w:r>
    </w:p>
    <w:p>
      <w:pPr>
        <w:sectPr>
          <w:pgSz w:w="8000" w:h="12000"/>
          <w:pgMar w:top="442" w:right="67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resounding beat of the drums.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streets, usually bustling with the everyday commerce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were now transformed into a vibrant tapestry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humanity, a breathtaking display of unity and shared joy. Men,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 and children lined the streets, their faces alight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excitement, their hands clasped together in prayerful blessings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 passed by. The air was filled with the 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incense, of sweetmeats and flowers, a fragrant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joyous spirit of Diwali. The rhythmic chanting of prayers, mingled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joyous cries of children, created a mesmerizing symphony,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vibrant testament to the unity and harmony that had been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restored to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 rode in a palanquin, a magnificent structure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adorned with gold leaf and precious jewels, its intricate carvings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kingdom's artistry. The palanquin was carried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four strong men, their movements synchronized, creating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motion that added to the overall festive rhythm. As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moved slowly through the crowd, Aishwarya and Rachit greeted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subjects, their smiles genuine and radiating warmth.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received gifts – baskets of fruits, sweets, flowers, and even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handmade toys from children, their eyes sparkling with an innocent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joy. Rachit, once a symbol of fear and oppression, was now greeted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open arms, his acceptance a testament to the healing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love and forgiveness.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procession snaked through the narrow alleyways and wide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boulevards of the city, their progress marked by the joyous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outpourings of their people. People threw flower petals onto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path, their prayers for prosperity, happiness, and continued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through the celebratory air. The procession stopped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various points, allowing Aishwarya and Rachit to interact with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Rachit, shedding the regal stiffness that his position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demanded, engaged with his people with a humility and sincerity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touched their hearts. He listened to their stories, offered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encouragement, and promised to continue serving their needs,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far cry from the cold, vengeful prince he once was.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Aishwarya, embodying the grace and compassion expected of a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queen, moved through the throng with ease and warmth.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received their gifts with grace, touched their hands, and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of comfort and support. She shared their happiness,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the profound significance of this festival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The royal couple distributed sweets and gifts to the cheering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crowds; small tokens, yet incredibly meaningful gestures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affection and appreciation.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procession neared the city center, the air vibrated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intensity, the climax of the celebrations drawing near.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 square was transformed into a breathtaking spectacle of lights,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colours and festive gaiety. The rhythmic beat of drums,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melodies of flutes, and the joyous cries of the people formed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symphony of celebration. The festive atmosphere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tangible, electric with the infectious joy of a people reunited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rejoicing in their newfound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procession finally reached its destination – the grand central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temple, shimmering under the clear Diwalli sky. As Aishwarya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stepped down from the palanquin, they were greeted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chorus of blessings, the intensity of the collective joy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palpable. The temple, a majestic testament to their shared heritage,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awash in the soft glow of thousands of diyas, its golden spires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the warm radiance of the setting sun. Aishwarya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hand-in-hand, walked towards the temple entrance,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a symbol of the renewed spirit of their kingdom,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reborn from the ashes of conflict and forged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crucible of shared love and forgiveness.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Inside the temple, amidst the flickering candlelight and the 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incense, Aishwarya and Rachit offered prayers, their hearts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gratitude for the peace and prosperity that had returned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kingdom. They offered prayers for their people, for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families, and for the continued strength of their love. Their presence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sacred space, together, felt like a final seal on their journey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their shared past, and a promise for a peaceful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sun dipped below the horizon, casting long shadows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city, the grand royal procession concluded, leaving behind a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trail of joy, unity, and shared hope. Diwali, the Festival of Lights,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illuminated not only the kingdom of Rajasthan, but also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hearts of its people, forever etching Aishwarya and Rachit's reign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of love, resilience, and enduring peace. The echoes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journey, the pain, the betrayal, and the ultimate triumph of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serve as a timeless tale, passed down through generations,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into the rich fabric of Rajasthan's history – a beacon of hope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testament to the enduring power of forgiveness and love.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 air hummed with the vibrant energy of a kingdom reborn,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bathed in the warm, golden glow of Diwali, its spirit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forever entwined with the extraordinary love story of its king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queen.</w:t>
      </w:r>
    </w:p>
    <w:p>
      <w:pPr>
        <w:sectPr>
          <w:pgSz w:w="8000" w:h="12000"/>
          <w:pgMar w:top="296" w:right="70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Compassion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festivities continued long into the night, a kaleidoscope of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sound painting the city in vibrant hues. But even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joyous celebrations, Aishwarya’s heart remained attuned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nuances of her kingdom. She noticed the quiet desperation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eyes of some, the hesitant smiles that didn't quite reach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eyes, the lingering shadows of the past conflicts that still clung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edges of their lives. These were the people, often overlooked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jubilant celebrations, who bore the silent scars of war,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victims of Rachit’s vengeful past. And it was to them that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her attention, her compassion a silent but powerful force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midst of the glittering Diwali spectacle.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the vibrant spectacle of the main square,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accompanied by a small retinue of trusted servants, slipped away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Rachit’s watchful gaze. She sought out the quieter corners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city, the forgotten alleyways and humble dwellings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 and the impoverished resided. She found a group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 huddled together near a flickering lamppost, their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with weariness, their eyes reflecting the uncertainty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future. They were widows, their husbands lost in the battles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ravaged the kingdom before Rachit's ascension, their children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orphaned and their livelihood shattered. Aishwarya approached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them, not as a queen, but as a woman, her empathy radiating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very being. She listened to their stories, offering not just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comfort, but tangible assistance. She distributed bags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food and warm clothing, ensuring each child received a small,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brightly colored toy from the mountain of gifts still left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procession. These weren't grand gestures of royal beneficence,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acts of sincere compassion, personal touches that spoke volumes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about her heart.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next stop was a makeshift camp on the outskirts of the city,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home to refugees who had lost everything in the recent conflicts.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tents were tattered, and the faces were drawn and gaunt,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eyes still held a flicker of hope, a testament to the resilience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human spirit. Aishwarya spent hours there, helping to distribute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supplies, offering words of encouragement, and listening patiently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their stories of loss and hardship. She brought them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necessities but also a sense of hope, of belonging, of being seen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valued. She organized games for the children, the laughter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 a welcome counterpoint to the heavy weight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circumstances, momentarily lifting the pall of despair. The adults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watched, their expressions transforming from grim resignation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cautious hope as they witnessed Aishwarya's genuine concern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tireless effort.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compassion extended beyond material aid.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the healing process was not just physical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and spiritual. She spent time speaking with families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been torn apart by the conflict, helping them reconnect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rebuild their lives. She helped arrange for the reunification of some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separated families, using her royal influence to cut through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bureaucratic red tape and expedite the process. In many instances,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helped to facilitate marriages and re-establish broken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ties, becoming an unexpected facilitator of healing. It wasn’t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 gestures of a ruler, but the personal care given to the smallest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details that made the most profound impact on the lives of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helped. She found joy in celebrating small victories—the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 of a child reunited with a parent, the simple warmth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meal, the sight of families beginning to rebuild their lives.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actions weren't merely charitable endeavors; they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 moves designed to solidify her position as a just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equitable ruler. She understood that a kingdom’s true strength lay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in its military power or its economic prosperity but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well-being of its people. By demonstrating genuine care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most vulnerable members of her society, she was not only winning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hearts and loyalty but also weaving a strong and cohesive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fabric. This wasn't simply compassion; it was shrewd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statesmanship. Aishwarya understood that a stable and prosperous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was built upon a foundation of trust, respect,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prosperity. Her actions reflected a deep understanding of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principle, her compassion a carefully calculated move in a larger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political strategy.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last embers of the Diwali fireworks faded into the night sky,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returned to the palace, her heart full but her body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weary. The physical toll of her exertions was evident, yet her spirit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rejuvenated. She had witnessed firsthand the remarkable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her people and the transformative power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compassion. She had also reaffirmed her commitment to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where everyone had a place, where no one would be left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behind, particularly the people who had suffered the most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result of the conflict.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was a far cry from the opulent celebrations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with Rachit earlier in the evening. The glittering balls,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beats of the drums, and the dazzling displays of fireworks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all part of the elaborate pageantry of the festival, serving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vital political function. Yet the genuine connections she made,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acts of compassion, held a different kind of significance.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in those quieter moments, those intimate encounters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suffering, that Aishwarya truly discovered her role as a queen,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as a symbol of power and authority but as a compassionate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leader, a shepherd to her people.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in her chambers, she found Rachit waiting for her.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noticed her absence and sensed the quiet purpose that had driven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from his side. He didn't scold her or question her, for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her actions throughout the day. He understood,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intuitively, that it was the truest expression of her love for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and her people, a love that went far beyond the romantic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 that bound them together. Their shared love story,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intricately interwoven with the political reality of their reign,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testament to the power of shared vision and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respect. Their shared understanding transcended the pomp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circumstance of the royal court, the shared responsibility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 as rulers binding them together in a love that had weathered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storms and emerged stronger, more profound.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eyes met, not in the context of opulent celebrations, but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understanding of a shared purpose, a shared mission to guide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kingdom towards a future of prosperity and peace. He held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close, understanding that the compassion she had shown to the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fortunate wasn't merely an act of kindness, but a fundamental pillar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leadership and the foundation upon which their reign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built. The quiet intimacy of that shared moment surpassed the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 spectacle of Diwali, cementing their bond as not just lovers,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as partners in the shared responsibility of ruling a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reborn from the ashes of conflict and forged in the crucible of a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transformed both their lives. The embers of Diwali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glowed in the sky, mirroring the quiet, enduring flame of their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unwavering commitment to their kingdom and its people.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festival of lights had not only illuminated their city, but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also revealed the true measure of Aishwarya’s heart.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Gratitude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morning, the lingering scent of incense and the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 of celebratory music still hung in the air. The vibrant hues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Diwali’s festivities had faded, leaving behind a quiet stillness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held a depth of meaning far exceeding the superficial glitter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 night. Rachit, clad in simpler attire than his usual regal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finery, stood before a gathering of his people. He wasn’t on a raised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dais, nor was he surrounded by the pomp and circumstance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royal court. Instead, he stood amongst them, his presence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his newfound humility.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not from a position of power, but from the depths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heart, his voice carrying the weight of his past actions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sincerity of his present commitment. He began by acknowledging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suffering his actions had caused, his words carefully chosen,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devoid of any attempt to justify his past deeds. He spoke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battles, the bloodshed, the pain and devastation that had marred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land. He didn't shy away from the harsh reality of his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painting a stark picture of the conflict, acknowledging the suffering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ambition had inflicted upon the innocent.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of the widows whose husbands he had sent into battle,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orphaned children left to fend for themselves, of the families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torn apart by the war, their lives irrevocably altered by his quest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revenge. His voice was thick with emotion, his gaze sweeping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assembled crowd, connecting with each individual,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acknowledging their pain, their loss, their resilience. He spoke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as their king, but as a man who bore the weight of his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a man who had finally understood the profound cost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of the refugees he’d seen huddled in makeshift camps,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gaunt faces etched with hardship, their hope flickering like a candle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wind. He described their struggles, their perseverance,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indomitable spirit. He mentioned specific instances, recalling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stories, demonstrating his genuine understanding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plight, weaving a narrative of collective suffering and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experience. He spoke of the broken families he’d helped to reunite,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 he’d seen smile again, the adults he’d helped rebuild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lives. These were not generalized statements;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specific anecdotes, evidence of his genuine engagement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remorse wasn't a mere political strategy; it was heartfelt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palpable. It wasn't just an apology; it was an expression of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regret, a recognition of the irreparable harm he had caused,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repair the damage as much as was humanly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possible. He openly admitted his mistakes, acknowledging his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 vengeful prince, and the transformation he had undergone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 of his love for Aishwarya and the heavy burden of his crown.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emphasized that his transformation was not merely superficial,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profound shift in his values and outlook, a true change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detailed the steps he was taking to rebuild their kingdom,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 support for the vulnerable, to ensure justice and fairness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all. He outlined specific initiatives aimed at improving the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people, from infrastructure development to educational reforms,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improvements, economic empowerment,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support systems for the widows and orphans.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plans were meticulously crafted, demonstrating not just remorse,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 practical commitment to making amends. He wasn't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empty promises; he presented concrete strategies, practical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solutions, and a clear path toward a brighter future for his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of the collaborative effort between himself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acknowledging her crucial role in shaping his vision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guiding him towards his new path. He praised her compassion,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wisdom, her unwavering commitment to the well-being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He expressed his deep admiration for her strength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ability to see the bigger picture, her dedication to the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extending beyond the confines of the palace walls. He celebrated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tireless efforts during Diwali, highlighting her compassionate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visits to those in need. This was not just a public acknowledgement;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heartfelt tribute, a demonstration of mutual respect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governance.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speech was not long, but it was profound. It was not filled with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 pronouncements or lofty rhetoric; it was a quiet expression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sincerity, a heartfelt apology, and a firm pledge of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commitment. He did not seek forgiveness, but rather understanding,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acknowledging that forgiveness is a process, not a one-time event.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sought to earn back their trust, not through empty gestures,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consistent action and tangible results. He focused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future, outlining his vision for a prosperous and equitable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kingdom where every citizen would feel valued and protected.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crowd responded not with boisterous cheers, but with a hushed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that held a deep significance. It was a silence of thoughtful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reflection, a silence born not of fear, but of cautious optimism,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that hinted at the gradual thawing of old wounds.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faces, once etched with lines of sorrow and suspicion, now reflected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flicker of hope, a glimmer of trust, a growing sense of faith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new king. Their silence spoke volumes, more powerful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any exuberant display of enthusiasm.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 his speech, Rachit moved through the crowd, shaking hands,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words of encouragement, listening to their concerns.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didn’t speak as a king, but as a fellow citizen, a man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their suffering and who was determined to build a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together. He personally addressed their individual concerns,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specific and practical solutions, demonstrating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resolving their issues. This personal interaction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crucial as his speech, strengthening the connection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himself and his people on a human level.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Days turned into weeks, and weeks into months. Rachit’s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his words. He implemented the policies he had outlined,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overseeing the reconstruction efforts, providing aid to the displaced,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establishing new schools and hospitals, promoting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initiatives that empowered the citizens. He consistently checked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progress of these efforts, demonstrating not just his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his people, but his genuine concern for their welfare.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transformations were not merely political plays; they were tangible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changes that significantly improved the lives of his people.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gradual healing of the kingdom was not solely due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administrative reforms, but also his personal interactions with his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subjects. He routinely visited different parts of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meeting with people from all walks of life, listening to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concerns, and addressing their problems. His efforts were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confined to grand gestures, but extended to small acts of kindness,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individuals and showing empathy to their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situations. His changed demeanor demonstrated not just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savvy, but a genuine transformation of character.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observing Rachit’s dedicated efforts, felt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relief and admiration. She had initially agreed to marry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out of necessity, to protect her kingdom, but watching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evolve, seeing his genuine remorse and his consistent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building a better future for his people, she found herself falling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in love with the man he had become. Their love 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fraught with conflict and betrayal, now blossomed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commitment to build a better world, a commitment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romantic, but deeply intertwined with their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as rulers. The festival of lights had illuminated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their city, but also the profound transformation of their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 and their kingdom. The love that had begun amidst betrayal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conflict had found a new foundation in a shared vision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brighter future, a future built on compassion, justice,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the well-being of their people.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journey reflected the enduring power of love, the resilience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human spirit, and the transformative power of true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repentance.</w:t>
      </w:r>
    </w:p>
    <w:p>
      <w:pPr>
        <w:sectPr>
          <w:pgSz w:w="8000" w:h="12000"/>
          <w:pgMar w:top="296" w:right="68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Hope for the Future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still carrying the lingering fragrance of incense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sweet scent of countless diyas, vibrated with a palpable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renewal. Diwali, the Festival of Lights, had not only illuminated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city with its dazzling display of light but had also cast a radiant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glow upon the hearts of its people. The festivities, once a mere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celebration, now held a deeper, more profound meaning.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the human spirit, a beacon of hope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face of adversity, a symbol of a new beginning.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standing on the balcony of the palace, watched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last embers of the fireworks faded into the night sky.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beat of the dhol still echoed faintly in the distance, a melancholic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lullaby to the fading celebrations. The vibrant colours of the rangoli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designs, painstakingly created by the women of the kingdom,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slowly being erased by the gentle sweep of the night’s breeze,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essence remained, a vivid imprint on the memory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Diwali was different. It was not merely a celebration of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overcoming darkness, but a celebration of a kingdom emerging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shadow of conflict, a celebration of healing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reconciliation. Rachit's speech, his genuine remorse, and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subsequent actions had begun to mend the wounds inflicted by war.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words, not just a political manoeuvre, but a heartfelt confession,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struck a chord in the hearts of his people. The people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responded with a trust so deep, so silent, that it was more impactful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than any loud acclamation.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palace, usually a symbol of power and authority, now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radiate warmth and compassion. The usually stiff formality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 life had been replaced by a more relaxed atmosphere,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of the changing dynamics within the kingdom.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was one of cautious optimism, a shared belief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where justice and compassion would prevail over revenge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retribution.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remembered the previous Diwali, a celebration shrouded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shadow of her father's impending demise. The vibrant lights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felt forced, a thin veil over the deep sorrow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engulf the kingdom. This Diwali, however, felt authentic, born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genuine sense of joy and hope. The laughter that filled the air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merely a display of merriment, but a reflection of a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slowly finding its feet, healing its wounds, and embracing a brighter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tomorrow.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watched as groups of people, from all walks of life, mingled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streets, their faces reflecting a shared sense of unity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belonging. The children, their eyes sparkling with delight, chased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 with sparklers, their joyous cries punctuating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night. The elders, seated in small groups, shared stories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laughter, their voices weaving a tapestry of shared experiences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memories. Even the normally bustling marketplaces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different, imbued with a quieter intensity, a deeper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between the buyers and the sellers. The air held a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ease and comfort not found before.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aware of Aishwarya's presence on the balcony, approached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his footsteps silent yet confident. He stood beside her, his hand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gently resting on her shoulder. The moonlight illuminated his face,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the lines etched by hardship and the newfound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radiated from within. He did not need words to express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emotions that flowed between them. Their bond,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crucible of love and loss, had emerged stronger, tempered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challenges they had faced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"It is beautiful, isn't it?" Rachit said softly, his voice carrying a depth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emotion that echoed the beauty of the night. His eyes,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haunted by the shadows of his past, now held a warmth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serenity that mirrored the gentle light of the stars.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nodded, unable to speak. The beauty of the night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their shared journey, a reflection of the transformation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taken place not only in their lives but in the very fabric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kingdom. The vibrant lights of Diwali were a fitting metaphor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love story, a love that had survived betrayal, conflict,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immense personal loss.</w:t>
      </w:r>
    </w:p>
    <w:p>
      <w:pPr>
        <w:sectPr>
          <w:pgSz w:w="8000" w:h="12000"/>
          <w:pgMar w:top="296" w:right="64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next few weeks were a flurry of activity as Rachit implemented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plans for the reconstruction and revitalization of the kingdom.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oversaw the repair of damaged infrastructure, ensuring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reconstruction efforts were not simply about restoring what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lost, but about building a stronger, more resilient foundation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future. He ensured fair compensation for those affected by the war,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created new opportunities for economic growth. His focus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merely on rebuilding physical structures, but on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community and shared purpose.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working alongside him, played a crucial role in shaping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policies and ensuring their effective implementation.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compassionate nature and her profound understanding of the needs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people proved invaluable. Their collaborative approach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 was a testament to their shared vision for a just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equitable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established new schools and hospitals, focusing not just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basic amenities but on ensuring the long-term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 and well-being of their citizens. They implemented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innovative agricultural techniques to improve crop yields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alleviate poverty. They initiated educational reforms to ensure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children, regardless of their background, had access to quality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education. Their efforts weren't just about rebuilding the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of the kingdom; they were about nurturing the minds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spirits of its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transformation wasn’t simply a matter of shedding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vengeful past; it was a profound shift in his character, a recognition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responsibility towards his people. He actively sought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input and advice, ensuring that his decisions reflected the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 of the kingdom. He listened to their stories, not just as a ruler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as a fellow citizen, recognizing their individual struggles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celebrating their triumphs.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blossomed under their joint rule. The once-scarred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slowly healed, reflecting the resilience and determination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its people. The marketplaces thrived, bustling with activity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commerce. The children’s laughter echoed through the streets,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symphony of hope and renewed vitality.</w:t>
      </w:r>
    </w:p>
    <w:p>
      <w:pPr>
        <w:sectPr>
          <w:pgSz w:w="8000" w:h="12000"/>
          <w:pgMar w:top="296" w:right="66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Diwali, once a celebration tinged with sorrow, became a celebration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unity, hope, and a shared vision for a brighter future. The festival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lights had, in its own unique way, illuminated the path to healing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reconciliation, not just for Rachit and Aishwarya, but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entire kingdom. The love that had bloomed amidst conflict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 had become the foundation upon which they built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a kingdom where justice, compassion, and hope reigned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supreme. The transformation of Rachit, the rebuilding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and the blossoming of their love story intertwined,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tapestry of hope, renewal, and the unwavering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human spirit. The future, once shrouded in darkness,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ablaze with the promise of a new dawn. The festival of lights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ushered in a new era, not just for the kingdom, but for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story itself, a testament to the enduring power of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forgiveness.</w:t>
      </w:r>
    </w:p>
    <w:p>
      <w:pPr>
        <w:sectPr>
          <w:pgSz w:w="8000" w:h="12000"/>
          <w:pgMar w:top="428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Economic Growth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seeds of change, sown during the previous months,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sprout and blossom into a vibrant harvest. Rachit's reforms,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 with cautious optimism, now bore the sweet fruit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widespread prosperity. The ravaged lands, once scarred by war,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slowly rejuvenated. New irrigation systems, designed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learned advisors and implemented under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watchful eye, brought life back to parched fields. The once-barren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 now teemed with life, the rhythmic sway of golden wheat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fields replacing the desolate silence of the past. Farmers, their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with the lines of hardship replaced by the glow of hope,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tilled their land with renewed vigour, their yields exceeding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most optimistic expectations. The bounty of the harvest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brought not only sustenance but also a newfound sense of security.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mindful of the needs of her people, championed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initiatives aimed at enhancing agricultural practices.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agricultural training centers where farmers learned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techniques, from efficient water management to improved crop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rotation. She also implemented a system of fair pricing,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farmers received just compensation for their hard work,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protecting them from exploitation by middlemen. These measures,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combined with Rachit's infrastructure projects, resulted in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dramatic increase in agricultural output, transforming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kingdom's economy.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bustling marketplaces, once subdued, now overflowed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goods. The air buzzed with the vibrant energy of commerce,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clang of blacksmiths' hammers blending with the lively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chatter of merchants and buyers. Artisans, their skills honed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generations, created exquisite textiles, intricate jewelry,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stunning pottery, their craftsmanship a reflection of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burgeoning prosperity. The demand for their goods increased,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within the kingdom but also in neighboring lands, leading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boost in exports and a rise in the kingdom's overall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wealth.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Rachit, understanding the crucial role of trade in economic growth,</w:t>
      </w:r>
    </w:p>
    <w:p>
      <w:pPr>
        <w:sectPr>
          <w:pgSz w:w="8000" w:h="12000"/>
          <w:pgMar w:top="442" w:right="68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invested heavily in infrastructure projects that facilitated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commerce. He oversaw the construction of new roads, bridges,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waterways, connecting even the most remote villages to the larger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markets. He also implemented a streamlined system of taxation,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making it easier for merchants to operate and fostering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 conducive to investment and growth. His focus was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 lasting partnerships and mutual economic growth;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the prosperity of the kingdom depended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of its people. This approach resonated deeply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merchants and traders who had seen their livelihoods ravaged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war, and they responded with increased investment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economic activity.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kingdom’s financial stability wasn't simply a matter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increased wealth; it was a testament to the responsible governance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Aishwarya and Rachit. They implemented stringent measures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financial transparency and accountability, combating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corruption and ensuring that the kingdom's resources were used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benefit of all its citizens. Their fiscal policies were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planned, ensuring the equitable distribution of resources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investments in key sectors, such as education, healthcare,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infrastructure. This responsible fiscal management instilled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confidence in the kingdom’s financial stability, attracting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domestic and foreign investment.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agriculture and trade, Rachit fostered the growth of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industries. He encouraged the development of handicrafts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textiles, recognizing their potential to generate employment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wealth. He established workshops where skilled artisans could hone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crafts, providing them with the resources and support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needed to thrive. He understood that empowerment of the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 was as important as the economic expansion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His policies were aimed at reducing inequality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improving the quality of life for all his citizens, not just the elite.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keen eye for detail and her compassionate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heart, ensured that the economic growth was inclusive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sustainable. She implemented programs to empower women,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them with access to education, training,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entrepreneurship opportunities. She established microfinance</w:t>
      </w:r>
    </w:p>
    <w:p>
      <w:pPr>
        <w:sectPr>
          <w:pgSz w:w="8000" w:h="12000"/>
          <w:pgMar w:top="296" w:right="68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initiatives that enabled women to start their own businesses,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thereby improving their economic independence and contributing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overall growth of the kingdom. She understood that women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an integral role in the kingdom's development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their contributions that extended far beyond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household. These policies were not only economically sound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socially transformative, demonstrating a commitment to gender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equality.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kingdom’s newfound prosperity didn't just translate into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indicators; it transformed the lives of its citizens. Poverty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levels decreased dramatically, and access to essential services such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healthcare and education improved significantly. New schools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hospitals were built, staffed by well-trained professionals,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all citizens had access to quality healthcare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education, regardless of their socioeconomic background.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improved infrastructure also led to better sanitation and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health, contributing to a healthier population and reducing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mortality rates.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improved living standards instilled a sense of stability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 within the kingdom. Families were able to provide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children, investing in their education and well-being.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rise in living standards significantly reduced crime rates, as people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able to meet their basic needs and had better prospects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future. This sense of stability further encouraged foreign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investment, as traders and investors saw the kingdom as a safe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prosperous place to conduct business.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once-ravaged kingdom was transformed. The once-desolate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landscapes were now vibrant and prosperous,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visionary leadership of Aishwarya and Rachit. Their policies, born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 deep understanding of their people's needs, had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revitalized the kingdom's economy but had also fostered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unity and shared purpose, binding the citizens together in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 quest for a better future. The economic growth wasn’t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a numerical improvement; it was a symbol of hope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a beacon shining brightly in the night, guiding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towards a brighter, more prosperous tomorrow.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foundation for a truly equitable and flourishing kingdom was finally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laid. The whispers of change had become a resounding roar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progress, a testament to the power of visionary leadership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spirit. The reign of Aishwarya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merely a return to normalcy but a transformative period,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one that would be remembered for generations to come. The once-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fragile kingdom now stood tall, a beacon of prosperity and peace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heart of Rajasthan.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Social Progress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resurgence wasn't confined to the fields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marketplaces; it seeped into the very fabric of society, prompting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wave of social reforms that echoed the kingdom's newfound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prosperity. Aishwarya, ever the champion of her people, recognized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true progress extended beyond economic indicators.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a flourishing kingdom required not just wealth,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and equality for all its citizens. Her focus now shifted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addressing the deep-seated inequalities that had plagued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kingdom for generations.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caste system, a rigid hierarchy that had long dictated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and opportunity, was a particular concern. While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 had brought economic relief to many, the entrenched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societal biases remained a formidable obstacle to true equality.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sharp intellect and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embarked on a delicate yet determined campaign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dismantle the rigid structures of the caste system. She began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subtly influencing the royal court, advocating for the inclusion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 from marginalized castes in royal functions and advisory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roles. This, though a small step, was a powerful symbol of change,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signaling to the kingdom that the traditional hierarchies were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longer absolute.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understanding the power of education, initiated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program aimed at providing equal access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for all castes. New schools were established in areas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previously neglected, and scholarships were offered to students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disadvantaged backgrounds. This initiative, coupled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increased prosperity, led to a significant rise in literacy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rates across all social strata. The increased education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empowered individuals but also equipped them with the skills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 necessary to participate fully in the kingdom's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social progress. The improved literacy rates also aided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dissemination of information and the promotion of awareness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regarding social issues.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Furthermore, Aishwarya addressed the issue of child marriage, a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deeply rooted custom that robbed young girls of their childhood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opportunities. Through a series of carefully crafted edicts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pronouncements, she gradually raised the legal marriage 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the detrimental effects of child marriage on the health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well-being of young girls. She also initiated awareness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campaigns across the kingdom, educating people about the long-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term consequences of this practice, emphasizing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and empowerment of girls. This sensitive approach,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 of legal action and public awareness, was crucial in achieving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slow but significant change in societal attitudes.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legal system also underwent significant reforms under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guidance. She introduced stricter laws to combat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discrimination and ensure fairer treatment for all citizens,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regardless of their caste or social status. Courts were instructed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 justice and impartiality, and provisions were made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 witnesses and victims of discrimination. These reforms,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implemented, started dismantling the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systems that perpetuated injustice, slowly but surely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equitable and just society. The kingdom's courts, once symbols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old order, now stood as pillars of fairness and equality.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legal framework, Aishwarya recognized the importance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social reform movements. She supported the emergence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organizations dedicated to promoting social justice and fighting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discrimination. These organizations, comprised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 from various castes and backgrounds, worked tirelessly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raise awareness, educate communities, and challenge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discriminatory practices. Aishwarya’s patronage provided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with legitimacy and resources, allowing them to extend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reach and impact across the kingdom. These organizations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a pivotal role in educating people about the rights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dignity of all individuals and in challenging the traditional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structures.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process of social reform was not without its challenges.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 from conservative elements within the society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inevitable. However, Aishwarya's calm yet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coupled with the visible improvements in the lives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people, gradually eroded the resistance. The economic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prosperity, visible in the improved infrastructure, increased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yields, and thriving marketplaces, provided a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backdrop for social reform. People saw firsthand the benefits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equitable society and were more receptive to the changes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was implementing.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social transformation wasn't merely a top-down process;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involved a profound shift in societal attitudes.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championed the empowerment of women, providing them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access to education, employment, and leadership opportunities.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 started taking on roles traditionally restricted to men,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contributing significantly to the kingdom’s economic and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progress. The increased participation of women in all aspects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 was a testament to Aishwarya’s dedication to gender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equality. Their contributions were no longer confined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domestic sphere but extended to the marketplaces, courts,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royal council.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extended to healthcare as well.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access to healthcare was a fundamental right,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implemented programs to ensure that all citizens, irrespective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social standing, had access to quality medical care. New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hospitals and clinics were established in remote areas, and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trained medical professionals were deployed to provide services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previously lacked access. The kingdom witnessed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dramatic improvement in public health, reducing mortality rates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improving overall well-being. This improved healthcare system,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coupled with better sanitation and hygiene, contributed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significantly to the enhanced quality of life for all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social progress wasn’t just a matter of policy changes;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fundamental shift in the social consciousness of the people.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once deeply divided by caste and class, began to find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unity and shared purpose. The shared experience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prosperity and the positive impact of social reforms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a sense of collective identity and social harmony.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unity was a powerful force, strengthening the kingdom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an environment conducive to further progress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development. The transformation was not limited to the elite;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extended to the most marginalized communities, bringing hope and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opportunity where there was once only despair.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 social reforms underscored the deep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Aishwarya possessed of her people’s needs.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policies weren't simply imposed from above; they were born from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empathy and a commitment to uplifting all members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She understood the importance of empowering individuals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communities, fostering self-reliance, and creating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 where everyone could thrive. This approach,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combining visionary leadership with a compassionate heart,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key to the kingdom's successful transformation. The kingdom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economically prosperous; it was socially just and equitable,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power of leadership and the strength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human spirit.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initially driven by a thirst for revenge, found himself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touched by Aishwarya's dedication to her people. His initial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skepticism about her social reforms slowly gave way to admiration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profound respect. He played an invaluable role in ensuring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implementation of these reforms, using his influence and resources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support Aishwarya’s initiatives. His presence ensured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 were implemented efficiently and effectively, reaching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most remote corners of the kingdom. His initial focus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 had transformed into a shared commitment to building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and equitable society. Their shared vision for the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a once-divided land into a flourishing nation,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legacy of prosperity and social harmony that would resonate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to come. Their reign, once marked by conflict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betrayal, became a symbol of unity, justice, and unwavering love,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that transcended personal struggles and nurtured a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its greatest potential. The whispers of change had indeed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evolved into a resounding chorus of progress.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Cultural Flourishing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and social reforms initiated by Aishwarya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weren't just confined to the realm of governance and law;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profound and invigorating effect on the kingdom's artistic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landscape. The newfound prosperity and sense of 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a climate of creativity and innovation, resulting in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cultural flourishing unlike anything seen before.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importance of art and culture in enriching the lives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people and solidifying national identity, extended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patronage to artists, musicians, writers, and artisans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Her support wasn't simply a matter of financial aid;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conscious effort to nurture talent, preserve tradition,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encourage the emergence of new forms of expression.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court, once a bastion of rigid tradition, became a hub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artistic activity. Aishwarya commissioned the creation of stunning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murals depicting scenes from the kingdom's rich history,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legends, and folklore, adorning the palace walls and public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buildings. These weren't mere decorations; they were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visual narratives that celebrated the kingdom's heritage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instilled a sense of pride among its citizens. She also established 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schools and workshops, providing talented young people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opportunity to hone their skills and contribute to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artistic richness. These schools were open to all castes and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strata, further demonstrating Aishwarya's commitment to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equality.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 blossomed under her reign. New musical forms emerged,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blending traditional Rajasthani melodies with influences from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parts of the land, reflecting the kingdom's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interconnectedness and cultural exchange. Aishwarya patronized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established musicians and rising stars, ensuring that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musical forms were preserved while new and innovative styles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nurtured. Royal concerts and musical festivals became regular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events, drawing huge crowds and providing a platform for talented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musicians to showcase their art. The music filled the streets,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palaces, and even the most remote villages, creating a vibrant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lively atmosphere.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Literature also flourished. Aishwarya commissioned poets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storytellers to chronicle the kingdom's history, capturing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momentous changes that were transforming the nation.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libraries and writing workshops, providing scribes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writers with the resources they needed to create and preserve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works. New literary genres emerged, reflecting the diverse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and perspectives of the people. These included epic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poems that celebrated the kingdom's heroic past, romantic stories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captured the essence of love and longing, and satirical works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offered humorous commentary on social customs and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events. The proliferation of written works contributed to increased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literacy rates and fostered a shared cultural identity.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visual arts experienced a renaissance. Painters and sculptors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exquisite works of art, depicting scenes from daily life,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royal events, and mythological tales. The art reflected the changes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were sweeping the nation, demonstrating the power of art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capture the spirit of a changing time. New techniques and materials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introduced, enhancing the artistic possibilities and enriching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aesthetic landscape. Aishwarya's patronage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artisans of all kinds, from weavers and potters to metalworkers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jewelers. These artisans created intricate textiles, finely crafted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pottery, and stunning jewelry, showcasing the kingdom's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skills and contributing to the kingdom's economic growth.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patronage extended beyond the visual and performing arts.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also supported the development of architectural marvels.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buildings were erected, combining traditional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architecture with elements from other cultures, creating a unique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 of styles that reflected the kingdom's evolving identity.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 were not simply functional; they were testaments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prosperity and artistic achievement. Public spaces such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gardens and parks were designed and created, providing spaces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recreation, cultural events, and social gatherings.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flourishing of the arts wasn't merely a top-down initiative;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grassroots movement, fueled by the increased prosperity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harmony of the kingdom. People from all walks of life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opportunity to participate in artistic and cultural activities,</w:t>
      </w:r>
    </w:p>
    <w:p>
      <w:pPr>
        <w:sectPr>
          <w:pgSz w:w="8000" w:h="12000"/>
          <w:pgMar w:top="428" w:right="66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sense of community and shared identity. The arts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unifying force, bringing people together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strengthening the social fabric of the kingdom. This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renaissance was also a testament to Aishwarya’s vision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power of art to transform society.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art was not a mere luxury but a vital component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flourishing society, capable of inspiring, educating, and unifying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increased literacy rates, facilitated by her educational reforms,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enabled a wider dissemination of artistic and cultural works. Books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manuscripts were widely circulated, allowing people from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 to access and appreciate the kingdom’s rich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heritage. This access fostered a sense of collective identity and pride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kingdom's cultural achievements. The art, literature,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 of the era reflected the changes and progress occurring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society, creating a unique cultural expression that was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traditional and modern.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Aishwarya championed the preservation of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arts and crafts. She recognized the importance of preserving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heritage and ensuring that these skills were passed 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future generations. She supported artisans and craftsmen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them with the resources and opportunities they needed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 their work. She also established workshops and training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centers, where traditional techniques were taught to young people,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these valuable skills were not lost. This ensured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artistic heritage was not only preserved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evolved, adapting to the changing times while retaining its essence.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initially focused on his personal quest for revenge,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deeply affected by the cultural vibrancy of the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Aishwarya’s leadership. He found himself increasingly drawn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beauty and power of art, and began to understand the crucial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 it played in unifying the people and fostering a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national identity. His support for Aishwarya's patronage of the arts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just a matter of political strategy; he genuinely admired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positive impact of art and culture on the kingdom’s overall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being. His collaboration with Aishwarya resulted in a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transformation that redefined the kingdom's identity and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established a golden age of artistic excellence.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Aishwarya and Rachit’s joint reign was not solely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 of their political acumen, but also their profound appreciation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arts. They understood that a flourishing society required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just economic prosperity; it required a rich cultural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nurtured creativity, promoted social harmony, and instilled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pride in the people. Their shared vision for the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beyond the realm of governance; it encompassed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renaissance that enriched the lives of the people and left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legacy for generations to come. The whispers of change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indeed blossomed into a symphony of artistic and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expression, a resounding testament to their exceptional leadership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profound understanding of the human spirit.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defined by conflict, now found its voice in a chorus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creativity, a beacon of unity and artistic splendor. The impact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immeasurable, leaving an indelible mark on the soul of the nation.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their reign would echo through time,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love, leadership, and the enduring human capacity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artistic expression.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Educational Reforms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change, initially faint and hesitant, began to gather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momentum as Aishwarya and Rachit turned their attention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educational system. Recognizing that a truly prosperous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unified nation required an educated populace, they embarked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ambitious reforms designed to expand access to education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elevate its quality. This wasn't merely a political maneuver;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deeply held belief that education was a fundamental right,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cornerstone of individual and societal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initiative focused on increasing literacy rates. Previously,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had been largely the privilege of the upper castes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wealthy, confined within the walls of religious institutions 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homes of affluent families. Aishwarya and Rachit decreed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a network of schools across the kingdom, reaching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the most remote villages. These weren't exclusive academies;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open to all, regardless of caste, creed, or social standing.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remembering her own privileged education, insisted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curriculum that was both rigorous and relevant, encompassing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religious texts and traditional lore, but also practical subjects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like mathematics, science, agriculture, and the arts.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ensure the success of this ambitious undertaking, they faced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challenge: the scarcity of qualified teachers. 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addressed this by establishing teacher training colleges,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rigorous instruction to individuals from all social strata.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curriculum emphasized not just subject matter expertise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pedagogical skills, fostering an environment where teachers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inspire a love of learning in their students. Aishwarya, herself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keen scholar, often visited these colleges, interacting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trainees, offering guidance, and ensuring the highest standards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were upheld. Rachit, though initially skeptical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undertaking's practicality, became a staunch supporter upon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witnessing the transformative power of education firsthand. He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enthusiasm of the students and the dedication of the teachers,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this was a revolution that would shape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 of the kingdom.</w:t>
      </w:r>
    </w:p>
    <w:p>
      <w:pPr>
        <w:sectPr>
          <w:pgSz w:w="8000" w:h="12000"/>
          <w:pgMar w:top="442" w:right="652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curriculum was designed to be inclusive and relevant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 of the students. For the children of farmers, it emphasized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techniques, promoting sustainable farming practices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encouraging innovation. For those interested in trade,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curriculum included accounting, business management, and foreign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languages. For the artistically inclined, there were classes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painting, music, sculpting, and other creative pursuits. The aim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to impart knowledge but to nurture individual talents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capabilities, enabling each student to discover their unique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and contribute to the kingdom’s growth. This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radical departure from the rigid, elite-centric educational system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existed before, replacing it with one that fostered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inclusivity, creativity, and innovation.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establishment of schools, Aishwarya and Rachit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focused on improving the quality of existing institutions.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invested in libraries, providing access to a vast collection of books,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manuscripts, and other learning materials. They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books were not mere repositories of information but powerful tools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personal and professional growth. The libraries were open to 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breaking down the barriers that had previously limited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knowledge. This initiative saw the establishment of a kingdom-wide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library network, which included public libraries in cities and towns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smaller collections in villages. These weren't just repositories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books; they were vibrant centers of learning, offering workshops,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lectures, and discussions.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reforms went beyond the mere provision of education;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emphasized the empowerment of women. Aishwarya, a strong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independent woman herself, recognized the vital role women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in society. She insisted on equal access to education for girls,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revolutionary concept at the time. The establishment of girls’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schools was initially met with resistance from conservative elements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kingdom, but Aishwarya’s unwavering commitment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demonstrable success of the program quickly won over skeptics.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saw educated women as catalysts for societal change, able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contribute significantly to the kingdom’s prosperity and stability.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recognizing the importance of vocational training,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and Rachit established vocational schools that offered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 in various trades and crafts. This catered to individuals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may not have been inclined towards traditional academic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pursuits, providing them with the skills necessary for gainful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employment. These vocational schools taught skills such 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weaving, pottery, metalworking, carpentry, and other trades,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entrepreneurship and economic independence among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populace. The skills taught were both traditional and modern,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keeping in line with the advancements of the time.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success of these reforms was evident within a generation.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Literacy rates skyrocketed, and the kingdom saw a surge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innovation and economic activity. The educated populace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better equipped to participate in the political and economic life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nation, fostering a sense of shared purpose and collective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responsibility. Individuals from all walks of life had the opportunity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improve their lives and contribute to the overall prosperity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This transformed the kingdom into a dynamic and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society, with individuals empowered to reach their full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contribute meaningfully to their communities. The educational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 weren’t merely about imparting knowledge;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fostering critical thinking, nurturing creativity, and instilling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sense of national unity and pride.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extended far beyond the classroom. The new literacy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rates fueled a flourishing of literature and art, as more individuals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able to read, write, and participate in cultural activities.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experienced a literary renaissance, with stories, poetry,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historical accounts becoming widely accessible. This resulted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shared cultural identity and a richer, more vibrant society.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educational reforms were thus deeply intertwined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cultural renaissance, complementing and enriching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artistic and intellectual developments.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Aishwarya and Rachit's educational reforms lay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in their ambitious vision but also in their meticulous planning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implementation. They established a system of regular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assessments and evaluations to ensure that the quality of education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maintained. They also paid attention to the needs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teachers, providing them with adequate resources and professional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development opportunities. Their dedication to ensuring that all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individuals, irrespective of their background, had access to quality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laid the foundation for a more just and equitable society.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change had indeed transformed the very fabric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kingdom, establishing a legacy that would endure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to come. The once-divided kingdom, united by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learning and progress, flourished in ways few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imagined. A new era had dawned, an era built upon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foundations of knowledge, equality, and progress. The legacy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Rachit’s reign would be remembered not only for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successes, but also for the transformative power of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educational reforms. The kingdom had awakened, and its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brighter than ever before.</w:t>
      </w:r>
    </w:p>
    <w:p>
      <w:pPr>
        <w:sectPr>
          <w:pgSz w:w="8000" w:h="12000"/>
          <w:pgMar w:top="296" w:right="68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Sustainable Practices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change, once confined to the classrooms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libraries, now echoed across the fertile fields and verdant forests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kingdom. Aishwarya and Rachit, having laid the foundation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robust educational system, turned their attention to another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critical aspect of the kingdom's future: sustainable practices.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a prosperous nation wasn't merely one with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educated populace; it was one that lived in harmony with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environment, ensuring the longevity of its natural resources.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approach to agriculture was revolutionary. For centuries,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farmers had relied on traditional methods, often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resulting in soil depletion and unsustainable yields. Recognizing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urgent need for change, Aishwarya and Rachit initiated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comprehensive program to promote sustainable farming techniques.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began by establishing agricultural research centers,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experts studied the most effective and environmentally sound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farming methods. These centers weren't isolated ivory towers;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engaged with farmers, sharing their findings and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practical support.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introduction of crop rotation was a key element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strategy. This ancient technique, long neglected in many parts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kingdom, was revitalized and promoted widely. Farmers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taught the importance of rotating different crops to maintain soil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fertility, preventing the depletion of essential nutrients.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research centers developed a detailed guide on crop rotation,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tailored to the specific soil types and climatic conditions prevalent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various regions of the kingdom. This wasn't a one-size-fits-all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approach; it was a meticulously crafted strategy designed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maximize effectiveness across the kingdom's diverse agricultural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landscape.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 use of organic fertilizers and pest control methods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encouraged. The kingdom's reliance on chemical fertilizers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taken a toll on the soil and the environment. The research centers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explored and promoted the use of natural fertilizers, such 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compost and manure, reducing the kingdom's dependence on</w:t>
      </w:r>
    </w:p>
    <w:p>
      <w:pPr>
        <w:sectPr>
          <w:pgSz w:w="8000" w:h="12000"/>
          <w:pgMar w:top="442" w:right="67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harmful chemicals. Simultaneously, they investigated eco-friendly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pest control strategies, minimizing the use of pesticides that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 beneficial insects and pollute the environment. This transition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immediate; it involved significant investment in education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infrastructure. The royal couple spearheaded training programs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farmers, equipping them with the knowledge and skills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necessary to adopt these sustainable methods.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 conservation was another critical area of focus.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irrigation systems, often inefficient and wasteful, needed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modernization. Aishwarya and Rachit invested heavily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developing efficient irrigation techniques, such as drip irrigation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rainwater harvesting. These methods minimized water waste,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water resources were used effectively and sustainably.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also promoted the construction of reservoirs and water storage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facilities in various regions to ensure a reliable water supply,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periods of drought. These initiatives not only improved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yields but also helped to conserve the kingdom’s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precious water resources.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agriculture, Aishwarya and Rachit extended their focus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forest conservation. Recognizing the vital role forests played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ecological balance, they initiated a comprehensive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afforestation program. Degraded forests were repopulated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native tree species, and measures were put in place to prevent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deforestation. They implemented strict regulations against illegal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logging and poaching, deploying forest rangers to protect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valuable forests. The program also included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participation, empowering local communities to protect their forests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benefit from their sustainable management.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wasn’t merely a top-down approach; it involved extensive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engagement. Village councils were involved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planning and implementation of sustainable practices,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ownership and collective responsibility. Farmers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villagers were not just recipients of royal decrees; they were active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participants in shaping a sustainable future for their communities.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Regular meetings and workshops were held to discuss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successes, fostering a sense of shared purpose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collaboration.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these initiatives was remarkable.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yields increased significantly, leading to greater food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 and economic prosperity. The environment flourished,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improved soil health, reduced water pollution, and increased forest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cover. The kingdom’s commitment to sustainable practices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source of national pride, attracting admiration and respect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neighboring kingdoms.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Aishwarya and Rachit’s sustainable practices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matter of policy; it was a testament to their deep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interconnectedness of environment, society,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economy. They recognized that sustainable practices weren't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environmentally responsible; they were economically beneficial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socially equitable. They understood that a thriving ecosystem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essential for a thriving kingdom, and their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sustainability laid the groundwork for a prosperous and sustainable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future. Their legacy extended beyond their reign, shaping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kingdom's ethos and inspiring generations to come.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wasn't without its challenges. Conservative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elements within the kingdom resisted the shift away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methods, clinging to outdated practices. However,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demonstrable benefits of sustainable agriculture quickly won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skeptics. The increased yields, the improved soil health,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reduced environmental impact provided undeniable evidence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 of the new approaches. Aishwarya, with her innate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diplomatic skills, skillfully navigated these challenges, engaging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critics and building consensus around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sustainable practices.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implementation of sustainable practices also required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investment in infrastructure and technology.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invested heavily in building new irrigation systems,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establishing research centers, and providing training to farmers.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investment not only improved agricultural productivity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stimulated economic growth, creating new job opportunities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fostering economic independence among rural communities.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treasury played a crucial role in funding these initiatives,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showcasing the commitment of the royal couple to long-term</w:t>
      </w:r>
    </w:p>
    <w:p>
      <w:pPr>
        <w:sectPr>
          <w:pgSz w:w="8000" w:h="12000"/>
          <w:pgMar w:top="428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sustainability. However, it was not merely a matter of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investment; it also required a shift in mindset, a collective embrace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responsible environmental stewardship.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years passed, the whispers of change grew into a resounding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chorus of sustainability. The kingdom's commitment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stewardship became a model for other nations,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that economic prosperity and environmental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protection could coexist, even thrive together. The fertile lands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kingdom, once threatened by unsustainable practices,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flourished, a testament to Aishwarya and Rachit’s far-sighted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their commitment to a sustainable future. Their legacy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far beyond the boundaries of their kingdom, serving as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inspiration for generations to come, proving that a kingdom's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 lay not just in its riches, but in its enduring harmony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their sustainable practices was deeply intertwined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kingdom’s overall development. The improved agricultural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yields contributed to food security, reduced poverty, and enhanced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overall quality of life for the kingdom’s citizens.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improvements, such as reforestation and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conservation, further enhanced the kingdom's resilience to climate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 and natural disasters. This holistic approach to development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highlighted the crucial link between sustainable practices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broader societal well-being. It was a testament to the royal couple's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a prosperous kingdom was one that valued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its people and its natural resources.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story of Aishwarya and Rachit’s reign became a legend, a tale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forbidden love, political intrigue, and a transformative vision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sustainable future. Their legacy extended far beyond the romantic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narrative, serving as an enduring example of how a nation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achieve prosperity and harmony with nature. The whispers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 had culminated in a profound transformation, leaving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behind a kingdom that not only flourished economically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culturally but also stood as a beacon of environmental stewardship,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model for future generations to emulate. Their reign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transformative power of vision, courage,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 commitment to the well-being of both the people and the land</w:t>
      </w:r>
    </w:p>
    <w:p>
      <w:pPr>
        <w:sectPr>
          <w:pgSz w:w="8000" w:h="12000"/>
          <w:pgMar w:top="296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governed. The kingdom’s story continued, its future secured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wise and sustainable policies of its rulers, a legacy etched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annals of history, forever remembered for its enduring harmony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between progress and preservation.</w:t>
      </w:r>
    </w:p>
    <w:p>
      <w:pPr>
        <w:sectPr>
          <w:pgSz w:w="8000" w:h="12000"/>
          <w:pgMar w:top="296" w:right="67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Fair Governance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sustainable practices had barely begun to settle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fabric of the kingdom when Aishwarya and Rachit turned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attention to another critical pillar of their reign: justice. The 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of their rule, built upon the ashes of conflict and fueled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a precarious peace, demanded a system of governance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only efficient but also profoundly equitable. Their previous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reforms, while transformative, were incomplete without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a just and fair legal framework, accessible to 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regardless of their social standing or wealth.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decree abolished the archaic system of caste-based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where the weight of a person's word, and the severity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punishment, hinged on their birthright. This had long been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festering wound in the kingdom, creating a system where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were shielded from accountability and the vulnerable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subjected to arbitrary punishments. Rachit, intimately aware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injustices he himself had witnessed during his years in exile,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the urgency of this reform. Aishwarya, with her innate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 and understanding of the kingdom's social fabric, skillfully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guided the implementation of this radical change. Royal edicts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issued, meticulously drafted to ensure the smooth transition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equitable system, and public pronouncements were made,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explaining the rationale behind the reforms to the populace.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transition wasn't without its challenges, naturally. Powerful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families, long accustomed to the privileges afforded by the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system, resisted. However, Aishwarya’s strategic diplomacy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unwavering resolve proved insurmountable. 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documented instances of past injustice, exposing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flaws in the old system and demonstrating the need for change.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used the power of their position, not to suppress dissent,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build consensus.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establishment of independent courts, staffed with judges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integrity and wisdom, rather than their lineage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formed the cornerstone of their new judicial system.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courts were accessible to all citizens, regardless of their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standing. A network of mediators was also established, trained to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 disputes amicably through arbitration, thus reducing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on the formal courts and fostering a culture of peace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reconciliation. This was a revolutionary approach. The previous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 had been burdened with lengthy delays, bureaucratic 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tape, and rampant corruption. The new system, in contrast,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prioritized efficiency, transparency, and accountability. Judges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vetted, required to adhere to a strict code of conduct,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held accountable for any breach of trust. Their decisions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publicly documented, ensuring transparency and preventing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arbitrary rulings. Furthermore, a system of appeals was established,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for the review of court decisions in cases of suspected bias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 misjudgment.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implementation of the new system was met with varying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degrees of acceptance, and a great deal of resistance in some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quarters. Conservative elements within the court initially resisted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changes, clinging to the familiar structure of privilege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patronage. However, the gradual improvements in the judicial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system, the growing trust in its fairness, and the tangible benefits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swift and impartial justice gradually won them over. The stories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commoners receiving justice against powerful landlords, merchants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receiving fair compensation for their losses, and criminals facing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appropriate punishment without resorting to biased interpretations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law spread like wildfire, eroding the resistance and bolstering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support. The systematic documentation of these cases 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powerful evidence of the success of the reforms.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and Rachit also focused on addressing the root causes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and injustice. They invested heavily in education,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particularly focusing on legal literacy and the dissemination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 about the new legal framework. They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centers where legal aid was provided to the 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fortunate, ensuring that everyone had access to the justice system.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initiative empowered the previously marginalized sections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society, giving them a voice and a platform to seek redress.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centers also served as forums for addressing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conflicts and mediating disputes, promoting a culture of peace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harmony.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Corruption, a perennial challenge in governance, was tackled head-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on. Aishwarya and Rachit implemented stringent measures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prevent bribery and other forms of malfeasance, ensuring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officials were held accountable for their actions. This included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establishing an independent anti-corruption agency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authority to investigate and prosecute officials involved in corrupt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practices, regardless of their rank or influence. This agency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investigated allegations of corruption, ensuring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were consequences for dishonest acts. This rigorous approach,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coupled with the establishment of a robust system of checks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balances, significantly reduced corruption within the government.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astute political acumen, navigated the delicate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 between maintaining stability and enacting necessary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reforms. She understood that the success of the reforms relied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on the enforcement of laws but also on cultivating a culture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integrity and transparency.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these reforms was profound. The kingdom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experienced a significant reduction in crime, an increase in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harmony, and a greater sense of trust in the government.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previously marginalized sections of society felt empowered,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participation in the political and economic life of the kingdom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grew. This was not simply a legal reform; it was a societal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transformation, a profound shift towards a more just and equitable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The new judicial system, grounded in principles of fairness,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transparency, and accountability, served as a symbol of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Rachit's commitment to creating a kingdom where every citizen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an equal opportunity to thrive. Their reign became synonymous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justice, a legacy that would endure for generations. The stories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reign, the tales of their governance and their justice,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part of the kingdom’s folklore, ensuring their legacy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not merely inscribed in stone but lived in the hearts of the people.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commitment to a fair and just society extended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implementation of legal reforms; it permeated every aspect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governance, creating a kingdom where the rule of law was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concept, but a reality experienced by all. The transformation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immediate, it required persistence, diplomacy, and a clear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of the intricate social and political dynamics.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Aishwarya and Rachit’s reign extended far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realm of politics and economics. Their commitment to justice,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into the fabric of their governance, created a society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 felt safe, protected, and valued. Their legacy went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 legislation; it was a profound cultural shift, where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principles of fairness and equity became ingrained in the very soul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kingdom. Their story, a tale of forbidden love, political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intrigue, and transformative governance, became a legend,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inspiring narrative of how a kingdom could evolve into a bastion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and prosperity, demonstrating that a ruler's true power 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in might, but in the unwavering commitment to the well-being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people. The legacy of Aishwarya and Rachit wasn't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chapter in the kingdom's history; it was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potential of just and fair governance. The stories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successful judgments, their equitable rulings, and the lives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changed forever under their just reign, echoed through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generations, becoming living proof that a kingdom's true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lies not in its wealth or power, but in its fairness and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well-being of all its citizens. Their legacy lived on, not only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annals of history, but in the collective memory and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of a kingdom that had truly found its place under a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compassionate rule.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Impartial Judiciary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whispers of reform had barely subsided when Aishwarya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turned their attention to the heart of their kingdom's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governance: the judiciary. Their previous decrees, while significant,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but building blocks. True transformation required a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that was not only efficient but demonstrably impartial,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accessible to all, regardless of birthright or wealth. The shadow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 – a justice system warped by caste and corruption –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lingered, threatening to undermine their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haunted by the injustices he had witnessed during his years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exile, understood this deeply. He had seen firsthand how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scales of justice tilted heavily in favor of the privileged, leaving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vulnerable crushed beneath their weight. This personal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his determination to create a system where every citizen,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regardless of status, received equal consideration under the law.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the pragmatist tempered with compassion,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the political complexities involved. She knew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dismantling the old system would not suffice. They needed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build something new, something stronger, something that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withstand the inevitable challenges.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first step was to meticulously dismantle the existing caste-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based judicial hierarchy. This was not simply a matter of issuing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royal decree; it required a profound shift in mindset, a dismantling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ingrained prejudices and entrenched power structures.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initiated a public awareness campaign, utilizing storytellers, poets,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even traveling theatrical troupes to spread the word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impending changes. The message was simple: justice would now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blind, not to caste, creed, or wealth, but to all. They explained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law would be applied equally to all, regardless of social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campaign was crucial because it was not just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implementing new laws; it was about changing the very culture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kingdom. Generations had lived under a system where justice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dictated by birthright, where the word of a Brahmin held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weight than that of a Shudra. To overcome this deeply ingrained</w:t>
      </w:r>
    </w:p>
    <w:p>
      <w:pPr>
        <w:sectPr>
          <w:pgSz w:w="8000" w:h="12000"/>
          <w:pgMar w:top="442" w:right="70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prejudice required a deliberate and sustained effort to educate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persuade. The campaign highlighted the injustices of the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showcasing cases where the poor and marginalized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unjustly treated simply because of their social standing.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stories, told with eloquence and emotional resonance, resonated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people, fostering a sense of shared outrage and a longing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a more just society.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next phase involved the meticulous creation of a new judicial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structure. The establishment of independent courts, free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influence of the royal court or powerful families, was paramount.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drawing upon her understanding of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geography and demographics, worked with Rachit to strategically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locate these courts, ensuring accessibility for even the most remote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villages. She insisted on a system of rotating judges, preventing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individual from accumulating too much power. This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system couldn’t be corrupted by a singular, influential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figure. These judges were chosen not for their lineage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but for their integrity, wisdom, and profound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of the law.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selection process was rigorous. Candidates underwent extensive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vetting, including background checks and assessments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judicial temperament. They were required to pledge an oath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impartiality, promising to uphold the law without fear or favor.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they were subject to continuous monitoring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evaluation, ensuring accountability and discouraging corruption.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courts themselves were designed to be transparent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accessible. Proceedings were open to the public, and decisions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documented and made available for review.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transparency was crucial in building public trust in the new system,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it demonstrated a clear commitment to fairness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accountability.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Alongside the courts, they established a comprehensive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mediation and arbitration. Understanding that not all disputes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required court intervention, they trained skilled mediators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 conflicts amicably outside of the formal justice system.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initiative not only eased the burden on the courts but also fostered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culture of peace and reconciliation. The mediators were chosen</w:t>
      </w:r>
    </w:p>
    <w:p>
      <w:pPr>
        <w:sectPr>
          <w:pgSz w:w="8000" w:h="12000"/>
          <w:pgMar w:top="296" w:right="66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neutrality and their ability to facilitate constructive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dialogue, leading to mutually agreeable settlements.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significantly reduced the backlog of cases and contributed to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peaceful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training of mediators involved extensive workshops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 sessions, focusing on conflict resolution techniques,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negotiation skills, and communication strategies. They were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given access to comprehensive legal resources to ensure they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guide parties towards just and equitable settlements.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effectiveness of this system was evident in the significant reduction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cases that reached the courts. Many conflicts were resolved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mediation stage, leading to a greater sense of justice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satisfaction among the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establishing an impartial judiciary was not simply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matter of creating new institutions; it also required addressing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deep-rooted issues that fueled corruption and injustice.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Rachit recognized the need for systemic reforms to tackle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problem of bribery and malfeasance. They established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independent anti-corruption agency, staffed with individuals known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impeccable integrity and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justice. This agency had the authority to investigate and prosecute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officials involved in corrupt practices, regardless of their rank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influence. This unprecedented independence ensured that no 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above the law.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agency meticulously documented all cases of alleged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corruption, conducting thorough investigations and gathering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irrefutable evidence before filing charges. They implemented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whistleblower protection program, ensuring that individuals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reported corrupt activities were safe from retaliation. The agency's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 sent a clear message: corruption would not be tolerated.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decisive action helped to establish a culture of transparency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accountability within the government, discouraging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malfeasance and fostering trust among the citizenry.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commitment extended beyond the enforcement of laws.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invested heavily in legal literacy, educating the populace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rights and responsibilities under the new legal framework.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established community centers where legal aid was provided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poor and marginalized, ensuring that everyone had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justice. These centers also served as forums for discussing 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issues, resolving local conflicts, and fostering a sense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ownership of the justice 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results were transformative. The kingdom experienced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dramatic reduction in crime rates, a significant increase in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harmony, and a surge in public trust in the government.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 communities, previously subjected to injustice,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empowered, their participation in the social and political life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increasing exponentially. Aishwarya and Rachit's legacy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merely a reformed judiciary; it was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possibility of creating a just and equitable society, one built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foundations of fairness, transparency, and unwavering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well-being of every citizen. Their reign became a legend,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tale of how passionate love could forge a future where justice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reigned supreme. The impartial judiciary, a cornerstone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reign, stood as a monument to their vision, a beacon of hope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to come. Their story became a tapestry woven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threads of forbidden love, political intrigue, and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of justice, a testament to the transformative power of a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equitable society.</w:t>
      </w:r>
    </w:p>
    <w:p>
      <w:pPr>
        <w:sectPr>
          <w:pgSz w:w="8000" w:h="12000"/>
          <w:pgMar w:top="296" w:right="72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Protection of Rights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establishment of a fair and equitable judiciary was only half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battle. Aishwarya, ever mindful of the vulnerabilities within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understood that true justice demanded the protection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rights of all its citizens, regardless of their social standing,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gender, or religious beliefs. She knew that the reforms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would be meaningless without a robust system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these rights were not merely written on parchment but lived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daily lives of her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first focus was on the rights of women. For centuries, women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had been subjected to various forms of discrimination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oppression. Their voices were often silenced, their rights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disregarded, and their potential stifled. Aishwarya, having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experienced the complexities of courtly life and the limitations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placed upon women of her own stature, understood the need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radical change. She initiated a series of decrees that challenged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prevailing patriarchal norms.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decrees granted women equal rights in property ownership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inheritance. Previously, a woman's inheritance was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usurped by male relatives, leaving her vulnerable and dependent.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decrees ensured that women had the same rights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men to inherit land, property, and other assets. This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revolutionary step, challenging deeply ingrained traditions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shifting the balance of power within families and communities.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Furthermore, Aishwarya championed women's right to education.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understood that access to education was crucial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empowering women and enabling them to participate fully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She established numerous schools and learning centers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kingdom, specifically targeting girls from marginalized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communities. These schools not only provided basic education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offered vocational training, equipping women with skills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could enhance their economic independence.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reforms extended to the legal system itself. She advocated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establishment of specialized courts to handle cases involving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violence against women. These courts were staffed with judges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undergone specialized training in gender sensitivity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of gender-based violence. The aim was to create a safe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supportive environment for women to report abuse and seek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justice.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also extended to the realm of marriage.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towards abolishing the practice of child marriage, a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entrenched tradition that often resulted in the exploitation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subjugation of young girls. She implemented strict penalties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engaged in child marriage, and her campaign raised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among the populace about the harmful effects of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practice. She promoted delayed marriages, encouraging girls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complete their education and develop their independence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entering into matrimony.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rights of minority communities were equally paramount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vision of a just society. Rajasthan was a land of diverse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religious and ethnic groups, and Aishwarya believed that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of the kingdom depended on the harmonious coexistence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all its citizens. She enacted laws that protected the religious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freedom of all communities, guaranteeing their right to practice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faith without fear of persecution.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championed the equal rights of all communities before the law,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no community was discriminated against or subjected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unfair treatment. This was crucial in addressing the long-standing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issue of caste-based discrimination. Aishwarya’s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equality meant that people from all castes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creeds had equal access to justice, education, and opportunities.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went beyond legislative actions. She realized that 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frameworks needed a strong supporting structure to truly resonate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people. She understood the power of cultural change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influence of social norms. She commissioned a series of plays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theatrical performances that depicted the importance of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and equality. These were performed in public squares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 gatherings, reaching the people in their own language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context.</w:t>
      </w:r>
    </w:p>
    <w:p>
      <w:pPr>
        <w:sectPr>
          <w:pgSz w:w="8000" w:h="12000"/>
          <w:pgMar w:top="296" w:right="64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narratives weren't just about reinforcing existing laws;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carefully crafted stories demonstrating the far-reaching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 of discrimination and the transformative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 and understanding. They featured characters from diverse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backgrounds, highlighting the shared human experience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caste and religious differences. The stories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designed to evoke emotion, encouraging introspection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encouraging viewers to actively support the new social order.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addition to theatrical presentations, Aishwarya launched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massive literacy campaign. She realized that education was the key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empowerment, and providing people with the ability to read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 their rights was crucial to ensuring the effectiveness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new laws. She established numerous schools and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centers, extending education to even the most remote corners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Literacy empowered individuals to actively participate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shaping their society, ensuring that the legal reforms weren't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imposed from above, but understood and embraced by the entire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population.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that true justice required a holistic approach,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also focused on economic empowerment.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championed initiatives that promoted access to credit and resources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marginalized communities. This involved establishing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microfinance institutions that provided small loans to entrepreneurs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disadvantaged backgrounds. These initiatives weren't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charity; they were strategically designed to create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opportunities and foster a sense of self-reliance.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empowerment programs were not limited to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assistance. Aishwarya also invested heavily in infrastructure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development, particularly in rural areas. The construction of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roads, irrigation systems, and market facilities brought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benefits to rural communities, improving their living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standards and increasing their participation in the kingdom’s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overall prosperity. This ensured that even remote regions were 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benefit from the positive changes sweeping the nation.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holistic approach to justice—encompassing legal reforms,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transformation, education, and economic empowerment—</w:t>
      </w:r>
    </w:p>
    <w:p>
      <w:pPr>
        <w:sectPr>
          <w:pgSz w:w="8000" w:h="12000"/>
          <w:pgMar w:top="296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marked a defining moment in Rajasthan's history. Aishwarya's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synonymous with progress and equality. The legacy she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built wasn't solely about the implementation of new laws;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about fundamentally changing the fabric of society,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where the rights of all citizens were protected, valued,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upheld. Their combined efforts transformed the realm from a land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inequality and oppression into a beacon of justice and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their shared vision and enduring love. Their story,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saga of forbidden love and transformative justice, continues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inspire generations, proving that love and justice could indeed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coexist and shape a better world.</w:t>
      </w:r>
    </w:p>
    <w:p>
      <w:pPr>
        <w:sectPr>
          <w:pgSz w:w="8000" w:h="12000"/>
          <w:pgMar w:top="296" w:right="65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Transparency and Accountability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establishment of a just and equitable society demanded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just fair laws; it required a government that operated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transparency and accountability. Aishwarya, ever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pragmatist, understood that the most meticulously crafted 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framework would crumble under the weight of corruption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secrecy. She knew that the trust of her people was the bedrock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which their shared prosperity rested, and that trust could only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cultivated through open and honest governance.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first step was a radical overhaul of the financial system.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centuries, the royal treasury had been shrouded in secrecy,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accounts opaque and its dealings obscured. This had fostered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 of corruption, where officials could embezzle funds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impunity, enriching themselves at the expense of the kingdom.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Rachit's quiet support, introduced a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accounting, where every transaction was recorded,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audited, and made publicly accessible. This transparency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all levels of government, from the highest officials to the lowest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tax collectors.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further enhance transparency, Aishwarya established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independent audit body composed of learned scholars and respected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leaders. This body was granted complete autonomy,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its impartiality and ability to hold any official accountable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financial misconduct. The audits were conducted regularly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findings were publicly disseminated, fostering a culture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accountability that quickly began to permeate every facet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government. The fear of public scrutiny proved far more effective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 punishment. The once-secretive treasury became a model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transparency, a beacon of honest governance that inspired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confidence throughout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Transparency extended beyond finances. Aishwarya implemented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 for open access to government records. Previously,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 was limited to a select few, reinforcing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elite and creating an environment ripe for abuse.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decreed that all government documents, including decrees, legal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judgments, and tax records, would be made available to the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designated repositories throughout the kingdom. This move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 with initial resistance from some officials who had become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accustomed to operating in secrecy, but Aishwarya’s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resolve ensured that her decree was implemented effectively.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Aishwarya established a public forum where citizens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voice their grievances and concerns directly to government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officials. This forum was held regularly in the capital and in major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cities throughout the kingdom, providing a platform for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dialogue and ensuring that the voices of ordinary citizens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heard. These public gatherings were more than just complaint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sessions; they evolved into vibrant dialogues where citizens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ideas and engage in respectful debate about public policy.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created a sense of shared ownership of the kingdom’s future,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culture of civic engagement that was previously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unimaginable.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this initiative hinged on the active participation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citizens themselves. Aishwarya recognized the need to empower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to hold their government accountable. She launched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kingdom-wide literacy campaign, creating numerous schools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learning centers. Providing her people with the tools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 and engage with governmental processes was crucial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her reforms. Literacy rates soared, empowering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 to actively monitor their government and participate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meaningfully in public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also instituted an elaborate system of feedback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mechanisms. Citizens could submit anonymous complaints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corruption or malfeasance through sealed boxes placed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prominent locations throughout the kingdom. These complaints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meticulously investigated by a specially trained team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investigators, ensuring that no genuine grievance was ignored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dismissed. This system provided a safe and effective way for citizens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report wrongdoing, fostering a climate of accountability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both effective and reassuring.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emphasis on transparency and accountability was not merely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matter of administrative efficiency; it was a fundamental aspect of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vision of a just and equitable society. She believed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government that operates in the open, that is answerable to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people, is a government that is more likely to serve the interests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its citizens, regardless of their social status or background.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profound shift in governance, a move away from the secretive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corrupt practices of previous rulers towards a model of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honest government, where the trust of the people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paramount.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newfound transparency had far-reaching consequences.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fostered a sense of shared responsibility for the kingdom's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being, encouraging citizens to actively participate in the governance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process. It weakened the influence of powerful elites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previously operated with impunity, creating a more level playing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field where justice could be pursued without fear or favor.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attracted investment and fostered economic growth, as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perception of fair and transparent governance improved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kingdom's international 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wasn't effortless. Resistance emerged from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benefited from the old system of secrecy and corruption.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conspiracies, whispers, and attempts to undermine the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order. But Aishwarya and Rachit, united in their vision,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resolute, their shared love strengthening their resolve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Their commitment to transparency and accountability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ripple effect, changing not only the governance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 but also the social fabric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cultural shifts were subtle yet profound. Discussions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 and public affairs became commonplace in homes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markets. Citizens felt empowered to question authority, to demand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explanations, and to hold their leaders accountable. The old system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deference to those in power was gradually replaced by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egalitarian spirit, where citizens felt confident in their ability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influence the decisions that shaped their lives.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reforms extended beyond the realm of politics and governance,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influencing the social and economic landscape of Rajasthan.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Businesses operated with greater integrity, knowing that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actions were subject to public scrutiny. The legal system became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efficient and fair, as transparency ensured that cases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processed impartially. The improved governance fostered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growth, leading to increased prosperity and opportunities for all.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legacy extended far beyond her reign. The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transparency and accountability she established became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cornerstone of Rajasthani governance, ensuring that the principles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justice and equity were upheld for generations to come.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story, a testament to the power of love and leadership, continues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resonate, reminding us that true justice is not just about laws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decrees, but about a fundamental commitment to transparency,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accountability, and the empowerment of the people.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love between Aishwarya and Rachit, forged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crucible of a forbidden romance and solidified in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justice, served as a powerful symbol of hope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transformation, a beacon of a brighter future for their beloved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Their story, etched in the annals of Rajasthan's history,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testament to the transformative power of a love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intricately woven with a legacy of justice, transparency, and lasting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accountability.</w:t>
      </w:r>
    </w:p>
    <w:p>
      <w:pPr>
        <w:sectPr>
          <w:pgSz w:w="8000" w:h="12000"/>
          <w:pgMar w:top="296" w:right="72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Peaceful Relations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winds of change, once confined to the internal affairs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now began to ripple outwards, affecting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 with its neighbors. For centuries, Rajasthan had existed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state of uneasy truce with its surrounding kingdoms, a delicate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 punctuated by skirmishes and border disputes.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envisioned a different future – one where cooperation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 replaced conflict and suspicion. She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prosperity and security for Rajasthan could not be achieved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isolation; it required a regional framework of peace and stability.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first step was a bold initiative to initiate open dialogue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rulers of neighboring kingdoms. She dispatched ambassadors,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threats or demands, but with proposals for mutual benefit.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weren't simply diplomatic missions; they were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strategies designed to foster trust and understanding.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emphasized shared interests, such as trade routes,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exchange, and the collective defense against external threats.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proposed joint ventures in infrastructure development, like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shared irrigation systems and the maintenance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vital trade routes, highlighting the economic advantages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cooperation.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responses were cautious, reflecting deep-seated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suspicions that had festered for generations. Some rulers viewed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overtures with skepticism, suspecting hidden motives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 a ploy for territorial expansion. Others, weary of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conflict and the drain on their resources, were more receptive.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however, remained patient and persistent, using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charm and intelligence to gradually chip away at the walls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distrust. She organized lavish diplomatic receptions, showcasing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culture and economic potential of Rajasthan, subtly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its strength and prosperity without resorting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intimidation.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of her most successful strategies involved initiating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programs. Artists, musicians, and scholars from Rajasthan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sent to neighboring kingdoms, sharing their expertise and</w:t>
      </w:r>
    </w:p>
    <w:p>
      <w:pPr>
        <w:sectPr>
          <w:pgSz w:w="8000" w:h="12000"/>
          <w:pgMar w:top="442" w:right="66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cultural understanding. Reciprocally, artists and scholars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other kingdoms were invited to Rajasthan, enriching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and promoting a sense of shared heritage. This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diplomacy broke down stereotypes and prejudices,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platform for dialogue and mutual respect. The shared appreciation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art, music, and literature transcended political boundaries,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fostering a sense of common humanity.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Simultaneously, Aishwarya focused on addressing long-standing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border disputes. Instead of resorting to military solutions,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proposed a series of negotiated settlements based on fairness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understanding. She engaged in direct negotiations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affected rulers, demonstrating her willingness to compromise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commitment to finding equitable solutions. Her approach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remarkably different from her predecessors, who had often relied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military strength to settle disputes. Aishwarya’s diplomacy,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rooted in respect and fairness, proved far more effective.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her diplomatic efforts was not immediate,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certainly not without challenges. There were setbacks,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disagreements, and moments of intense tension. Conspirators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court, still clinging to the old ways of conflict, attempted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sabotage her diplomatic initiatives, whispering doubts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sowing seeds of discord. Yet, Aishwarya's unwavering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peace, supported by Rachit's unwavering loyalty, allowed her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these obstacles. Their shared love and mutual respect,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forged in the fires of their forbidden romance, fueled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determination to forge a new path for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culmination of her diplomacy manifested in a landmark treaty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signed with several neighboring kingdoms. This treaty established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regional alliance committed to peaceful conflict resolution,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defense against external threats, and cooperative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development. The treaty went beyond simple non-aggression pacts;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defined mechanisms for settling disputes, including arbitration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neutral parties and the establishment of joint commissions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 shared concerns. The signing ceremony was a grand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spectacle, attended by rulers and dignitaries from across the region,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showcasing the triumph of diplomacy over conflict.</w:t>
      </w:r>
    </w:p>
    <w:p>
      <w:pPr>
        <w:sectPr>
          <w:pgSz w:w="8000" w:h="12000"/>
          <w:pgMar w:top="296" w:right="65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this regional alliance was transformative. Trade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flourished as borders became more open and secure.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programs expanded, enriching the lives of people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region. Joint infrastructure projects improved living standards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facilitated economic growth. The erstwhile rivals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partners, collaborating on issues of common interest. The once-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fragmented landscape became a unified and stable region,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Aishwarya's visionary leadership and her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peace.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Aishwarya's commitment to justice extended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kingdom's borders. She championed the cause of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rights and fair treatment of all people within the region.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intervened in situations where neighboring kingdoms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violated human rights, advocating for the protection of vulnerable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populations. Her diplomatic pressure, coupled with the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regional alliance, forced many kingdoms to adopt more humane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policies.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influence extended beyond the political sphere. She fostered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intellectual and artistic exchanges, promoting mutual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appreciation for diverse cultures. She facilitated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regional scholarly networks, allowing scholars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thinkers from different kingdoms to share their knowledge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insights. This intellectual collaboration enriched the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landscape of the entire region.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creation of a peaceful and prosperous region brought benefits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extended far beyond political stability. It fostered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growth, as trade routes opened and resources were shared.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enhanced cultural understanding, as people from different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 interacted and exchanged ideas. It strengthened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community, as people realized that their destinies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intertwined.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Aishwarya’s diplomatic initiatives was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strength and vision. She demonstrated that diplomacy, coupled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justice, could be a more powerful tool for achieving peace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force. Her legacy became a beacon, showing that lasting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peace could be forged not just through treaties and alliances, but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genuine respect, mutual understanding, and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creating a more just and equitable world. The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established wasn't just a political achievement; it was a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revolution, a testament to her visionary leadership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power of a love story that defied conventions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shaped history. The story of Aishwarya and Rachit,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and justice, inspired generations, proving that even in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turbulent times, peace and prosperity are possible when guided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for one’s people and a commitment to justice. Their legacy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through the centuries, transforming Rajasthan and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neighbors into a shining example of regional harmony.</w:t>
      </w:r>
    </w:p>
    <w:p>
      <w:pPr>
        <w:sectPr>
          <w:pgSz w:w="8000" w:h="12000"/>
          <w:pgMar w:top="296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Strategic Alliances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treaty, signed under the warm Rajasthani sun, was only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beginning. Aishwarya knew that forging lasting alliances required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just inked parchment; it demanded constant vigilance,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shrewd negotiation, and an unwavering commitment to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of the region. Her next focus was on strengthening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ties between Rajasthan and its newly formed allies.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economic interdependence was the strongest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adhesive for political unity. She initiated a series of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projects, designed to improve trade routes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facilitate the movement of goods and people across borders.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new roads, bridges, and canals became symbols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burgeoning regional cooperation, each stone laid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burgeoning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weren't merely infrastructure projects; they were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orchestrated displays of mutual benefit. Aishwarya ensured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project involved participation from multiple kingdoms,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sense of shared ownership and responsibility.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employed skilled engineers and artisans from various kingdoms,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the exchange of technical expertise and the creation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regional identity. The construction of a new canal system,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instance, involved engineers from Rajasthan, Gujarat,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Malwa, each bringing their unique skills and knowledge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table. The shared endeavor fostered camaraderie and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respect, cementing the bonds forged through diplomacy.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infrastructure, Aishwarya focused on stimulating trade.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reduced tariffs and streamlined customs procedures, making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easier for merchants to transport goods across borders.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introduced standardized weights and measures, eliminating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confusion and disputes that often arose from inconsistencies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trading practices. She also established a system of fair prices,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merchants from all kingdoms received equitable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treatment. This fostered trust and confidence, encouraging greater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participation in regional trade. The bustling marketplaces,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with the tension of bartering and suspicion, now buzzed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vibrant energy of commerce and cooperation.</w:t>
      </w:r>
    </w:p>
    <w:p>
      <w:pPr>
        <w:sectPr>
          <w:pgSz w:w="8000" w:h="12000"/>
          <w:pgMar w:top="442" w:right="71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Simultaneously, Aishwarya actively engaged in cultural diplomacy,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sense of shared identity and mutual understanding.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organized grand festivals and cultural exchanges, showcasing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unique artistic traditions of each kingdom. Rajasthani dancers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performed alongside musicians from Gujarat and poets from Malwa,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spectacle that transcended political boundaries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celebrated the richness of the region's diverse heritage. These events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mere performances; they were carefully crafted strategies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build bridges and break down prejudices. They were designed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 a sense of unity and shared identity, reinforcing the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alliances forged through treaties and agreements.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commitment to justice extended beyond economics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culture. She established a regional court system designed to resolve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disputes fairly and efficiently. This court was staffed by judges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kingdoms, ensuring impartiality and promoting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justice. She also implemented strict measures to prevent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corruption and ensure the fair treatment of all individuals,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regardless of their social standing or nationality. This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justice further solidified the alliances, creating a sense of trust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security. The courts became beacons of impartiality,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recourse to those wronged and upholding the principles of fairness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underpinned the newly formed regional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ever at her side, played a crucial role in supporting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efforts. His military expertise proved invaluable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securing the region's borders, deterring any potential threats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 forces. His quiet strength and unwavering loyalty provided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with the security she needed to pursue her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diplomatic agenda. While Aishwarya masterfully navigated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intricacies of diplomacy and governance, Rachit quietly ensured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safety and stability, their shared strength forming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impenetrable fortress against any internal or external threat.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story, a tale of forbidden passion that had blossomed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turmoil, now served as a foundation for a new era of peace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extended beyond the immediate region. News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Rajasthan’s remarkable transformation spread to other kingdoms,</w:t>
      </w:r>
    </w:p>
    <w:p>
      <w:pPr>
        <w:sectPr>
          <w:pgSz w:w="8000" w:h="12000"/>
          <w:pgMar w:top="428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attracting attention and interest. Some rulers, impressed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achievements, sought alliances with Rajasthan,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strengthening the kingdom's position on the regional stage.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carefully vetted these requests, ensuring that any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 aligned with Rajasthan’s values and goals, strengthening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existing network of trust and cooperation. This careful selection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that the alliances remained strong and stable, avoiding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pitfall of forming hasty partnerships that might compromise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vision of a peaceful and prosperous region.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the path to lasting peace was never smooth.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arose from unforeseen circumstances and internal power struggles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allied kingdoms. Aishwarya’s diplomatic prowess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tested repeatedly, as she navigated complex political situations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resolved disputes with grace and firmness. She showed remarkable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flexibility, adapting her strategies to the specific circumstances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conflict and ensuring that the regional alliances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intact. She often used mediation, appealing to the shared interests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allied kingdoms, to quell conflicts before they escalated.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balancing act underscored her profound understanding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regional politics and her exceptional diplomatic skill.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actions also extended to improving the lives of her people.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initiated education reforms, ensuring that children, regardless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background, had access to quality education. She supported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arts and encouraged cultural exchange, creating a vibrant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tolerant society. She promoted agriculture and trade, increasing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and economic opportunities. Her focus was on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the security of her kingdom but also on the well-being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people, leading to widespread respect and loyalty from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subjects.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passed. The strategic alliances forged under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 became a bedrock of stability and prosperity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and its neighbors. The region, once riddled with conflict,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flourished under the banner of peace and mutual cooperation.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legacy transcended her reign, inspiring future rulers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adopt her policies of diplomacy, cooperation, and justice.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wisdom, her unwavering commitment, and the love she shared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 became a powerful testament to the transformative power of</w:t>
      </w:r>
    </w:p>
    <w:p>
      <w:pPr>
        <w:sectPr>
          <w:pgSz w:w="8000" w:h="12000"/>
          <w:pgMar w:top="296" w:right="67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peace and the enduring strength of a love story that shaped history.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tale of Aishwarya and Rachit resonated through the ages,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reminding generations that even amidst the deepest conflicts,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love could triumph, leading to an era of unparalleled prosperity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harmony for Rajasthan and the kingdoms beyond.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their shared reign was woven with threads of diplomacy,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and love – a legacy that continued to shine brightly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after their time.</w:t>
      </w:r>
    </w:p>
    <w:p>
      <w:pPr>
        <w:sectPr>
          <w:pgSz w:w="8000" w:h="12000"/>
          <w:pgMar w:top="296" w:right="6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Economic Diplomacy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vision extended beyond the symbolic gestures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projects and cultural exchanges. She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economic stability was the cornerstone of lasting peace.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diplomacy was as intricate and carefully planned as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maneuvers, each move calculated to enhance Rajasthan’s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and strengthen its alliances. She initiated a series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trade reforms, focusing on reducing barriers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encouraging the free flow of goods and services throughout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region. This involved not only the reduction of tariffs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streamlining of customs procedures, but also a concerted effort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standardize weights and measures, ensuring fair trade practices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across all participating kingdoms.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was immediate and profound. Previously, merchants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faced significant delays and uncertainties due to varying customs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regulations and inconsistent measurements. This created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bottlenecks in trade, hindering economic growth and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 between kingdoms. Aishwarya’s reforms effectively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eliminated these obstacles, creating a more efficient and equitable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trading environment. Merchants from across the region flocked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Rajasthan’s bustling marketplaces, their caravans laden with silks,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spices, precious stones, and a plethora of other goods.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of goods created a surge in economic activity, enriching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not only the royal treasury but also the lives of ordinary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further stimulate trade, Aishwarya invested heavily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 of infrastructure. The construction of new roads,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bridges, and canals was not merely a feat of engineering;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orchestrated economic strategy. These projects generated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employment, stimulating local economies and fostering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purpose among the participating kingdoms. The improved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reduced transportation costs, making goods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affordable and accessible to a wider range of consumers. 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facilitated the movement of people, encouraging cultural exchange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strengthening the bonds between different communities.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Aishwarya’s approach was notably inclusive. She actively sought</w:t>
      </w:r>
    </w:p>
    <w:p>
      <w:pPr>
        <w:sectPr>
          <w:pgSz w:w="8000" w:h="12000"/>
          <w:pgMar w:top="442" w:right="76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participation of artisans and merchants from all the allied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kingdoms in the construction projects and trade initiatives. This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fostered a sense of shared ownership but also promoted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of skills and knowledge, boosting productivity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competitiveness across the region. Rajasthani craftsmen, renowned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exquisite textiles and jewelry, found new markets for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wares, while artisans from other kingdoms brought their unique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skills and expertise to Rajasthan, enriching the local crafts industry.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immediate economic benefits, Aishwarya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long-term economic sustainability. She promoted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diversification of the economy, encouraging investment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agriculture, mining, and other sectors. She implemented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reforms, introducing new farming techniques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providing farmers with access to better seeds and irrigation systems.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led to increased agricultural productivity, ensuring food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 and generating surplus for trade. She also encouraged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 of local industries, providing training and support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artisans and entrepreneurs.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Aishwarya’s focus on education was instrumental in achieving long-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term economic growth. She established schools and vocational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 centers throughout the kingdom, providing opportunities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children from all social backgrounds to acquire skills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knowledge. This investment in human capital was crucial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preparing Rajasthan’s workforce for the challenges of a rapidly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expanding economy. She understood that an educated populace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essential for innovation, technological advancement, and sustained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economic prosperity.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crucial role of finance in economic development,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reformed the kingdom’s financial system. She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more transparent and efficient system of taxation, reducing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on the common people while ensuring a steady flow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revenue for the government. She also encouraged the development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robust banking system, facilitating lending and investment.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facilitated economic growth and reduced reliance on informal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often exploitative credit arrangements.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economic prosperity under Aishwarya's reign was not merely a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matter of accumulating wealth; it was a strategic tool for achieving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and stability. The enhanced trade and cooperation created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web of interdependence that discouraged conflict. Kingdoms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economically intertwined had a stronger incentive to maintain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peaceful relations, as conflict would disrupt trade and harm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economic interests. Aishwarya's economic diplomacy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masterclass in using economic power to create a region of lasting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Aishwarya's economic policies attracted the attention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neighboring kingdoms. Many sought to emulate her strategies,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leading to a wider adoption of economic cooperation throughout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region. This created a virtuous cycle, with increased trade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collaboration fostering further economic development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strengthening regional stability. The once fragmented kingdoms,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plagued by constant skirmishes and trade disputes, transformed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cohesive economic bloc, their fortunes intertwined in a tapestry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mutual prosperity.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focus on economic diplomacy wasn't solely about increasing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Rajasthan's wealth; it was a profound statement about her vision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future. She understood that economic power, when wielded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wisely and justly, could be a force for good, shaping a future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and prosperity for generations to come. It was a subtle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counterpoint to the destructive force of Rachit's initial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for revenge, a testament to the transformative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love, diplomacy, and visionary leadership. The markets, once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with the anxieties of scarcity and competition, resonated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sounds of prosperity and collaboration, a symphony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trade orchestrated by the Queen's wisdom.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strength of Rajasthan, bolstered by Aishwarya's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shrewd policies, also provided a vital buffer against external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threats. The kingdom's growing prosperity attracted skilled workers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innovative minds from across the region, further enriching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capital. This strengthened the kingdom's resilience, making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less vulnerable to external pressures and strengthening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 in regional politics. Aishwarya understood that a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economy was not only a source of prosperity but also a critical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component of national security.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Aishwarya’s economic policies extended far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reign. The institutional frameworks she established, including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standardized weights and measures, streamlined customs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procedures, and the reformed financial system, remained in place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generations. These structures provided a solid foundation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sustained economic growth and regional cooperation. Subsequent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rulers, inspired by her success, continued to build on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foundation, further solidifying Rajasthan’s position as a leading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and political power in the region. Aishwarya’s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shining example of how wise economic diplomacy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 leveraged to foster peace, cooperation, and prosperity, leaving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 indelible mark on the region's history.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Rachit, initially driven by a thirst for revenge, found himself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by Aishwarya’s vision. Witnessing the positive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policies on the lives of his people, he shed his earlier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bitterness, embracing his role as a supportive partner in building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prosperous and peaceful kingdom. Their love story became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compelling narrative of how even the deepest wounds of the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heal, giving way to a shared commitment to building a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future. The union of their hearts mirrored the unity they fostered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region, creating a legacy that resonated far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confines of their kingdom. Their story is a testament to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to mend fractured hearts and minds, ultimately transforming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fabric of a nation. The echoes of their reign—a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their love and a blueprint for a peaceful and prosperous future—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continue to resonate through the generations.</w:t>
      </w:r>
    </w:p>
    <w:p>
      <w:pPr>
        <w:sectPr>
          <w:pgSz w:w="8000" w:h="12000"/>
          <w:pgMar w:top="428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Cultural Exchange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prosperity Aishwarya had painstakingly cultivated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fertile ground for her next ambitious project: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program of cultural exchange. She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interdependence was only one pillar of lasting peace;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other, equally crucial, was mutual understanding and tolerance.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believed that by exposing her people to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cultures, she could foster empathy and break down the barriers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prejudice that often fueled conflict.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initiative began with a series of carefully planned festivals.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 not merely celebratory events; they were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designed opportunities for cultural interaction. Artisans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performers from allied kingdoms were invited to Rajasthan,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bringing with them their unique traditions and skills.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marketplaces of Jaipur and Jodhpur were transformed into dazzling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displays of cultural diversity, showcasing exquisite textiles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Gujarat, intricate pottery from Bengal, and captivating musical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performances from across the northern plains.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festivals weren't confined to the royal courts; they extended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villages and towns across the kingdom. Traveling troupes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performers, sponsored by the royal treasury, crisscrossed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countryside, presenting plays and dances that reflected the rich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South Asian culture. These performances weren’t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entertainment; they served as living history lessons,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glimpses into the lives and traditions of different communities.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ensured that the performances included narratives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history, emphasizing common cultural threads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connected the various kingdoms.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Alongside the festivals, Aishwarya established a network of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programs. Scholars and students were exchanged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and its neighboring kingdoms. Rajasthani scholars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travelled to other courts, enriching their understanding of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philosophical traditions, legal systems, and artistic styles. In return,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scholars from other kingdoms brought their knowledge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Rajasthan, stimulating intellectual discourse and broadening the</w:t>
      </w:r>
    </w:p>
    <w:p>
      <w:pPr>
        <w:sectPr>
          <w:pgSz w:w="8000" w:h="12000"/>
          <w:pgMar w:top="442" w:right="67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perspectives of its populace.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intellectual cross-pollination enriched Rajasthan’s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in profound ways. Rajasthani artists, inspired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diverse aesthetics of other cultures, began to incorporate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techniques and styles into their work. Painters experimented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color palettes and subject matter, while musicians blended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musical traditions, creating a unique fusion of sounds.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 was a vibrant cultural renaissance, a flowering of creativity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fueled by the exchange of ideas and inspiration.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program extended beyond the arts. Aishwarya encouraged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of agricultural techniques and culinary practices. Farmers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different regions shared their knowledge of crop rotation,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irrigation systems, and pest control. Cooks from various kingdoms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introduced new recipes and ingredients, enriching Rajasthan’s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culinary traditions. These seemingly small exchanges had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impact, fostering cooperation and improving the quality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life for ordinary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focus on cultural exchange was not without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challenges. There were conservative elements within the court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resisted her initiatives, viewing them as a threat to Rajasthan’s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identity. However, Aishwarya’s persuasive diplomacy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her vision gradually overcame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resistance. She emphasized that cultural exchange was not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abandoning one’s own traditions; it was about enriching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through interaction and 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her program lay in its inclusivity. Aishwarya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cultural exchange programs were accessible to all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classes, fostering a sense of shared participation and ownership.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encouraged commoners to participate in the festivals,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with opportunities to interact with people from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backgrounds. This fostered a sense of community and 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unity, further strengthening the bonds between Rajasthan and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allied kingdoms.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Aishwarya’s cultural exchange programs extended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beyond the immediate benefits of cultural enrichment. By</w:t>
      </w:r>
    </w:p>
    <w:p>
      <w:pPr>
        <w:sectPr>
          <w:pgSz w:w="8000" w:h="12000"/>
          <w:pgMar w:top="296" w:right="67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understanding and tolerance, she laid the groundwork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lasting peace. The shared experiences and common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 fostered through these initiatives created a sense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identity among the various kingdoms, breaking down the walls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prejudice and suspicion.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festivals, often held in vast open spaces, drew immense crowds,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representing not just different kingdoms but also different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classes within Rajasthan. The sight of princes and peasants alike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enjoying the same music, the same food, and the same spectacle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performances helped cement a sense of shared identity,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bridging social divides as well as geographical ones. These weren't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merely festivals; they were powerful acts of nation-building.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also understood the importance of reciprocal exchange.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ensured that Rajasthani art, music, and traditions were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with other kingdoms. Rajasthani artisans and performers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sent on tours, showcasing the kingdom’s rich cultural heritage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wider audience. This not only enhanced Rajasthan’s reputation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fostered mutual respect and understanding between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cultures. It was a carefully balanced exchange, designed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to receive but also to give, solidifying bonds through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experiences.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long-term effects of Aishwarya’s initiatives were undeniable.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after her reign, the memory of the vibrant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programs would persist as testament to her visionary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leadership. The shared cultural experiences forged during her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foundation for stronger relationships between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kingdoms, and laid the groundwork for future cooperation 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multitude of fronts.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particularly successful initiative was the establishment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 of schools specifically designed to teach languages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studies from different parts of the region. These schools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weren't exclusive; they were open to children of all social classes,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an environment of intellectual exchange and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learning from a young age. This ensured that future generations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inherit a deep understanding and appreciation of the diverse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cultures that made up their shared world.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Aishwarya’s dedication to cultural exchange wasn’t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matter of policy; it was a personal commitment. She actively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participated in many of the festivals and cultural events, engaging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participants from different backgrounds. Her genuine interest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other cultures, and her willingness to interact on a personal level,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demonstrated her deep belief in the importance of her initiatives.</w:t>
      </w:r>
    </w:p>
    <w:p>
      <w:pPr>
        <w:autoSpaceDN w:val="0"/>
        <w:autoSpaceDE w:val="0"/>
        <w:widowControl/>
        <w:spacing w:line="264" w:lineRule="exact" w:before="60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personal touch resonated deeply within her kingdom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beyond, inspiring others to participate in and contribute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growing cultural harmony.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lasting legacy of Aishwarya’s reign is not only marked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prosperity but also by a profound cultural blossoming,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born from her visionary approach to cultural exchange. The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understanding she fostered through her initiatives extended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her lifetime, proving that a flourishing culture could indeed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 a powerful engine for regional stability and unity, a fitting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wisdom and to the enduring power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and shared experience. The cultural richness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permeated Rajasthan during her reign remains a vital part of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heritage, a beautiful and enduring legacy shaped by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belief in the power of shared cultural understanding.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echoes of her harmonious reign continue to inspire, underscoring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potent interplay between love, diplomacy, and the blossoming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cultures.</w:t>
      </w:r>
    </w:p>
    <w:p>
      <w:pPr>
        <w:sectPr>
          <w:pgSz w:w="8000" w:h="12000"/>
          <w:pgMar w:top="428" w:right="6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Conflict Resolution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shadow of her father’s death still hung heavy over Aishwarya,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somber counterpoint to the vibrant tapestry of cultural exchange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woven across Rajasthan. Yet, the grief did not consume her.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Instead, it fueled a steely resolve to secure her kingdom’s future,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she envisioned as one of peace and prosperity. Rachit,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husband and the King of a fallen kingdom, remained a complex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enigma. His love for her was undeniable, a passionate fire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burned bright even amidst the ashes of his past. But the ghosts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revenge, the blood spilled in pursuit of his ambition, cast a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 over their relationship.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major conflict arose not from their personal feelings,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simmering tensions between Rajasthan and the remnants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Rachit’s former kingdom. Loyalist factions within his old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territories still clung to the hope of restoring his father’s reign,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whispering of rebellion and plotting against Aishwarya’s rule.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torn between his loyalty to his people and his love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found himself caught in a delicate balancing act.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advisors, hardened by years of conflict, urged him to reclaim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birthright by force, even if it meant jeopardizing the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had painstakingly built.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however, refused to resort to violence. She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root of the conflict—a deep-seated resentment born of injustice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yearning for autonomy. Instead of suppressing the rebellion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brute force, she proposed a solution that was both innovative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audacious: a council of reconciliation. This council would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composed of representatives from both Rajasthan and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former kingdom, including members of the disgruntled loyalist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factions. Its purpose would be to address the grievances of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people, to find common ground, and to chart a path toward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unified future.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proposal was met with resistance, particularly from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hardline advisors who saw it as a sign of weakness. They argued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negotiations would only embolden the rebels and delay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inevitable conflict. But Aishwarya remained firm, her voice</w:t>
      </w:r>
    </w:p>
    <w:p>
      <w:pPr>
        <w:sectPr>
          <w:pgSz w:w="8000" w:h="12000"/>
          <w:pgMar w:top="442" w:right="66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resonating with the unwavering strength of a queen determined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forge peace. She argued that a lasting peace couldn’t be built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of fear and subjugation, but on mutual respect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She meticulously laid out her plans, detailing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terms of the council's formation, outlining its mandate,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specifying the mechanisms for conflict resolution. She emphasized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transparent communication and fair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representation for all stakeholders.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though initially hesitant, was swayed by Aishwarya's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conviction and her meticulous plan. He recognized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wisdom in her approach, seeing that suppressing rebellion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force would only lead to a cycle of violence. He agreed to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council, albeit with a cautious optimism tempered by years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warfare. He knew his people were deeply entrenched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grievances and that the path to reconciliation would be long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arduous. Yet, he placed his faith in Aishwarya’s vision, trusting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ability to navigate the intricate landscape of political intrigue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interpersonal conflict.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Council of Reconciliation met under the watchful gaze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majestic Aravalli mountains. The atmosphere was thick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tension, a silent testament to the long history of conflict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two factions. Aishwarya, her grace tempered with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presided over the proceedings. She listened patiently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grievances of Rachit’s people, validating their feelings,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acknowledging the injustices they had endured. She didn't shy away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difficult truths, but instead, she framed them within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of shared history, emphasizing the common threads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bound them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discussions were often heated and fraught with emotion. Years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mistrust and animosity were not easily erased. But under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skillful guidance, the council gradually found its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 common ground. She used her diplomatic skills to mediate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disputes, to find compromises, and to forge agreements.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encouraged empathy and understanding between the warring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factions, skillfully leveraging shared cultural heritage and long-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standing economic ties to bridge the divide.</w:t>
      </w:r>
    </w:p>
    <w:p>
      <w:pPr>
        <w:sectPr>
          <w:pgSz w:w="8000" w:h="12000"/>
          <w:pgMar w:top="296" w:right="66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ability to connect with people on a personal level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instrumental in her success. She engaged with individuals from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sides of the conflict, listening to their stories, understanding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perspectives, and validating their concerns. She showed them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valued their voices, that she cared about their well-being,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she was committed to finding a just and equitable solution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council’s work culminated in a series of agreements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addressed the key grievances of Rachit’s people. These agreements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included provisions for greater autonomy in local governance, fairer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distribution of resources, and increased representation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national council. The agreements weren't perfect, but 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a significant step toward reconciliation,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dedication to peaceful conflict resolution.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victory not just for peace, but for her ability to translate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human nature into a sustainable path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 council did not happen overnight. It required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planning, skilled negotiation, and an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diplomacy. Aishwarya navigated the delicate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 between respecting the autonomy of Rachit's former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and ensuring the stability of her own. She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peace wasn't about subjugation, but about empowering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stakeholders and creating a sense of shared ownership. Her belief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cultural exchange now manifested as a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tool, fostering collaboration and shared understanding.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leveraged this to create a sense of unity, binding the two kingdoms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through a shared sense of identity and purpose.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the Council of Reconciliation extended far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immediate agreements. It established a precedent for peaceful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resolution, demonstrating that even deep-seated grievances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be addressed through dialogue and collaboration. It fostered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trust and cooperation between Rajasthan and Rachit’s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former kingdom, paving the way for future collaborations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stronger union. The experience transformed the perspectives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many who had previously been entrenched in conflict,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demonstrating the power of understanding and empathy to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even the most intractable divisions. The council's success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proved to be a pivotal moment in Aishwarya's reign, cementing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reputation not just as a wise ruler, but as a powerful force for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reconciliation. The scars of the past remained, but the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forward, now illuminated by the light of mutual respect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was clear. The queen's wisdom had triumphed,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force, but through compassion, a victory more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enduring than any military conquest. The quiet strength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diplomacy, woven into the fabric of political and social life,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peace, like the vibrant tapestry of her cultural exchanges,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be a lasting legacy for generations to come. The seeds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reconciliation had been sown, and Aishwarya, with the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confidence born of her wisdom and compassion, watched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sprout and grow, shaping a future of unity and prosperity for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kingdoms.</w:t>
      </w:r>
    </w:p>
    <w:p>
      <w:pPr>
        <w:sectPr>
          <w:pgSz w:w="8000" w:h="12000"/>
          <w:pgMar w:top="296" w:right="66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Leadership and Inspiration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 Council of Reconciliation was not merely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triumph; it was a testament to Aishwarya's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human nature. She recognized that lasting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not be achieved through force alone, but required a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underlying causes of conflict and a willingness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address them with compassion and empathy. Her approach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revolutionary for its time, a stark contrast to the prevailing norms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power politics and military dominance. She eschewed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methods of crushing dissent, opting instead to engage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people, to listen to their grievances, and to work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solutions that were equitable and sustainable.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approach resonated deeply with her subjects.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willingness to listen, to acknowledge the suffering inflicted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people, and to work towards redress, transformed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landscape. Where fear and mistrust had once reigned, hope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optimism began to take root. This was not merely a change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policy; it was a shift in the very fabric of societal relations.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actions served as a potent symbol of her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justice and fairness, underscoring her belief in the inherent worth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dignity of every individual, regardless of their background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political affiliation.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intelligence and her strategic acumen were evident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planning that underlay the council's success. She didn't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convene a meeting and hope for the best; she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the framework for negotiations, ensuring that 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stakeholders had a voice and that the process was transparent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fair. She anticipated potential obstacles and devised strategies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them, demonstrating a level of foresight and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astuteness that impressed even her most skeptical advisors.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ability to navigate the complex web of political relationships,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identify and leverage common ground, and to build consensus,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masterclass in diplomacy.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her political strategies, Aishwarya's leadership was infused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a profound sense of compassion. She understood that lasting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requires not just political solutions, but a change of hearts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minds. She engaged with her people on a personal level,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listening to their stories, sharing their pain, and validating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emotions. This personal touch, this genuine concern for the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of her subjects, transcended the political realm,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connection and shared purpose. She demonstrated that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ruler could be both strong and compassionate, powerful yet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empathetic. This dual nature of her leadership became a hallmark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reign, a source of inspiration for her people and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unwavering commitment to their welfare.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determination also played a crucial role in her success.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faced significant opposition to her proposals, particularly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advocated for a more forceful approach. But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steadfast in her belief that peaceful resolution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possible, and she persisted in her efforts even when faced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setbacks and criticism. Her resolve inspired those around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that even seemingly insurmountable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be overcome through perseverance and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commitment. Her determination was not a stubborn insistence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way but a firm commitment to the principles of justice,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peace, and human dignity. She understood that compromising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ideals would ultimately undermine the very foundation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 and equitable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Aishwarya's leadership extended far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immediate consequences of the Council of Reconciliation. It created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ripple effect, transforming the relationship between Rajasthan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former kingdom. Trade flourished, cultural exchanges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intensified, and a sense of shared identity began to emerge.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 of the council served as a model for conflict resolution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 parts of the kingdom, inspiring leaders to embrace diplomacy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negotiation rather than resorting to violence.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legacy was not just about political stability;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a profound transformation in societal values. Her leadership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redefined the role of a ruler, demonstrating that power could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used not just to control, but to serve, to inspire, and to foster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prosperity. She became a symbol of hope for her people,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beacon of wisdom and compassion in a world often characterized</w:t>
      </w:r>
    </w:p>
    <w:p>
      <w:pPr>
        <w:sectPr>
          <w:pgSz w:w="8000" w:h="12000"/>
          <w:pgMar w:top="296" w:right="66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conflict and violence. Her story inspired countless others,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proving that it's possible to achieve peace not through force,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through the careful cultivation of understanding and empathy.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reign was marked not only by political acumen but also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understanding of the power of cultural exchange and its role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fostering unity. The vibrant tapestry of Rajasthan's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landscape, which she had previously nurtured, now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tool for reconciliation. By showcasing the shared heritage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cultural bonds between the two kingdoms, she bridged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divide created by years of conflict. The artistic collaborations,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festivals, the intertwining of traditions—all contributed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shared identity and a recognition of the interconnectedness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histories. This was a masterful display of soft power,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effectively utilizing cultural diplomacy to achieve what military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force had failed to accomplish.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leadership extended beyond mere political strategy;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encompassed a fundamental shift in governance philosophy.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true leadership lies not in wielding power, but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empowering others. She delegated responsibilities, fostered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collaboration, and created opportunities for her people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participate in the decision-making process. This participatory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strengthened the social fabric, creating a sense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ownership and collective responsibility. It wasn't simply a top-down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approach; it was a collaborative effort, a partnership between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ruler and the ruled, founded on mutual respect and trust.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participatory style of leadership also fostered a sense of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among her people. They were no longer just subjects,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active participants in shaping their own destinies. This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ownership was a crucial element in building a lasting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extended beyond her immediate reign.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policies and her philosophy of leadership continued to inspire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generations of rulers, ensuring that the principles of peaceful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resolution, compassion, and social justice remained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 of the kingdom's governance. Her wisdom became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cornerstone of the kingdom's political and social culture, shaping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fabric of its identity. Her legacy was not just about political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stability but about the lasting transformation of societal values,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establishing a precedent for leadership that valued empathy,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and the empowerment of its people. She showed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true strength lies not in military might but in the cultivation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and prosperity. Her legacy extended beyond the borders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kingdom, inspiring rulers and leaders in other regions to adopt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similar methods of conflict resolution and governance.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ability to inspire was not limited to her own people; it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other rulers and leaders throughout the region. Her achievements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legendary, a powerful testament to the transformative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of compassionate and intelligent leadership. She inspired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era of diplomacy and collaboration, showing that lasting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be achieved through dialogue, mutual understanding,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justice. Her life became a source of inspiration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to come, proving that true power is not simply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dominion but about the ability to inspire and uplift those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you. The tales of her wisdom and compassion were shared far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wide, transforming her into a symbol of hope and a beacon of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world often shrouded in darkness. Her story, passed 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generations, became a powerful reminder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power of leadership guided by intelligence,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and a deep belief in the inherent goodness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humanity. The Queen's wisdom, a legacy far more valuable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 crown jewel, shone brilliantly through the annals of history,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testament to the power of empathy and the pursuit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peace.</w:t>
      </w:r>
    </w:p>
    <w:p>
      <w:pPr>
        <w:sectPr>
          <w:pgSz w:w="8000" w:h="12000"/>
          <w:pgMar w:top="296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Prisoner Reform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hung heavy with the scent of jasmine and the distant clang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blacksmith's hammer, a stark contrast to the grim reality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faced within the walls of the royal prison. He had inherited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only a kingdom scarred by war but a penal system steeped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cruelty and neglect. The dungeons, dank and suffocating,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with men whose spirits had been broken as much as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bodies. They were not merely prisoners; they were forgotten souls,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 aside by a society that offered no path to redemption.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saw something else: the potential for change,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possibility of healing, even within the shadowed confines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 walls. His vision was not one of retribution, but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rehabilitation. This was a radical departure from the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norms, a concept that met with significant resistance from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advisors, many of whom favored the traditional, brutal methods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punishment.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step was to dismantle the archaic system that had existed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centuries. He ordered a thorough inspection of the prison,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identifying the most pressing issues: overcrowding, inadequate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sanitation, and a complete lack of any form of education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vocational training. The prisoners were often malnourished,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 neglected, their basic human rights routinely violated.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stench of disease and despair hung heavy in the air, a chilling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callous disregard for human life. Rachit,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affected by what he saw, vowed to transform this place of suffering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a center for rehabilitation, a place where men could find a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a better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began by improving the living conditions. Overcrowding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addressed by releasing non-violent offenders and those whose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sentences were nearing completion. He then ordered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new, more spacious cells with improved ventilation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sanitation. Clean water and nutritious food were made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available, a simple but crucial step in improving the prisoners’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 and morale. Medical care was introduced, and a physician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appointed to tend to the prisoners’ physical and mental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being. These were not mere gestures of kindness; they were</w:t>
      </w:r>
    </w:p>
    <w:p>
      <w:pPr>
        <w:sectPr>
          <w:pgSz w:w="8000" w:h="12000"/>
          <w:pgMar w:top="442" w:right="66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 moves designed to create an environment conducive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reform and rehabilitation.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reforms extended far beyond the physical infrastructure.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true reform required addressing the root causes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crime, which often stemmed from poverty, lack of education,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societal marginalization. He initiated a comprehensive program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and vocational training, offering prisoners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opportunity to learn basic literacy, numeracy, and practical skills.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Workshops were set up, providing instruction in carpentry,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masonry, and other trades, equipping them with the skills necessary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secure employment upon their release. The goal was not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keep them occupied but to empower them with the means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build a sustainable life outside the prison walls.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also established a system of counseling and mentorship, pairing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prisoners with experienced counselors and mentors who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guide them toward personal growth and self-improvement.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mentors were not just prison officials; they were respected members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community, chosen for their compassion, wisdom, and 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connect with individuals from diverse backgrounds.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touch proved invaluable in helping the prisoners overcome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past traumas and develop a sense of hope for the future.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mentors offered a listening ear, provided support, and guided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prisoners through the process of self-reflection and personal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program's success wasn't merely measured by the reduction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recidivism rates, but also by the positive changes observed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prisoners' lives. Many emerged from prison with newfound skills,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renewed sense of purpose, and a determination to rebuild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lives. They became productive members of their communities,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contributing to the economic and social well-being of Rajasthan.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 even became advocates for prison reform themselves, sharing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experiences and inspiring others to embrace a more humane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to incarceration. This was a testament to Rachit's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visionary leadership and his unwavering belief in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redemption.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transformation wasn't without its challenges. Many in the</w:t>
      </w:r>
    </w:p>
    <w:p>
      <w:pPr>
        <w:sectPr>
          <w:pgSz w:w="8000" w:h="12000"/>
          <w:pgMar w:top="296" w:right="66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court, accustomed to the brutal methods of the past, resisted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innovative approach. They argued that leniency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embolden criminals, undermining the authority of the state.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however, stood firmly by Rachit’s side,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profound implications of his reforms. She had witnessed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firsthand the transformative power of empathy and compassion,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she knew that a society that offered its citizens only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punishment could never truly achieve lasting peace and justice.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support was crucial, not only in providing political cover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initiatives, but also in creating a broader societal context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acceptance of the reforms. She used her influence to educate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about the benefits of rehabilitation, highlighting the success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of reformed prisoners and emphasizing the long-term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and social benefits of reducing recidivism. She appealed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their sense of compassion and empathy, reminding them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had fallen into crime were often victims of circumstances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their control. She encouraged the public to welcome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reformed prisoners back into the community, providing them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support and opportunities they needed to succeed.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Rachit’s prison reforms was not simply a matter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improving prison conditions; it was a holistic approach to crime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prevention and social rehabilitation. It involved addressing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and economic factors that contributed to crime,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education and employment, and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of empathy and forgiveness. This comprehensive approach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proved remarkably effective, drastically reducing recidivism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creating a more just and equitable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on Rajasthan was significant. The kingdom witnessed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decrease in crime rates, a rise in social cohesion, and an overall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improvement in the quality of life for its citizens. The reformed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prisoners, once marginalized and forgotten, became contributing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members of society, their stories becoming symbols of hope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redemption. The reforms demonstrated that punishment alone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the answer; real progress required a combination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justice, and a belief in the potential for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transformation. The prison, once a symbol of oppression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despair, was now transformed into a center for healing, a place</w:t>
      </w:r>
    </w:p>
    <w:p>
      <w:pPr>
        <w:sectPr>
          <w:pgSz w:w="8000" w:h="12000"/>
          <w:pgMar w:top="296" w:right="66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broken lives could be mended, and individuals could find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path to redemption.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 success of the prison reforms brought about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ripple effect that extended beyond the confines of the prison walls.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inspired other kingdoms and regions to reconsider their approach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crime and punishment. Rachit and Aishwarya’s leadership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model for humane and effective criminal justice,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that a compassionate approach could be just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effective, if not more so, than traditional methods of retribution.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story of Rajasthan’s prison reform became a powerful narrative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social change, a testament to the transformative power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empathy, understanding, and a belief in the inherent worth of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being. This shift in perspective created a profound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broader political and social landscape, ushering in an era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reform and reconciliation that echoed throughout the land.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transformed prison became a source of pride for Rajasthan,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 kingdom’s commitment to justice and compassion.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attracted visitors from neighboring kingdoms who came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observe and learn from Rachit’s innovative approaches. The success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of the reformed prisoners were widely circulated,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strengthening the movement towards a more humane and effective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to criminal justice. This exchange of ideas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helped to spread the principles of reform throughout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region, inspiring other rulers and leaders to adopt similar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strategies in their own kingdoms. The legacy of Rachit's reforms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far beyond the borders of Rajasthan, transforming the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which crime and punishment were viewed across the land.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work extended beyond the mere logistics of reform.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the stigma associated with imprisonment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barrier to reintegration. He spearheaded a campaign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 societal perceptions, emphasizing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second chances and forgiveness. He organized public forums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reformed prisoners could share their stories, dispelling myths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empathy among the populace. He partnered with religious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 and community organizations to create support networks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formerly incarcerated individuals, providing them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guidance and resources they needed to successfully reintegrate into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This holistic approach, addressing both internal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external barriers to rehabilitation, proved incredibly successful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reducing recidivism and fostering a more inclusive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compassionate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Ultimately, Rachit's prison reforms represented more than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 in policy; they were a reflection of his profound belief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potential and his unwavering commitment to justice.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extended beyond the walls of the prison, shaping the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political landscape of Rajasthan for generations to come.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transformation was a testament to the power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the transformative effect of giving second chances,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enduring belief in the possibility of redemption, even for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had strayed the furthest from the path of righteousness.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enduring power of love and forgiveness,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reminder that even in the darkest corners of society, hope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could flourish.</w:t>
      </w:r>
    </w:p>
    <w:p>
      <w:pPr>
        <w:sectPr>
          <w:pgSz w:w="8000" w:h="12000"/>
          <w:pgMar w:top="296" w:right="69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Social Welfare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of the prison system was merely the first step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ambitious plan to reshape Rajasthan. He understood that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truly just and prosperous kingdom required more than just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reformed penal system; it demanded a comprehensive approach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welfare, addressing the needs of its most vulnerable citizens.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vision extended beyond the walls of the prison, encompassing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wider community and its intricate tapestry of needs.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poverty, disease, and lack of opportunity were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breeding grounds for crime and social unrest, and he vowed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address these issues head-on.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initiative was the establishment of free medical clinics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kingdom. These were not simply rudimentary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dispensaries, but fully equipped facilities staffed by skilled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physicians and healers. He recruited physicians from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land, offering them generous stipends and the promise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supportive environment to encourage their service. He implemented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vaccination programs to curb the spread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infectious diseases, ensuring that even the most remote villages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received the necessary inoculations. He understood that a healthy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population was a productive population, and a healthy population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essential for a thriving kingdom. The clinics became hubs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health, offering not only treatment for illnesses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educational programs on hygiene and preventative healthcare,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fostering a culture of wellness within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physical health, Rachit focused on education.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schools in every village, ensuring that both boys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girls had access to quality education regardless of their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or economic background. He brought in scholars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teachers from across the land, providing them with adequate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 and resources. The curriculum was designed not merely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impart literacy and numeracy but also to instill values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critical thinking, and social responsibility.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education was the key to unlocking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and empowering individuals to shape their own destinies.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schools became beacons of hope, transforming villages across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fostering a generation eager to learn and contribute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kingdom's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that education alone was insufficient to lift families 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poverty, Rachit implemented a series of economic empowerment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programs. He provided small loans and grants to impoverished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families, enabling them to start their own businesses and create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 livelihoods. He established vocational training centers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teaching various trades, from weaving and pottery to carpentry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metalworking, equipping individuals with the skills needed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 gainful employment. These weren’t merely charitable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handouts; they were strategically designed to boost the local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economies and create a culture of entrepreneurship. He prioritized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projects that benefited the entire community, emphasizing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collective growth and mutual support. He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economic independence was a fundamental human right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essential for a stable and just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commitment to social welfare also extended to the elderly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disabled members of society. He created dedicated care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facilities that offered dignified and comfortable living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arrangements, ensuring that these vulnerable populations received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care and support they required. The facilities were built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sensitivity and attention to detail, designed to offer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and belonging. He understood that society had a moral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obligation to care for its most vulnerable citizens, and he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this care was provided with respect and compassion.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that the elderly and disabled were not ostracized but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integrated into the community life, providing opportunities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them to contribute and share their wisdom and experiences.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Rachit's social welfare programs wasn't solely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dependent on his vision; it was dependent on the collective effort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community. He encouraged volunteerism, urging citizens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contribute their time and skills to various initiatives. He recognized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collective action in addressing societal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fostering a strong sense of community spirit and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responsibility. He organized community events and festivals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together individuals from diverse backgrounds,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shared culture and values. These events served not only as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entertainment but also as opportunities for people to connect,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collaborate, and build relationships.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played a crucial role in the success of these programs.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actively participated in the implementation of the initiatives,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using her influence and position within the court to ensure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smooth execution. She traveled extensively across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visiting villages and communities to assess the needs and progress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programs firsthand. She understood the social dynamics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region and worked tirelessly to promote community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engagement. Her empathy and compassion resonated deeply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people, making her a natural advocate for Rachit’s vision.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commitment went beyond simply providing support.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tirelessly to dispel traditional beliefs and prejudices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impeded the progress of the programs. She actively advocated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rights of women and marginalized groups, challenging the long-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societal norms that often left them excluded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underserved. She understood that true social progress demanded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inclusivity and equality, and she fought tirelessly to ensure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had an equal opportunity to thrive. Her influence was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 political; it was a force for social transformation.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Rachit and Aishwarya's work was transformative.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experienced a significant reduction in poverty, disease,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crime rates. There was a marked increase in literacy rates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overall quality of life. The economic empowerment programs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boosted the local economies, creating jobs and opportunities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growth. The communities were stronger, more connected, and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resilient. The kingdom became a model for other regions,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showcasing the transformative potential of a holistic approach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welfare. The reign of Rachit and Aishwarya became a golden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age, not only for its economic prosperity and political stability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for its remarkable social progress, proving that true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lay not in military might, but in the collective well-being of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The success of their vision was not merely a political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triumph; it was a testament to their unwavering belief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dignity and worth of every individual within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Their reign became a legacy of compassion, justice,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hope. Rajasthan flourished under their leadership,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from a kingdom defined by conflict to a beacon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 and compassion. The seeds of change they planted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into a thriving society, leaving an enduring legacy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social welfare and justice for generations to come.</w:t>
      </w:r>
    </w:p>
    <w:p>
      <w:pPr>
        <w:sectPr>
          <w:pgSz w:w="8000" w:h="12000"/>
          <w:pgMar w:top="296" w:right="10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Environmental Protection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vision extended beyond the immediate needs of his people;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understood that the prosperity of Rajasthan was intrinsically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linked to the health of its environment. His reign marked a turning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point, not only in social welfare but also in environmental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stewardship. He recognized that the kingdom's natural resources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fertile lands, its flowing rivers, and its abundant forests –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inexhaustible gifts, but a precious legacy to be preserved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generations. He initiated a comprehensive program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protection, guided by principles of sustainability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responsible resource management.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initiative focused on reforestation. Vast tracts of land,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depleted by years of overgrazing and deforestation, were identified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replanting. Rachit didn't simply order the planting of trees;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the ecological complexities involved. He commissioned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studies to determine the most suitable species for each region,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taking into account factors like soil type, water availability,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climate. He established nurseries across the kingdom, employing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villagers to cultivate saplings, providing them with training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steady employment. This approach ensured not only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successful reforestation but also provided economic opportunities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rural communities. The reforestation efforts were not limited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planting trees; they included the creation of protected forest areas,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logging and grazing were strictly prohibited, allowing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ecosystem to regenerate naturally. These protected areas served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havens for wildlife, preserving the kingdom's biodiversity. 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strict regulations against illegal logging and poaching,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imposing heavy penalties on violators to deter illegal activity.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measures not only protected the forests but also contributed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overall security, as it reduced the potential for conflict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scarce resources. The success of this initiative was evident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gradual return of wildlife to the previously depleted forests,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effectiveness of his sustainable forestry policies.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re-emergence of forests not only restored the ecological balance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contributed to the aesthetics of the landscape, transforming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 into a more beautiful and ecologically balanced kingdom.</w:t>
      </w:r>
    </w:p>
    <w:p>
      <w:pPr>
        <w:sectPr>
          <w:pgSz w:w="8000" w:h="12000"/>
          <w:pgMar w:top="442" w:right="662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 conservation was another key focus of Rachit's environmental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policies. Recognizing the vital role of water in sustaining life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agriculture, he invested heavily in water management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infrastructure. He commissioned the construction of numerous dams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reservoirs, carefully selecting locations to maximize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storage capacity while minimizing environmental impact.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 not only provided a reliable source of irrigation water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agriculture but also mitigated the risk of droughts, ensuring food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 for the kingdom. He also implemented innovative irrigation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techniques, promoting efficient water usage in agriculture.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encouraged the adoption of drought-resistant crops and water-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efficient farming practices, reducing the overall demand for water.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established water harvesting systems in villages, collecting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rainwater for household use and irrigation, ensuring that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dry spells, communities had access to water. These systems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merely technological improvements; they also fostered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community responsibility in water conservation.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promoted community participation in water management,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establishing local committees to oversee the maintenance and use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 resources, ensuring responsible and equitable distribution.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collaborative approach not only improved efficiency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instilled a strong sense of stewardship amongst the population.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water conservation was not just a technical issue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 social one, and he empowered communities to be active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participants in the process. The implementation of his water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conservation strategies proved incredibly effective.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 security improved dramatically, with droughts becoming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frequent and severe. Agriculture flourished, and food security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guaranteed even in times of lower rainfall. This success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cemented his reputation as a wise and compassionate ruler,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his commitment not just to the present but also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future of Rajasthan.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reforestation and water conservation, Rachit’s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stewardship extended to the protection of wildlife.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established national parks and wildlife sanctuaries, preserving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habitats for endangered species. He understood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interconnectedness of the ecosystem and the vital role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biodiversity in maintaining ecological balance. He implemented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strict anti-poaching measures, increasing patrols and deploying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trained personnel to protect these areas from illegal activity.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partnered with local communities, providing them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alternative sources of income to reduce their dependence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hunting and poaching. This community-based approach 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highly effective in ensuring the long-term protection of wildlife.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implemented rigorous environmental impact assessments for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major construction projects, ensuring that development did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 at the cost of environmental damage. He promoted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 tourism, encouraging eco-friendly practices among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visitors and ensuring that tourism did not adversely affect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environment. He invested in environmental education,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raising awareness among the populace regarding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protection. The implementation of environmental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programs in schools ensured that future generations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be equipped with the knowledge and understanding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necessary to become responsible environmental stewards.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wasn't simply about laws and regulations; it was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cultivating a culture of environmental consciousness, ensuring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protection became ingrained in the very fabric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society. This holistic approach to environmental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stewardship yielded remarkable results. Rajasthan experienced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revival of its biodiversity, with the return of many endangered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species and a marked increase in overall ecosystem health.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policies not only protected the environment but also contributed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economic prosperity, enhancing its agricultural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output and fostering sustainable tourism. His reign became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shining example of how sustainable development can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 the environment but also improve the quality of life for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citizens. His legacy extended far beyond his lifetime, establishing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as a model for environmental protection and sustainable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governance. The kingdom’s natural beauty was not merely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preserved; it thrived under his compassionate and far-sighted rule.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proved that a truly strong kingdom is one that respects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nurtures its environment, ensuring its prosperity for generations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come. The success of his environmental policies became a defining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feature of his reign, a testament to his commitment to ensuring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 future for Rajasthan. His actions became a beacon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demonstrating that the pursuit of economic progress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protection are not mutually exclusive but rather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complementary goals. Aishwarya, ever his steadfast partner,</w:t>
      </w:r>
    </w:p>
    <w:p>
      <w:pPr>
        <w:sectPr>
          <w:pgSz w:w="8000" w:h="12000"/>
          <w:pgMar w:top="296" w:right="66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championed these environmental initiatives, lending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 and charisma to the cause. She championed the adoption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eco-friendly practices within the royal court, setting an example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rest of the kingdom to follow. Her involvement instilled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collective responsibility among the populace, solidifying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Rachit's environmental vision. Their reign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synonymous with a golden age of environmental stewardship,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their enduring commitment to the well-being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 and its future generations.</w:t>
      </w:r>
    </w:p>
    <w:p>
      <w:pPr>
        <w:sectPr>
          <w:pgSz w:w="8000" w:h="12000"/>
          <w:pgMar w:top="296" w:right="78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Healthcare Improvements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vision, however, extended beyond the flourishing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and abundant resources. He understood that a truly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prosperous kingdom required a healthy populace, and so he turned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attention to the critical realm of healthcare. His reign marked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paradigm shift in how healthcare was perceived and delivered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Gone were the days when access to medical care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privilege enjoyed only by the wealthy elite; under Rachit's rule,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became a fundamental right, available to every citizen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regardless of their social standing or financial means.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began by systematically assessing the existing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infrastructure. He found a patchwork of inadequately equipped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clinics and poorly trained healers scattered across the kingdom.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Many remote villages lacked access to any form of medical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 whatsoever. Rachit recognized the urgency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 and embarked on an ambitious program of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reform, guided by a vision of universal access to quality care.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step was to establish a network of well-equipped hospitals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clinics across the kingdom. He commissioned the construction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state-of-the-art facilities in major cities, ensuring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staffed by highly trained physicians, surgeons, and nurses.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institutions were not merely hospitals; they served as centers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medical excellence, offering a comprehensive range of services,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basic primary care to specialized treatments. He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preventative healthcare and established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 programs focused on hygiene, sanitation, and disease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prevention. These initiatives targeted the root causes of many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 illnesses, educating the population on healthy habits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access to clean water and sanitation facilities.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proactive approach significantly reduced the incidence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preventable diseases, improving the overall health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population.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expansion of healthcare services extended beyond urban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centers to the most remote villages. Rachit recognized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healthcare accessibility was a major challenge in the rural areas,</w:t>
      </w:r>
    </w:p>
    <w:p>
      <w:pPr>
        <w:sectPr>
          <w:pgSz w:w="8000" w:h="12000"/>
          <w:pgMar w:top="442" w:right="77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 took decisive steps to address this issue. He commissioned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construction of smaller, well-equipped clinics in villages,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healthcare was readily accessible to everyone,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regardless of their location. He understood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trained medical personnel in these clinics and established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training program for local villagers, providing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necessary skills and knowledge to deliver basic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services. This initiative not only ensured the availability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services in rural areas but also created job opportunities,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economic development in these communities. He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clinics were not isolated; regular visits from specialists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urban centers were scheduled, offering advanced consultations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training program was a key component of Rachit’s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reform. He understood that a skilled workforce was essential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delivering quality healthcare. He established medical schools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 centers across the kingdom, attracting the brightest minds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providing them with rigorous training. He partnered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renowned physicians and healers from across the region, bringing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expertise and ensuring the curriculum was up-to-date with the latest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medical advancements. The curriculum wasn’t limited to western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medicine; he recognized the value of traditional healing practices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integrated them into the training, ensuring a holistic approach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healthcare. This integrated approach respected the knowledge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healers while incorporating modern medical techniques,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providing a comprehensive system of care.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Rachit recognized that effective healthcare requires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just infrastructure and trained personnel; it requires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adequate funding. He implemented a comprehensive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financing, ensuring that the healthcare system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adequately resourced to deliver its services effectively.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a dedicated healthcare fund, allocating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portion of the kingdom's budget to ensure the sustainability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system. He understood the financial burdens faced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many citizens and implemented a system of subsidized healthcare,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the cost of medical care was not a barrier to access.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poor and vulnerable received healthcare free of charge,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others received heavily subsidized services based on their income.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healthcare reforms were not simply about constructing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buildings and training personnel. He understood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culture of health and well-being within the kingdom.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launched public health campaigns aimed at raising awareness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diseases, promoting healthy lifestyles, and encouraging preventive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measures. These campaigns used a variety of methods, including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announcements, pamphlets, and theatrical performances,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health information was accessible to everyone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regardless of their literacy level. He also invested in research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development, supporting scientific studies on prevalent diseases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fostering the development of new treatments and therapies.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introduced a system of medical record-keeping, enabling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tracking of diseases and facilitating informed decision-making.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for effective monitoring of the prevalence of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diseases, facilitating focused interventions and efficient resource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allocation. The system also enabled long-term studies on the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healthcare reforms. He introduced mobile medical units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traversed the kingdom's remote regions, bringing essential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healthcare services to those who were previously underserved.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Rachit's healthcare improvements was immediately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evident. Infant mortality rates plummeted, life expectancy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increased, and the overall health of the population improved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significantly. Diseases that once ravaged the kingdom were brought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control. The changes extended beyond mere statistics;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touched the lives of countless individuals, transforming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 and bringing hope where there was once despair.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deeply involved in the implementation of these reforms,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firsthand the profound impact on the people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She dedicated herself to providing support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medical workers, often visiting the clinics and hospitals,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 and encouragement to the patients. Her presence boosted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morale and demonstrated her commitment to the well-being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Her compassion and engagement helped to create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supportive and nurturing environment within the healthcare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system.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Rachit's reforms were not just about physical health; they were</w:t>
      </w:r>
    </w:p>
    <w:p>
      <w:pPr>
        <w:sectPr>
          <w:pgSz w:w="8000" w:h="12000"/>
          <w:pgMar w:top="428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promoting a holistic approach to well-being. He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mental health was just as important as physical health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initiated programs to address the mental health needs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population. He established mental health clinics, trained counselors,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raised awareness about mental health issues. He removed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stigma associated with mental health, ensuring people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comfortable seeking help. This integrated approach to healthcare,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encompassing both physical and mental well-being, demonstrated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comprehensive vision for a healthy and thriving Rajasthan.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in healthcare was immense, transforming Rajasthan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where healthcare was not a privilege but a right,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citizen had access to quality medical care, regardless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standing or financial status. The transformation was visible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everywhere, from the bustling city hospitals to the modest village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clinics. His reign ushered in an era of unprecedented progress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 and well-being of the Rajasthani people, a legacy that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 to inspire generations to come. It was a testament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compassionate leadership and his understanding that a healthy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populace is the cornerstone of a strong and prosperous kingdom.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success cemented his position not just as a king, but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compassionate leader, deeply committed to the well-being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people.</w:t>
      </w:r>
    </w:p>
    <w:p>
      <w:pPr>
        <w:sectPr>
          <w:pgSz w:w="8000" w:h="12000"/>
          <w:pgMar w:top="296" w:right="6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Infrastructure Development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vision, however, extended far beyond healthcare.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a thriving kingdom needed more than just healthy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citizens; it needed efficient infrastructure to support its growth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prosperity. His attention turned to the kingdom's arteries – its roads,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waterways, and its communication networks. The existing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was a chaotic patchwork, a legacy of centuries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piecemeal development. Trade routes were poorly maintained,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hindering commerce and slowing economic progress.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was slow and unreliable, making it difficult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 effectively. Travel was arduous and time-consuming,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particularly in the more remote regions of the kingdom.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these shortcomings and embarked on an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 of infrastructure development, aimed at modernizing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improving the kingdom's infrastructure and connecting its disparate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priority was the road network. He commissioned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new roads, connecting major cities and towns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kingdom. These were not mere tracks, but well-engineered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roads, wide enough to accommodate the increasing volume of trade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travel. He employed skilled engineers and architects, many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trained in foreign lands, to ensure the roads were durable and 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withstand the harsh climate. He implemented standardized road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techniques, utilizing locally sourced materials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possible and supplemented with imported technologies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necessary to ensure higher quality. The roads were strategically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planned to link important agricultural regions with bustling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markets, and to facilitate the movement of troops in case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emergency. This greatly reduced travel time and the cost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transporting goods, stimulating the economy and fostering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increased trade both within Rajasthan and with neighboring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kingdoms. Regular maintenance programs were established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the roads remained in optimal condition, reducing wear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tear and ensuring a smooth flow of traffic. Wayside rest stops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inns were constructed along the major routes, providing travelers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much-needed amenities.</w:t>
      </w:r>
    </w:p>
    <w:p>
      <w:pPr>
        <w:sectPr>
          <w:pgSz w:w="8000" w:h="12000"/>
          <w:pgMar w:top="442" w:right="640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Parallel to road construction, Rachit focused on improving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waterways. Many parts of Rajasthan were crisscrossed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rivers and canals, but these were often neglected and poorly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managed. He initiated a massive dredging and irrigation project,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clearing silted canals and rivers, improving navigation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increasing water flow. This not only improved irrigation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agriculture, leading to increased crop yields, but also enhanced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transportation capabilities, enabling the movement of goods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 along waterways, easing the burden on roads, especially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the monsoon season. New canals were also constructed,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extending the reach of irrigation to previously arid regions, making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land suitable for agriculture and significantly expanding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arable land. He also commissioned the construction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strategically located reservoirs and dams, storing water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irrigation and mitigating the effects of droughts. The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management of water resources ensured agricultural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reducing the impact of climate variations and contributing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overall economic stability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was another key area that Rachit addressed.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existing system relied on runners and messengers, a slow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inefficient method. He established a network of strategically placed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relay stations, equipped with trained runners, utilizing a system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coded messages to enhance the efficiency and security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communication. The relay stations not only sped up the delivery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messages, but also helped to coordinate the flow of information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throughout the kingdom. In addition to the runner network,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experimented with the use of carrier pigeons, supplementing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system for faster urgent communication across longer distances.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improved communication network enabled the timely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dissemination of important information, aiding in the governance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kingdom, facilitating trade, and ensuring greater security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enabling faster responses to emergencies and threats.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improvement in communication significantly enhanced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administration's responsiveness and decision-making capacity.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these core infrastructure projects, Rachit oversaw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improvement in the kingdom's overall quality of life.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ordered the construction of public baths and wells in cities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villages, providing access to clean water and improved sanitation.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 built to not only improve public health but to serve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gathering spaces, promoting social interaction. 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commissioned the construction of public buildings such as libraries,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schools, and community centers, promoting education and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growth. These buildings were strategically designed to serve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functional needs but also to enhance the aesthetic appeal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communities they were built within. He invested heavily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beautification of cities, planting trees, constructing parks,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improving public spaces, transforming the urban landscape.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that these public works were designed with durability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sustainability in mind, ensuring they would continue to benefit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people of Rajasthan for generations to come.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improvements in infrastructure were not just about bricks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mortar; they were about connecting people and creating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opportunities. New roads opened up previously isolated villages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trade and commerce, creating economic opportunities for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communities. Improved irrigation systems increased crop yields,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boosting agricultural productivity and improving the livelihoods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farmers. Better communication enabled the faster dissemination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information, leading to more efficient governance and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informed populace. The improved quality of life, reflected in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sanitation, access to education and improved living spaces, fostered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sense of unity and prosperity within the kingdom. Rachit’s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investment in infrastructure was a demonstration of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 progress and well-being of his people, a tangible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manifestation of his vision for a prosperous and thriving Rajasthan.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an investment that extended beyond the physical realm;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an investment in the future of the kingdom, paving the way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 economic growth, social progress, and lasting peace.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observed these transformations closely and appreciated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pragmatic approach in blending modern techniques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existing infrastructure and skill sets of the kingdom’s craftsmen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laborers. Her admiration for his leadership deepened as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firsthand the positive impact his investments had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 of ordinary citizens. The transformation that swept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was a testament to Rachit's far-sighted leadership and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building a kingdom not just of power, but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and well-being for all. The palpable sense of progress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hope permeated every aspect of life in Rajasthan, a reflection of a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 who was not only a ruler but also a visionary leader dedicated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the betterment of his people.</w:t>
      </w:r>
    </w:p>
    <w:p>
      <w:pPr>
        <w:sectPr>
          <w:pgSz w:w="8000" w:h="12000"/>
          <w:pgMar w:top="296" w:right="7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Royal Couples Image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rebuilding of Rajasthan extended beyond mere bricks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mortar; it was a meticulous orchestration of image and perception.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acutely aware of the power of public opinion,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governing a kingdom was as much about shaping hearts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minds as it was about enacting policies. He and Aishwarya,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therefore, embarked on a concerted campaign to cultivate a positive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image, one that projected strength, stability, and a shared vision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prosperity for all.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initiative focused on accessibility. Rachit, shedding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formidable armor of a conquering king, made himself readily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available to his people. He held regular durbars, not within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confines of the palace, but in public squares and village centers,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the commoners easy access to their ruler. These were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formal affairs, but open dialogues where Rachit listened attentively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their concerns, complaints, and suggestions. Aishwarya, by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side, often acted as a translator of sorts, bridging the gap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courtly language and the vernacular spoken by the people.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presence, radiating grace and empathy, helped put the people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ease, fostering a sense of intimacy and trust. Their combined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sent a potent message: the royal couple were not detached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rulers, but partners in their people's journey.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visual narrative was carefully crafted. Elaborate processions,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symbols of royal power, were transformed into expressions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unity. Instead of solely highlighting royal pomp and circumstance,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processions now featured representatives from all strata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society, showcasing the kingdom's diversity and shared destiny.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Artisans, farmers, merchants, and warriors marched alongside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royal couple, demonstrating a sense of shared purpose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pride. These processions were not merely spectacles;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potent symbols of a new era, a tangible representation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inclusive governance Rachit and Aishwarya championed.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Art and architecture played a significant role in their image-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 strategy. Rachit commissioned a series of grand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works – not just functional buildings, but magnificent structures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reflected the kingdom's newfound prosperity and its embrace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cultural heritage. Temples, mosques, and gurdwaras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restored and embellished, serving as powerful symbols of religious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harmony and tolerance. The royal couple often participated in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projects, their involvement further underscoring their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inclusivity and shared heritage. The visual aesthetics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newly constructed buildings meticulously blended traditional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architecture with influences from other parts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empire, symbolizing unity and diversity.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celebrations and festivals were transformed into grand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gatherings, an expression of shared joy and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identity. Rachit and Aishwarya actively participated, sharing meals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their subjects, engaging in traditional dances,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participating in religious ceremonies. These events were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choreographed to underscore not only the royal couple's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benevolence but also their deep connection to the cultural fabric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These public displays served as powerful reminders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was not just under the rule of a powerful king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a benevolent leader who understood the significance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heritage and national pride.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couple's carefully cultivated public image was not merely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façade; it reflected their genuine commitment to their people.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relentless focus on infrastructure development – the roads,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canals, the communication networks – was not simply an 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 but a symbol of his dedication to the progress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of his kingdom. Aishwarya, with her own insights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challenges faced by women and children, championed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initiatives for education, healthcare, and women’s empowerment,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further strengthening their connection with the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personal lives, too, were carefully managed, projecting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 of harmony and mutual respect. The stories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relationship, subtly woven into the tapestry of royal narratives,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painted a picture of a devoted couple, their love story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renewed vitality of their kingdom. While their romance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begun under the shadow of betrayal and revenge, the image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presented was one of love, stability, and shared commitment.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public appearances showcased a palpable chemistry, a testament to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deep bond, transforming their personal life into a potent tool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governance.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 understood the profound power of visual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storytelling. They commissioned artists and artisans to create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portraits and murals depicting the royal couple interacting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subjects, attending to their needs, and participating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events. These images were strategically placed in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spaces, subtly shaping public perception and reinforcing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of a benevolent and effective ruler. The art depicted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the royal couple's magnificence, but highlighted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with the people. It depicted Rachit overseeing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roads, irrigating fields, and listening to the concerns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commoners. Aishwarya's portraits showed her overseeing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initiatives, providing healthcare, and comforting the sick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needy. This consistent visual message played a pivotal role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reinforcing their image as deeply caring leaders.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their image-building campaign wasn't without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challenges. Whispers and rumors persisted, fueled by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disgruntled remnants of opposition forces and jealous courtiers.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family, particularly her brother, remained wary,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in Rachit still fragile. But, the royal couple’s concerted efforts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create a visible narrative of unity, stability, and prosperity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eroded doubt and suspicion. The tangible improvements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kingdom’s infrastructure, the increased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opportunities, and the growing sense of social harmony made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increasingly difficult for dissent to take root.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strategically employing public appearances, promoting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of unity, and using visual storytelling through art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architecture, Rachit and Aishwarya effectively transformed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perception of their rule. What started as a kingdom fractured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rebellion and internal strife was gradually being forged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cohesive whole, unified under a shared vision and a shared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hope. The royal couple, once symbols of conflict, became emblems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stability and prosperity, their image a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that reflected not just their ambitions, but also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aspirations of the people of Rajasthan. The seeds of a new era, sown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blood and ashes of the past, were finally beginning to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blossom. The people, once divided, were finding a new unity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banner of a shared vision of a flourishing Rajasthan, a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masterfully crafted and meticulously projected by its new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couple.</w:t>
      </w:r>
    </w:p>
    <w:p>
      <w:pPr>
        <w:sectPr>
          <w:pgSz w:w="8000" w:h="12000"/>
          <w:pgMar w:top="296" w:right="7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Royal Patronage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rebuilding of Rajasthan extended beyond the tangible;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encompassed a nurturing of the spirit, a flourishing of the intellect,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blossoming of artistic expression. Rachit, ever the strategist,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that a kingdom's strength lay not solely in its military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might or economic prosperity, but in its cultural vibrancy.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a thriving arts and sciences scene was vital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innovation, creativity, and a sense of national pride.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with her innate sensitivity and deep appreciation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heritage of Rajasthan, became his invaluable partner in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endeavor.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patronage began with the restoration of ancient libraries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establishment of new ones. Dusty, forgotten manuscripts,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repositories of Rajasthan's rich literary and historical heritage,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painstakingly cataloged, preserved, and made accessible to scholars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public alike. Rachit commissioned the construction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magnificent libraries, architectural marvels that housed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books but also workshops for scribes and artists, where ancient texts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meticulously copied and illustrated. The aroma of freshly-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 ink and the rhythmic scratching of quills filled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hallowed halls, a testament to the kingdom's renewed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learning and scholarship. Aishwarya, fluent in several languages,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personally oversaw the translation of significant works into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vernacular tongues, ensuring their accessibility to a wider audience.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believed that knowledge should not be confined to the elite,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should be a shared inheritance.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preservation of the past, Rachit and Aishwarya focused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fostering innovation in the arts and sciences. They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generous patronage to artists, musicians, dancers, and artisans,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them with the resources and support they needed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flourish. Workshops were established, providing a platform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collaboration and experimentation. Traditional crafts, which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fallen into decline during the years of conflict, were revived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revitalized, with emphasis on incorporating innovative techniques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designs. The royal workshops became centers of artistic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excellence, nurturing a new generation of talented artisans and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preserving the unique artistic heritage of Rajasthan.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couple's patronage extended beyond the visual arts.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the vital role music played in the social and spiritual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kingdom. They commissioned the creation of new musical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compositions, celebrating the history, culture, and natural beauty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Musicians from different regions of the kingdom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invited to the court, where they shared their musical traditions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collaborated on new works. Grand musical events were held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squares, bringing the vibrant sounds of Rajasthan to a wider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audience. Aishwarya, a skilled musician herself, often joined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performances, her voice blending seamlessly with the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instruments, creating a magical atmosphere that resonated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hearts of the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sciences, too, received generous royal patronage.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intrigued by advancements in astronomy, mathematics,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medicine, established observatories and research centers, attracting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scholars and scientists from across the land. He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scientific progress was essential for the kingdom's economic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development. Aishwarya, always keenly interested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advancements in medicine, played a significant role in improving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healthcare within the kingdom, especially for women and children.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tirelessly championed initiatives for improving sanitation,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hygiene, and nutrition, contributing to a marked improvement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public health.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couple's patronage was not limited to grand projects;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to the everyday lives of their subjects. They supported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schools and teachers, providing education to children from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backgrounds. They also established vocational training programs,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empowering artisans and farmers with new skills, thus generating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opportunity. They provided financial aid to those in need,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their genuine commitment to improving the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people.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patronage extended to the restoration and preservation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sites. Ancient forts, temples, and palaces, many damaged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years of conflict, were meticulously restored, preserving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architectural and historical heritage of Rajasthan for future</w:t>
      </w:r>
    </w:p>
    <w:p>
      <w:pPr>
        <w:sectPr>
          <w:pgSz w:w="8000" w:h="12000"/>
          <w:pgMar w:top="296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generations. These restorations were not just about repairing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damaged structures; they were about reviving the cultural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spiritual significance of these places, making them meaningful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again. Aishwarya's personal involvement in these restoration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projects was pivotal in ensuring that the work was done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sensitivity and respect for historical accuracy.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support of the arts and sciences went beyond mere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backing. Rachit and Aishwarya actively participated in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events, attending musical performances, artistic exhibitions,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literary gatherings. They interacted with artists and scholars,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engaging in meaningful conversations about their work, expressing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 appreciation for their talents and their contributions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cultural richness. These interactions were not just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gestures; they were expressions of their deep personal engagement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the creative endeavors of their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couple’s commitment to the arts and sciences resonated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throughout the kingdom. The influx of skilled artisans, talented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musicians, and brilliant scholars brought a new vibrancy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 to Rajasthan. The revival of traditional crafts and the rise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artistic styles brought about an artistic renaissance.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scientific research institutions spurred innovation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progress in various fields. The kingdom's cultural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intellectual landscape was dramatically transformed, enriching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lives of its inhabitants and strengthening the nation's identity.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efforts also extended to promoting intellectual exchange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 kingdoms and regions. Scholars and artists from far-off lands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invited to the royal court, bringing with them knowledge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artistic traditions from other cultures. This exchange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enriched Rajasthan's cultural tapestry but also fostered international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relationships, creating a wider network of connections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collaborations. This cosmopolitan atmosphere fostered tolerance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mutual understanding, enhancing the kingdom’s international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standing.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this period of cultural flourishing was not without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challenges. Intrigue and dissent still lingered in the court,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 courtiers resistant to the changes and suspicious of Rachit's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motives. But Rachit and Aishwarya persevered, their shared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 flourishing Rajasthan fueling their commitment. The couple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navigated these challenges with their usual grace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their personal affection and mutual respect serving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an example for their subjects and a powerful symbol of 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their royal patronage, Rachit and Aishwarya had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rebuilt a kingdom; they had nurtured its soul, creating a rich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cultural landscape that would thrive for generations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come. The arts and sciences, once languishing under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and uncertainty, were now flourishing under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benevolent rule, a testament to their wisdom, vision, and their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for Rajasthan and its people. The seeds of progress 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planted bore fruit in abundance, transforming Rajasthan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beacon of culture and learning, a kingdom where both power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reigned supreme. Their legacy extended beyond the bricks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mortar of a rebuilt kingdom; it was a legacy etched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hearts and minds of the people, a cultural renaissance that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shape the future of Rajasthan for centuries to come. The echoes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patronage would reverberate through time, a timeless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art, science, and a love that transformed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kingdom.</w:t>
      </w:r>
    </w:p>
    <w:p>
      <w:pPr>
        <w:sectPr>
          <w:pgSz w:w="8000" w:h="12000"/>
          <w:pgMar w:top="296" w:right="69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Royal Charities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resounding success of their patronage of the arts and sciences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spurred Rachit and Aishwarya to consider even broader avenues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positive impact on their kingdom. Their vision expanded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realms of culture and learning; they now focused on addressing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pressing social and economic needs of their people. Thus,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concept of royal charities took root, transforming their benevolent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rule into a tangible demonstration of their commitment to the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being of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first initiative, born from Aishwarya's deep compassion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plight of the poor, was the establishment of the “Annapurna”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program. Named after the Hindu goddess of food, this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 aimed to eradicate hunger and malnutrition across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Vast granaries were constructed in every district, stocked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rice, grains, lentils, and other essential staples. These granaries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merely repositories; they were community hubs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needy could receive sustenance with dignity. Aishwarya insisted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distribution of food be managed by local women,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sensitivity and empathy in addressing the needs of their fellow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villagers. Regular assessments were conducted to track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effectiveness of the program, and adjustments were made based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needs of each community, a testament to the program’s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adaptive and responsive 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providing immediate relief, the Annapurna program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invested in sustainable solutions. Aishwarya, with her keen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agriculture, spearheaded initiatives to improve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farming techniques and increase crop yields. Experts were brought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to teach improved irrigation methods, introduce drought-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resistant crops, and promote sustainable agricultural practices.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Farmers were provided with seeds, tools, and training, empowering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to become self-sufficient and break free from the cycle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poverty. The success of the Annapurna program wasn't solely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measured by the amount of food distributed; it was judged by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 on the self-reliance of the farming communities, reflecting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long-term vision behind this initiative.</w:t>
      </w:r>
    </w:p>
    <w:p>
      <w:pPr>
        <w:sectPr>
          <w:pgSz w:w="8000" w:h="12000"/>
          <w:pgMar w:top="442" w:right="660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was another area that demanded immediate attention.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of conflict had left the kingdom's healthcare infrastructure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disrepair. Rachit, with Aishwarya’s unwavering support, launched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“Arogya” initiative, focusing on improving healthcare access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citizens, especially women and children. New hospitals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clinics were constructed in both urban and rural areas, staffed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well-trained physicians and nurses. Mobile medical units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deployed to reach remote villages, bringing essential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services directly to those in need. The initiative also included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focus on preventative care, including vaccination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programs, health education campaigns, and promoting better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sanitation and hygiene practices.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drawing upon her own knowledge and her deep interest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traditional medicine, ensured that traditional healing practices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integrated into the Arogya initiative. She established training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 for traditional healers, providing them with modern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medical knowledge and encouraging them to blend their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expertise with modern medical techniques. This approach,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respectful of Rajasthan’s cultural heritage, also ensured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in areas where modern medical facilities were limited,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a holistic understanding of healthcare needs.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integration of traditional and modern medicine represented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unique and innovative aspect of the Arogya initiative,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demonstrating a respect for both tradition and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that education was the cornerstone of progress,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Aishwarya invested heavily in improving the kingdom's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education system. New schools and libraries were built,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 to education for children from all social backgrounds.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Curriculum reform was introduced, emphasizing not only literacy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numeracy but also critical thinking, creativity, and practical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skills. Teachers received training in modern teaching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methodologies, and emphasis was placed on creating a stimulating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engaging learning environment. The royal couple’s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involvement in the education system was significant. They visited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schools and libraries, interacted with teachers and students,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expressed their deep commitment to the cause of education.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Beyond formal education, vocational training programs were</w:t>
      </w:r>
    </w:p>
    <w:p>
      <w:pPr>
        <w:sectPr>
          <w:pgSz w:w="8000" w:h="12000"/>
          <w:pgMar w:top="296" w:right="69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established, empowering artisans and farmers with new skills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generating economic opportunity. These programs provided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 in various crafts and trades, giving individuals the skills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needed to earn a livelihood and contribute to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economy. The emphasis was on practical skills that could be easily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applied to various trades, fostering entrepreneurship and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reliance. The initiative also targeted women, specifically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with training in skills that could enable them to earn a living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secure financial independence. This focus on women’s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empowerment reflected Aishwarya’s personal dedication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improving the lives of women in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charities weren't just about providing services;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empowering communities. Financial aid was provided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those in need, not as a handout but as a catalyst for self-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improvement. This aid was often accompanied by mentoring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support, guiding individuals and families toward self-sufficiency.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Emphasis was placed on building sustainable programs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initiatives, ensuring that the impact extended far beyond the initial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assistance. The philosophy behind this approach was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 people help themselves, a testament to Rachit and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holistic approach to poverty reduction.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ensure transparency and accountability, a royal council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formed to oversee the charitable activities. This council, comprised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respected scholars, community leaders, and royal advisors,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guidance and oversight, ensuring the effective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equitable distribution of resources. Regular audits were conducted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track the progress of each initiative, identify areas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improvement, and prevent misuse of funds. This emphasis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transparency and accountability reflected Rachit and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good governance and responsible use of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funds. The council's diverse composition ensured that the charities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addressed the needs of all segments of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 royal charities was not just measured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statistics; it was evident in the transformation of communities.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reduction in poverty, improvement in healthcare, and increased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 to education were palpable. The sense of hope and optimism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permeated Rajasthan was a testament to the transformative</w:t>
      </w:r>
    </w:p>
    <w:p>
      <w:pPr>
        <w:sectPr>
          <w:pgSz w:w="8000" w:h="12000"/>
          <w:pgMar w:top="296" w:right="70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 of compassionate governance and responsible leadership.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Aishwarya’s legacy extended far beyond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magnificence of their court; it was etched in the improved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people, a testament to their commitment to social justice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profound love for Rajasthan. The royal charities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their rule – a beacon of hope, a testament to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and a powerful illustration of the profound impact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responsible leadership in transforming a kingdom. Their 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in the annals of Rajasthan's history, would serve as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inspiring example for generations to come, a story of love, loss,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revenge, and ultimately, of redemption through service. Their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merely one of power and political maneuvering, but one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compassion and transformative action, forever changing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landscape of Rajasthan – not just physically, but spiritually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socially.</w:t>
      </w:r>
    </w:p>
    <w:p>
      <w:pPr>
        <w:sectPr>
          <w:pgSz w:w="8000" w:h="12000"/>
          <w:pgMar w:top="296" w:right="67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Cultural Preservation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establishment of the royal charities had not only alleviated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suffering of their people but had also ignited a renewed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appreciation for the rich cultural heritage of Rajasthan. Aishwarya,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inherent understanding of the delicate balance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 and preservation, recognized the crucial role of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continuity in maintaining the soul of their kingdom. She believed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a nation’s identity was intricately woven into its traditions,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arts, and its stories – a tapestry that needed careful tending to avoid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unraveling. Rachit, initially focused on the practicalities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 and the immediate needs of his people, came to share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perspective, realizing that true prosperity encompassed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stability but also the flourishing of the kingdom’s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spirit.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initiative in this realm was the establishment of the “Kala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Kendra,” a center for the arts and crafts of Rajasthan. More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museum, it was a vibrant hub where artists, artisans,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performers could come together, share their skills, and pass on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 to the next generation. Master craftsmen, many of whom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on the verge of losing their livelihoods due to changing times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competition from mass-produced goods, were invited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resident instructors. They were provided with workshops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studios, enabling them to continue their craft and teach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apprentices. The Kala Kendra wasn't limited to traditional arts;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encouraged experimentation and innovation, recognizing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adapting to the changing times while preserving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essence of their artistic heritage.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curriculum at the Kala Kendra was extensive, covering various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aspects of Rajasthani culture. Students were taught the art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miniature painting, with its intricate details and vibrant colours,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 stretching back centuries. They learned the techniques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block printing, creating intricate designs on textiles, a skill passed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through generations of artisans. The art of pottery, with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unique shapes and glazes, was also taught, preserving this ancient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craft. Music and dance, integral parts of Rajasthani culture, 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significant part of the curriculum. Classical Rajasthani music, with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evocative melodies and complex rhythms, was taught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renowned musicians. Traditional dance forms, each with their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unique style and grace, were meticulously preserved and taught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accomplished dancers.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Kala Kendra extended its reach beyond the confines of its walls.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Traveling troupes of musicians, dancers, and storytellers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organized, bringing the rich cultural heritage of Rajasthan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remote villages. These performances served not only 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entertainment but also as a means of preserving and sharing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knowledge. They instilled a sense of pride in the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communities, reminding them of their rich cultural inheritance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connecting them with their roots. The initiative went beyond mere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performance; it encouraged community participation,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shared ownership and responsibility for preserving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heritage.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importance of preserving oral traditions,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Aishwarya commissioned the compilation of folktales, legends,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historical accounts of Rajasthan. Scholars and storytellers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tasked with gathering these narratives, carefully documenting them,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translating them into the local languages. These compilations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then published and distributed throughout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making them accessible to everyone. This endeavor wasn't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preserving stories; it was about keeping alive the historical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memory of Rajasthan, ensuring that future generations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 the events and the people who shaped their identity.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preservation of ancient manuscripts formed another crucial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aspect of their cultural initiative. Many precious manuscripts,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containing ancient texts, historical records, and artistic creations,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at risk of damage or loss. A dedicated team of scholars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archivists was assembled to identify, preserve, and catalog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manuscripts. These manuscripts were meticulously cleaned,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repaired, and stored in a climate-controlled environment,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longevity for future generations. The contents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manuscripts were transcribed, translated, and documented, making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accessible to researchers and scholars worldwide. A digital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library was also created, enabling broader access to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invaluable resources.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tangible aspects of cultural preservation, Rachit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focused on fostering a renewed appreciation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customs and traditions. They encouraged the celebration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traditional festivals, providing support for community events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sponsoring cultural performances. They ensured that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attire and cuisine were not only preserved but also actively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promoted, recognizing that these elements formed an integral part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cultural identity. They implemented programs to promote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crafts and artisans, providing them with support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enabling them to earn a living through their craft.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patronage extended to the renovation and preservation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sites and monuments, many of which were in a state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disrepair. Ancient forts, palaces, temples, and other structures,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as silent witnesses to the rich history of Rajasthan,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restored with painstaking care. Architects, historians, and artisans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collaborated in this undertaking, ensuring the authenticity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restoration work. These restored sites were not merely historical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landmarks; they became centers for tourism, fostering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local communities and boosting the visibility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Rajasthan's cultural heritage on a global scale.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efforts of Rachit and Aishwarya in preserving the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heritage of Rajasthan weren't confined to royal initiatives alone.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actively encouraged private individuals and organizations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contribute to these efforts, fostering a sense of shared responsibility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preservation of their cultural legacy. They organized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workshops and seminars to educate the public about the importance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preserving cultural heritage and provided funding and resources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private initiatives. Their belief was that cultural preservation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the responsibility of the monarchy alone but of every citizen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their endeavor wasn’t merely measured by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number of monuments restored, manuscripts preserved, or art forms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revived. The true success lay in the renewed sense of pride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ownership felt by the people of Rajasthan. The vibrant cultural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thrived under their rule was a testament to their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preserving and promoting their cultural heritage. Children were</w:t>
      </w:r>
    </w:p>
    <w:p>
      <w:pPr>
        <w:sectPr>
          <w:pgSz w:w="8000" w:h="12000"/>
          <w:pgMar w:top="428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learning about their history and traditions from an early age, taking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pride in their rich cultural legacy. The arts flourished, with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talent emerging alongside the preservation of established traditions.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cultural identity of Rajasthan, once threatened by the passage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time and the weight of societal changes, had not only been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preserved but had been strengthened. Rachit and Aishwarya's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in cultural preservation was a testament to their vision,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their people, and their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preservation of a living culture, ensuring that the vibrant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Rajasthan would continue to be woven for centuries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come. Their reign was a golden age not only in terms of governance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prosperity, but also in the resurgence of their cultural identity,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the legacy of Rajasthan would live on, enriched by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compassionate rule and a profound love for the land and its people.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story, a testament to the enduring power of love, loss,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ultimately, redemption, would inspire countless generations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people, a story told and retold, ensuring their influence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far beyond their lifetimes, etching their names in the heart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Rajasthan's legacy.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Promoting Tourism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restoration of historical sites wasn't merely an act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preservation; it was a strategic move to promote tourism.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his keen understanding of international relations, recognized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potential of showcasing Rajasthan's magnificence to the world.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envisioned a kingdom not just prosperous in its internal affairs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a significant player on the global stage, its cultural riches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attracting foreign visitors and investors alike. Aishwarya, equally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insightful, understood the economic benefits of tourism, recognizing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potential to generate employment, boost local economies,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 international ties. Together, they embarked on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project to transform Rajasthan into a premier tourist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destination.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first step was the creation of a dedicated tourism department,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staffed with skilled professionals from diverse backgrounds.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department was tasked with developing a comprehensive tourism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strategy, encompassing marketing, infrastructure development,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training of tourism professionals. The department commissioned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production of beautifully illustrated brochures, maps, and travel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guides, showcasing the diverse attractions of Rajasthan.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publications were distributed both domestically and internationally,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reaching potential tourists in far-flung corners of the world.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department also established a strong online presence,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user-friendly website that provided detailed information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Rajasthan's tourist destinations, including historical sites,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events, and accommodation options.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restoration of forts and palaces was meticulously planned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enhance their aesthetic appeal and provide visitors with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memorable experience. The interiors were furnished with period-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appropriate furniture and artifacts, providing an authentic glimpse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lives of past rulers and their courts. The courtyards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beautifully landscaped, creating tranquil oases of calm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bustling activity. Guided tours were organized, led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knowledgeable guides who were fluent in multiple languages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eager to share the fascinating stories of Rajasthan's history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culture. The guides underwent rigorous training, ensuring that they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00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only knowledgeable but also skilled in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exceptional customer service.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grand historical sites, the tourism department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focused on promoting lesser-known attractions, such as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picturesque villages nestled in the Aravalli hills, the vibrant bazaars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teeming with handicrafts, and the serene lakes reflecting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 landscape. These off-the-beaten-path destinations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visitors a more intimate experience of Rajasthani culture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lifestyle. The tourism department collaborated with local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 to ensure that their involvement in tourism was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acknowledged but also economically beneficial. Artisans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with opportunities to showcase their skills and sell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products directly to tourists, generating income and preserving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traditional crafts.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development was a critical element of their tourism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strategy. New roads and highways were constructed to improve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connectivity between major tourist destinations. Luxurious hotels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resorts were built, offering visitors a comfortable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memorable stay. Transportation options were diversified to cater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various preferences and budgets, including luxury train journeys,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private car rentals, and public transportation. The safety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 of tourists were prioritized, with measures implemented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ensure their wellbeing and protection throughout their journey.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promotion of Rajasthan's cultural heritage played a crucial role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their tourism initiatives. The Kala Kendra, with its vibrant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performances and workshops, became a major attraction for tourists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interested in experiencing the richness of Rajasthani art and culture.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meticulously restored historical sites became living museums,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showcasing the splendor of Rajasthan's past and fostering a deeper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appreciation for its cultural legacy. The department organized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festivals and events, attracting tourists from around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globe and creating a lively atmosphere.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 actively participated in international tourism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fairs and exhibitions, meeting with travel agents, tour operators,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potential investors. They made personal appearances at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events, showcasing their kingdom's attractions and fostering a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positive image of Rajasthan on the international stage. They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engaged in diplomatic missions to strengthen international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 and foster collaborations with other countries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tourism sector. These efforts were not only successful in attracting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tourists but also in securing foreign investment, which significantly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contributed to the economic development of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influx of tourists brought substantial economic benefits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Local communities prospered, as they found new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employment opportunities in the tourism sector. Small businesses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flourished, catering to the needs of the visitors. The construction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hotels and infrastructure created new jobs and stimulated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growth. Foreign investment poured into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enhancing economic stability and creating opportunities for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successful promotion of tourism not only strengthened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economy but also fostered a sense of national pride. The people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proud of their rich heritage, welcomed the visitors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open arms, showcasing their warmth, hospitality, and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traditions. The tourists, in turn, were charmed by the beauty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landscape, the warmth of the people, and the richness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culture, spreading positive word-of-mouth marketing around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globe.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Rajasthan's tourism initiatives wasn’t just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numbers – visitor count or revenue generated. It was about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sustainable and inclusive tourism model that benefited the people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Rajasthan, fostered a deeper understanding of their culture,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preserved its heritage for future generations. Aishwarya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true prosperity encompassed not just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 but also the preservation of their cultural identity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wellbeing of their people. Their vision for Rajasthan wasn't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of prosperity and power; it was a kingdom where its rich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tapestry of history and culture thrived, embraced, and celebrated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by its people and the world. Their reign became an era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remembered not only for its political achievements but also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it left on the world stage, showcasing the wonders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and fostering lasting relationships across continents.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legacy, a testament to their love and their joint vision, transformed</w:t>
      </w:r>
    </w:p>
    <w:p>
      <w:pPr>
        <w:sectPr>
          <w:pgSz w:w="8000" w:h="12000"/>
          <w:pgMar w:top="296" w:right="69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into a destination coveted and appreciated around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globe – a testament to their rule, their love, and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 of the Rajasthani spirit.</w:t>
      </w:r>
    </w:p>
    <w:p>
      <w:pPr>
        <w:sectPr>
          <w:pgSz w:w="8000" w:h="12000"/>
          <w:pgMar w:top="296" w:right="101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Economic Boom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influx of tourists was just the beginning. The economic boom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followed was nothing short of transformative. Rachit,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astute understanding of finance and trade, implemented policies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encouraged both domestic and international investment.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trade routes, connecting Rajasthan to distant lands,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vibrant exchange of goods and ideas. Caravans laden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spices, silks, and precious stones traversed the kingdom,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arrival heralding not just material wealth but also the exchange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influences. The bustling marketplaces, once confined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commerce, now vibrated with the energy of international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trade, a testament to Rachit’s visionary leadership.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mindful of the needs of her people, ensured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prosperity reached even the most remote villages.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initiated programs to support small businesses, providing artisans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access to credit and training, empowering them to expand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operations and reach wider markets. Women, historically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 in the economic sphere, were actively encouraged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participate in the growing economy, taking up roles in various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industries, from textiles to agriculture. This not only boosted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productivity but also challenged traditional gender roles,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more equitable society. The establishment of weaving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cooperatives, for example, allowed women to work together,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sharing skills and resources, while also gaining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independence.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Agriculture, the backbone of the Rajasthani economy, underwent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transformation. New irrigation techniques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introduced, utilizing advanced water management systems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optimize water usage and enhance crop yields. Fertilizers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improved farming practices increased productivity, leading to food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surpluses and reduced dependence on imports. This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prosperity not only ensured food security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 but also created employment opportunities in rural areas,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reducing the migration to urban centers. The surplus agricultural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products also contributed to the growth of other industries, such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food processing and packaging.</w:t>
      </w:r>
    </w:p>
    <w:p>
      <w:pPr>
        <w:sectPr>
          <w:pgSz w:w="8000" w:h="12000"/>
          <w:pgMar w:top="442" w:right="67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construction sector boomed, with the building of new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– roads, bridges, and canals – creating jobs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improving connectivity across the kingdom. The expansion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 network facilitated trade, enabling the efficient transportation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goods and services, while the construction of new canals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reliable water supply for agriculture and domestic use.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infrastructure projects not only had an immediate economic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contributed to the long-term development of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laying the groundwork for future growth.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burgeoning economy led to a significant improvement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living standards of the people. New housing projects were initiated,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affordable homes for the growing population.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 and education improved dramatically,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new hospitals and schools across the kingdom.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kingdom’s burgeoning wealth also made it possible to invest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public health initiatives, significantly reducing infant mortality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rates and improving overall health outcomes. Public libraries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sprung up in cities and villages, fostering literacy and intellectual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curiosity among the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 also prioritized education, recognizing it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catalyst for economic growth and social development.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new schools and universities, attracting scholars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land and beyond. These institutions provided students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skills and knowledge necessary to contribute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economy, while also promoting intellectual discourse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exchange. They also implemented scholarships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vocational training programs, ensuring that education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accessible to all, regardless of their social or economic background.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boom wasn't simply about financial growth;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creating a more just and equitable society. Rachit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implemented policies aimed at reducing social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inequality, ensuring that the benefits of prosperity were shared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citizens. They established social welfare programs,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 to the needy and vulnerable. They also promoted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harmony, fostering a sense of community and cooperation among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diverse groups within the kingdom. Their efforts to bridge the gap</w:t>
      </w:r>
    </w:p>
    <w:p>
      <w:pPr>
        <w:sectPr>
          <w:pgSz w:w="8000" w:h="12000"/>
          <w:pgMar w:top="428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 rich and poor were not merely acts of charity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rather a strategic approach to building a more stable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prosperous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wealth generated by the kingdom wasn’t just hoarded in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coffers; it was strategically invested in long-term projects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benefit future generations. A significant portion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revenue was dedicated to funding research and development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agriculture, technology, and other fields. This investment 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innovations that further boosted productivity and economic growth,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the kingdom's continued prosperity for years to come.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vision of sustainable growth, ensuring that the kingdom’s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success wouldn’t be a fleeting phenomenon but a lasting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legacy for generations to come.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prosperity extended beyond the purely material. A flourishing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arts and culture scene emerged as a byproduct of the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boom. Patrons supported artists and musicians, leading to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renaissance in Rajasthani art and music. New theatres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performance spaces were built, showcasing the talents of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artists to both domestic and international audiences. This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flourishing not only enhanced the kingdom’s image on the world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stage but also nurtured a sense of national pride and identity,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enriching the lives of the people. The creation of the Royal 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Academy became a landmark achievement, nurturing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preserving the artistic heritage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wasn’t without its challenges. Maintaining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stability amidst rapid growth required astute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management and careful planning. Rachit and Aishwarya worked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tirelessly to address potential imbalances, implementing policies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sustainable and equitable growth. They faced criticism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who sought to exploit the kingdom's newfound wealth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gain, but their commitment to fairness and justice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benefits of prosperity reached the entire population,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privileged few. They resisted the temptation of reckless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spending, instead investing wisely in long-term projects that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ensure the kingdom's enduring prosperity.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reign became a golden age for Rajasthan, remembered not</w:t>
      </w:r>
    </w:p>
    <w:p>
      <w:pPr>
        <w:sectPr>
          <w:pgSz w:w="8000" w:h="12000"/>
          <w:pgMar w:top="296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for its military victories or political triumphs, but for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widespread prosperity and social progress that transformed the lives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its citizens. The kingdom flourished under their joint rule,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beacon of stability and progress in a region often characterized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and uncertainty. The transformation wasn't merely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economic; it was societal, fostering a more just, equitable,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prosperous society where everyone had the opportunity to thrive.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boom was not an end in itself, but a means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greater end: a Rajasthan where its people could live lives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dignity, opportunity, and hope – a lasting legacy of love, wisdom,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visionary leadership. The years of prosperity weren't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period of economic growth; they represented a fundamental shift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fabric of Rajasthani society, a testament to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 of a shared vision and a love that transcended boundaries.</w:t>
      </w:r>
    </w:p>
    <w:p>
      <w:pPr>
        <w:sectPr>
          <w:pgSz w:w="8000" w:h="12000"/>
          <w:pgMar w:top="296" w:right="65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Improved Infrastructure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of Rajasthan extended far beyond the bustling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marketplaces and overflowing granaries. Rachit, ever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pragmatist, understood that true prosperity required a solid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– a foundation built on improved infrastructure.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vision, shared and amplified by Aishwarya's unwavering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focused on connecting the disparate parts of the kingdom,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trade, and ensuring the well-being of all its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most immediate and visible change was the dramatic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improvement of the kingdom's road network. Previously,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treacherous, rutted tracks had hindered trade and communication,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isolating villages and slowing the flow of goods. Under Rachit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rule, this changed dramatically. Teams of skilled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engineers, many trained in newly established academies, embarked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an ambitious project to construct a network of sturdy,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maintained roads stretching across the entire kingdom.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weren't merely pathways; they were carefully engineered arteries,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capable of withstanding the wear and tear of heavy caravans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swift transit for both goods and people. Strategic bridges,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spanning rivers and ravines that had previously posed formidable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barriers, were built with innovative techniques, employing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materials where possible to create structures both robust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aesthetically pleasing. The construction of these bridges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feat of engineering; it was a symbol of connection, linking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 that had long felt isolated. The sounds of hammers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ringing against stone, the rhythmic thud of picks against earth,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cheerful calls of the laborers became the soundtrack of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era, a testament to collective effort and shared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improved roads was profound. Merchants could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 distant markets with greater ease, transporting their goods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swiftly and efficiently. Villagers, once isolated from the centers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commerce and administration, could now easily access markets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government services, improving their economic prospects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 to information. The increased mobility also facilitated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swift movement of troops, strengthening the kingdom's defense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capabilities and ensuring greater security for its citizens. The</w:t>
      </w:r>
    </w:p>
    <w:p>
      <w:pPr>
        <w:sectPr>
          <w:pgSz w:w="8000" w:h="12000"/>
          <w:pgMar w:top="442" w:right="71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enhanced connectivity fostered a sense of unity and shared identity,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bridging the geographical gaps that had once divided the kingdom.</w:t>
      </w:r>
    </w:p>
    <w:p>
      <w:pPr>
        <w:autoSpaceDN w:val="0"/>
        <w:autoSpaceDE w:val="0"/>
        <w:widowControl/>
        <w:spacing w:line="264" w:lineRule="exact" w:before="60" w:after="0"/>
        <w:ind w:left="0" w:right="86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roads, once mere pathways, were now vibrant arteries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pulsating with the lifeblood of a thriving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roads, the irrigation system underwent a complete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overhaul. Rachit, having observed the devastating impact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droughts on the agrarian economy, understood the critical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water management. He commissioned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new canals, employing ingenious techniques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drew upon both traditional Rajasthani knowledge and newly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acquired technologies from distant lands. These canals,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engineered and strategically placed, ensured a reliable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supply of water to even the most arid regions, transforming barren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 into fertile fields. The implementation of advanced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management techniques further enhanced efficiency, minimizing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 wastage and ensuring its equitable distribution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 canals became more than just irrigation channels;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symbols of life, sustenance, and the power of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ingenuity to overcome the challenges of 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construction of these extensive infrastructure projects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massive undertaking, requiring careful planning, skilled labor,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considerable resources. Rachit and Aishwarya ensured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work was conducted in a manner that minimized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disruption to the lives of the people. They initiated various training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 for local communities to equip them with the necessary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skills and enabling them to participate in the construction projects.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not only alleviated labor shortages, but it also promoted skill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development, creating employment opportunities for thousands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economic growth at the grassroots level. Moreover,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involvement of local communities fostered a sense of ownership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pride in the projects, ensuring their long-term sustainability.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improvements weren't confined to roads and canals.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oversaw the construction of sturdy bridges, capable of withstanding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heavily laden caravans, allowing the free flow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trade across rivers and gorges. These magnificent structures,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adorned with intricate carvings and embellishments, became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symbols of progress and the enduring strength of the kingdom. He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initiated the construction of numerous rest houses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waystations along the major trade routes. These provided safe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havens for weary travelers, offering much needed respite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refreshments, fostering a greater sense of security and facilitating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movement of people and goods across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enhanced infrastructure wasn't merely functional; it was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aesthetically pleasing, reflecting Rachit and Aishwarya's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creating a kingdom that was both prosperous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beautiful. Many of the construction projects incorporated elements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Rajasthani architecture, preserving and enhancing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heritage. The new roads and bridges were not just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functional pathways; they were works of art, adding to the splendor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landscape. The well-planned cities, with their wide streets,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efficient drainage systems, and attractive public spaces, reflected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growing prosperity and its rulers' commitment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well-being of their citizens. The new architecture also blended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seamlessly with the old, showcasing the harmonious integration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tradition and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improvements extended beyond the grand projects.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even small-scale infrastructure upgrades could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transformative impact on people's lives. He initiated programs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 sanitation in cities and villages, building public latrines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promoting hygiene practices. He also focused on improving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 to clean drinking water, constructing wells and water tanks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areas where access to potable water was limited. These seemingly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modest projects had a significant impact on public health,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significantly reducing the incidence of waterborne diseases.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 on public health wasn't merely a matter of charity but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shrewd investment, recognizing that a healthy population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essential for a thriving economy. Each well dug, each latrine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constructed, was a step towards a healthier, more prosperous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transformation was not merely about bricks and mortar.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building a society where everyone had access to essential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services. Aishwarya’s influence was paramount in this area,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the benefits of improved infrastructure reached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remotest villages. She championed the establishment of</w:t>
      </w:r>
    </w:p>
    <w:p>
      <w:pPr>
        <w:sectPr>
          <w:pgSz w:w="8000" w:h="12000"/>
          <w:pgMar w:top="296" w:right="64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centers, providing spaces for education, healthcare,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gatherings. These centers became vital hubs for the villages,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social cohesion and providing access to crucial services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would otherwise have remained out of reach. The impact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visible in the faces of the villagers – a newfound sense of hope,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dignity, and participation in the kingdom's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years of prosperity under Rachit and Aishwarya’s reign weren’t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solely defined by economic growth; they were shaped by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vision that transformed the very fabric of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The improved infrastructure wasn't simply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connecting cities; it was about connecting people, fostering a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unity and shared purpose. It was about creating a kingdom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had the opportunity to thrive, not just survive.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transformative power of visionary leadership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enduring strength of a love that bound a commoner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princess, forging a future of prosperity and progress for all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The roads, the bridges, the canals – they were more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infrastructure; they were the foundation upon which a new era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hope and prosperity was built.</w:t>
      </w:r>
    </w:p>
    <w:p>
      <w:pPr>
        <w:sectPr>
          <w:pgSz w:w="8000" w:h="12000"/>
          <w:pgMar w:top="296" w:right="6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Flourishing Arts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burgeoning prosperity of Rajasthan under Rachit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reign wasn’t limited to infrastructure; it fostered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remarkable flourishing of the arts. The kingdom, once known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primarily for its martial prowess, now blossomed into a vibrant hub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cultural expression, attracting artists and artisans from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land. Rachit, despite his background, possessed a deep appreciation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beauty and a keen understanding of the power of art to uplift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inspire. Aishwarya, inheriting her father’s love for the arts,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championed their cause, recognizing their crucial role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shaping the identity and spirit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combined patronage transformed the cultural landscape.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Wealthy merchants, emboldened by the economic stability, began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commission elaborate works of art, fueling a surge in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production. Painters, renowned for their mastery of miniature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painting, depicted scenes of royal life, legendary tales,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breathtaking landscapes. Their intricate brushstrokes, capturing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details of flora, fauna, and the rich textures of fabrics,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sought after not only within the kingdom but also by faraway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courts. These paintings, vibrant and alive with detail, documented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period’s prosperity and celebrated the beauty of Rajasthan's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and cultural heritage. The use of vibrant colors, gold leaf,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meticulous detail showcased the wealth and sophistication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royal court.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painting, the art of music and dance experienced a golden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age. The royal court became a magnet for accomplished musicians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dancers, attracting renowned maestros from across India.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reverberated with the sounds of sitar, veena, and tabla,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melodies weaving tales of love, loss, and heroism. Elegant dancers,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movements fluid and graceful, told stories through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expressive gestures and intricate footwork, captivating audiences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their skill and artistry. These performances, often held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lavishly decorated palaces and courtyards, became major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events, drawing both the elite and the common folk.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performances weren’t merely entertainment; they were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celebration of the kingdom’s rich cultural heritage, reflecting its</w:t>
      </w:r>
    </w:p>
    <w:p>
      <w:pPr>
        <w:sectPr>
          <w:pgSz w:w="8000" w:h="12000"/>
          <w:pgMar w:top="442" w:right="69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newfound prosperity and confidence.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Poetry, too, flourished under this enlightened rule. The royal court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attracted some of the most gifted poets in the land, their verses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chronicling the triumphs and tribulations of the kingdom,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immortalizing the love story of Rachit and Aishwarya,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capturing the essence of Rajasthani life. These poems, infused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 and rich imagery, were recited at court gatherings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spread throughout the kingdom, becoming part of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consciousness. Many found their way into the popular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imagination, becoming tales whispered around campfires and sung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by wandering minstrels.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patronage extended beyond the established masters. Rachit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established academies and workshops to nurture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talent, creating opportunities for aspiring artists from 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backgrounds. These academies offered a structured learning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environment, providing aspiring painters, musicians, dancers,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poets with the necessary skills and training to hone their craft.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provided a platform for their works to be showcased, helping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gain recognition and patronage. This systematic approach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cultivating talent ensured the long-term sustainability of the arts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kingdom, ensuring that the creative spirit of Rajasthan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continue to flourish for generations.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architectural landscape also mirrored the flourishing arts.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 commissioned the construction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magnificent buildings, showcasing the exquisite craftsmanship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artistic sensibilities of the time. Palaces and temples were adorned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intricate carvings, depicting scenes from mythology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folklore. These works weren't merely functional structures;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themselves works of art, expressing the kingdom’s wealth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sophistication. The architecture wasn't solely grand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monuments; it also embraced the everyday lives of the people.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Houses and public spaces were designed with an aesthetic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sensibility, creating environments that were both functional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beautiful.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flourishing arts weren't confined to the urban centers.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Aishwarya's patronage extended to the rural areas as well.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 artisans were encouraged to showcase their skills,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beautiful textiles, pottery, and jewelry. Their creations, often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infused with local traditions and motifs, found their way to markets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kingdom, enhancing the cultural diversity and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rural communities. This broad patronage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promoted cultural exchange, ensuring that the rich artistic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traditions of the various regions of Rajasthan were preserved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celebrated.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this artistic blossoming wasn’t solely aesthetic.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a vital role in solidifying the kingdom's identity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sense of national unity. The shared appreciation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arts transcended regional boundaries and social classes, bringing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 together under a shared cultural banner. The stories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depicted in paintings, sung in songs, and written in poems shaped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narrative, fostering a sense of belonging and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identity. It built a strong sense of communal pride, uniting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various parts of the kingdom under a shared cultural identity.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cultural flourishing wasn't an accident; it was a deliberate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policy. Rachit and Aishwarya understood that prosperity wasn't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economic growth, it was about fostering a vibrant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enriching society. They recognized the arts as an essential element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thriving nation, providing a means of expression,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heritage, and promoting national unity. Their patronage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the kingdom from a region known primarily for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might to one renowned for its vibrant culture and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excellence. The magnificent palaces, the enchanting music,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exquisite paintings, and the vibrant poetry – all were testaments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vision, a legacy that would continue to inspire generations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come. The story of their reign wouldn't just be written in annals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kings and conquests; it would be painted on canvases, carved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stone, and sung in melodies that echoed throughout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generations. The vibrant tapestry of Rajasthan's artistic flourishing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lasting testament to a time of unprecedented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golden age shaped by love, vision, and an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 power of art. The legacy of Rachit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wasn't merely one of material wealth; it was a rich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woven with threads of cultural vibrancy, leaving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indelible mark on the soul of Rajasthan. Their reign underscored</w:t>
      </w:r>
    </w:p>
    <w:p>
      <w:pPr>
        <w:sectPr>
          <w:pgSz w:w="8000" w:h="12000"/>
          <w:pgMar w:top="296" w:right="70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crucial interplay between political stability,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prosperity, and the flourishing of the arts, a harmonious symphony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resonated throughout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this period wasn't just confined within the borders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The artistic excellence and cultural richness produced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this time gradually spread beyond the kingdom's boundaries,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influencing artistic trends across the Indian subcontinent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beyond. Rajasthani miniature paintings became highly sought after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collectors across the globe, representing the pinnacle of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achievement. The musical styles developed during this time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influenced subsequent generations of musicians, shaping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of Indian classical music. The poems composed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 became part of the broader literary canon, inspiring poets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writers for centuries to come. This cultural exchange and influence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cemented Rajasthan’s place in the history of Indian art and culture,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solidifying its reputation as a land of vibrant creativity and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excellence, a legacy built upon the foundations of a passionate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wise rule. The artists of Rachit and Aishwarya's era weren’t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craftsmen; they were chroniclers of a time of remarkable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transformation, their work reflecting the prosperity, love,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kingdom. Their art serves as a timeless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a flourishing society, where creativity and prosperity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intertwine, leaving behind a magnificent legacy for the ages.</w:t>
      </w:r>
    </w:p>
    <w:p>
      <w:pPr>
        <w:sectPr>
          <w:pgSz w:w="8000" w:h="12000"/>
          <w:pgMar w:top="296" w:right="6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Stronger Defenses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unprecedented prosperity under Rachit and Aishwarya's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solely defined by its artistic flourish and economic growth;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equally characterized by a significant strengthening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defenses. Rachit, ever mindful of the fragility of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ever-present threat of external aggression, understood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true prosperity required robust security. His experience, shaped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turmoil of his youth and the ambition that fueled his rise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power, instilled in him a deep appreciation for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national security. He knew that even the most vibrant culture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wealthiest economy were vulnerable without a strong defense.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act was to review and overhaul the kingdom's military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structure. He initiated a comprehensive assessment of the army's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and weaknesses, identifying areas needing immediate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improvement. The aging weaponry was modernized, replacing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outdated equipment with superior weaponry procured from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kingdom and through shrewd alliances with neighboring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states. He commissioned the forging of new armor, lighter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stronger than before, incorporating the latest innovations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metallurgy. He established specialized training programs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soldiers, emphasizing not only physical prowess but also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thinking and adaptability. The army was reorganized into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efficient units, with improved communication systems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command structures to ensure rapid deployment and coordinated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responses.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also recognized the importance of cavalry, vital for swift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maneuvers and rapid response to border incursions. He invested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heavily in breeding and training superior horses, strengthening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cavalry units and equipping them with the finest saddles,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bridles, and lances. He implemented advanced training techniques,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focusing on horsemanship, close-combat fighting, and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deployment. The cavalry units were organized into highly mobile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squadrons, able to respond quickly to threats and defend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kingdom's borders effectively.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Beyond the army, Rachit understood that a strong defense required</w:t>
      </w:r>
    </w:p>
    <w:p>
      <w:pPr>
        <w:sectPr>
          <w:pgSz w:w="8000" w:h="12000"/>
          <w:pgMar w:top="442" w:right="68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just soldiers and weapons. He initiated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 of fortification, strengthening existing forts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constructing new ones strategically along the kingdom's borders.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weren't mere stone walls; they were sophisticated defensive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structures, incorporating the latest engineering techniques.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that these fortifications were well-supplied with adequate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provisions and manned by loyal and well-trained soldiers.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these fortifications employed thousands of artisans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laborers, further stimulating the economy and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employment opportunities across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modernization of the kingdom's defenses wasn't limited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infrastructure. Rachit understood the crucial role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intelligence in national security. He established a comprehensive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intelligence network, recruiting spies and informants from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land. These individuals provided valuable information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threats and hostile activities, allowing the kingdom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prepare and respond proactively. This network stretched far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borders, reaching into neighboring states and keeping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informed of potential dangers. The information gathered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analyzed by a team of skilled strategists, advising Rachit on the best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course of action to safeguard the kingdom. The accuracy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effectiveness of this network became a crucial element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maintaining peace and stability.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in her own way, contributed to the kingdom's security.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diplomatic skills proved invaluable in building and maintaining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alliances with neighboring states, creating a network of support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reinforced Rajasthan's defensive capabilities. Her influence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extended beyond the realm of politics; her understanding of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nuances and her ability to forge relationships helped create a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trust and mutual respect among neighboring kingdoms.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prevent conflicts and minimized the need for military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intervention. Her diplomatic successes allowed Rachit to focus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consolidating internal strength and further bolstering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defenses.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that prosperity and security were inextricably linked,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implemented a series of policies aimed at bolstering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kingdom's overall resilience. He promoted agriculture, ensuring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food security for the population. He invested in irrigation projects,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improving crop yields and reducing the risk of famine. 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trade, strengthening the kingdom's economic base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resources for the military and the ongoing fortification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projects. This multifaceted approach ensured that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defenses were not solely reliant on military might but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supported by a strong and thriving economy.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 of Rachit and Aishwarya's approach to national security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evident in the long period of peace and stability that followed.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borders remained secure, its people lived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fear of invasion, and the reign of Rachit and Aishwarya was marked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a period of unprecedented economic and cultural growth.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investments in the military, fortifications, and intelligence-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gathering ensured that the kingdom was well-prepared to meet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external threat. Their holistic approach, which viewed security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integral part of the kingdom's overall well-being, created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of peace that allowed the arts to flourish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economy to prosper. The combined strength of a well-trained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military, robust fortifications, effective intelligence, and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diplomatic ties ensured the kingdom’s safety and allowed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blossoming of its unique cultural heritage.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strengthened defenses weren’t merely a display of power;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a conscious decision to prioritize the well-being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Rachit and Aishwarya understood that security wasn’t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the absence of conflict; it was the presence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system designed to protect the kingdom’s interests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its people. This system extended to the everyday lives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citizens, creating a sense of security and stability that permeated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The prosperous years weren’t accidental; they were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 of a deliberate strategy that integrated military might,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growth, diplomatic prowess, and a deep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welfare of the people. This approach laid the groundwork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prosperous and peaceful reign, a legacy that would resonate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to come. The peace wasn't a mere absence of war;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carefully constructed edifice, built upon the pillars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strength, foresight, and a deep understanding of the intricate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relationship between security and prosperity.</w:t>
      </w:r>
    </w:p>
    <w:p>
      <w:pPr>
        <w:sectPr>
          <w:pgSz w:w="8000" w:h="12000"/>
          <w:pgMar w:top="296" w:right="67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advancements in military technology weren't just confined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battlefield; they also had far-reaching consequences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economy. The increased demand for weapons and armor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spurred innovation and development within the metalworking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industries, creating new jobs and stimulating economic growth.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construction of new forts and the expansion of existing ones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employment for thousands of artisans, laborers,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engineers, boosting local economies and raising the overall standard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living. This ripple effect ensured that the investment in 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 translated into widespread economic benefits,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enhancing the prosperity of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improved security didn't just provide economic benefits; 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a sense of stability and confidence among the population.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threat of invasion diminished, people were free to pursue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livelihoods and contribute to the kingdom’s growth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constant fear of violence or disruption. This stability allowed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development of trade and commerce, which further enriched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and empowered its citizens. The enhanced security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the citizens to focus on their creative pursuits, resulting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artistic and cultural flourishing that marked this era.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virtuous cycle, where security led to economic growth,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which in turn fueled cultural development, and reinforced national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strengthened defenses weren’t simply a matter of military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might; they also incorporated a sophisticated system of border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control. New checkpoints and patrols were established along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borders, ensuring effective monitoring and preventing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unauthorized entry. This system not only helped prevent invasions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helped control the flow of goods and people, ensuring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trade remained fair and efficient. This meticulous attention to detail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that the kingdom’s security wasn’t merely a matter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military readiness; it was a carefully coordinated system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encompassing every aspect of life, from the borders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marketplaces. The comprehensive system of border control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crucial component of the kingdom's overall security strategy,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complementing its military strength and fostering a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stability and security across the land.</w:t>
      </w:r>
    </w:p>
    <w:p>
      <w:pPr>
        <w:sectPr>
          <w:pgSz w:w="8000" w:h="12000"/>
          <w:pgMar w:top="296" w:right="64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reign wasn't just a period of military strength; it was also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his understanding of the interconnectedness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security, prosperity, and cultural development. His wise rule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that the kingdom's strength wasn't solely measured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size of its army but by its resilience, its economic stability, and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cultural life. The strong defenses weren't just a means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protection; they were the foundation upon which a golden 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was built, a lasting testament to the vision of a leader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understood that true strength lies in the unity and well-being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people. His legacy extended beyond the battlefield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royal court, touching the lives of every citizen and shaping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of Rajasthan for generations to come. The prosperity enjoyed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Rachit and Aishwarya wasn’t simply a matter of luck;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direct result of a well-planned strategy that recognized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interconnectedness of economic growth, cultural flourishing,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national security.</w:t>
      </w:r>
    </w:p>
    <w:p>
      <w:pPr>
        <w:sectPr>
          <w:pgSz w:w="8000" w:h="12000"/>
          <w:pgMar w:top="296" w:right="7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Golden Age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years that followed the turbulent events surrounding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ascension and Aishwarya's reluctant marriage were a stark contrast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uncertainty that had preceded them. A golden age dawned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Rajasthan, a period of unprecedented peace and prosperity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transformed the very fabric of the kingdom. The once-feared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king, hardened by years of struggle and revenge, seemed to shed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harsh exterior, revealing a ruler of surprising compassion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wisdom. Aishwarya, initially bound to him by duty and a fragile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truce of hearts, found herself increasingly drawn to the man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become, a man who prioritized the well-being of his people above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 else.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transformation was breathtaking. Rachit's shrewd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business acumen, honed during his years in exile, coupled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diplomatic prowess, attracted traders from far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wide. The bustling marketplaces, once shadowed by fear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uncertainty, now overflowed with silks from the East, spices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South, and precious jewels from distant lands. Caravans laden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goods snaked their way across the kingdom, their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beat a soundtrack to the burgeoning prosperity. The royal treasury,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depleted by years of conflict, swelled with wealth, enabling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 to embark on ambitious infrastructure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projects that would further transform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 irrigation canals were constructed, transforming arid lands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fertile fields, boosting agricultural production and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food security for the entire population. New roads and bridges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connected even the remotest villages, fostering trade and improving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throughout the realm. Magnificent palaces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temples were built, showcasing the kingdom's newfound wealth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artistic brilliance. Artisans, once struggling to find patrons,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commissioned to create works of art of exceptional beauty,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enriching the kingdom with breathtaking architecture, intricate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textiles, and exquisite jewelry. Rajasthan’s art flourished, becoming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renowned throughout the land for its unique blend of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styles and innovative techniques. Patronage of the arts was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merely a display of wealth; it was a reflection of Rachit and</w:t>
      </w:r>
    </w:p>
    <w:p>
      <w:pPr>
        <w:sectPr>
          <w:pgSz w:w="8000" w:h="12000"/>
          <w:pgMar w:top="442" w:right="66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deep respect for their kingdom's cultural heritage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desire to foster creativity.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flourishing economy wasn't limited to grand projects;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impacted the lives of ordinary citizens in profound ways.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businesses thrived, offering a variety of goods and services,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employment opportunities for thousands. The increased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 led to improved living standards for many, lifting them 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poverty and giving them hope for a brighter future. Rachit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 actively sought to distribute the wealth fairly,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implementing policies that benefitted all strata of society.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abolished unfair taxes, eased the burden of debt on farmers,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promoted fair trade practices, ensuring that the prosperity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amongst all. This equitable distribution of wealth was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economically sound but also fostered social harmony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strengthened the bonds between the ruler and the ruled.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peace wasn't merely the absence of war; it was a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cultivated environment of trust and cooperation. Rachit, having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experienced the brutality of conflict firsthand, understood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diplomacy and alliance-building. He fostered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 with neighboring kingdoms, resolving long-standing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disputes through peaceful negotiations and fostering a climate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 and understanding. Aishwarya’s diplomatic skills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a vital role in these endeavors. Her charm and intelligence,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coupled with her profound understanding of courtly etiquette,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to break down barriers and build bridges between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cultures. Their combined efforts created a zone of peace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stability, allowing Rajasthan to flourish without the constant threat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external aggression.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peace extended beyond the political sphere. Social harmony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promoted through the implementation of fair laws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establishment of effective judicial systems. The kingdom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divided into manageable districts, each governed by wise and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officials who ensured that justice was dispensed equally to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citizens. Disputes were resolved through peaceful arbitration,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minimizing conflict and promoting a sense of fairness and justice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throughout the kingdom. The administration was reorganized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ensure efficiency and transparency, combating corruption and</w:t>
      </w:r>
    </w:p>
    <w:p>
      <w:pPr>
        <w:sectPr>
          <w:pgSz w:w="8000" w:h="12000"/>
          <w:pgMar w:top="296" w:right="7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the smooth functioning of government institutions.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emphasis on fair governance created a sense of security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stability, allowing people to live their lives without fear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oppression or injustice.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cultural renaissance during this period was astounding.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and prosperity created a climate in which the arts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flourish. Rajasthan became a hub of artistic innovation,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painters, sculptors, musicians, and poets pushing the boundaries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craft. Grand festivals celebrated the kingdom's rich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heritage, attracting visitors from across the land, further boosting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economy and promoting cultural exchange. The royal court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center of artistic patronage, attracting talented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 from all walks of life. Rachit and Aishwarya, with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appreciation for art and culture, provided generous support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artists, providing them with the resources and freedom they needed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create masterpieces. The vibrant cultural life of the kingdom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rulers' commitment to fostering creativity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promoting the kingdom's unique heritage.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architectural marvels that adorned the landscape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expression of this golden age. Palaces, temples, and forts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constructed with unparalleled skill and artistry, representing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highest achievements of Rajasthan's architectural prowess.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buildings were not just structures; they were works of art,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incorporating intricate designs, magnificent carvings, and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colors, reflecting the kingdom's wealth, power, and artistic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sophistication. The careful planning and skillful execution of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projects created employment for thousands, further boosting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economy and creating a sense of collective pride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accomplishment.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flourishing of literature and music was equally remarkable.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Poets composed verses of unparalleled beauty, celebrating the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Rachit and Aishwarya, the kingdom's prosperity,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the land. Musicians created captivating melodies,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reflecting the rich cultural heritage and the emotions of the people.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royal court became a center of literary and musical activity,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poets, musicians, and dancers performing for the king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queen and captivating audiences with their talent and artistry.</w:t>
      </w:r>
    </w:p>
    <w:p>
      <w:pPr>
        <w:sectPr>
          <w:pgSz w:w="8000" w:h="12000"/>
          <w:pgMar w:top="296" w:right="70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cultural pursuits were not merely pastimes; they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integral aspects of the kingdom's identity, reflecting its rich heritage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its vibrant present.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the daily life of ordinary citizens reflected the kingdom's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prosperity. Markets were vibrant and bustling, offering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 variety of goods and services. People dressed in rich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colorful garments, showcasing their newfound wealth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prosperity. Festivals were celebrated with joyous abandon,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the people’s happiness and gratitude for the peace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abundance they enjoyed under Rachit and Aishwarya’s rule.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everyday life became a canvas for artistic expression, reflecting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kingdom's overall prosperity and cultural vibrancy. The golden 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confined to grand monuments or royal celebrations;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into the very fabric of daily life, enriching the experiences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Rachit and Aishwarya’s reign extended far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lifetime. The foundation of peace and prosperity they laid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Rajasthan into a thriving kingdom, a beacon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 and cultural richness in a region often marked by conflict.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period served as a testament to their wisdom, compassion,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remarkable ability to transform a land scarred by conflict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vibrant and prosperous nation. Their reign stands as a golden 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enduring power of wise leadership and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harmonious blend of strength and compassion. The golden 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 under their rule wasn't merely a fleeting moment;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their vision, and a legacy that would be recounted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generations to come, shaping the identity and destiny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 prosperity, security, and cultural flourishing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created a unique chapter in Rajasthan's history,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remembered for its brilliance and its lasting impact.</w:t>
      </w:r>
    </w:p>
    <w:p>
      <w:pPr>
        <w:sectPr>
          <w:pgSz w:w="8000" w:h="12000"/>
          <w:pgMar w:top="296" w:right="66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Aishwaryas Wisdom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even amidst the opulence of her royal life, never forgot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lessons learned during her tumultuous journey. The wisdom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gained wasn't merely confined to the intricacies of courtly politics;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profound understanding of human nature, a deep empathy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suffering of her people, and a commitment to justice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even her royal duties. She understood that true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lay not in wielding authority, but in using it to uplift those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influence on the kingdom's judicial system was profound.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championed the rights of the marginalized, advocating for fairer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laws and pushing for reforms that protected widows, orphans,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poor. Her compassionate interventions often went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courtroom, reaching into the lives of ordinary citizens. Stories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circulated throughout the kingdom of Aishwarya intervening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disputes, mediating conflicts between villagers, and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justice was served, not just according to the law, but according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principles of fairness and compassion. She established special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courts dedicated to hearing the grievances of women, ensuring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voices were heard and their rights were protected. These courts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staffed by female judges, chosen for their wisdom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impartiality, a revolutionary step for the time. This act alone, which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ensured women had access to unbiased justice, cemented her legacy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a defender of the vulnerable.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impact on education was equally significant.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believed that knowledge was the key to empowerment, particularly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women. She established schools throughout the kingdom,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girls with access to education that had previously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denied to them. These schools not only taught reading and writing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imparted essential life skills, preparing women for a variety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roles in society. The curriculum went beyond basic literacy,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including subjects like mathematics, astronomy, and even the arts.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belief that educated women were essential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thriving society was radical for that era, and her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cause ensured that generations of women were equipped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knowledge and confidence to shape their own destinies.</w:t>
      </w:r>
    </w:p>
    <w:p>
      <w:pPr>
        <w:sectPr>
          <w:pgSz w:w="8000" w:h="12000"/>
          <w:pgMar w:top="442" w:right="66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interest in education wasn't limited to formal settings.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encouraged a culture of learning throughout the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supporting libraries, establishing literary societies,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commissioning the translation and dissemination of important texts.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understood the importance of preserving the kingdom’s rich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heritage and ensuring that it was accessible to all.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creation of vast libraries, filled with ancient texts and newly written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works, became a symbol of her dedication to knowledge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learning. These libraries, open to both men and women, attracted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scholars and learned individuals from across the land, cementing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Rajasthan's reputation as a center of intellectual inquiry.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her formal initiatives, Aishwarya’s influence extended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aspect of court life. She fostered a culture of respect,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tolerance, and mutual understanding amongst the diverse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 of Rajasthan. She understood the value of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cultures and actively promoted inclusivity, ensuring that traditions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customs of all groups were respected and celebrated. The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court, under her guidance, became a melting pot of ideas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perspectives, contributing to the kingdom's vibrant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landscape. Festivals celebrated not only the kingdom's history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the traditions of its diverse communities, showcasing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beauty and richness of their individual heritages.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patronage of the arts continued to flourish, extending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initial efforts. She actively sought out and nurtured emerging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talent, supporting artists, musicians, poets, and writers. Her court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hub of artistic creativity, attracting skilled artisans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land. She saw art not merely as a form of entertainment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as a vital part of the kingdom's identity, a reflection of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values, its history, and its spirit. Under her patronage,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 achieved unprecedented heights, creating a rich tapestry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creativity that continues to inspire today. Her influence is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visible in the exquisite paintings, intricate textiles, and mesmerizing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music that characterize the cultural heritage of the region.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Aishwarya understood the importance of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alliances in maintaining peace. She cultivated relationships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neighboring kingdoms, using diplomacy and understanding to</w:t>
      </w:r>
    </w:p>
    <w:p>
      <w:pPr>
        <w:sectPr>
          <w:pgSz w:w="8000" w:h="12000"/>
          <w:pgMar w:top="428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 potential conflicts before they escalated. Her sharp intellect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keen political acumen proved invaluable in navigating complex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international relations, ensuring the kingdom’s security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contributing to regional stability. She was not only a queen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skilled diplomat, a negotiator who could build bridges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cultures and foster cooperation even in the face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disagreement.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Aishwarya's legacy was not solely built on grand projects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maneuvering; it was rooted in small, personal acts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kindness and compassion. She visited hospitals and orphanages,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consoling the sick and providing support to the vulnerable.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championed the rights of the oppressed, advocating for justice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equality for all. Her personal involvement in the lives of her people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demonstrated her genuine empathy and cemented her connection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established charitable institutions that provided aid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needy and supported those who were struggling. These institutions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not only material assistance but also emotional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 sense of community and belonging to those who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marginalized. Her kindness extended beyond the human realm;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initiated projects for the conservation of the environment,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natural beauty of Rajasthan was protected for future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generations. This holistic approach to governance reflected her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a prosperous kingdom required not just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growth but also social justice and environmental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sustainability.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gardens she commissioned became legendary for their beauty,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appreciation for nature. These weren't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ornamental spaces; they were places of reflection, of healing, and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gathering. They offered a tranquil escape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pressures of court life, providing a sanctuary for both the royal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and the ordinary citizens. The gardens provided respite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connection to the natural world, reflecting Aishwarya's belief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importance of harmony between humanity and nature.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quiet moments away from the pressures of her position,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Aishwarya and Rachit found solace in each other. Their love, once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forged in adversity, had matured into a deep, abiding bond,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by shared experiences and a mutual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well-being of their kingdom. Their relationship served as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example of a partnership built on mutual respect, love, and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vision for the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passed, and Rachit, too, left his mark on the history books,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for his military prowess but for his profound transformation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a just and wise ruler. His reign, guided by Aishwarya’s wisdom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compassion, became a beacon of peace and prosperity, setting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precedent for future generations of Rajasthani rulers. The couple's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joint rule became legendary, embodying the ideal of a partnership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between a strong king and an equally wise queen.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years turned into decades, the tale of Aishwarya and Rachit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interwoven with the fabric of Rajasthan's history,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love, determination, and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of a queen who chose compassion over vengeance,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 over personal ambition. Aishwarya's legacy, woven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tapestry of Rajasthan’s golden age, continues to inspire, proving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true strength lies not just in conquering adversity but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 a better future for generations to come. Her wisdom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continues to echo through the annals of history,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power of compassion, justice, and a love that defied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boundaries and transformed a kingdom. The very air of Rajasthan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carry whispers of her wisdom, a silent but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tribute to a queen who reigned not only in power but in the hearts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people. Her legacy lives on, not just in grand monuments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thriving institutions, but in the quiet dignity and resilience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 she empowered, a reminder of the extraordinary impact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life can have on a kingdom, a culture, and the course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history.</w:t>
      </w:r>
    </w:p>
    <w:p>
      <w:pPr>
        <w:sectPr>
          <w:pgSz w:w="8000" w:h="12000"/>
          <w:pgMar w:top="296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Rachits Justice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Rachit, initially driven by a thirst for revenge, found himself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irrevocably changed by his love for Aishwarya. His experiences,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past actions, and the profound influence of his queen,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molded him into a ruler whose justice was tempered with mercy,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ambition replaced by a deep-seated commitment to his people’s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well-being. The reforms he initiated were not mere political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maneuvers; they stemmed from a genuine desire to create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equitable and prosperous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first act was to restructure the judicial system, addressing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biases and inequalities that had plagued the kingdom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generations. He established specialized courts to handle disputes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involving land ownership, ensuring fair treatment for all, regardless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social standing. This was a departure from the past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elite often enjoyed preferential treatment, leading to widespread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 and injustice. Rachit's reforms aimed to eliminate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disparity, ensuring that the law applied equally to everyone,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regardless of their wealth or influence. He appointed judges based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merit, not on connections or bribery, a revolutionary act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sent shockwaves of both fear and hope through the court. The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guard, used to their privileges, felt threatened, but the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people felt a surge of optimism for the first time in many years.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 emphasizing his commitment to transparency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accountability, Rachit introduced a system of regular audits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government funds. This unprecedented level of transparency aimed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eliminate corruption, a rampant problem that had siphoned off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resources from the kingdom's treasury. He publicly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announced these audits, declaring that the financial well-being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was paramount and that no one was above the law.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bold move, though initially met with resistance from corrupt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officials, ultimately proved to be instrumental in restoring public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trust in the government.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legal reforms, Rachit initiated significant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changes, aiming to alleviate poverty and improve the livelihoods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subjects. He implemented measures to support agriculture,</w:t>
      </w:r>
    </w:p>
    <w:p>
      <w:pPr>
        <w:sectPr>
          <w:pgSz w:w="8000" w:h="12000"/>
          <w:pgMar w:top="442" w:right="70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farmers with access to better seeds, irrigation systems,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fair prices for their produce. He understood that a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sector was the backbone of a prosperous kingdom,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investments in this area yielded significant results. The harvests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improved, food prices stabilized, and the overall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condition of the peasantry began to rise, significantly reducing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instances of unrest and rebellion that had previously plagued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also recognized the importance of education as a means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mobility and progress. He expanded the existing educational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system, establishing schools in even the most remote villages,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that children from all backgrounds had access to learning.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curriculum was broadened to include practical skills, vocational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training, and the arts, preparing students for a diverse range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opportunities. He believed that education was the key to unlocking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kingdom's potential, and his investment in this area had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and lasting impact on the literacy rate and overall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standard of living within Rajasthan. The influx of educated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skilled individuals significantly boosted the economy,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innovation and creativity across numerous sectors.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the importance of infrastructure in driving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growth, Rachit focused on improving transportation networks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trade routes. He commissioned the construction of new roads,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bridges, and canals, facilitating the smooth movement of goods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 throughout the kingdom. This led to a flourishing of trade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commerce, bringing prosperity to both urban and rural areas.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improved infrastructure also aided in disaster relief efforts,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for swift responses to natural calamities and minimizing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devastating impact on the populace.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Rachit's reign wasn't without its challenges. Conspiracies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brewed in the shadows, remnants of the old order resisting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changes. Rumors spread, whispered in dark corners of the palace,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attempting to undermine his authority and discredit his reforms.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Yet, Aishwarya, ever his steadfast companion and advisor, helped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navigate these treacherous waters. Her sharp intellect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acumen proved invaluable in identifying and thwarting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these plots, allowing Rachit to focus on governing and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implementing his reforms.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collaborative approach to ruling became legendary,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symbolizing a harmonious union of power and wisdom.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complemented each other's strengths, creating a dynamic governing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partnership that was both effective and popular. Aishwarya’s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 extended beyond the court, her compassion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providing stability and ensuring the smooth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implementation of Rachit’s ambitious reforms.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commitment to justice extended beyond the confines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He fostered peaceful relationships with neighboring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kingdoms, promoting diplomacy and trade instead of resorting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conflict. His wise policies led to a period of unprecedented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stability in the region, allowing Rajasthan to flourish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economically and culturally. He understood that lasting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achieved through military might alone but through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and mutual respect. He established diplomatic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missions, forging alliances and fostering cooperation,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region where trade thrived and cultural exchange flourished.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passed, and Rachit's legacy of justice and reform continued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shape Rajasthan. His commitment to fairness and equity became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integral part of the kingdom’s identity, ensuring that the stability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prosperity he established lasted long after his death.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judicial system he reformed, the economic policies he implemented,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educational initiatives he launched became the foundation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 golden age for Rajasthan, creating a society that was just,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equitable, and prosperous. The echoes of his reign,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transformation from a vengeful prince to a just and wise king,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through generations of Rajasthani rulers, inspiring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emulate his commitment to the welfare of their people.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story, intertwined with Aishwarya's, became a legend, a tale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 and the enduring power of love. It was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possibility of redemption, the strength of compassion,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impact a leader can have on a nation when guided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 and a genuine desire for the well-being of their people.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combined legacy, a testament to their enduring love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vision, became a beacon of hope and inspiration, a reminder that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amidst the turmoil of revenge and political intrigue,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and justice can prevail and build a better world.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of Rachit and Aishwarya lives on, not only in the annals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but in the very heart and soul of Rajasthan,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that true power lies not in dominance but in service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Their story echoes through the generations, a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 transformative power of love, justice, and a deep-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rooted commitment to creating a just and prosperous kingdom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all.</w:t>
      </w:r>
    </w:p>
    <w:p>
      <w:pPr>
        <w:sectPr>
          <w:pgSz w:w="8000" w:h="12000"/>
          <w:pgMar w:top="296" w:right="6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Power of Love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years that followed saw Rajasthan flourish under Rachit's rule,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transformative power of his love for Aishwarya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his subsequent commitment to his people. His reign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period of political stability; it was a golden age,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flowering of art, culture, and prosperity unlike any seen before.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whispers of his past, the shadow of his vengeful ambition, faded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background, replaced by the radiant glow of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achievements. The reforms he implemented weren't just abstract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policies on parchment; they touched the lives of every citizen,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humblest farmer to the wealthiest merchant.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Aishwarya, ever his partner and confidante, played an instrumental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 in this transformation. Her wisdom, her compassion,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belief in Rachit’s potential helped steer him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treacherous currents of courtly intrigue and political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maneuvering. She was more than just a queen; she was his advisor,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anchor, and the silent force behind many of his most successful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reforms. Her influence extended far beyond the palace walls,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 for the welfare of her people earning her the deep affection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respect of her subjects. Together, they became a symbol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 and just monarchy, a beacon of hope in a world often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characterized by conflict and chaos.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markets of Rajasthan bustled with activity, overflowing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goods from distant lands. The improved infrastructure—the roads,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bridges, the canals—facilitated the smooth flow of trade,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bringing prosperity to every corner of the kingdom. The once-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desolate villages now hummed with life, their fields yielding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bountiful harvests thanks to Rachit's investment in agricultural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reforms. The expansion of the educational system ensured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 of skilled artisans, learned scholars, and astute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administrators, bolstering the kingdom's economic and intellectual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growth. Rachit’s commitment to fostering peaceful relations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neighboring kingdoms resulted in a period of unprecedented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stability in the region, transforming Rajasthan into a hub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exchange and economic prosperity.</w:t>
      </w:r>
    </w:p>
    <w:p>
      <w:pPr>
        <w:sectPr>
          <w:pgSz w:w="8000" w:h="12000"/>
          <w:pgMar w:top="442" w:right="688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tales of their love, whispered from generation to generation,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cornerstone of Rajasthani folklore. It wasn't merely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romantic saga; it was a story of transformation, a narrative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redemption and the power of forgiveness. Rachit's journey from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vengeful prince seeking retribution to a just and compassionate 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legendary example of the transformative influence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love. Aishwarya’s strength and unwavering faith in him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resilience and the capacity for forgiveness, even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 of immense personal loss. Their relationship, initially born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forbidden passion and shadowed by the weight of Rachit's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past, evolved into a powerful partnership,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strength of their love.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 gardens, once a backdrop for stolen moments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clandestine meetings, now served as a vibrant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reign. The flowers, blooming in vibrant hues, mirrored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blossoming of their love and the prosperity that had swept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Rajasthan. The fountains, cascading water reflecting the sunlight,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symbolized the ongoing flow of life and progress under their rule.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air seemed to hum with the spirit of their enduring legacy,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constant reminder of their profound impact on the kingdom.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annual festival celebrating their union became a cherished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tradition, a time for the people of Rajasthan to rejoice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and remember the transformative power of their love.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Artists painted their story on palace walls, poets immortalized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romance in verses, and musicians composed melodies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enduring love and the enduring peace they brought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kingdom. The festival transcended mere celebration; it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unity, a testament to the strength that can arise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love, forgiveness, and a commitment to justice.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 and Aishwarya’s reign was not without its challenges.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whispers of discontent, rumors of rebellion brewing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shadows. But their combined wisdom, their shared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people, and their deep love for each other allowed them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these treacherous waters with grace and strength.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true power wasn't derived from brute force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intimidation but from the trust and respect of their people.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proved that governance could be a partnership, a harmonious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blending of intellect, compassion, and unwavering dedication.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extended beyond the strictly political realm.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championed the rights of women, advocating for education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that were previously unavailable to them.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established initiatives aimed at improving healthcare, particularly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women and children, establishing hospitals and training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midwives throughout the kingdom. Her compassion and empathy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the lives of countless women, making her a revered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figure not only in the royal court but also amongst the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Her legacy ensured that Rajasthan became a kingdom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women were valued, respected, and empowered.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Rachit’s commitment to justice extended beyond the realm of law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order. He initiated social reforms aimed at bridging the gap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different castes and communities. He fostered dialogue,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encouraging understanding and cooperation between groups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historically been estranged. His efforts led to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reduction in social tensions, creating a more harmonious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inclusive society. His vision transcended the traditional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 of Rajasthan, fostering a sense of unity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destiny.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story became a beacon of hope, not only for Rajasthan but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 kingdoms in the region. Their reign proved that love, justice,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compassion could transform a kingdom, proving that even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deepest wounds of the past could be healed through understanding,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forgiveness, and a genuine commitment to the welfare of one's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people. Their legacy—a testament to their enduring love,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justice, and the profound impact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on their kingdom—lives on, echoing through generations,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inspiring rulers and citizens alike to strive for a world where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and justice prevail. Theirs is a love story for the ages,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tale of resilience, transformation, and the enduring power of love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even the most formidable obstacles. It's a love story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transcends time and continues to inspire and resonate with readers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this day, a reminder that even amidst the darkest of times,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 of love can illuminate the path towards a better world.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of Rachit and Aishwarya, a timeless tale of love, forgiveness,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transformative power of a shared vision, continues to</w:t>
      </w:r>
    </w:p>
    <w:p>
      <w:pPr>
        <w:sectPr>
          <w:pgSz w:w="8000" w:h="12000"/>
          <w:pgMar w:top="296" w:right="64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inspire hope and remind us of the profound impact one couple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on the world. Their reign, a beacon of justice and prosperity,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serves as a testament to the enduring power of love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possibility of redemption. Their story, etched into the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Rajasthan, continues to echo through the ages, a constant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even amidst conflict and betrayal, love's enduring power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 a lasting legacy of peace, prosperity, and justice for all.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tale of Rachit and Aishwarya stands as an enduring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potential of a love story that not only conquered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challenges, but also reshaped the very fabric of a kingdom,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that true power lies in the unwavering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justice, compassion and the betterment of all. Their reign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enduring power of their love, a love that healed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wounds, fostered unity, and ultimately, built a kingdom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prosperity, and peace reigned supreme. Their story,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triumph of love and justice, continues to inspire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generations to come.</w:t>
      </w:r>
    </w:p>
    <w:p>
      <w:pPr>
        <w:sectPr>
          <w:pgSz w:w="8000" w:h="12000"/>
          <w:pgMar w:top="296" w:right="66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United Kingdom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decades that followed saw Rajasthan evolve into a beacon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 and prosperity, a stark contrast to the turbulent times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preceded Rachit and Aishwarya's reign. The once-fragmented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riven by internal strife and external threats, was now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unified entity, its people bound together not by fear or coercion,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by a shared sense of purpose and hope. This transformation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merely the result of wise governance and effective policies;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testament to the powerful synergy created by the union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compassionate queen and a just king. Their complementary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strengths, Aishwarya's empathetic understanding of her people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strategic vision for the future, formed the bedrock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successful reign.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bustling marketplaces of Rajasthan, once overshadowed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of uncertainty, now overflowed with vibrant life. Merchants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distant lands flocked to its shores, eager to participate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burgeoning trade that flourished under Rachit’s astute leadership.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 had established trade routes that connected Rajasthan to far-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flung corners of the world, bringing in exotic goods and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growth. The roads, once treacherous and impassable,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repaired and improved, facilitating the seamless movement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goods and people. The construction of new bridges and canals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revolutionized the irrigation system, dramatically increasing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agricultural yields and alleviating food shortages.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infrastructural improvements weren’t merely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enhancements; they were tangible symbols of the king's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the welfare of his subjects.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extended beyond the material realm.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championed education, believing that knowledge was the key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empowerment. She established schools and libraries throughout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ensuring that girls and boys alike had access to learning.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progressive initiative led to a surge in literacy rates,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informed and engaged citizenry. Beyond formal education,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championed vocational training, creating opportunities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 people to develop skills in various trades and crafts.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initiative not only boosted the economy but also instilled a sense of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self-reliance and dignity among the population.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vision extended to the realm of social justice. Rachit,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mindful of the historical divisions within Rajasthan, worked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tirelessly to bridge the gap between different castes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communities. He enacted legislation that outlawed discriminatory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practices, promoting social harmony and equality. He established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forums where representatives from various castes could meet,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discuss their concerns, and collaborate on solutions. Aishwarya’s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 for these initiatives played a critical role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success, her gentle yet firm approach fostering mutual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and respect. Their combined efforts created a society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people from different backgrounds could coexist peacefully,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sharing a common identity as Rajasthani citizens.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palace, once a symbol of regal power and often a source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intrigue, transformed into a hub of cultural exchange and artistic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flourishing. Rachit and Aishwarya encouraged the arts, patronizing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musicians, poets, painters, and sculptors. The palace walls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canvases for magnificent murals depicting the rich history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of Rajasthan, while the palace gardens became a haven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poets and artists seeking inspiration. This patronage sparked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renaissance in Rajasthani art and culture, resulting in the creation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exquisite masterpieces that continue to inspire awe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admiration to this day. The couple understood that a flourishing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was essential for a thriving kingdom, enriching the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its people and boosting its international reputation.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annual festival celebrating their union became a spectacle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unmatched grandeur and beauty, a testament to their enduring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prosperity it engendered. People from all walks of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flocked to the capital city, eager to participate in the festivities.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celebrations extended beyond mere revelry; they were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unity and harmony that had swept through the kingdom.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markets overflowed with vibrant fabrics, exquisite jewelry,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delicious treats, a sensory feast that celebrated the richness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culture. The streets echoed with the rhythm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music and dance, as people from all backgrounds 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 to celebrate their shared identity and their gratitude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benevolent rulers.</w:t>
      </w:r>
    </w:p>
    <w:p>
      <w:pPr>
        <w:sectPr>
          <w:pgSz w:w="8000" w:h="12000"/>
          <w:pgMar w:top="296" w:right="68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legacy of Rachit and Aishwarya extended far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confines of Rajasthan. News of their successful reign spread far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wide, inspiring other rulers to adopt similar policies aimed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improving the lives of their subjects. Their story became a symbol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hope, demonstrating that even the deepest wounds of the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be healed with love, compassion, and a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justice. Their commitment to education, social justice,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development not only transformed Rajasthan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model for other kingdoms in the region, leading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wave of reforms that helped improve the lives of countless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individuals.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reign, far from being a mere historical anecdote,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inspiration for generations to come. The stories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and their accomplishments were passed down through oral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tradition, woven into the fabric of Rajasthani folklore. Artists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painted their portraits, poets wrote verses celebrating their reign,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musicians composed songs commemorating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leadership. Their story transcended the realm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record, becoming a living testament to the power of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justice, and unwavering determination to build a better world.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Rachit's past, though forever a part of his history, never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overshadowed the magnitude of his achievements. He ruled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an iron fist but with a compassionate heart, guided by wisdom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deep understanding of his people. He and Aishwarya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true power resided not in wielding authority but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earning the respect and trust of the citizenry. Their combined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a paradigm shift in governance, a fusion of decisive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leadership and profound empathy.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kingdom they built wasn't just a physical entity;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of their shared values and ideals. It was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transformative power of love, the strength of unity,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legacy of a ruler who found redemption through selfless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service and unwavering compassion. Their reign stands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monument to the profound impact of a partnership founded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respect, shared vision, and an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well-being of their people. Theirs was a love story that</w:t>
      </w:r>
    </w:p>
    <w:p>
      <w:pPr>
        <w:sectPr>
          <w:pgSz w:w="8000" w:h="12000"/>
          <w:pgMar w:top="428" w:right="71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redefined the boundaries of power, showing that true strength 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in brute force but in the ability to uplift and inspire, to govern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justice and compassion, and to lead by example.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legacy of Rachit and Aishwarya continues to resonate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ages, a timeless tale of love, forgiveness, and the creation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lasting kingdom built on the foundations of unity, prosperity,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peace. Their story remains an inspiring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power of love and the unwavering commitment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and compassionate rule, a legend that transcends time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continues to inspire rulers and citizens alike. Their tale serves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reminder that the greatest empires are not built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conquest, but on the foundation of love, justice, and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 welfare of all. The echoes of their reign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 to inspire hope and remind us that even amidst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 circumstances, the unwavering power of love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indeed shape a better world.</w:t>
      </w:r>
    </w:p>
    <w:p>
      <w:pPr>
        <w:sectPr>
          <w:pgSz w:w="8000" w:h="12000"/>
          <w:pgMar w:top="296" w:right="73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Lasting Peace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dipped below the horizon, casting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sprawling landscape of Rajasthan, a landscape forever transformed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reign of Rachit and Aishwarya. Their legacy extended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magnificent palaces and bustling marketplaces;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permeated the very fabric of Rajasthani society, shaping its culture,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values, and its destiny. The peace they forged wasn't merely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absence of conflict; it was a positive, vibrant state of being,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harmonious blend of prosperity, justice, and cultural flourishing.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Generations born after their reign knew only the comforting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of stability. The constant threat of war, the pervasive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once gripped the kingdom, became nothing more than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whispered legend, a cautionary tale recounted to children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emphasize the importance of unity and understanding. The memory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Rachit's vengeful past, once a shadow looming large over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kingdom, faded into the background, overshadowed by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magnitude of his subsequent achievements. He became a symbol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of conquest but of redemption, a ruler who used his power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inflict pain but to heal old wounds and build a brighter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Aishwarya’s influence continued to resonate, particularly among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women. She became a role model, an inspiration for generations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women who dared to dream beyond the confines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expectations. Her initiatives to promote education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vocational training had a profound impact on the lives of countless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women, opening up new opportunities and empowering them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participate fully in society. The schools she established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centers of learning and progress, fostering a generation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enlightened citizens who valued knowledge, critical thinking,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innovation. The skills training programs she championed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boosted the economy but also instilled in women a sense of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reliance and confidence, transforming their societal roles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personal lives.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prosperity that flourished under their rule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matter of material wealth; it was a manifestation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vision for a just and equitable society. The infrastructure</w:t>
      </w:r>
    </w:p>
    <w:p>
      <w:pPr>
        <w:sectPr>
          <w:pgSz w:w="8000" w:h="12000"/>
          <w:pgMar w:top="442" w:right="68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they developed—the roads, bridges, canals, and marketplaces—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just symbols of economic progress but also tangible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expressions of their commitment to the well-being of their people.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improvements facilitated trade, increased agricultural yields,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alleviated poverty, creating a ripple effect of prosperity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touched every corner of the kingdom. The once-impoverished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villages blossomed into vibrant communities, their inhabitants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enjoying a level of comfort and security that their ancestors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scarcely have imagined.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legal reforms implemented by Rachit, with Aishwarya's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support, brought about a significant shift in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dynamics. The caste system, a deeply ingrained aspect of Rajasthani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society, was not eradicated, but its rigid hierarchies were softened,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discriminatory practices were largely eliminated. This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achieved through force but through dialogue, persuasion,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 commitment to creating a society where everyone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valued and respected. Rachit understood that true power resided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in coercion but in fostering understanding and cooperation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 different communities. His leadership fostered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identity and belonging, transforming the kingdom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tapestry woven from the diverse threads of its many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communities.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cultural renaissance that blossomed under their patronage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enriched the lives of ordinary Rajasthani citizens. The art, music,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literature, and architecture that emerged during their reign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reflected not only the kingdom's rich heritage but also the spirit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innovation and creativity that Rachit and Aishwarya fostered.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annual festival celebrating their union became a cherished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tradition, a vibrant spectacle that brought together people from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walks of life, reaffirming their shared identity and their gratitude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their benevolent rulers. It was a celebration of love, unity,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prosperity, a joyous testament to the legacy they had created.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influence of Rachit and Aishwarya extended far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borders of Rajasthan. News of their progressive reign,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justice, and the flourishing prosperity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had created, spread across the land, inspiring other rulers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emulate their policies. Their story became a powerful beacon of</w:t>
      </w:r>
    </w:p>
    <w:p>
      <w:pPr>
        <w:sectPr>
          <w:pgSz w:w="8000" w:h="12000"/>
          <w:pgMar w:top="296" w:right="67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demonstrating that even the deepest divisions could be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healed, that even the most bitter conflicts could be resolved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diplomacy, compassion, and a shared vision for a better future.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reign was a testament to the idea that lasting peace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the absence of war; it was a state of being, a condition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harmony and economic prosperity, where individuals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 and empowered, where communities thrived, and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arts and culture flourished.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success wasn't solely attributed to their individual strengths;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product of their exceptional partnership,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synergy created by their complementary skills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mutual support. Aishwarya's empathetic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people, her ability to connect with them on a personal level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address their needs, complemented Rachit's strategic vision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administrative prowess. Their combined efforts created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 model that was both effective and compassionate,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resulting in a level of progress and prosperity that had never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been seen in Rajasthan.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Centuries later, their story continued to inspire. Their portraits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adorned the walls of homes and palaces, their names echoed in folk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songs and ballads. Their reign served as a model for future rulers,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that true power lay not in conquest but in compassionate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leadership and unwavering dedication to the welfare of the people.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names became synonymous with peace, prosperity,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progress, their legacy etched not only in the annals of history but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hearts and minds of the Rajasthani people. Their tale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legend, a source of inspiration, a testament to the power of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forgiveness, and the transformative impact of a reign guided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wisdom, and a profound commitment to the well-being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enduring peace and prosperity that characterized their reign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not merely accidental occurrences; they were the direct result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conscious and dedicated efforts. Rachit, having experienced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devastation of war, worked tirelessly to prevent its recurrence,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establishing robust defense mechanisms while simultaneously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diplomatic relationships with neighboring kingdoms.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understood that lasting peace required not only military strength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mutual respect and understanding. Aishwarya, with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innate compassion and deep understanding of her people, ensured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kingdom's prosperity reached even the most remote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villages, reducing the economic disparities that often fueled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conflict. Her commitment to education and social justice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empowered individuals, fostering a sense of equality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destiny, further solidifying the kingdom's unity and resilience.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economic policies they implemented were designed not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increase wealth, but to create a more equitable distribution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resources. They invested heavily in infrastructure, thereby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stimulating economic growth and creating employment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everyone, regardless of their social standing.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approach, a radical departure from the traditional model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governance, aimed to create a society where everyone had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chance to thrive, a society where economic disparity no longer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fuelled conflict or resentment.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lasting legacy of Rachit and Aishwarya’s reign is a multi-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faceted achievement, a profound testament to their combined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dedication. They demonstrated that true power stems not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brute force but from the ability to unite a people, inspire hope,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nurture their well-being. Their commitment to education,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justice, and economic development transcended the boundaries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own time, continuing to inspire leaders and citizens alike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strive for a better world. Their story, a timeless tale of love,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forgiveness, and the creation of a lasting peace, remains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reminder that the greatest empires are not built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conquest, but on the foundation of compassion, justice, and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the welfare of all. The echoes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reign continue to reverberate through the ages, a beacon of hope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reminding us that even in the face of seemingly insurmountable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the power of love, unity, and determination can create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of lasting peace and prosperity. Their tale stands as a timeless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example of how a single generation can shape the destiny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nation, leaving behind a legacy that transcends time and inspires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generations to come.</w:t>
      </w:r>
    </w:p>
    <w:p>
      <w:pPr>
        <w:sectPr>
          <w:pgSz w:w="8000" w:h="12000"/>
          <w:pgMar w:top="296" w:right="654" w:bottom="78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Acknowledgments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deepest gratitude goes to my family and friends for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 and encouragement throughout the writing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process. Their patience, understanding, and belief in this project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sustained me through countless hours of research and revisions.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 particularly indebted to [Name of specific person, e.g.,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research assistant, Dr. Sharma], whose expertise on 16th-century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Rajasthani history and culture proved invaluable. Her insightful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comments and meticulous fact-checking ensured the historical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accuracy and cultural sensitivity of this narrative. Finally, I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to thank my editor, [Editor's name], for their insightful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guidance and unwavering belief in the story. Their editorial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expertise has been instrumental in shaping this novel into its final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form.</w:t>
      </w:r>
    </w:p>
    <w:p>
      <w:pPr>
        <w:sectPr>
          <w:pgSz w:w="8000" w:h="12000"/>
          <w:pgMar w:top="442" w:right="86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Appendix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appendix contains further information on the historical context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novel, including details on the political landscape of 16th-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century Rajasthan, the social structures of the time,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prevalent artistic and architectural styles. [Optionally add specific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sub-sections detailing specific aspects of the appendix, e.g., "A.1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Political Map of Rajasthan (1550-1600)," "A.2 Rajasthani Clothing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Adornment," "A.3 Architectural Styles of Rajput Palaces"].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Readers interested in delving deeper into the historical background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story will find this appendix a valuable resource.</w:t>
      </w:r>
    </w:p>
    <w:p>
      <w:pPr>
        <w:sectPr>
          <w:pgSz w:w="8000" w:h="12000"/>
          <w:pgMar w:top="442" w:right="67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Glossary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glossary provides definitions for some of the less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terms and words used in the novel, primarily those pertaining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Rajasthani culture, customs, and titles.</w:t>
      </w:r>
    </w:p>
    <w:p>
      <w:pPr>
        <w:autoSpaceDN w:val="0"/>
        <w:autoSpaceDE w:val="0"/>
        <w:widowControl/>
        <w:spacing w:line="264" w:lineRule="exact" w:before="270" w:after="0"/>
        <w:ind w:left="0" w:right="432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Maharani: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Queen </w:t>
      </w:r>
      <w:r>
        <w:br/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Raja: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King </w:t>
      </w:r>
      <w:r>
        <w:br/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Diwan: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Minister </w:t>
      </w:r>
      <w:r>
        <w:br/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Zenana: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Women's quarters of a palace </w:t>
      </w:r>
      <w:r>
        <w:br/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Mewar: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A prominent Rajput kingdom in Rajasthan </w:t>
      </w:r>
      <w:r>
        <w:br/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Marwari: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Of or relating to the Marwar region of Rajasthan. </w:t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Rajput: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A member of a dominant caste in Rajasthan.</w:t>
      </w:r>
    </w:p>
    <w:p>
      <w:pPr>
        <w:autoSpaceDN w:val="0"/>
        <w:autoSpaceDE w:val="0"/>
        <w:widowControl/>
        <w:spacing w:line="328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Durbar: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A royal court or audience.</w:t>
      </w:r>
    </w:p>
    <w:p>
      <w:pPr>
        <w:autoSpaceDN w:val="0"/>
        <w:autoSpaceDE w:val="0"/>
        <w:widowControl/>
        <w:spacing w:line="264" w:lineRule="exact" w:before="64" w:after="0"/>
        <w:ind w:left="0" w:right="432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Maharaja: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Great King (Imperial King) </w:t>
      </w:r>
      <w:r>
        <w:br/>
      </w:r>
      <w:r>
        <w:rPr>
          <w:rFonts w:ascii="Charis SIL Bold" w:hAnsi="Charis SIL Bold" w:eastAsia="Charis SIL Bold"/>
          <w:b/>
          <w:i w:val="0"/>
          <w:color w:val="000000"/>
          <w:sz w:val="22"/>
        </w:rPr>
        <w:t>Anokhi: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Unique or one-of-a-kind (referring to textile or art)</w:t>
      </w:r>
    </w:p>
    <w:p>
      <w:pPr>
        <w:sectPr>
          <w:pgSz w:w="8000" w:h="12000"/>
          <w:pgMar w:top="442" w:right="102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References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section lists the primary and secondary sources consulted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the writing of this novel. [List relevant books, articles,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scholarly papers, and websites]. Note that for fictionalized aspects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story, creative liberties have been taken while maintaining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historical context and cultural sensitivity.</w:t>
      </w:r>
    </w:p>
    <w:p>
      <w:pPr>
        <w:sectPr>
          <w:pgSz w:w="8000" w:h="12000"/>
          <w:pgMar w:top="442" w:right="8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Author Biography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[Author's Name] is a historical romance novelist with a passion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South Asian history and culture. [He/She/They] holds a [Degree]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[Subject] from [University] and has always been fascinated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rich tapestry of stories woven throughout the region's past. [His/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Her/Their] previous works include [List previous books and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awards or recognition received]. [He/She/They] believe[s]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blending passionate romance with intricate historical details creates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deeply immersive and engaging reading experience. [Author's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Name] currently resides in [Location] and enjoys [Hobbies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interests related to writing or history].</w:t>
      </w:r>
    </w:p>
    <w:sectPr w:rsidR="00FC693F" w:rsidRPr="0006063C" w:rsidSect="00034616">
      <w:pgSz w:w="8000" w:h="12000"/>
      <w:pgMar w:top="442" w:right="658" w:bottom="1440" w:left="66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