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8C9112" w14:textId="77777777" w:rsidR="00A429E9" w:rsidRPr="00A429E9" w:rsidRDefault="00A429E9" w:rsidP="00A429E9">
      <w:pPr>
        <w:rPr>
          <w:lang w:val="en-AU"/>
        </w:rPr>
      </w:pPr>
      <w:r w:rsidRPr="00A429E9">
        <w:rPr>
          <w:lang w:val="en-AU"/>
        </w:rPr>
        <w:t xml:space="preserve">I fixate on her socks—blood-red with delicate lace fringing each ankle, a defiant splash of </w:t>
      </w:r>
      <w:proofErr w:type="spellStart"/>
      <w:r w:rsidRPr="00A429E9">
        <w:rPr>
          <w:lang w:val="en-AU"/>
        </w:rPr>
        <w:t>color</w:t>
      </w:r>
      <w:proofErr w:type="spellEnd"/>
      <w:r w:rsidRPr="00A429E9">
        <w:rPr>
          <w:lang w:val="en-AU"/>
        </w:rPr>
        <w:t xml:space="preserve"> against her sensible attire. Only people with their lives together can find matching pairs, I think, watching her fingers dance across the keyboard with mechanical precision. She doesn't notice my unwashed hair hanging like a funeral veil over hollow eyes, doesn't see how I'm barely holding myself together in this antiseptic waiting room.</w:t>
      </w:r>
    </w:p>
    <w:p w14:paraId="6355E113" w14:textId="5E6F6C76" w:rsidR="00CB0035" w:rsidRPr="0004380C" w:rsidRDefault="00832B05">
      <w:pPr>
        <w:rPr>
          <w:lang w:val="en-AU"/>
        </w:rPr>
      </w:pPr>
      <w:r>
        <w:t>. Today is my psychiatric appointment. The receptionist leads me to a room trapped in the 1960s. The lighting is dim, the, walls bare and sterile. The only hint of personality in the room was the rug, a vibrant shade of cyan.</w:t>
      </w:r>
    </w:p>
    <w:p w14:paraId="70A8859E" w14:textId="77777777" w:rsidR="00CB0035" w:rsidRDefault="00832B05">
      <w:r>
        <w:t>The woman waiting for me in the dimly lit room her black hair pulled back into a tight bun. I couldn't remember her name, but she gestured for me to take a seat across from her. As I sat down, I noticed my hands were shaking, so I quickly hid them under the desk.</w:t>
      </w:r>
    </w:p>
    <w:p w14:paraId="20AC46E4" w14:textId="30EBA600" w:rsidR="00D80672" w:rsidRPr="00D80672" w:rsidRDefault="00832B05" w:rsidP="00D80672">
      <w:pPr>
        <w:rPr>
          <w:lang w:val="en-AU"/>
        </w:rPr>
      </w:pPr>
      <w:r>
        <w:br/>
      </w:r>
      <w:r>
        <w:br/>
      </w:r>
      <w:r w:rsidR="002006BF" w:rsidRPr="002006BF">
        <w:rPr>
          <w:lang w:val="en-AU"/>
        </w:rPr>
        <w:t xml:space="preserve">Her piercing brown eyes cut through my </w:t>
      </w:r>
      <w:proofErr w:type="spellStart"/>
      <w:r w:rsidR="002006BF" w:rsidRPr="002006BF">
        <w:rPr>
          <w:lang w:val="en-AU"/>
        </w:rPr>
        <w:t>defenses</w:t>
      </w:r>
      <w:proofErr w:type="spellEnd"/>
      <w:r w:rsidR="002006BF" w:rsidRPr="002006BF">
        <w:rPr>
          <w:lang w:val="en-AU"/>
        </w:rPr>
        <w:t xml:space="preserve"> as she speaks, her Indian accent wrapping gentle words in steel. Each question hits like a wave, stealing my breath. My nails dig crescents into my palms as she probes about emotions, about suicidal thoughts. Under her microscope gaze, I shrink—</w:t>
      </w:r>
      <w:r w:rsidR="00D80672" w:rsidRPr="00D80672">
        <w:rPr>
          <w:lang w:val="en-AU"/>
        </w:rPr>
        <w:t>I know the sequence by heart: family history, sleep patterns, appetite changes. The psychiatrist's pen scratches against paper like a judge recording a verdict. Behind her, a degrees hang on the wall – fresh and crisp compared to the aging wallpaper beneath them. I focus on a small crack in the corner of her desk, anything to avoid those probing eyes as she asks about the thoughts I can barely admit to myself.</w:t>
      </w:r>
    </w:p>
    <w:p w14:paraId="5591D756" w14:textId="0C28505A" w:rsidR="002006BF" w:rsidRPr="002006BF" w:rsidRDefault="002006BF" w:rsidP="002006BF">
      <w:pPr>
        <w:rPr>
          <w:lang w:val="en-AU"/>
        </w:rPr>
      </w:pPr>
    </w:p>
    <w:p w14:paraId="56FEE15F" w14:textId="77777777" w:rsidR="002006BF" w:rsidRPr="002006BF" w:rsidRDefault="002006BF" w:rsidP="002006BF">
      <w:pPr>
        <w:rPr>
          <w:lang w:val="en-AU"/>
        </w:rPr>
      </w:pPr>
      <w:r w:rsidRPr="002006BF">
        <w:rPr>
          <w:lang w:val="en-AU"/>
        </w:rPr>
        <w:t>"Do you take drugs?" she asks.</w:t>
      </w:r>
    </w:p>
    <w:p w14:paraId="0B18DF45" w14:textId="77777777" w:rsidR="002006BF" w:rsidRPr="002006BF" w:rsidRDefault="002006BF" w:rsidP="002006BF">
      <w:pPr>
        <w:rPr>
          <w:lang w:val="en-AU"/>
        </w:rPr>
      </w:pPr>
      <w:r w:rsidRPr="002006BF">
        <w:rPr>
          <w:lang w:val="en-AU"/>
        </w:rPr>
        <w:t>"Do you self-mutilate?"</w:t>
      </w:r>
    </w:p>
    <w:p w14:paraId="543A00CE" w14:textId="77777777" w:rsidR="002006BF" w:rsidRPr="002006BF" w:rsidRDefault="002006BF" w:rsidP="002006BF">
      <w:pPr>
        <w:rPr>
          <w:lang w:val="en-AU"/>
        </w:rPr>
      </w:pPr>
      <w:r w:rsidRPr="002006BF">
        <w:rPr>
          <w:lang w:val="en-AU"/>
        </w:rPr>
        <w:t>The questions strike like precision weapons, each one finding its mark. I feel old wounds reopening, raw and demanding attention.</w:t>
      </w:r>
    </w:p>
    <w:p w14:paraId="27BBEC75" w14:textId="503DB527" w:rsidR="00CB0035" w:rsidRDefault="00832B05" w:rsidP="002006BF">
      <w:r>
        <w:t>‘I’m going to have to schedule you, she asserts.sxA</w:t>
      </w:r>
    </w:p>
    <w:p w14:paraId="6F6AF9ED" w14:textId="77777777" w:rsidR="00CB0035" w:rsidRDefault="00832B05">
      <w:r>
        <w:t>‘’That means we are admitting you to the hospital to get your medication adjusted. She states.</w:t>
      </w:r>
    </w:p>
    <w:p w14:paraId="7602E67D" w14:textId="77777777" w:rsidR="00CB0035" w:rsidRDefault="00832B05">
      <w:r>
        <w:br/>
      </w:r>
      <w:r>
        <w:br/>
      </w:r>
    </w:p>
    <w:p w14:paraId="6851511A" w14:textId="77777777" w:rsidR="00CB0035" w:rsidRDefault="00832B05">
      <w:r>
        <w:t>“Does that mean I cannot leave when I want?” I appeal. “Yes,” she responds.</w:t>
      </w:r>
    </w:p>
    <w:p w14:paraId="12A150DA" w14:textId="77777777" w:rsidR="00CB0035" w:rsidRDefault="00832B05">
      <w:r>
        <w:t>I whimper. I crave a smoke. A drink. For this to end. She walks me to the Emergency, 300 meters away. I appreciate her taking the time to walk me, but now I have no chance to escape. I ask her if she minds if I smoke a cigarette, not waiting for her reply to light it. My limbs are heavy, and my vision is foggy through my tears. I don’t want to go to the hospital, but it’s death or this.</w:t>
      </w:r>
    </w:p>
    <w:p w14:paraId="51A77F14" w14:textId="77777777" w:rsidR="00CB0035" w:rsidRDefault="00832B05">
      <w:r>
        <w:t xml:space="preserve">When electronic doors open, I hesitate before approaching the counter. A lady stops scribbling in a notebook. Her eyes peer past me, through the glass. I hear her sigh as I clear my throat. She raises her head from her workstation and resumes her work. Indifferent to my tears. I grab a seat and wait. My doctor steps in and hands her my paperwork. Informing her I am scheduled, and that I need an ambulance to the other nearby hospital to be admitted to the mental ward. The nurse goes away after thumbing over </w:t>
      </w:r>
      <w:r>
        <w:t>the notes. I will wait again. She returns and speaks to my psych in a hushed voice. I don’t listen in; I don’t care what happens now.</w:t>
      </w:r>
    </w:p>
    <w:p w14:paraId="21C311D6" w14:textId="77777777" w:rsidR="00CB0035" w:rsidRDefault="00832B05">
      <w:r>
        <w:t>My doctor advises me they can’t take me, and I am to call a taxi to the other hospital emergency. I’m confused. I’m so unwell that I need to be hospitalized, yet I have to get myself there? She is perplexed; but urges me to call someone to take me.</w:t>
      </w:r>
    </w:p>
    <w:p w14:paraId="539003FA" w14:textId="77777777" w:rsidR="00CB0035" w:rsidRDefault="00832B05">
      <w:r>
        <w:t>“It’s okay. I’ll get a taxi. I don’t want to bother anyone.” The doctor taps my arm and encourages me again. I agree to satisfy her, knowing that she will feel responsible if I don’t et to the hospital, and I can’t promise I’ll make it there. I glance at my phone and pause. My entire family is at work. I remember calling them for help, saying goodbye, the days they had to come to pick me up and find me drunk and ready to harm myself. My heart hurts them as they prepare to learn I’m sick again. I muster up t</w:t>
      </w:r>
      <w:r>
        <w:t>he courage to call my brother-in-law.</w:t>
      </w:r>
    </w:p>
    <w:p w14:paraId="56F5615D" w14:textId="77777777" w:rsidR="00CB0035" w:rsidRDefault="00832B05">
      <w:r>
        <w:t>“I need to go to the hospital. I can go myself, though. You’re at work. I’m sorry,” I say.</w:t>
      </w:r>
    </w:p>
    <w:p w14:paraId="0DD967BB" w14:textId="77777777" w:rsidR="00956B5B" w:rsidRPr="00956B5B" w:rsidRDefault="00956B5B" w:rsidP="00956B5B">
      <w:pPr>
        <w:rPr>
          <w:lang w:val="en-AU"/>
        </w:rPr>
      </w:pPr>
      <w:r w:rsidRPr="00956B5B">
        <w:rPr>
          <w:lang w:val="en-AU"/>
        </w:rPr>
        <w:t>"I need to go to the hospital." The words taste like defeat. "But you're at work—I can manage. I'm sorry."</w:t>
      </w:r>
    </w:p>
    <w:p w14:paraId="686D3BC9" w14:textId="77777777" w:rsidR="00956B5B" w:rsidRPr="00956B5B" w:rsidRDefault="00956B5B" w:rsidP="00956B5B">
      <w:pPr>
        <w:rPr>
          <w:lang w:val="en-AU"/>
        </w:rPr>
      </w:pPr>
      <w:r w:rsidRPr="00956B5B">
        <w:rPr>
          <w:lang w:val="en-AU"/>
        </w:rPr>
        <w:t>"No, this is an emergency." His response comes without hesitation, familiar as an old wound. "I'm leaving now."</w:t>
      </w:r>
    </w:p>
    <w:p w14:paraId="419B7978" w14:textId="77777777" w:rsidR="00956B5B" w:rsidRPr="00956B5B" w:rsidRDefault="00956B5B" w:rsidP="00956B5B">
      <w:pPr>
        <w:rPr>
          <w:lang w:val="en-AU"/>
        </w:rPr>
      </w:pPr>
      <w:r w:rsidRPr="00956B5B">
        <w:rPr>
          <w:lang w:val="en-AU"/>
        </w:rPr>
        <w:t>His readiness to help carves new valleys of guilt inside me. How many times have I made this call? How many workdays interrupted, how many rushed drives to hospitals, how many times watching me fall apart? Each instance adds another crack to my already fractured self-image. Once again, I'm the family emergency, the broken piece that never quite fits.</w:t>
      </w:r>
    </w:p>
    <w:p w14:paraId="3F06F6C0" w14:textId="77777777" w:rsidR="00CB0035" w:rsidRDefault="00832B05">
      <w:r>
        <w:t>My brother-in-law drops me in front of the automatic doors. I step in, carrying only my scheduled reports.</w:t>
      </w:r>
    </w:p>
    <w:p w14:paraId="0934F8DF" w14:textId="77777777" w:rsidR="00CB0035" w:rsidRDefault="00832B05">
      <w:r>
        <w:t>The administrator signals me to have a seat on the orange chair. I folded my hands across my chest, my fingers fidgeting, as if I’m trying to hold together my broken pieces. A nervous tic fills the silence as I shift in my seat, contorting my body with my knees curled up to my rib cage. The rigid plastic gives no comfort. I gaze out the window, following the families wander by. I imagine their stories. Patients cluster into the orange seats for hours, each observing me and questioning my tears. How do I exp</w:t>
      </w:r>
      <w:r>
        <w:t>lain my shattered brain, as opposed to their visible broken bones and bleeding skin?</w:t>
      </w:r>
    </w:p>
    <w:p w14:paraId="503C43AD" w14:textId="77777777" w:rsidR="00CB0035" w:rsidRDefault="00832B05">
      <w:r>
        <w:t>I hear my name being called, and I make my way to the emergency halfway room to be evaluated. I hand over my documents and observe the nurse's face as she reads through them. She remains expressionless, reminding me that I am just another patient to them, number 28 in a long line of others.</w:t>
      </w:r>
    </w:p>
    <w:p w14:paraId="32FD1452" w14:textId="77777777" w:rsidR="00CB0035" w:rsidRDefault="00832B05">
      <w:r>
        <w:t>The medic pulls up my shirt, exposing my chest, and puts the stethoscope against my heart. The cold metal presses against my skin as I take a deep breath. She then prepares a needle and inserts it into my vein, watching as my blood flows out through the tube.</w:t>
      </w:r>
    </w:p>
    <w:p w14:paraId="32016AC7" w14:textId="77777777" w:rsidR="00CB0035" w:rsidRDefault="00832B05">
      <w:r>
        <w:t>"Don't worry," she reassures me as she wraps an emergency room band around my wrist and guides me back to the orange chairs. "You're going to be okay." We sit down again and I try to remain calm, repeating her words in my head.</w:t>
      </w:r>
    </w:p>
    <w:p w14:paraId="7B6A17BA" w14:textId="77777777" w:rsidR="00CB0035" w:rsidRDefault="00832B05">
      <w:r>
        <w:t>I sit and wait for 10 hours The chairs in the waiting room are hard and uncomfortable, the fabric worn thin from years of use. My back aches from sitting for so long, and my arms are sore from constantly adjusting my position.</w:t>
      </w:r>
    </w:p>
    <w:p w14:paraId="301D26B1" w14:textId="77777777" w:rsidR="00CB0035" w:rsidRDefault="00CB0035"/>
    <w:p w14:paraId="69623255" w14:textId="77777777" w:rsidR="00CB0035" w:rsidRDefault="00832B05">
      <w:r>
        <w:t xml:space="preserve">A security guard appears to escort me as a bed has become available, I follow his brisk footsteps as they echo off the cold stone walls, leading me through a labyrinth of corridors with flickering fluorescent lights casting eerie </w:t>
      </w:r>
      <w:r>
        <w:t>shadows. We arrive at the ward and he buzzes me through</w:t>
      </w:r>
    </w:p>
    <w:p w14:paraId="7731E581" w14:textId="77777777" w:rsidR="00CB0035" w:rsidRDefault="00832B05">
      <w:r>
        <w:br/>
      </w:r>
      <w:r>
        <w:br/>
      </w:r>
    </w:p>
    <w:p w14:paraId="503E8504" w14:textId="77777777" w:rsidR="00CB0035" w:rsidRDefault="00832B05">
      <w:r>
        <w:t>The security doors slam shut, their heavy metal echoing through the hallway.</w:t>
      </w:r>
    </w:p>
    <w:p w14:paraId="0FE62A3A" w14:textId="77777777" w:rsidR="00332D1C" w:rsidRPr="00332D1C" w:rsidRDefault="00332D1C" w:rsidP="00332D1C">
      <w:pPr>
        <w:rPr>
          <w:lang w:val="en-AU"/>
        </w:rPr>
      </w:pPr>
      <w:r w:rsidRPr="00332D1C">
        <w:rPr>
          <w:lang w:val="en-AU"/>
        </w:rPr>
        <w:t>Through my tear-blurred vision, a nurse approaches—her blonde hair impossibly ordered, scrubs pristine white against the ward's institutional chaos. She moves with the practiced grace of someone who's mastered the art of handling fragile things, each step measured, deliberate.</w:t>
      </w:r>
    </w:p>
    <w:p w14:paraId="0BEEAE0B" w14:textId="77777777" w:rsidR="00332D1C" w:rsidRPr="00332D1C" w:rsidRDefault="00332D1C" w:rsidP="00332D1C">
      <w:pPr>
        <w:rPr>
          <w:lang w:val="en-AU"/>
        </w:rPr>
      </w:pPr>
      <w:r w:rsidRPr="00332D1C">
        <w:rPr>
          <w:lang w:val="en-AU"/>
        </w:rPr>
        <w:t>"Something to help you sleep?" she offers, her voice soft as falling snow. "Maybe something for anxiety?"</w:t>
      </w:r>
    </w:p>
    <w:p w14:paraId="5E978D99" w14:textId="77777777" w:rsidR="00332D1C" w:rsidRPr="00332D1C" w:rsidRDefault="00332D1C" w:rsidP="00332D1C">
      <w:pPr>
        <w:rPr>
          <w:lang w:val="en-AU"/>
        </w:rPr>
      </w:pPr>
      <w:r w:rsidRPr="00332D1C">
        <w:rPr>
          <w:lang w:val="en-AU"/>
        </w:rPr>
        <w:t>"Both. Please." The words catch in my throat, tangled with sobs I can't swallow back. Through the ward's thin walls, I hear movement in other rooms—the rustle of sheets, murmured voices, the quiet acknowledgment of another broken person joining their ranks. In this place, my darkness isn't unique; it's just another shade in a palette of pain.</w:t>
      </w:r>
    </w:p>
    <w:p w14:paraId="47B0CB3B" w14:textId="3804F53E" w:rsidR="004A6BB7" w:rsidRPr="004A6BB7" w:rsidRDefault="004A6BB7" w:rsidP="004A6BB7">
      <w:pPr>
        <w:rPr>
          <w:lang w:val="en-AU"/>
        </w:rPr>
      </w:pPr>
      <w:r w:rsidRPr="004A6BB7">
        <w:rPr>
          <w:rFonts w:ascii="Times New Roman" w:eastAsia="Times New Roman" w:hAnsi="Times New Roman" w:cs="Times New Roman"/>
          <w:sz w:val="24"/>
          <w:szCs w:val="24"/>
          <w:lang w:val="en-AU" w:eastAsia="en-AU"/>
        </w:rPr>
        <w:t xml:space="preserve"> </w:t>
      </w:r>
      <w:r w:rsidRPr="004A6BB7">
        <w:rPr>
          <w:lang w:val="en-AU"/>
        </w:rPr>
        <w:t xml:space="preserve">Morning arrives with the rattle of medication carts and the squeak of rubber-soled shoes.. I watch the psychiatric team make their rounds, white coats flowing behind them like capes, clipboards held like shields. They move from room to room, dispensing diagnoses and adjusting doses, their decisions </w:t>
      </w:r>
      <w:r w:rsidR="005D1C87">
        <w:rPr>
          <w:lang w:val="en-AU"/>
        </w:rPr>
        <w:t xml:space="preserve">on </w:t>
      </w:r>
      <w:proofErr w:type="spellStart"/>
      <w:r w:rsidR="005D1C87">
        <w:rPr>
          <w:lang w:val="en-AU"/>
        </w:rPr>
        <w:t>pur</w:t>
      </w:r>
      <w:proofErr w:type="spellEnd"/>
      <w:r w:rsidR="005D1C87">
        <w:rPr>
          <w:lang w:val="en-AU"/>
        </w:rPr>
        <w:t xml:space="preserve"> lives.</w:t>
      </w:r>
    </w:p>
    <w:p w14:paraId="7683C4A0" w14:textId="28FE8C95" w:rsidR="00431F51" w:rsidRPr="00431F51" w:rsidRDefault="00431F51" w:rsidP="00431F51">
      <w:pPr>
        <w:rPr>
          <w:lang w:val="en-AU"/>
        </w:rPr>
      </w:pPr>
      <w:r w:rsidRPr="00431F51">
        <w:rPr>
          <w:lang w:val="en-AU"/>
        </w:rPr>
        <w:t>A man in a faded Metallica shirt stands in the corridor, eyes squeezed shut, singing "Enter Sandman" at a pitch that would shatter glass. Across from him, a woman in a purple bathrobe rocks in perfect time to his off-key performance, her face transformed by an ecstasy I can't comprehend. They're like actors in a play I never auditioned for, yet somehow got cast in.</w:t>
      </w:r>
    </w:p>
    <w:p w14:paraId="4E4A0241" w14:textId="77777777" w:rsidR="007C4EA5" w:rsidRPr="007C4EA5" w:rsidRDefault="007C4EA5" w:rsidP="007C4EA5">
      <w:pPr>
        <w:rPr>
          <w:lang w:val="en-AU"/>
        </w:rPr>
      </w:pPr>
      <w:r w:rsidRPr="007C4EA5">
        <w:rPr>
          <w:lang w:val="en-AU"/>
        </w:rPr>
        <w:t>Room Four looms before me like a confessional booth, all sharp angles and fluorescent judgment. Inside, the psychiatrist perches behind her desk like a bird of prey, her bun pulled so tight it could crack. The overhead lights catch in her shellacked hair, creating a halo of artificial perfection. Everything about her radiates control – from her starched collar cutting into her neck to the military precision of her pencils. I feel myself crumpling under the weight of her ordered world, a chaos creature in her temple of structure.</w:t>
      </w:r>
    </w:p>
    <w:p w14:paraId="08455281" w14:textId="77777777" w:rsidR="007C4EA5" w:rsidRPr="007C4EA5" w:rsidRDefault="007C4EA5" w:rsidP="007C4EA5">
      <w:pPr>
        <w:rPr>
          <w:lang w:val="en-AU"/>
        </w:rPr>
      </w:pPr>
      <w:r w:rsidRPr="007C4EA5">
        <w:rPr>
          <w:lang w:val="en-AU"/>
        </w:rPr>
        <w:t>"How are you feeling?" The question drops like a stone in still water, her tone carrying that familiar clinical edge. My teeth grind. If I hear those three words one more time, I might scream.</w:t>
      </w:r>
    </w:p>
    <w:p w14:paraId="667ADF00" w14:textId="77777777" w:rsidR="007C4EA5" w:rsidRPr="007C4EA5" w:rsidRDefault="007C4EA5" w:rsidP="007C4EA5">
      <w:pPr>
        <w:rPr>
          <w:lang w:val="en-AU"/>
        </w:rPr>
      </w:pPr>
      <w:r w:rsidRPr="007C4EA5">
        <w:rPr>
          <w:lang w:val="en-AU"/>
        </w:rPr>
        <w:t>"Not great," I manage, the understatement of the century sitting bitter on my tongue.</w:t>
      </w:r>
    </w:p>
    <w:p w14:paraId="12C9EF6D" w14:textId="77777777" w:rsidR="007C4EA5" w:rsidRPr="007C4EA5" w:rsidRDefault="007C4EA5" w:rsidP="007C4EA5">
      <w:pPr>
        <w:rPr>
          <w:lang w:val="en-AU"/>
        </w:rPr>
      </w:pPr>
      <w:r w:rsidRPr="007C4EA5">
        <w:rPr>
          <w:lang w:val="en-AU"/>
        </w:rPr>
        <w:t>She launches into her assessment, each question a bullet point on her mental checklist. "Do you lack interest or pleasure in completing tasks?" Yes. "Do you feel despondent or hopeless?" Yes. "Do you have high energy levels or are you constantly tired?" Yes, yes, yes – a litany of failure. The bald man beside her taps away at his laptop, recording my decay in ones and zeros, never looking up. My answers seem to irritate her, as if my illness is an personal inconvenience.</w:t>
      </w:r>
    </w:p>
    <w:p w14:paraId="67F2D5B4" w14:textId="77777777" w:rsidR="007C4EA5" w:rsidRPr="007C4EA5" w:rsidRDefault="007C4EA5" w:rsidP="007C4EA5">
      <w:pPr>
        <w:rPr>
          <w:lang w:val="en-AU"/>
        </w:rPr>
      </w:pPr>
      <w:r w:rsidRPr="007C4EA5">
        <w:rPr>
          <w:lang w:val="en-AU"/>
        </w:rPr>
        <w:t>"You're already on a high dosage of your antidepressants, 40 mg, and we can't increase it any further." Her words crack like a whip.</w:t>
      </w:r>
    </w:p>
    <w:p w14:paraId="69FD4191" w14:textId="77777777" w:rsidR="007C4EA5" w:rsidRPr="007C4EA5" w:rsidRDefault="007C4EA5" w:rsidP="007C4EA5">
      <w:pPr>
        <w:rPr>
          <w:lang w:val="en-AU"/>
        </w:rPr>
      </w:pPr>
      <w:r w:rsidRPr="007C4EA5">
        <w:rPr>
          <w:lang w:val="en-AU"/>
        </w:rPr>
        <w:t>Something snaps inside me. "Well, it's not working!" The words explode from my chest before I can catch them.</w:t>
      </w:r>
    </w:p>
    <w:p w14:paraId="33C93616" w14:textId="77777777" w:rsidR="007C4EA5" w:rsidRPr="007C4EA5" w:rsidRDefault="007C4EA5" w:rsidP="007C4EA5">
      <w:pPr>
        <w:rPr>
          <w:lang w:val="en-AU"/>
        </w:rPr>
      </w:pPr>
      <w:r w:rsidRPr="007C4EA5">
        <w:rPr>
          <w:lang w:val="en-AU"/>
        </w:rPr>
        <w:t>"Force yourself to do things. You're on a great medication and should be seeing results." Her voice drips with dismissal, each word another brick in the wall between us.</w:t>
      </w:r>
    </w:p>
    <w:p w14:paraId="492CBEBC" w14:textId="77777777" w:rsidR="007C4EA5" w:rsidRPr="007C4EA5" w:rsidRDefault="007C4EA5" w:rsidP="007C4EA5">
      <w:pPr>
        <w:rPr>
          <w:lang w:val="en-AU"/>
        </w:rPr>
      </w:pPr>
      <w:r w:rsidRPr="007C4EA5">
        <w:rPr>
          <w:lang w:val="en-AU"/>
        </w:rPr>
        <w:t>The rage rises hot and fast, burning away the fog of depression. "Do you think I enjoy hating myself?" My voice trembles with the force of it. "I came here seeking help, for someone to take away the unbearable pain inside me. And your suggestion is for me to just force myself? How did I not think of that before?" The sarcasm is razor-sharp, drawing blood.</w:t>
      </w:r>
    </w:p>
    <w:p w14:paraId="549E1CD8" w14:textId="77777777" w:rsidR="007C4EA5" w:rsidRPr="007C4EA5" w:rsidRDefault="007C4EA5" w:rsidP="007C4EA5">
      <w:pPr>
        <w:rPr>
          <w:lang w:val="en-AU"/>
        </w:rPr>
      </w:pPr>
      <w:r w:rsidRPr="007C4EA5">
        <w:rPr>
          <w:lang w:val="en-AU"/>
        </w:rPr>
        <w:t>She retreats behind her professional facade. "We'll speak with other experts and see what can be done." A tactical surrender.</w:t>
      </w:r>
    </w:p>
    <w:p w14:paraId="50C56F8C" w14:textId="77777777" w:rsidR="007C4EA5" w:rsidRPr="007C4EA5" w:rsidRDefault="007C4EA5" w:rsidP="007C4EA5">
      <w:pPr>
        <w:rPr>
          <w:lang w:val="en-AU"/>
        </w:rPr>
      </w:pPr>
      <w:r w:rsidRPr="007C4EA5">
        <w:rPr>
          <w:lang w:val="en-AU"/>
        </w:rPr>
        <w:t xml:space="preserve">Back in my room, defeat crushes me into the mattress. The walls stare back, blank as my future. When the knock comes, dread coils in my stomach like a poisonous snake. She enters – the stern doctor, wearing authority like </w:t>
      </w:r>
      <w:proofErr w:type="spellStart"/>
      <w:r w:rsidRPr="007C4EA5">
        <w:rPr>
          <w:lang w:val="en-AU"/>
        </w:rPr>
        <w:t>armor</w:t>
      </w:r>
      <w:proofErr w:type="spellEnd"/>
      <w:r w:rsidRPr="007C4EA5">
        <w:rPr>
          <w:lang w:val="en-AU"/>
        </w:rPr>
        <w:t>.</w:t>
      </w:r>
    </w:p>
    <w:p w14:paraId="415528F9" w14:textId="77777777" w:rsidR="007C4EA5" w:rsidRPr="007C4EA5" w:rsidRDefault="007C4EA5" w:rsidP="007C4EA5">
      <w:pPr>
        <w:rPr>
          <w:lang w:val="en-AU"/>
        </w:rPr>
      </w:pPr>
      <w:r w:rsidRPr="007C4EA5">
        <w:rPr>
          <w:lang w:val="en-AU"/>
        </w:rPr>
        <w:t>"Based on consultation with my colleagues," she announces, clinical as a scalpel, "patients can tolerate up to sixty to eighty milligrams of Lexapro. We'll increase you to fifty tomorrow." Paper shuffles, a pause pregnant with unspoken judgments. "And transfer you to your local psychiatric unit."</w:t>
      </w:r>
    </w:p>
    <w:p w14:paraId="7B11AD7F" w14:textId="77777777" w:rsidR="007C4EA5" w:rsidRPr="007C4EA5" w:rsidRDefault="007C4EA5" w:rsidP="007C4EA5">
      <w:pPr>
        <w:rPr>
          <w:lang w:val="en-AU"/>
        </w:rPr>
      </w:pPr>
      <w:r w:rsidRPr="007C4EA5">
        <w:rPr>
          <w:lang w:val="en-AU"/>
        </w:rPr>
        <w:t>Questions swarm like angry wasps in my skull, but all I can push past my lips is a weak "Okay." The word falls dead between us. She has her neat little plan, her medication adjustments and transfer orders, but she doesn't see me. Not really. I'm just another chart to update, another set of numbers to adjust, another problem to solve and file away.</w:t>
      </w:r>
    </w:p>
    <w:p w14:paraId="7039E78E" w14:textId="77777777" w:rsidR="007C4EA5" w:rsidRPr="007C4EA5" w:rsidRDefault="007C4EA5" w:rsidP="007C4EA5">
      <w:pPr>
        <w:rPr>
          <w:lang w:val="en-AU"/>
        </w:rPr>
      </w:pPr>
      <w:r w:rsidRPr="007C4EA5">
        <w:rPr>
          <w:lang w:val="en-AU"/>
        </w:rPr>
        <w:t>Her plan changes nothing – I still can't stand her. She helps me stuff my life into plastic bags, each item a reminder of how far I've fallen. The walk to the ambulance bay feels like a funeral march. The transport van waits like a hearse, its officers silent as pallbearers. I'm cargo now, nothing more.</w:t>
      </w:r>
    </w:p>
    <w:p w14:paraId="78752DB1" w14:textId="77777777" w:rsidR="007C4EA5" w:rsidRPr="007C4EA5" w:rsidRDefault="007C4EA5" w:rsidP="007C4EA5">
      <w:pPr>
        <w:rPr>
          <w:lang w:val="en-AU"/>
        </w:rPr>
      </w:pPr>
      <w:r w:rsidRPr="007C4EA5">
        <w:rPr>
          <w:lang w:val="en-AU"/>
        </w:rPr>
        <w:t xml:space="preserve">The second hospital rises from a sea of green, nature's beauty mocking my internal wasteland. Janet meets us at the door – all crisp turtleneck, severe glasses, and razor-edged pencil skirt. Everything about her screams authority, from her principal's posture to her calculated smile. The intake room closes around me like a trap: four chairs, drawn curtains, no visible escape. I'm a butterfly pinned to a board, waiting for the next person to </w:t>
      </w:r>
      <w:proofErr w:type="spellStart"/>
      <w:r w:rsidRPr="007C4EA5">
        <w:rPr>
          <w:lang w:val="en-AU"/>
        </w:rPr>
        <w:t>analyze</w:t>
      </w:r>
      <w:proofErr w:type="spellEnd"/>
      <w:r w:rsidRPr="007C4EA5">
        <w:rPr>
          <w:lang w:val="en-AU"/>
        </w:rPr>
        <w:t xml:space="preserve"> my broken wings.</w:t>
      </w:r>
    </w:p>
    <w:p w14:paraId="791E9AC6" w14:textId="77777777" w:rsidR="000B546E" w:rsidRPr="000B546E" w:rsidRDefault="000B546E" w:rsidP="000B546E">
      <w:pPr>
        <w:rPr>
          <w:lang w:val="en-AU"/>
        </w:rPr>
      </w:pPr>
      <w:r w:rsidRPr="000B546E">
        <w:rPr>
          <w:lang w:val="en-AU"/>
        </w:rPr>
        <w:t>"Lighters and cigarettes aren't permitted in the ward." Janet recites the contraband list like she's reading a grocery list: "No sharp objects, no aerosol containers, no clothes with cords, no razors. Cash limit is fifty dollars, and no phones or laptops." She pauses, her glasses catching the fluorescent light. "We'll search your belongings and lock them in the nursing station. Fourteen patients here – it's for everyone's safety."</w:t>
      </w:r>
    </w:p>
    <w:p w14:paraId="26249957" w14:textId="25B8DD57" w:rsidR="000B546E" w:rsidRPr="000B546E" w:rsidRDefault="000B546E" w:rsidP="000B546E">
      <w:pPr>
        <w:rPr>
          <w:lang w:val="en-AU"/>
        </w:rPr>
      </w:pPr>
      <w:r w:rsidRPr="000B546E">
        <w:rPr>
          <w:lang w:val="en-AU"/>
        </w:rPr>
        <w:t xml:space="preserve">Her words hit me </w:t>
      </w:r>
      <w:r w:rsidR="00847BAB">
        <w:rPr>
          <w:lang w:val="en-AU"/>
        </w:rPr>
        <w:t xml:space="preserve">hard </w:t>
      </w:r>
      <w:r w:rsidR="007B43FA">
        <w:rPr>
          <w:lang w:val="en-AU"/>
        </w:rPr>
        <w:t xml:space="preserve">as my </w:t>
      </w:r>
      <w:r w:rsidRPr="000B546E">
        <w:rPr>
          <w:lang w:val="en-AU"/>
        </w:rPr>
        <w:t>freedom</w:t>
      </w:r>
      <w:r w:rsidR="007B43FA">
        <w:rPr>
          <w:lang w:val="en-AU"/>
        </w:rPr>
        <w:t xml:space="preserve"> is</w:t>
      </w:r>
      <w:r w:rsidRPr="000B546E">
        <w:rPr>
          <w:lang w:val="en-AU"/>
        </w:rPr>
        <w:t xml:space="preserve"> stripped away. My chest constricts, heart hammering against my ribs as if trying to escape. Fourteen patients. The number echoes in my head – so many more faces to avoid than at the last hospital. I'm drowning in my own spiral of bad decisions, each breath a struggle against the tightening noose of my shirt collar.</w:t>
      </w:r>
    </w:p>
    <w:p w14:paraId="651B5860" w14:textId="77777777" w:rsidR="000B546E" w:rsidRPr="000B546E" w:rsidRDefault="000B546E" w:rsidP="000B546E">
      <w:pPr>
        <w:rPr>
          <w:lang w:val="en-AU"/>
        </w:rPr>
      </w:pPr>
      <w:r w:rsidRPr="000B546E">
        <w:rPr>
          <w:lang w:val="en-AU"/>
        </w:rPr>
        <w:t>Janet shepherds me through a gated area to the right, my belongings clutched in her institutional grip. The ward reveals itself like a nightmare – all male patients, their eyes vacant pools reflecting whatever internal hell they're living through. A nurse's voice bounces off the walls, asking questions that dissolve into the static air. Unlike them, I tell myself, I don't belong here. The thought sends fresh tears streaming down my face, hot and shameful.</w:t>
      </w:r>
    </w:p>
    <w:p w14:paraId="651A366F" w14:textId="7C007C44" w:rsidR="000B546E" w:rsidRPr="000B546E" w:rsidRDefault="000B546E" w:rsidP="000B546E">
      <w:pPr>
        <w:rPr>
          <w:lang w:val="en-AU"/>
        </w:rPr>
      </w:pPr>
      <w:r w:rsidRPr="000B546E">
        <w:rPr>
          <w:lang w:val="en-AU"/>
        </w:rPr>
        <w:t xml:space="preserve">We pass the nursing station, a fortress of glass and charts, before reaching my room. It's a museum of sterility – white walls, a bed stripped of personality, a cupboard that could hold anyone's life, and a window that frames nothing but shrubs. Outside my door, a man in sweatpants and a weathered grey shirt paces </w:t>
      </w:r>
      <w:r w:rsidR="006047D4">
        <w:rPr>
          <w:lang w:val="en-AU"/>
        </w:rPr>
        <w:t>by</w:t>
      </w:r>
      <w:r w:rsidR="00E725CB">
        <w:rPr>
          <w:lang w:val="en-AU"/>
        </w:rPr>
        <w:t xml:space="preserve"> </w:t>
      </w:r>
      <w:r w:rsidRPr="000B546E">
        <w:rPr>
          <w:lang w:val="en-AU"/>
        </w:rPr>
        <w:t>before he stops, introduces himself as Rob, extend</w:t>
      </w:r>
      <w:r w:rsidR="00E725CB">
        <w:rPr>
          <w:lang w:val="en-AU"/>
        </w:rPr>
        <w:t>ing</w:t>
      </w:r>
      <w:r w:rsidRPr="000B546E">
        <w:rPr>
          <w:lang w:val="en-AU"/>
        </w:rPr>
        <w:t xml:space="preserve"> his hand. I swipe at my tears, trying to erase the evidence of </w:t>
      </w:r>
      <w:r w:rsidR="00E725CB">
        <w:rPr>
          <w:lang w:val="en-AU"/>
        </w:rPr>
        <w:t>my tears.</w:t>
      </w:r>
    </w:p>
    <w:p w14:paraId="39A73F2E" w14:textId="57322FAE" w:rsidR="000B546E" w:rsidRPr="000B546E" w:rsidRDefault="000B546E" w:rsidP="000B546E">
      <w:pPr>
        <w:rPr>
          <w:lang w:val="en-AU"/>
        </w:rPr>
      </w:pPr>
      <w:r w:rsidRPr="000B546E">
        <w:rPr>
          <w:lang w:val="en-AU"/>
        </w:rPr>
        <w:t xml:space="preserve">After Rob resumes his endless walking, I venture a look outside. The hallway </w:t>
      </w:r>
      <w:r w:rsidR="008A1245">
        <w:rPr>
          <w:lang w:val="en-AU"/>
        </w:rPr>
        <w:t xml:space="preserve">stretches lined </w:t>
      </w:r>
      <w:r w:rsidR="00DD6D86">
        <w:rPr>
          <w:lang w:val="en-AU"/>
        </w:rPr>
        <w:t xml:space="preserve">with </w:t>
      </w:r>
      <w:r w:rsidRPr="000B546E">
        <w:rPr>
          <w:lang w:val="en-AU"/>
        </w:rPr>
        <w:t xml:space="preserve">blue doors marked with names in </w:t>
      </w:r>
      <w:r w:rsidR="00DD6D86">
        <w:rPr>
          <w:lang w:val="en-AU"/>
        </w:rPr>
        <w:t>white board</w:t>
      </w:r>
      <w:r w:rsidRPr="000B546E">
        <w:rPr>
          <w:lang w:val="en-AU"/>
        </w:rPr>
        <w:t xml:space="preserve"> marker</w:t>
      </w:r>
      <w:r w:rsidR="00DD6D86">
        <w:rPr>
          <w:lang w:val="en-AU"/>
        </w:rPr>
        <w:t>.</w:t>
      </w:r>
      <w:r w:rsidRPr="000B546E">
        <w:rPr>
          <w:lang w:val="en-AU"/>
        </w:rPr>
        <w:t xml:space="preserve"> The common area </w:t>
      </w:r>
      <w:r w:rsidR="004A3630">
        <w:rPr>
          <w:lang w:val="en-AU"/>
        </w:rPr>
        <w:t xml:space="preserve"> has a </w:t>
      </w:r>
      <w:r w:rsidRPr="000B546E">
        <w:rPr>
          <w:lang w:val="en-AU"/>
        </w:rPr>
        <w:t xml:space="preserve">handful of armchairs, and droning TV. I claim the least stained chair, pulling my knees to my chest like </w:t>
      </w:r>
      <w:r w:rsidR="004A3630" w:rsidRPr="000B546E">
        <w:rPr>
          <w:lang w:val="en-AU"/>
        </w:rPr>
        <w:t>armour</w:t>
      </w:r>
      <w:r w:rsidRPr="000B546E">
        <w:rPr>
          <w:lang w:val="en-AU"/>
        </w:rPr>
        <w:t>. The TV's static mingles with some pop song stuck in an endless loop, a soundtrack to madness.</w:t>
      </w:r>
    </w:p>
    <w:p w14:paraId="602F8F0B" w14:textId="20D4687C" w:rsidR="000B546E" w:rsidRPr="000B546E" w:rsidRDefault="000B546E" w:rsidP="000B546E">
      <w:pPr>
        <w:rPr>
          <w:lang w:val="en-AU"/>
        </w:rPr>
      </w:pPr>
      <w:r w:rsidRPr="000B546E">
        <w:rPr>
          <w:lang w:val="en-AU"/>
        </w:rPr>
        <w:t>Then I smell it – tobacco, rich and forbidden, cutting through the antiseptic air. My eyes find its source: a ghost of a man in the corner, pale as the walls except for eyes that burn bright in his gaunt face. His white t-shirt hangs loose, jeans torn at the knees, and when he grins, a gap in his teeth creates a window to darkness. But right now, he's  – my potential connection to nicotine salvation.</w:t>
      </w:r>
    </w:p>
    <w:p w14:paraId="1B8F6FD7" w14:textId="701C17FA" w:rsidR="000B546E" w:rsidRPr="000B546E" w:rsidRDefault="000B546E" w:rsidP="000B546E">
      <w:pPr>
        <w:rPr>
          <w:lang w:val="en-AU"/>
        </w:rPr>
      </w:pPr>
      <w:r w:rsidRPr="000B546E">
        <w:rPr>
          <w:lang w:val="en-AU"/>
        </w:rPr>
        <w:t>I whisper my request, careful to keep my voice below the nurses' radar. He nods, our conspiracy sealed in silence, and leads me to the courtyard. We settle on a metal bench that's cold . "Face the wall," he instructs, nodding toward a camera. "If they catch you, say you used matches. They'll take the lighter otherwise."</w:t>
      </w:r>
    </w:p>
    <w:p w14:paraId="68C25296" w14:textId="77777777" w:rsidR="000B546E" w:rsidRPr="000B546E" w:rsidRDefault="000B546E" w:rsidP="000B546E">
      <w:pPr>
        <w:rPr>
          <w:lang w:val="en-AU"/>
        </w:rPr>
      </w:pPr>
      <w:r w:rsidRPr="000B546E">
        <w:rPr>
          <w:lang w:val="en-AU"/>
        </w:rPr>
        <w:t>The first drag feels like coming home. "Thank you," I breathe out with the smoke. "I needed this."</w:t>
      </w:r>
    </w:p>
    <w:p w14:paraId="01E72946" w14:textId="77777777" w:rsidR="000B546E" w:rsidRPr="000B546E" w:rsidRDefault="000B546E" w:rsidP="000B546E">
      <w:pPr>
        <w:rPr>
          <w:lang w:val="en-AU"/>
        </w:rPr>
      </w:pPr>
      <w:r w:rsidRPr="000B546E">
        <w:rPr>
          <w:lang w:val="en-AU"/>
        </w:rPr>
        <w:t>"No problem. I'm Chris."</w:t>
      </w:r>
    </w:p>
    <w:p w14:paraId="1C2721AC" w14:textId="57F73E18" w:rsidR="000B546E" w:rsidRPr="000B546E" w:rsidRDefault="000B546E" w:rsidP="000B546E">
      <w:pPr>
        <w:rPr>
          <w:lang w:val="en-AU"/>
        </w:rPr>
      </w:pPr>
      <w:r w:rsidRPr="000B546E">
        <w:rPr>
          <w:lang w:val="en-AU"/>
        </w:rPr>
        <w:t>"</w:t>
      </w:r>
      <w:proofErr w:type="spellStart"/>
      <w:r w:rsidR="00370BCC">
        <w:rPr>
          <w:lang w:val="en-AU"/>
        </w:rPr>
        <w:t>im</w:t>
      </w:r>
      <w:proofErr w:type="spellEnd"/>
      <w:r w:rsidR="00370BCC">
        <w:rPr>
          <w:lang w:val="en-AU"/>
        </w:rPr>
        <w:t xml:space="preserve"> </w:t>
      </w:r>
      <w:r w:rsidRPr="000B546E">
        <w:rPr>
          <w:lang w:val="en-AU"/>
        </w:rPr>
        <w:t>Dani. How long have you been here</w:t>
      </w:r>
      <w:r w:rsidR="00370BCC">
        <w:rPr>
          <w:lang w:val="en-AU"/>
        </w:rPr>
        <w:t xml:space="preserve"> </w:t>
      </w:r>
      <w:r w:rsidRPr="000B546E">
        <w:rPr>
          <w:lang w:val="en-AU"/>
        </w:rPr>
        <w:t>?"</w:t>
      </w:r>
      <w:r w:rsidR="00370BCC">
        <w:rPr>
          <w:lang w:val="en-AU"/>
        </w:rPr>
        <w:t xml:space="preserve"> I ask</w:t>
      </w:r>
    </w:p>
    <w:p w14:paraId="244382A7" w14:textId="2AB7FD5E" w:rsidR="000B546E" w:rsidRPr="000B546E" w:rsidRDefault="000B546E" w:rsidP="000B546E">
      <w:pPr>
        <w:rPr>
          <w:lang w:val="en-AU"/>
        </w:rPr>
      </w:pPr>
      <w:r w:rsidRPr="000B546E">
        <w:rPr>
          <w:lang w:val="en-AU"/>
        </w:rPr>
        <w:t>His story spills out like smoke rings: "Three months.  they keep extending my time. Cops mixed me up with someone else,</w:t>
      </w:r>
      <w:r w:rsidR="00D04D48">
        <w:rPr>
          <w:lang w:val="en-AU"/>
        </w:rPr>
        <w:t xml:space="preserve"> thinking I keep trying </w:t>
      </w:r>
      <w:r w:rsidR="0000258A">
        <w:rPr>
          <w:lang w:val="en-AU"/>
        </w:rPr>
        <w:t>to do a runner,</w:t>
      </w:r>
      <w:r w:rsidRPr="000B546E">
        <w:rPr>
          <w:lang w:val="en-AU"/>
        </w:rPr>
        <w:t xml:space="preserve"> </w:t>
      </w:r>
      <w:r w:rsidR="00D04D48">
        <w:rPr>
          <w:lang w:val="en-AU"/>
        </w:rPr>
        <w:t xml:space="preserve"> now </w:t>
      </w:r>
      <w:proofErr w:type="spellStart"/>
      <w:r w:rsidR="00D04D48">
        <w:rPr>
          <w:lang w:val="en-AU"/>
        </w:rPr>
        <w:t>im</w:t>
      </w:r>
      <w:proofErr w:type="spellEnd"/>
      <w:r w:rsidR="00D04D48">
        <w:rPr>
          <w:lang w:val="en-AU"/>
        </w:rPr>
        <w:t xml:space="preserve"> </w:t>
      </w:r>
      <w:r w:rsidRPr="000B546E">
        <w:rPr>
          <w:lang w:val="en-AU"/>
        </w:rPr>
        <w:t>stuck me here. Been in and out since I was 19. I'm 45 now."</w:t>
      </w:r>
    </w:p>
    <w:p w14:paraId="4CF80FDE" w14:textId="77777777" w:rsidR="000B546E" w:rsidRPr="000B546E" w:rsidRDefault="000B546E" w:rsidP="000B546E">
      <w:pPr>
        <w:rPr>
          <w:lang w:val="en-AU"/>
        </w:rPr>
      </w:pPr>
      <w:r w:rsidRPr="000B546E">
        <w:rPr>
          <w:lang w:val="en-AU"/>
        </w:rPr>
        <w:t>"Why run?"</w:t>
      </w:r>
    </w:p>
    <w:p w14:paraId="63859143" w14:textId="25F0C0EE" w:rsidR="000B546E" w:rsidRPr="000B546E" w:rsidRDefault="000B546E" w:rsidP="000B546E">
      <w:pPr>
        <w:rPr>
          <w:lang w:val="en-AU"/>
        </w:rPr>
      </w:pPr>
      <w:r w:rsidRPr="000B546E">
        <w:rPr>
          <w:lang w:val="en-AU"/>
        </w:rPr>
        <w:t>A s</w:t>
      </w:r>
      <w:r w:rsidR="0000258A">
        <w:rPr>
          <w:lang w:val="en-AU"/>
        </w:rPr>
        <w:t xml:space="preserve">mirk appears </w:t>
      </w:r>
      <w:r w:rsidRPr="000B546E">
        <w:rPr>
          <w:lang w:val="en-AU"/>
        </w:rPr>
        <w:t>across his face. "They think I'm chasing highs. I just want to fish."</w:t>
      </w:r>
    </w:p>
    <w:p w14:paraId="16229A79" w14:textId="61E35678" w:rsidR="000B546E" w:rsidRPr="000B546E" w:rsidRDefault="000B546E" w:rsidP="000B546E">
      <w:pPr>
        <w:rPr>
          <w:lang w:val="en-AU"/>
        </w:rPr>
      </w:pPr>
      <w:r w:rsidRPr="000B546E">
        <w:rPr>
          <w:lang w:val="en-AU"/>
        </w:rPr>
        <w:t xml:space="preserve">He </w:t>
      </w:r>
      <w:r w:rsidR="0000258A">
        <w:rPr>
          <w:lang w:val="en-AU"/>
        </w:rPr>
        <w:t>walks</w:t>
      </w:r>
      <w:r w:rsidRPr="000B546E">
        <w:rPr>
          <w:lang w:val="en-AU"/>
        </w:rPr>
        <w:t xml:space="preserve"> away , leaving me to nurse the cigarette until it burns my fingers. A nurse's voice calls me inside, and reality crashes back. As I navigate the hall, a childlike voice stops me – it belongs to a large woman sprawled across her bed in a private room, her too-small jumper riding up, hair a testament to indifference. "New here?" she asks. I manage a "Yeah," and she offers a greeting that I answer with only a smile.</w:t>
      </w:r>
    </w:p>
    <w:p w14:paraId="221FFF1D" w14:textId="57B5E968" w:rsidR="00D53276" w:rsidRPr="00D53276" w:rsidRDefault="00D53276" w:rsidP="00D53276">
      <w:pPr>
        <w:rPr>
          <w:lang w:val="en-AU"/>
        </w:rPr>
      </w:pPr>
      <w:r w:rsidRPr="00D53276">
        <w:rPr>
          <w:lang w:val="en-AU"/>
        </w:rPr>
        <w:t xml:space="preserve">A nurse intercept, directing me toward my next </w:t>
      </w:r>
      <w:r w:rsidRPr="006C1863">
        <w:rPr>
          <w:lang w:val="en-AU"/>
        </w:rPr>
        <w:t xml:space="preserve"> inquisition.</w:t>
      </w:r>
      <w:r>
        <w:rPr>
          <w:lang w:val="en-AU"/>
        </w:rPr>
        <w:t xml:space="preserve"> </w:t>
      </w:r>
      <w:r w:rsidR="00502070">
        <w:rPr>
          <w:lang w:val="en-AU"/>
        </w:rPr>
        <w:t>for</w:t>
      </w:r>
      <w:r w:rsidRPr="00D53276">
        <w:rPr>
          <w:lang w:val="en-AU"/>
        </w:rPr>
        <w:t xml:space="preserve"> admission</w:t>
      </w:r>
      <w:r w:rsidR="00502070">
        <w:rPr>
          <w:lang w:val="en-AU"/>
        </w:rPr>
        <w:t xml:space="preserve"> by the</w:t>
      </w:r>
      <w:r w:rsidRPr="00D53276">
        <w:rPr>
          <w:lang w:val="en-AU"/>
        </w:rPr>
        <w:t xml:space="preserve"> psychiatrist. </w:t>
      </w:r>
      <w:r w:rsidR="00502070">
        <w:rPr>
          <w:lang w:val="en-AU"/>
        </w:rPr>
        <w:t xml:space="preserve"> </w:t>
      </w:r>
      <w:proofErr w:type="spellStart"/>
      <w:r w:rsidR="00313E0C">
        <w:rPr>
          <w:lang w:val="en-AU"/>
        </w:rPr>
        <w:t>Im</w:t>
      </w:r>
      <w:proofErr w:type="spellEnd"/>
      <w:r w:rsidR="00313E0C">
        <w:rPr>
          <w:lang w:val="en-AU"/>
        </w:rPr>
        <w:t xml:space="preserve"> led to a room and see three</w:t>
      </w:r>
    </w:p>
    <w:p w14:paraId="1C5388B9" w14:textId="2722E50E" w:rsidR="006C1863" w:rsidRPr="006C1863" w:rsidRDefault="006C1863" w:rsidP="006C1863">
      <w:pPr>
        <w:rPr>
          <w:lang w:val="en-AU"/>
        </w:rPr>
      </w:pPr>
      <w:r w:rsidRPr="006C1863">
        <w:rPr>
          <w:lang w:val="en-AU"/>
        </w:rPr>
        <w:t>of them, arranged behind the desk like a medical firing squad – two psychiatrists and a training doctor, all wearing the same mask of clinical detachment.</w:t>
      </w:r>
      <w:r w:rsidR="00F740EB">
        <w:rPr>
          <w:lang w:val="en-AU"/>
        </w:rPr>
        <w:t xml:space="preserve">  I sit in the</w:t>
      </w:r>
      <w:r w:rsidRPr="006C1863">
        <w:rPr>
          <w:lang w:val="en-AU"/>
        </w:rPr>
        <w:t xml:space="preserve"> empty chair </w:t>
      </w:r>
      <w:proofErr w:type="spellStart"/>
      <w:r w:rsidR="00F740EB">
        <w:rPr>
          <w:lang w:val="en-AU"/>
        </w:rPr>
        <w:t>infront</w:t>
      </w:r>
      <w:proofErr w:type="spellEnd"/>
      <w:r w:rsidR="00F740EB">
        <w:rPr>
          <w:lang w:val="en-AU"/>
        </w:rPr>
        <w:t xml:space="preserve"> in</w:t>
      </w:r>
      <w:r w:rsidRPr="006C1863">
        <w:rPr>
          <w:lang w:val="en-AU"/>
        </w:rPr>
        <w:t xml:space="preserve"> isolation.</w:t>
      </w:r>
    </w:p>
    <w:p w14:paraId="4BB0DE6C" w14:textId="77777777" w:rsidR="006C1863" w:rsidRPr="006C1863" w:rsidRDefault="006C1863" w:rsidP="006C1863">
      <w:pPr>
        <w:rPr>
          <w:lang w:val="en-AU"/>
        </w:rPr>
      </w:pPr>
      <w:r w:rsidRPr="006C1863">
        <w:rPr>
          <w:lang w:val="en-AU"/>
        </w:rPr>
        <w:t>"How long have you been on antidepressants?" The training doctor's voice has that fresh-from-medical-school precision, each word carefully enunciated as if reading from an invisible script.</w:t>
      </w:r>
    </w:p>
    <w:p w14:paraId="5B51BE6F" w14:textId="77777777" w:rsidR="006C1863" w:rsidRPr="006C1863" w:rsidRDefault="006C1863" w:rsidP="006C1863">
      <w:pPr>
        <w:rPr>
          <w:lang w:val="en-AU"/>
        </w:rPr>
      </w:pPr>
      <w:r w:rsidRPr="006C1863">
        <w:rPr>
          <w:lang w:val="en-AU"/>
        </w:rPr>
        <w:t xml:space="preserve">"Fifteen years." My voice sounds hollow, worn smooth by countless </w:t>
      </w:r>
      <w:proofErr w:type="spellStart"/>
      <w:r w:rsidRPr="006C1863">
        <w:rPr>
          <w:lang w:val="en-AU"/>
        </w:rPr>
        <w:t>tellings</w:t>
      </w:r>
      <w:proofErr w:type="spellEnd"/>
      <w:r w:rsidRPr="006C1863">
        <w:rPr>
          <w:lang w:val="en-AU"/>
        </w:rPr>
        <w:t>. A decade and a half of chemical adjustments, of trying to fix what's broken inside me.</w:t>
      </w:r>
    </w:p>
    <w:p w14:paraId="6A03830F" w14:textId="77777777" w:rsidR="006C1863" w:rsidRPr="006C1863" w:rsidRDefault="006C1863" w:rsidP="006C1863">
      <w:pPr>
        <w:rPr>
          <w:lang w:val="en-AU"/>
        </w:rPr>
      </w:pPr>
      <w:r w:rsidRPr="006C1863">
        <w:rPr>
          <w:lang w:val="en-AU"/>
        </w:rPr>
        <w:t>"Do you have a history of mental illness in your family?"</w:t>
      </w:r>
    </w:p>
    <w:p w14:paraId="23C7D561" w14:textId="77777777" w:rsidR="006C1863" w:rsidRPr="006C1863" w:rsidRDefault="006C1863" w:rsidP="006C1863">
      <w:pPr>
        <w:rPr>
          <w:lang w:val="en-AU"/>
        </w:rPr>
      </w:pPr>
      <w:r w:rsidRPr="006C1863">
        <w:rPr>
          <w:lang w:val="en-AU"/>
        </w:rPr>
        <w:t>A bitter laugh threatens to escape. History? We've got a whole library. "Yes. My mother and on her side, there are eight cousins. Each of them has..." I tick off our family's greatest hits: "Depression, schizophrenia, bipolar, drug addiction..." The words taste like ashes in my mouth.</w:t>
      </w:r>
    </w:p>
    <w:p w14:paraId="4451B88A" w14:textId="77777777" w:rsidR="006C1863" w:rsidRPr="006C1863" w:rsidRDefault="006C1863" w:rsidP="006C1863">
      <w:pPr>
        <w:rPr>
          <w:lang w:val="en-AU"/>
        </w:rPr>
      </w:pPr>
      <w:r w:rsidRPr="006C1863">
        <w:rPr>
          <w:lang w:val="en-AU"/>
        </w:rPr>
        <w:t>The senior doctor hunches over my file, his glasses sliding down his nose like they're trying to escape. His eyes are mapped with red veins – the kind of exhaustion that comes from reading too many stories like mine. His fingers dance through the pages with the mechanical precision of someone who's done this thousands of times before.</w:t>
      </w:r>
    </w:p>
    <w:p w14:paraId="0E2158DB" w14:textId="77777777" w:rsidR="006C1863" w:rsidRPr="006C1863" w:rsidRDefault="006C1863" w:rsidP="006C1863">
      <w:pPr>
        <w:rPr>
          <w:lang w:val="en-AU"/>
        </w:rPr>
      </w:pPr>
      <w:r w:rsidRPr="006C1863">
        <w:rPr>
          <w:lang w:val="en-AU"/>
        </w:rPr>
        <w:t>He leans toward the psychiatrist beside him, their heads forming a conspiratorial huddle. Their whispers scratch against my ears, just quiet enough that I can't make out the words. Are they discussing which medication carousel to put me on next? Or am I just another hopeless case, too broken for their standard protocols?</w:t>
      </w:r>
    </w:p>
    <w:p w14:paraId="305A916B" w14:textId="77777777" w:rsidR="006C1863" w:rsidRPr="006C1863" w:rsidRDefault="006C1863" w:rsidP="006C1863">
      <w:pPr>
        <w:rPr>
          <w:lang w:val="en-AU"/>
        </w:rPr>
      </w:pPr>
      <w:r w:rsidRPr="006C1863">
        <w:rPr>
          <w:lang w:val="en-AU"/>
        </w:rPr>
        <w:t>The doctor's hands continue their practiced ballet across my notes, each page turn a countdown to whatever verdict they'll deliver. His face might as well be carved from stone – decades of practice at hiding any reaction to the pain documented in these files. The psychiatrist beside him nods along to their whispered conference, looking like a bobblehead in an expensive suit.</w:t>
      </w:r>
    </w:p>
    <w:p w14:paraId="1D8970C4" w14:textId="77777777" w:rsidR="006C1863" w:rsidRPr="006C1863" w:rsidRDefault="006C1863" w:rsidP="006C1863">
      <w:pPr>
        <w:rPr>
          <w:lang w:val="en-AU"/>
        </w:rPr>
      </w:pPr>
      <w:r w:rsidRPr="006C1863">
        <w:rPr>
          <w:lang w:val="en-AU"/>
        </w:rPr>
        <w:t>I close my eyes, suddenly bone-tired. I know what comes next: another medication adjustment, another theory about what might fix me, another well-meaning but ultimately useless piece of advice. The same dance, just with different partners.</w:t>
      </w:r>
    </w:p>
    <w:p w14:paraId="6460F75D" w14:textId="77777777" w:rsidR="00CB0035" w:rsidRDefault="00832B05">
      <w:r>
        <w:br/>
      </w:r>
      <w:r>
        <w:br/>
      </w:r>
    </w:p>
    <w:p w14:paraId="76FEA4EA" w14:textId="77777777" w:rsidR="00CB0035" w:rsidRDefault="00832B05">
      <w:r>
        <w:br/>
      </w:r>
      <w:r>
        <w:br/>
      </w:r>
    </w:p>
    <w:p w14:paraId="2209A80F" w14:textId="77777777" w:rsidR="00CB0035" w:rsidRDefault="00832B05">
      <w:pPr>
        <w:pStyle w:val="Heading1"/>
      </w:pPr>
      <w:r>
        <w:t>Chapter 2</w:t>
      </w:r>
    </w:p>
    <w:p w14:paraId="5EF4D698" w14:textId="77777777" w:rsidR="00A45CE6" w:rsidRPr="00A45CE6" w:rsidRDefault="00832B05" w:rsidP="00A45CE6">
      <w:pPr>
        <w:rPr>
          <w:lang w:val="en-AU"/>
        </w:rPr>
      </w:pPr>
      <w:r>
        <w:br/>
      </w:r>
      <w:r>
        <w:br/>
      </w:r>
      <w:r w:rsidR="00A45CE6" w:rsidRPr="00A45CE6">
        <w:rPr>
          <w:lang w:val="en-AU"/>
        </w:rPr>
        <w:t>I read somewhere that loneliness increases your chance of premature death by 22%. In this psychiatric ward, we're all dying of loneliness together, surrounded by people yet somehow more isolated than ever. I want to kill that loneliness before it kills me, but first I have to survive this place.</w:t>
      </w:r>
    </w:p>
    <w:p w14:paraId="71D97D7A" w14:textId="77777777" w:rsidR="00A45CE6" w:rsidRPr="00A45CE6" w:rsidRDefault="00A45CE6" w:rsidP="00A45CE6">
      <w:pPr>
        <w:rPr>
          <w:lang w:val="en-AU"/>
        </w:rPr>
      </w:pPr>
      <w:r w:rsidRPr="00A45CE6">
        <w:rPr>
          <w:lang w:val="en-AU"/>
        </w:rPr>
        <w:t>"Hey, sister!"</w:t>
      </w:r>
    </w:p>
    <w:p w14:paraId="3FAF9F9D" w14:textId="77777777" w:rsidR="00A45CE6" w:rsidRPr="00A45CE6" w:rsidRDefault="00A45CE6" w:rsidP="00A45CE6">
      <w:pPr>
        <w:rPr>
          <w:lang w:val="en-AU"/>
        </w:rPr>
      </w:pPr>
      <w:r w:rsidRPr="00A45CE6">
        <w:rPr>
          <w:lang w:val="en-AU"/>
        </w:rPr>
        <w:t xml:space="preserve">The voice hits me like a thrown stone. I turn to find a man in his forties, the kind of person you'd cross the street to avoid. His eyes are glazed marbles rolling in yellowed whites, teeth stained the </w:t>
      </w:r>
      <w:proofErr w:type="spellStart"/>
      <w:r w:rsidRPr="00A45CE6">
        <w:rPr>
          <w:lang w:val="en-AU"/>
        </w:rPr>
        <w:t>color</w:t>
      </w:r>
      <w:proofErr w:type="spellEnd"/>
      <w:r w:rsidRPr="00A45CE6">
        <w:rPr>
          <w:lang w:val="en-AU"/>
        </w:rPr>
        <w:t xml:space="preserve"> of old coffee, skin a roadmap of bad decisions and chemical dependencies. He's wearing the same pale blue hospital pants as me, marking us as members of the same broken tribe.</w:t>
      </w:r>
    </w:p>
    <w:p w14:paraId="3C2055D0" w14:textId="4F8B3243" w:rsidR="00CB0035" w:rsidRDefault="00832B05" w:rsidP="00A45CE6">
      <w:r>
        <w:t>“I’m Trent. Do you pray?”</w:t>
      </w:r>
    </w:p>
    <w:p w14:paraId="3F88D34C" w14:textId="77777777" w:rsidR="00CB0035" w:rsidRDefault="00832B05">
      <w:r>
        <w:rPr>
          <w:i/>
        </w:rPr>
        <w:t>Oh no, what did I engage in?</w:t>
      </w:r>
    </w:p>
    <w:p w14:paraId="7F1ED010" w14:textId="77777777" w:rsidR="00CB0035" w:rsidRDefault="00832B05">
      <w:r>
        <w:t>“No, I’m not religious,” I semi-lie. I have prayed before. I asked many times for help. I begged God to take me in my sleep, not wake up. I don’t ask for much other than that.</w:t>
      </w:r>
    </w:p>
    <w:p w14:paraId="5C2104A0" w14:textId="77777777" w:rsidR="00CB0035" w:rsidRDefault="00832B05">
      <w:r>
        <w:t>“God saved me,” he starts. My girlfriend and I will travel in a caravan and write gospel songs.”</w:t>
      </w:r>
    </w:p>
    <w:p w14:paraId="79BB500E" w14:textId="77777777" w:rsidR="00CB0035" w:rsidRDefault="00832B05">
      <w:r>
        <w:rPr>
          <w:i/>
        </w:rPr>
        <w:t>What the fuck am I doing here?</w:t>
      </w:r>
    </w:p>
    <w:p w14:paraId="21FB1270" w14:textId="77777777" w:rsidR="00CB0035" w:rsidRDefault="00832B05">
      <w:r>
        <w:t>“She’s a prostitute,” he goes on. Her husband makes her do it on ice. She works three days then sleeps 20 hours.”</w:t>
      </w:r>
    </w:p>
    <w:p w14:paraId="37FF1526" w14:textId="77777777" w:rsidR="00CB0035" w:rsidRDefault="00832B05">
      <w:r>
        <w:t>“How did you meet?” I ask.</w:t>
      </w:r>
    </w:p>
    <w:p w14:paraId="4FDB3110" w14:textId="77777777" w:rsidR="00CB0035" w:rsidRDefault="00832B05">
      <w:r>
        <w:t>“In the pokies. She wanted money from my mate. He gave her $20, so he thought he owned her. I told him I liked her, but when we went back to our house, she went into the room with him to pleasure him, but I forgave him because he’s a mate, you know? We smoked ice. Have you ever smoked it through a bong?”</w:t>
      </w:r>
    </w:p>
    <w:p w14:paraId="26F61FFC" w14:textId="77777777" w:rsidR="00CB0035" w:rsidRDefault="00832B05">
      <w:r>
        <w:t>“No,” I answer.</w:t>
      </w:r>
    </w:p>
    <w:p w14:paraId="4B35D2F9" w14:textId="77777777" w:rsidR="00CB0035" w:rsidRDefault="00832B05">
      <w:r>
        <w:t>The smoke swirls, and the water filters it. “It’s nice,” he recollects telling me the story</w:t>
      </w:r>
    </w:p>
    <w:p w14:paraId="6AEB7EC9" w14:textId="77777777" w:rsidR="00CB0035" w:rsidRDefault="00832B05">
      <w:r>
        <w:t>“Has she come to see you in here?” I ask.</w:t>
      </w:r>
    </w:p>
    <w:p w14:paraId="676BC72C" w14:textId="77777777" w:rsidR="00CB0035" w:rsidRDefault="00832B05">
      <w:r>
        <w:t>“No, she hurts me, you know. She will spend 1k on pokies but won’t spend money to come to see me, but once she’s divorced, we will be together, oh, and she’s smart. I overdosed once. I was lying on the footpath dying, and I said God, I’m dead and then an electric shock went through me, and God jolted me back to life. So, I’m introducing her to God.”</w:t>
      </w:r>
    </w:p>
    <w:p w14:paraId="2CC4E164" w14:textId="77777777" w:rsidR="00CB0035" w:rsidRDefault="00832B05">
      <w:r>
        <w:t xml:space="preserve">Trent casually walks </w:t>
      </w:r>
      <w:r>
        <w:t>away as I’m still processing his story. He turns, “Don’t kill yourself, okay?”</w:t>
      </w:r>
    </w:p>
    <w:p w14:paraId="18077D37" w14:textId="77777777" w:rsidR="00CB0035" w:rsidRDefault="00832B05">
      <w:r>
        <w:t>“Thanks,” I tell him.</w:t>
      </w:r>
    </w:p>
    <w:p w14:paraId="725B702F" w14:textId="77777777" w:rsidR="00CB0035" w:rsidRDefault="00832B05">
      <w:r>
        <w:t>I wander into the sunny hallway to the medical dispensary; the sunlight tracing my pale skin. I’m handed my happy pills to me in a plastic cup; a nurse monitors me to make sure I swallow. Rob is doing his regular ritual of pacing the halls and asks me to join him. I agree not to appear rude.</w:t>
      </w:r>
    </w:p>
    <w:p w14:paraId="38EBA6AC" w14:textId="77777777" w:rsidR="00CB0035" w:rsidRDefault="00832B05">
      <w:r>
        <w:t>I listen to the rhythm of his shoes click clacking on the floor tiles from his ankles, slipping in and out as the staff has taken the laces out. I observe how his palms grip to the sides of his pants at his side.</w:t>
      </w:r>
    </w:p>
    <w:p w14:paraId="4365E808" w14:textId="77777777" w:rsidR="00CB0035" w:rsidRDefault="00832B05">
      <w:r>
        <w:t>“Do you have a boyfriend?” he asks on our second lap.</w:t>
      </w:r>
    </w:p>
    <w:p w14:paraId="378342B0" w14:textId="77777777" w:rsidR="00CB0035" w:rsidRDefault="00832B05">
      <w:r>
        <w:t>“No,” I respond, thinking, it’s a weird thing to ask. I continue our steps in awkward silence, not wanting to give glimpses into me or my life. When he reaches the end of each lap, I notice he knocks on the window without fail. Every time we reach the end, he taps three times.</w:t>
      </w:r>
    </w:p>
    <w:p w14:paraId="41A2343A" w14:textId="77777777" w:rsidR="00CB0035" w:rsidRDefault="00832B05">
      <w:r>
        <w:t>I give up trying to understand his behavior and tell him I’m going to watch TV. When I arrive, a lady is watching the news, so I sit in a chair in the far corner not to tempt her friendship. She’s breathing heavily and looks dazed. Her wispy brown hair frames her round face, and short legs seem to dangle out of a round protruding belly. She introduces herself as Molly and asks how I am feeling.</w:t>
      </w:r>
    </w:p>
    <w:p w14:paraId="06BA6A31" w14:textId="77777777" w:rsidR="00CB0035" w:rsidRDefault="00832B05">
      <w:r>
        <w:t>I try to answer but nothing comes out, so I just shrug my shoulders.</w:t>
      </w:r>
    </w:p>
    <w:p w14:paraId="38889A77" w14:textId="77777777" w:rsidR="00CB0035" w:rsidRDefault="00832B05">
      <w:r>
        <w:t>“I must be in here,” she starts. “I can’t be in the rehab as I used with people there.” She points outside to the windows, looking over the courtyard. I’ve been here for 71 days. Chris joins us, and he advises he’s been here for the same time. I realise everyone in here is mainly here for drugs. I feel like an alien on another planet. Molly tells me her story. She’s 42 and has been on drugs since she was 13. Ice is her narcotic of choice.</w:t>
      </w:r>
    </w:p>
    <w:p w14:paraId="6B9A97B3" w14:textId="77777777" w:rsidR="00CB0035" w:rsidRDefault="00832B05">
      <w:r>
        <w:t>“I got gas lighted,” she states. “Gas lighting is when you are high, and people make you paranoid to mess with you. I got so paranoid that I weaponed up with guns, knives, anything makeshift I could find. I wouldn’t leave the house.”</w:t>
      </w:r>
    </w:p>
    <w:p w14:paraId="24BAB161" w14:textId="77777777" w:rsidR="00CB0035" w:rsidRDefault="00832B05">
      <w:r>
        <w:t>I listen intently, inserting a nod now and then. I am sad for her, wondering had she had experienced a different life, would she be full potential? She claims she was a size eight. But has put on 30 kilos since being here on the medication they prescribe her. She gets up and wanders over to the tea trolley, snorting with each step. Suddenly I can hear a commotion and yelling.</w:t>
      </w:r>
    </w:p>
    <w:p w14:paraId="293399C0" w14:textId="77777777" w:rsidR="00CB0035" w:rsidRDefault="00832B05">
      <w:r>
        <w:t>“Brent’s at it again!” Chris shouts. “He won’t take his meds.”</w:t>
      </w:r>
    </w:p>
    <w:p w14:paraId="3B9E277A" w14:textId="77777777" w:rsidR="00CB0035" w:rsidRDefault="00832B05">
      <w:r>
        <w:t>“I don’t need my medication. All I need is God!” he yells as he darts past.</w:t>
      </w:r>
    </w:p>
    <w:p w14:paraId="3D5D4D29" w14:textId="77777777" w:rsidR="00CB0035" w:rsidRDefault="00832B05">
      <w:r>
        <w:t>Molly chimes in, “He will get the needle for sure or the seclusion room.”</w:t>
      </w:r>
    </w:p>
    <w:p w14:paraId="3F65EF91" w14:textId="77777777" w:rsidR="00CB0035" w:rsidRDefault="00832B05">
      <w:r>
        <w:t>“What’s the seclusion room?” I ask.</w:t>
      </w:r>
    </w:p>
    <w:p w14:paraId="44A46711" w14:textId="77777777" w:rsidR="00CB0035" w:rsidRDefault="00832B05">
      <w:r>
        <w:t>“It’s where they put you if you won’t settle down. It’s just four walls and a mattress on the floor. Come on, I’ll show you,” says Molly. We walk down the hallway, dodging the nurses distracted by Brent. They left the door open, which isn’t the norm. I peer inside, and as she had described, there are four walls and a dirty blue plastic mattress in the middle. On the inside of the door are nail scratches etched into the paint. My mind weaves stories of those trapped inside. I visualize nameless people howlin</w:t>
      </w:r>
      <w:r>
        <w:t>g. I feel gloom and misery. The room reeks of struggle of sweat of desperation, of tears. We step into this cell-like space. I shut my eyes and see what it would be like to be confined within these four walls, no windows to escape through, no way out but to bang on the door until you have nothing left to give; until your voice is gone and you can hardly hear your own breath rasping in time with your heartbeat.</w:t>
      </w:r>
    </w:p>
    <w:p w14:paraId="7212C566" w14:textId="77777777" w:rsidR="00CB0035" w:rsidRDefault="00832B05">
      <w:r>
        <w:t>“I’ve had the needle many times when I got here,” Molly says. “It puts you on your ass just before you can throw a chair through a window. They stopped giving it to me as they knew I liked it.” She chuckles. A nurse interrupted us.</w:t>
      </w:r>
    </w:p>
    <w:p w14:paraId="552BCC2B" w14:textId="77777777" w:rsidR="00CB0035" w:rsidRDefault="00832B05">
      <w:r>
        <w:t>“You can’t be here!” he shouts and slams the seclusion room door.</w:t>
      </w:r>
    </w:p>
    <w:p w14:paraId="0C44800A" w14:textId="77777777" w:rsidR="00CB0035" w:rsidRDefault="00832B05">
      <w:r>
        <w:t xml:space="preserve">We split. I head back to my room to process my thoughts as I lay on my clinical mattress, looking out my window, listening to the trees rustle in the </w:t>
      </w:r>
      <w:r>
        <w:t>breeze. The birds glide by with direction and purpose. I envy their freedom. They know where they are going. I am trapped in this room, in this bed, for as long as my mind consents. There is no way out of this mental prison but through a door that is locked from the inside. The only key is me, and I don’t know how to open it yet.</w:t>
      </w:r>
    </w:p>
    <w:p w14:paraId="3AF0C11F" w14:textId="77777777" w:rsidR="00CB0035" w:rsidRDefault="00832B05">
      <w:r>
        <w:t>A booming voice echoes through the ward, jolting me out of my thoughts. The cafeteria is calling for patients to come for mealtime. I dread these moments. The food is always bland and frozen, barely providing any nutrition. As we form a line to receive our trays, I can feel all eyes on me, judging and scrutinizing. I keep my gaze down, feeling embarrassed and ashamed as we are served like animals in a petting zoo.</w:t>
      </w:r>
    </w:p>
    <w:p w14:paraId="6652939C" w14:textId="583A8016" w:rsidR="008A390A" w:rsidRPr="008A390A" w:rsidRDefault="008A390A" w:rsidP="008A390A">
      <w:pPr>
        <w:rPr>
          <w:lang w:val="en-AU"/>
        </w:rPr>
      </w:pPr>
      <w:r w:rsidRPr="008A390A">
        <w:rPr>
          <w:lang w:val="en-AU"/>
        </w:rPr>
        <w:t xml:space="preserve">A late arrival disturbs </w:t>
      </w:r>
      <w:r w:rsidR="00653056">
        <w:rPr>
          <w:lang w:val="en-AU"/>
        </w:rPr>
        <w:t>the room</w:t>
      </w:r>
      <w:r w:rsidRPr="008A390A">
        <w:rPr>
          <w:lang w:val="en-AU"/>
        </w:rPr>
        <w:t xml:space="preserve"> She's a tall woman with shoulders set for battle, her hospital gown accessorized with multiple scarves despite the ward's restrictions on potential ligatures. Her eyes scan the room like searchlights until they lock onto the girl beside me.</w:t>
      </w:r>
    </w:p>
    <w:p w14:paraId="08F5B256" w14:textId="77777777" w:rsidR="008A390A" w:rsidRPr="008A390A" w:rsidRDefault="008A390A" w:rsidP="008A390A">
      <w:pPr>
        <w:rPr>
          <w:lang w:val="en-AU"/>
        </w:rPr>
      </w:pPr>
      <w:r w:rsidRPr="008A390A">
        <w:rPr>
          <w:lang w:val="en-AU"/>
        </w:rPr>
        <w:t>The girl can't be more than twenty, drowning in clothes three sizes too big, her wire-rimmed glasses magnifying eyes that have seen too much. She weighs nothing, her bones visible through her skin like a bird's. When the woman's gaze hits her, she seems to shrink further into herself, trying to disappear into the institutional air.</w:t>
      </w:r>
    </w:p>
    <w:p w14:paraId="54C74331" w14:textId="5750A921" w:rsidR="008A390A" w:rsidRPr="008A390A" w:rsidRDefault="008A390A" w:rsidP="008A390A">
      <w:pPr>
        <w:rPr>
          <w:lang w:val="en-AU"/>
        </w:rPr>
      </w:pPr>
      <w:r w:rsidRPr="008A390A">
        <w:rPr>
          <w:lang w:val="en-AU"/>
        </w:rPr>
        <w:t xml:space="preserve">The tension builds like static before a storm. Around us, other patients pause mid-bite, sensing the shift in atmosphere. </w:t>
      </w:r>
    </w:p>
    <w:p w14:paraId="412D92A9" w14:textId="3472B3A3" w:rsidR="00CB0035" w:rsidRDefault="00832B05">
      <w:r>
        <w:t>. The woman rants about how her husband took off with an Asian, and they are all sluts and home wreckers. I scan the room to gauge the reactions of the others.</w:t>
      </w:r>
    </w:p>
    <w:p w14:paraId="0C60336A" w14:textId="77777777" w:rsidR="00CB0035" w:rsidRDefault="00832B05">
      <w:r>
        <w:t>The Asian girl remains there expressionless as she listens to this tirade of hate spat at her by this angry woman who is obviously not in control of herself or even remotely aware of what she’s saying. The women finally have her rant, the Asian girl nods politely and walks off without a word. I empty my full plate into the bin and sit in front of the TV. The Chaser game show is on.</w:t>
      </w:r>
    </w:p>
    <w:p w14:paraId="61A13110" w14:textId="77777777" w:rsidR="00CB0035" w:rsidRDefault="00832B05">
      <w:r>
        <w:t>“How many rings on the Olympic flag?” the host asks.</w:t>
      </w:r>
    </w:p>
    <w:p w14:paraId="7FE41E8E" w14:textId="77777777" w:rsidR="00CB0035" w:rsidRDefault="00832B05">
      <w:r>
        <w:t>“Five,” I mumble.</w:t>
      </w:r>
    </w:p>
    <w:p w14:paraId="6D75356E" w14:textId="77777777" w:rsidR="00CB0035" w:rsidRDefault="00832B05">
      <w:r>
        <w:t>“What color is vermilion?” he continues.</w:t>
      </w:r>
    </w:p>
    <w:p w14:paraId="448FA2F0" w14:textId="77777777" w:rsidR="00CB0035" w:rsidRDefault="00832B05">
      <w:r>
        <w:t>“Red,” I answer. A nurse looks up, amazed I answered two correct answers.</w:t>
      </w:r>
    </w:p>
    <w:p w14:paraId="556AB345" w14:textId="77777777" w:rsidR="00CB0035" w:rsidRDefault="00832B05">
      <w:r>
        <w:t>“Wow, you’re smart,” she calls out, as though all crazy people are dumb. She comes and sits with me and we watch. The African American woman joins and is hysterically giggling now rather than furiously screaming. Every day at 4.30 pm, from that day on, that nurse makes me watch with her and I do it to please her. I don’t have the heart to tell her that I don’t even like that show.</w:t>
      </w:r>
    </w:p>
    <w:p w14:paraId="6B6F2225" w14:textId="77777777" w:rsidR="000167E5" w:rsidRPr="000167E5" w:rsidRDefault="000167E5" w:rsidP="000167E5">
      <w:pPr>
        <w:rPr>
          <w:lang w:val="en-AU"/>
        </w:rPr>
      </w:pPr>
      <w:r w:rsidRPr="000167E5">
        <w:rPr>
          <w:lang w:val="en-AU"/>
        </w:rPr>
        <w:t>Three weeks have dissolved into a fog of fluorescent lights and antiseptic air. Time here is measured in medication cups and meal trays, each day bleeding into the next until they form one endless loop of institutional routine. I've forgotten what life feels like beyond these walls.</w:t>
      </w:r>
    </w:p>
    <w:p w14:paraId="217DCCFF" w14:textId="77777777" w:rsidR="000167E5" w:rsidRPr="000167E5" w:rsidRDefault="000167E5" w:rsidP="000167E5">
      <w:pPr>
        <w:rPr>
          <w:lang w:val="en-AU"/>
        </w:rPr>
      </w:pPr>
      <w:r w:rsidRPr="000167E5">
        <w:rPr>
          <w:lang w:val="en-AU"/>
        </w:rPr>
        <w:t>The American woman's screams punctuate our days like clockwork – raw, primal sounds that echo through the corridors and settle into our bones. Sometimes I wonder if we're all just taking turns screaming, each in our own way. Her voice carries the pain we all feel but can't express.</w:t>
      </w:r>
    </w:p>
    <w:p w14:paraId="722E074F" w14:textId="77777777" w:rsidR="000167E5" w:rsidRPr="000167E5" w:rsidRDefault="000167E5" w:rsidP="000167E5">
      <w:pPr>
        <w:rPr>
          <w:lang w:val="en-AU"/>
        </w:rPr>
      </w:pPr>
      <w:r w:rsidRPr="000167E5">
        <w:rPr>
          <w:lang w:val="en-AU"/>
        </w:rPr>
        <w:t>Shame follows me like a shadow here, growing longer with each passing day. Every phone call dodged, every visitor declined, every explanation I'll eventually have to give about where I've been – they're all just more bricks in the wall between me and the world outside. Society's whispers about "crazy people" have become a chorus in my head, making me feel like some kind of exotic specimen in this zoo of broken minds.</w:t>
      </w:r>
    </w:p>
    <w:p w14:paraId="6ADB5623" w14:textId="77777777" w:rsidR="000167E5" w:rsidRPr="000167E5" w:rsidRDefault="000167E5" w:rsidP="000167E5">
      <w:pPr>
        <w:rPr>
          <w:lang w:val="en-AU"/>
        </w:rPr>
      </w:pPr>
      <w:r w:rsidRPr="000167E5">
        <w:rPr>
          <w:lang w:val="en-AU"/>
        </w:rPr>
        <w:t>The days march on in their military precision: line up for breakfast, swallow pills, attempt sleep in two-hour fragments, shuffle to lunch, more pills, count the ceiling tiles, dinner, evening meds at 4:30 sharp. My Level Five status is a small mercy – a golden ticket to use my phone in the front room, to step outside without an escort. These tiny freedoms feel enormous after watching them stripped from others.</w:t>
      </w:r>
    </w:p>
    <w:p w14:paraId="7B84610A" w14:textId="77777777" w:rsidR="000167E5" w:rsidRPr="000167E5" w:rsidRDefault="000167E5" w:rsidP="000167E5">
      <w:pPr>
        <w:rPr>
          <w:lang w:val="en-AU"/>
        </w:rPr>
      </w:pPr>
      <w:r w:rsidRPr="000167E5">
        <w:rPr>
          <w:lang w:val="en-AU"/>
        </w:rPr>
        <w:t>But no one can tell me when this ends. The doctors speak in maybes and we'll-sees, their vague promises of release floating just out of reach. I've started measuring time by the small changes in my fellow inmates – Chris's new medication adjustment, Rob's varying paths of pacing, the American woman's shifting schedule of screams. We're all trapped in this limbo together, waiting for someone to decide we're sane enough for the world outside.</w:t>
      </w:r>
    </w:p>
    <w:p w14:paraId="6AC85879" w14:textId="77777777" w:rsidR="004A7B03" w:rsidRPr="004A7B03" w:rsidRDefault="004A7B03" w:rsidP="004A7B03">
      <w:pPr>
        <w:rPr>
          <w:lang w:val="en-AU"/>
        </w:rPr>
      </w:pPr>
      <w:r w:rsidRPr="004A7B03">
        <w:rPr>
          <w:lang w:val="en-AU"/>
        </w:rPr>
        <w:t>The day Gene arrives feels like an interruption in our carefully choreographed misery. He moves through the ward with a physicality that defies institutional beige—all tanned skin and barely contained energy. His hospital gown seems more costume than uniform, muscular arms breaking through its sterile confines like a promise of something wilder.</w:t>
      </w:r>
    </w:p>
    <w:p w14:paraId="22F713F1" w14:textId="77777777" w:rsidR="004A7B03" w:rsidRPr="004A7B03" w:rsidRDefault="004A7B03" w:rsidP="004A7B03">
      <w:pPr>
        <w:rPr>
          <w:lang w:val="en-AU"/>
        </w:rPr>
      </w:pPr>
      <w:r w:rsidRPr="004A7B03">
        <w:rPr>
          <w:lang w:val="en-AU"/>
        </w:rPr>
        <w:t>I'm watching reruns of a game show I've memorized when he first notices me. Not with pity. Not with the clinical assessment I've grown used to. Just a look that says, "You're hiding."</w:t>
      </w:r>
    </w:p>
    <w:p w14:paraId="7BC4D34C" w14:textId="77777777" w:rsidR="004A7B03" w:rsidRPr="004A7B03" w:rsidRDefault="004A7B03" w:rsidP="004A7B03">
      <w:pPr>
        <w:rPr>
          <w:lang w:val="en-AU"/>
        </w:rPr>
      </w:pPr>
      <w:r w:rsidRPr="004A7B03">
        <w:rPr>
          <w:lang w:val="en-AU"/>
        </w:rPr>
        <w:t>"Want to go outside?" The invitation isn't a question so much as a challenge.</w:t>
      </w:r>
    </w:p>
    <w:p w14:paraId="48EB0724" w14:textId="77777777" w:rsidR="004A7B03" w:rsidRPr="004A7B03" w:rsidRDefault="004A7B03" w:rsidP="004A7B03">
      <w:pPr>
        <w:rPr>
          <w:lang w:val="en-AU"/>
        </w:rPr>
      </w:pPr>
      <w:r w:rsidRPr="004A7B03">
        <w:rPr>
          <w:lang w:val="en-AU"/>
        </w:rPr>
        <w:t>The courtyard feels different with Gene. Walls that usually press in suddenly seem negotiable. He walks with a loose-jointed swagger that suggests he's fought harder battles than institutional confinement.</w:t>
      </w:r>
    </w:p>
    <w:p w14:paraId="7B7DC5B8" w14:textId="77777777" w:rsidR="004A7B03" w:rsidRPr="004A7B03" w:rsidRDefault="004A7B03" w:rsidP="004A7B03">
      <w:pPr>
        <w:rPr>
          <w:lang w:val="en-AU"/>
        </w:rPr>
      </w:pPr>
      <w:r w:rsidRPr="004A7B03">
        <w:rPr>
          <w:lang w:val="en-AU"/>
        </w:rPr>
        <w:t>"My dad," he says, unprompted, "believed in discipline like other people believe in religion." The words hang between us, a half-told story. "Thought he could beat the weakness out of me." A muscle jumps in his jaw—the only indication of the pain underneath.</w:t>
      </w:r>
    </w:p>
    <w:p w14:paraId="2317154A" w14:textId="77777777" w:rsidR="004A7B03" w:rsidRPr="004A7B03" w:rsidRDefault="004A7B03" w:rsidP="004A7B03">
      <w:pPr>
        <w:rPr>
          <w:lang w:val="en-AU"/>
        </w:rPr>
      </w:pPr>
      <w:r w:rsidRPr="004A7B03">
        <w:rPr>
          <w:lang w:val="en-AU"/>
        </w:rPr>
        <w:t>He tells me about the girlfriend's mother who tried to run him down—a story that sounds more like survival than tragedy. "Some people," he says, "can't handle someone else's light." The way he says it makes me wonder what light he's talking about. His? Mine? The impossible brightness that exists somewhere beyond these walls.</w:t>
      </w:r>
    </w:p>
    <w:p w14:paraId="47986BA8" w14:textId="77777777" w:rsidR="004A7B03" w:rsidRPr="004A7B03" w:rsidRDefault="004A7B03" w:rsidP="004A7B03">
      <w:pPr>
        <w:rPr>
          <w:lang w:val="en-AU"/>
        </w:rPr>
      </w:pPr>
      <w:r w:rsidRPr="004A7B03">
        <w:rPr>
          <w:lang w:val="en-AU"/>
        </w:rPr>
        <w:t xml:space="preserve">We stop at the mosaic wall—a riot of blue tiles depicting an underwater scene. </w:t>
      </w:r>
      <w:proofErr w:type="spellStart"/>
      <w:r w:rsidRPr="004A7B03">
        <w:rPr>
          <w:lang w:val="en-AU"/>
        </w:rPr>
        <w:t>Colorful</w:t>
      </w:r>
      <w:proofErr w:type="spellEnd"/>
      <w:r w:rsidRPr="004A7B03">
        <w:rPr>
          <w:lang w:val="en-AU"/>
        </w:rPr>
        <w:t xml:space="preserve"> fish dart in impossible directions, a freedom we can only imagine. Gene fixates on a single tile, a small face barely visible among the marine chaos.</w:t>
      </w:r>
    </w:p>
    <w:p w14:paraId="3D66F994" w14:textId="77777777" w:rsidR="004A7B03" w:rsidRPr="004A7B03" w:rsidRDefault="004A7B03" w:rsidP="004A7B03">
      <w:pPr>
        <w:rPr>
          <w:lang w:val="en-AU"/>
        </w:rPr>
      </w:pPr>
      <w:r w:rsidRPr="004A7B03">
        <w:rPr>
          <w:lang w:val="en-AU"/>
        </w:rPr>
        <w:t>"It's watching us," he whispers, and for a moment, I believe him.</w:t>
      </w:r>
    </w:p>
    <w:p w14:paraId="32816BAC" w14:textId="77777777" w:rsidR="004A7B03" w:rsidRPr="004A7B03" w:rsidRDefault="004A7B03" w:rsidP="004A7B03">
      <w:pPr>
        <w:rPr>
          <w:lang w:val="en-AU"/>
        </w:rPr>
      </w:pPr>
      <w:r w:rsidRPr="004A7B03">
        <w:rPr>
          <w:lang w:val="en-AU"/>
        </w:rPr>
        <w:t>His hand extends toward the sky, tracing invisible constellations. "See how they line up?" The conspiracy theorist and the poet live side by side in Gene, and I'm starting to understand that might be the most sane response to this place.</w:t>
      </w:r>
    </w:p>
    <w:p w14:paraId="2A0C7536" w14:textId="77777777" w:rsidR="004A7B03" w:rsidRPr="004A7B03" w:rsidRDefault="004A7B03" w:rsidP="004A7B03">
      <w:pPr>
        <w:rPr>
          <w:lang w:val="en-AU"/>
        </w:rPr>
      </w:pPr>
      <w:r w:rsidRPr="004A7B03">
        <w:rPr>
          <w:lang w:val="en-AU"/>
        </w:rPr>
        <w:t xml:space="preserve">His smile is a weapon against institutional </w:t>
      </w:r>
      <w:proofErr w:type="spellStart"/>
      <w:r w:rsidRPr="004A7B03">
        <w:rPr>
          <w:lang w:val="en-AU"/>
        </w:rPr>
        <w:t>gray</w:t>
      </w:r>
      <w:proofErr w:type="spellEnd"/>
      <w:r w:rsidRPr="004A7B03">
        <w:rPr>
          <w:lang w:val="en-AU"/>
        </w:rPr>
        <w:t>—sharp enough to cut through the monotony, bright enough to make you forget, just for a moment, that we're prisoners.</w:t>
      </w:r>
    </w:p>
    <w:p w14:paraId="45855B81" w14:textId="77777777" w:rsidR="00E17E8C" w:rsidRPr="00E17E8C" w:rsidRDefault="00E17E8C" w:rsidP="00E17E8C">
      <w:pPr>
        <w:rPr>
          <w:lang w:val="en-AU"/>
        </w:rPr>
      </w:pPr>
      <w:r w:rsidRPr="00E17E8C">
        <w:rPr>
          <w:lang w:val="en-AU"/>
        </w:rPr>
        <w:t>My attention snags on him like a hook - a tall figure commanding the coffee cart in the corner. His hands move with surgical precision, measuring sugar into water with the focus of someone defusing a bomb. On his right arm, a masterpiece of ink unfolds: music notes that dance and twist with each subtle movement, flowing around a dagger piercing through a heart. The tattoo transforms his ordinary actions into performance art, danger and romance written in permanent ink.</w:t>
      </w:r>
    </w:p>
    <w:p w14:paraId="28143E74" w14:textId="77777777" w:rsidR="00E17E8C" w:rsidRPr="00E17E8C" w:rsidRDefault="00E17E8C" w:rsidP="00E17E8C">
      <w:pPr>
        <w:rPr>
          <w:lang w:val="en-AU"/>
        </w:rPr>
      </w:pPr>
      <w:r w:rsidRPr="00E17E8C">
        <w:rPr>
          <w:lang w:val="en-AU"/>
        </w:rPr>
        <w:t>His beard follows the sharp line of his jaw like it was carved there, the kind of perfect grooming that suggests control rather than vanity. But it's his eyes that hold me - emerald green and sharp as broken glass, though he keeps them carefully averted. He has the practiced movements of someone who's learned to occupy space without drawing attention, yet somehow that only makes him more magnetic.</w:t>
      </w:r>
    </w:p>
    <w:p w14:paraId="5975799A" w14:textId="77777777" w:rsidR="00CB0035" w:rsidRDefault="00832B05">
      <w:r>
        <w:t>My thoughts are interrupted by a chorus of high-pitched giggles. I turn to Rob, my curiosity piqued. “What's so funny?” I follow his line of sight to the above window of the neighboring unit, where a blonde woman stands and playfully flashes her breasts. We all chuckle and tease him. "What's that place?" I ask, gesturing towards the building.</w:t>
      </w:r>
    </w:p>
    <w:p w14:paraId="0AC6F37F" w14:textId="77777777" w:rsidR="00CB0035" w:rsidRDefault="00832B05">
      <w:r>
        <w:t>Chris leans in and lowers his voice, filling us in on the secret. "Those are long-term patients, some of them have been there for up to ten years," he reveals. "It's a rehab center for addicts. They aren't even allowed to have caffeine." As we watch, a second figure appears next to the blonde, this one with dark hair, and Chris recognizes her immediately. "That's my ex-girlfriend from 12 years ago," he confides in us. "I've been granted overnight leave for the first time in three months. I'm planning on vis</w:t>
      </w:r>
      <w:r>
        <w:t>iting her tomorrow when they let me out." “I didn’t know that was possible,” I reply. In answer to my question, his</w:t>
      </w:r>
      <w:r>
        <w:rPr>
          <w:b/>
        </w:rPr>
        <w:t xml:space="preserve"> </w:t>
      </w:r>
      <w:r>
        <w:t>face is lit up with joy to have this newly gained freedom. ” I’m thrilled for you,” I say. “See you when you get back.”</w:t>
      </w:r>
    </w:p>
    <w:p w14:paraId="0D780DDB" w14:textId="77777777" w:rsidR="00CB0035" w:rsidRDefault="00832B05">
      <w:r>
        <w:t>We go back into the TV area where Molly sits crying over a movie. She looks up at us with watery eyes. “There’s a new guy,” I follow her finger as she points to a tall lanky boy jiggling the latches of the windows to find a way out. His bum flashing through his gown, we both giggle as there is no way out.</w:t>
      </w:r>
    </w:p>
    <w:p w14:paraId="51B83F4F" w14:textId="77777777" w:rsidR="00CB0035" w:rsidRDefault="00832B05">
      <w:r>
        <w:t>“I’m Jim!” he yells</w:t>
      </w:r>
      <w:r>
        <w:rPr>
          <w:b/>
        </w:rPr>
        <w:t xml:space="preserve"> </w:t>
      </w:r>
      <w:r>
        <w:t>to our group. We all respond with various versions of ‘hi’. Gene flocks to him in the presence of another young guy. “I haven’t slept in days.” says Jim, his eyes bulging from his skull. His words are slurred.</w:t>
      </w:r>
    </w:p>
    <w:p w14:paraId="24618EBF" w14:textId="77777777" w:rsidR="00CB0035" w:rsidRDefault="00832B05">
      <w:r>
        <w:t>“The cops bought me here, the fuckers. They tried to search me but I got stuff in here,” he declares. Gene perks up and asks what he’s smuggled as Jim plucks out a bag of weed from his groin. Gene hands him the papers and they roll a joint.</w:t>
      </w:r>
    </w:p>
    <w:p w14:paraId="4DADEF15" w14:textId="77777777" w:rsidR="00CB0035" w:rsidRDefault="00832B05">
      <w:r>
        <w:t>“Are you planning on doing that here?” I ask.</w:t>
      </w:r>
    </w:p>
    <w:p w14:paraId="24B9CD3A" w14:textId="77777777" w:rsidR="00CB0035" w:rsidRDefault="00832B05">
      <w:r>
        <w:t>“Why not?” he responds arrogantly.</w:t>
      </w:r>
    </w:p>
    <w:p w14:paraId="0702E052" w14:textId="77777777" w:rsidR="00CB0035" w:rsidRDefault="00832B05">
      <w:r>
        <w:t>“I’m not sure,” I mumble. As adrenaline shot through my veins, my eyes darting around for any sign of a nurse. But none appeared, and so Jim handed me the joint with a mischievous grin.</w:t>
      </w:r>
    </w:p>
    <w:p w14:paraId="146470C0" w14:textId="77777777" w:rsidR="00CB0035" w:rsidRDefault="00832B05">
      <w:r>
        <w:t>"No, thanks," I said, shaking my head.</w:t>
      </w:r>
    </w:p>
    <w:p w14:paraId="6C4629BF" w14:textId="77777777" w:rsidR="00CB0035" w:rsidRDefault="00832B05">
      <w:r>
        <w:t>He and Gene exchanged a look before shrugging and continuing to smoke, the fragrant smoke swirling around their heads.</w:t>
      </w:r>
    </w:p>
    <w:p w14:paraId="5ABC86D6" w14:textId="77777777" w:rsidR="00CB0035" w:rsidRDefault="00832B05">
      <w:r>
        <w:t>"Fuck it," I said suddenly, feeling bold and reckless. "Give it to me."</w:t>
      </w:r>
    </w:p>
    <w:p w14:paraId="0D8DA2BA" w14:textId="77777777" w:rsidR="00CB0035" w:rsidRDefault="00832B05">
      <w:r>
        <w:t>I took the joint and inhaled deeply, feeling the familiar rush of relaxation as the smoke filled my lungs. Jim let out a whoop of excitement while Gene chuckled beside him.</w:t>
      </w:r>
    </w:p>
    <w:p w14:paraId="0DA86B07" w14:textId="77777777" w:rsidR="00CB0035" w:rsidRDefault="00832B05">
      <w:r>
        <w:t>"This place is awesome!" Jim shouted, throwing his arms up in the air.</w:t>
      </w:r>
    </w:p>
    <w:p w14:paraId="111E9A87" w14:textId="77777777" w:rsidR="00CB0035" w:rsidRDefault="00832B05">
      <w:r>
        <w:t>We all burst into uncontrollable laughter, the stress and tension of the hospital melting away in the haze of the joint. For a brief moment, we were free from our worries and fears, lost in the blissful high and each other's company. It was a moment of pure joy and rebellion, and in that moment we were free.</w:t>
      </w:r>
    </w:p>
    <w:p w14:paraId="5E1ADC3F" w14:textId="77777777" w:rsidR="00CB0035" w:rsidRDefault="00832B05">
      <w:r>
        <w:t xml:space="preserve">My legs stretch out of the cheap hospital sheets and brush against the cold floor. I walk to the dining hall, surrounded by all the patients and staff. </w:t>
      </w:r>
      <w:r>
        <w:rPr>
          <w:i/>
        </w:rPr>
        <w:t>What is going on?</w:t>
      </w:r>
    </w:p>
    <w:p w14:paraId="4780475C" w14:textId="77777777" w:rsidR="00CB0035" w:rsidRDefault="00832B05">
      <w:r>
        <w:t>A nurse advises us that we all need to congregate in the lounge.</w:t>
      </w:r>
    </w:p>
    <w:p w14:paraId="1F3E7289" w14:textId="77777777" w:rsidR="00CB0035" w:rsidRDefault="00832B05">
      <w:r>
        <w:t>Shit, we must have gotten caught.</w:t>
      </w:r>
    </w:p>
    <w:p w14:paraId="39BCAAA4" w14:textId="77777777" w:rsidR="00CB0035" w:rsidRDefault="00832B05">
      <w:r>
        <w:t>I hesitate, then slowly make my way over with the others. The chairs are in a circle, and even head nurse Janet is in attendance. I look around at everyone, but no one seems wiser—they’re just as confused as me.</w:t>
      </w:r>
    </w:p>
    <w:p w14:paraId="15EB2A40" w14:textId="77777777" w:rsidR="00CB0035" w:rsidRDefault="00832B05">
      <w:r>
        <w:t>Head nurse Janet speaks, but her face sinks upon itself, unable to muster the serious words about to come next: “Chris has passed away.”</w:t>
      </w:r>
    </w:p>
    <w:p w14:paraId="79C09677" w14:textId="77777777" w:rsidR="00CB0035" w:rsidRDefault="00832B05">
      <w:r>
        <w:t xml:space="preserve">A collective gasp engulfs the room; we don’t know what happened, but we believe it was an overdose. </w:t>
      </w:r>
      <w:r>
        <w:rPr>
          <w:i/>
        </w:rPr>
        <w:t>The presence of the nun in the room is understandable now. Janet invites anyone who would like to stay to do a memorial for Chris. Molly stands and hands a piece of paper to the nun. Asking him to read the words as she cannot herself, so he reads her written words aloud.</w:t>
      </w:r>
    </w:p>
    <w:p w14:paraId="6C593C6D" w14:textId="77777777" w:rsidR="00CB0035" w:rsidRDefault="00832B05">
      <w:r>
        <w:rPr>
          <w:i/>
        </w:rPr>
        <w:t>"It's not about how he died, but how he lived. It's not about what he gained, but what he gave. These are the true measures of a man's worth, regardless of his birth. It's not about his church or creed, but whether he befriended those in need. Was he always ready with a kind word to bring back a smile and dry a tear? It doesn't matter what was said in the newspaper, but rather how many were saddened by his passing."</w:t>
      </w:r>
    </w:p>
    <w:p w14:paraId="367022B3" w14:textId="77777777" w:rsidR="00CB0035" w:rsidRDefault="00832B05">
      <w:r>
        <w:rPr>
          <w:i/>
        </w:rPr>
        <w:t>We sit together in a circle, heads bowed in silent contemplation as Benny plays "Blackbird" by the Beatles on a small speaker. My mind wanders to Chris and his wasted life, constantly in and out of hospitals.</w:t>
      </w:r>
    </w:p>
    <w:p w14:paraId="06F005AC" w14:textId="77777777" w:rsidR="00CB0035" w:rsidRDefault="00832B05">
      <w:r>
        <w:rPr>
          <w:i/>
        </w:rPr>
        <w:t xml:space="preserve">I wonder if he knew how much it meant to me that first day we met? Does he know that we care about him? Or is he angry for dying after finally gaining his freedom? </w:t>
      </w:r>
      <w:r>
        <w:t>The patients dissipate as I walk outside; the world has slowed down, and the rain muffles every sound falling from the sky like frozen tears, splashing on the ground exploding in slow motion. I turn my head as I notice his shoes in the corner; I see a dead man’s shoes never to be worn again.</w:t>
      </w:r>
    </w:p>
    <w:p w14:paraId="41164664" w14:textId="77777777" w:rsidR="00CB0035" w:rsidRDefault="00832B05">
      <w:r>
        <w:t>The guy with the perfect face is sitting in the far corner at the picnic table. I decide to join him. His beard is now long and untrimmed, but I like it. He’s got these deep eyes that seem to consume everything around them. They’re so intense, but in a way that makes them look kind at the same time.</w:t>
      </w:r>
    </w:p>
    <w:p w14:paraId="0E9738EE" w14:textId="77777777" w:rsidR="00CB0035" w:rsidRDefault="00832B05">
      <w:r>
        <w:t>I can’t tell if he’s about to say something or if he’s waiting for me to talk first, so I try to muster up some words: “Uh… hey,” I manage.</w:t>
      </w:r>
    </w:p>
    <w:p w14:paraId="5A6FCAB1" w14:textId="77777777" w:rsidR="00CB0035" w:rsidRDefault="00832B05">
      <w:r>
        <w:t>He doesn’t look in my direction, his gaze fixed ahead. As I turn to leave, he finally glances up and takes a sip from his plastic cup. The familiar scent of vodka hits me, and I turn back to him. "Do you have more?" I ask.</w:t>
      </w:r>
    </w:p>
    <w:p w14:paraId="0DBFC60A" w14:textId="77777777" w:rsidR="00CB0035" w:rsidRDefault="00832B05">
      <w:r>
        <w:t>"Not in here," he replies. "It's hidden outside. But I haven’t got authorised leave outside to go get it."</w:t>
      </w:r>
    </w:p>
    <w:p w14:paraId="111D2A07" w14:textId="77777777" w:rsidR="00CB0035" w:rsidRDefault="00832B05">
      <w:r>
        <w:t>"I'll do, I</w:t>
      </w:r>
      <w:r>
        <w:t xml:space="preserve"> Can get it," I offer.</w:t>
      </w:r>
    </w:p>
    <w:p w14:paraId="26E21175" w14:textId="77777777" w:rsidR="00CB0035" w:rsidRDefault="00832B05">
      <w:r>
        <w:t>Benny stands up and walks away, returning with a pen and paper. He starts drawing boxes and lines on the paper.</w:t>
      </w:r>
    </w:p>
    <w:p w14:paraId="49C470D9" w14:textId="77777777" w:rsidR="00CB0035" w:rsidRDefault="00832B05">
      <w:r>
        <w:t>"What are you doing?" I ask.</w:t>
      </w:r>
    </w:p>
    <w:p w14:paraId="102A0948" w14:textId="77777777" w:rsidR="00CB0035" w:rsidRDefault="00832B05">
      <w:r>
        <w:t>"Making a map for you to find the hidden vodka," he explains. "Once you find it, throw it through the fence and I'll be here to grab it."</w:t>
      </w:r>
    </w:p>
    <w:p w14:paraId="37B2B778" w14:textId="77777777" w:rsidR="00CB0035" w:rsidRDefault="00832B05">
      <w:r>
        <w:t>Armed with my map, I make my way to the front room where the nurse awaits me. After informing her that I will be gone for about fifteen minutes, she nods and signs me out. As I step outside, the door closes behind me and I'm met with an empty hallway. I glance down at the map in my hand and trace the marked path with my finger. Following it to the right, past the ambulance bay, I find myself on a set of stairs surrounded by a garden. Making my way down, carefully navigating through the plants, I hear someon</w:t>
      </w:r>
      <w:r>
        <w:t>e ask what I'm doing. Relieved to see that it's Molly, I reply that I'm looking for Benny's hidden vodka.</w:t>
      </w:r>
    </w:p>
    <w:p w14:paraId="5E3545CB" w14:textId="77777777" w:rsidR="00CB0035" w:rsidRDefault="00832B05">
      <w:r>
        <w:t>"Oh, I know where he keeps it," she tells me confidently. She leads me down the stairs and points to an opening in the foliage. Climbing through, I find the treasure: a large bottle of vodka wrapped up in a plastic bag. Molly follows behind as we head towards the fence to toss it over.</w:t>
      </w:r>
    </w:p>
    <w:p w14:paraId="3CC3565C" w14:textId="77777777" w:rsidR="00CB0035" w:rsidRDefault="00832B05">
      <w:r>
        <w:t>Having her as a partner in crime makes this escapade all the more fun. And just as promised, Benny is waiting for us on the other side of the fence. Without hesitation, I launch the bottle towards him and he catches it. I’m surprised and think at how easy it is as I return to the front door and sign in, unsuspected. In the courtyard, word spread s about the mission. Gene and Jim join us, so I collect plastic cups for all of us. I pour even amounts and offer them out.</w:t>
      </w:r>
    </w:p>
    <w:p w14:paraId="2CD4EA8E" w14:textId="77777777" w:rsidR="00CB0035" w:rsidRDefault="00832B05">
      <w:r>
        <w:t>I reach for my glass and raise it towards to sky. “To Chris” I say.</w:t>
      </w:r>
    </w:p>
    <w:p w14:paraId="7F3708F9" w14:textId="77777777" w:rsidR="00CB0035" w:rsidRDefault="00832B05">
      <w:r>
        <w:t>“To Chris!” the others follow.</w:t>
      </w:r>
    </w:p>
    <w:p w14:paraId="7D602BEB" w14:textId="77777777" w:rsidR="00CB0035" w:rsidRDefault="00832B05">
      <w:r>
        <w:t xml:space="preserve">As I step inside, Benny is right behind me. He turns to face me and his smile lights up the room. It's contagious, and I can't help but grin back at him. "You look pretty," he says, and my heart flutters. I'm taken aback by the compliment; I feel far from attractive in this place. How can he see it? I shyly glance away, but our eyes meet again before I can look for too long. "Would you like to go to the front room?" he asks, and I nod. The nurse unlocks the door and allows us to enter the front room with a </w:t>
      </w:r>
      <w:r>
        <w:t>television and pool table, and Benny leads me up the stairs to the couches. It's a cozy space, so we have to sit close together. As we get comfortable, Benny looks at me and asks softly, "Can I kiss you?".</w:t>
      </w:r>
    </w:p>
    <w:p w14:paraId="6D81D320" w14:textId="77777777" w:rsidR="00CB0035" w:rsidRDefault="00832B05">
      <w:pPr>
        <w:pStyle w:val="Heading1"/>
      </w:pPr>
      <w:r>
        <w:t>His presence and the strong aroma of vodka on his breath leave me feeling intoxicated. We're so close that our noses almost touch as I draw his face towards mine. My heart races in my chest, and I can't help but close my eyes. I take a deep breath and feel his warm breath on my face. When I finally open my eyes, I see him looking back at me. His hands gently cup my face as he leans in closer, until Our lips meet in a warm kiss, and I allow myself to get swept away in the moment.</w:t>
      </w:r>
    </w:p>
    <w:p w14:paraId="288D5D1A" w14:textId="77777777" w:rsidR="00CB0035" w:rsidRDefault="00832B05">
      <w:pPr>
        <w:pStyle w:val="Heading1"/>
      </w:pPr>
      <w:r>
        <w:t>Chapter 3</w:t>
      </w:r>
    </w:p>
    <w:p w14:paraId="52396644" w14:textId="77777777" w:rsidR="00CB0035" w:rsidRDefault="00832B05">
      <w:r>
        <w:br/>
      </w:r>
      <w:r>
        <w:br/>
      </w:r>
    </w:p>
    <w:p w14:paraId="7F1524E7" w14:textId="77777777" w:rsidR="00CB0035" w:rsidRDefault="00832B05">
      <w:r>
        <w:br/>
      </w:r>
      <w:r>
        <w:br/>
      </w:r>
    </w:p>
    <w:p w14:paraId="6935A8D4" w14:textId="77777777" w:rsidR="00CB0035" w:rsidRDefault="00832B05">
      <w:r>
        <w:t>I get out of bed and make my way to the main area of the hospital. I see a man I don’t recognize sitting with one of the hospital nuns. We all take a seat in the circle, and I assume this will be like one of those movies where everyone shares their thoughts and feelings, and we all clap at the end.</w:t>
      </w:r>
    </w:p>
    <w:p w14:paraId="4A9AB10B" w14:textId="77777777" w:rsidR="00CB0035" w:rsidRDefault="00832B05">
      <w:r>
        <w:t>That’s not what happens. The man just sits there staring at the ceiling, like he’s looking for something up there. After a few minutes, he lowers his head and says, “This is a memorial for Chris. Anyone who wants to stay is welcome.”</w:t>
      </w:r>
    </w:p>
    <w:p w14:paraId="2B86DFA5" w14:textId="77777777" w:rsidR="00CB0035" w:rsidRDefault="00832B05">
      <w:r>
        <w:rPr>
          <w:i/>
        </w:rPr>
        <w:t>That’s why the nun is here.</w:t>
      </w:r>
      <w:r>
        <w:t xml:space="preserve"> After a long time, Molly passes a piece of paper to the man. With words written, she can’t speak them herself, so he does it for her.</w:t>
      </w:r>
    </w:p>
    <w:p w14:paraId="703E7EF3" w14:textId="77777777" w:rsidR="00CB0035" w:rsidRDefault="00832B05">
      <w:r>
        <w:t>“Not how did he die, but how did he live? Not what did he gain, but what did he give? These are the units to measure the worth of a man as a man, regardless of birth. Not what was his church, nor what was his creed? But had he befriended those in need? Was he ever ready, with a word of good cheer, to bring back a smile, to banish a tear? Not what did the sketch in the newspaper say, but how many were sorry when he passed away?”</w:t>
      </w:r>
    </w:p>
    <w:p w14:paraId="28993175" w14:textId="77777777" w:rsidR="00CB0035" w:rsidRDefault="00832B05">
      <w:r>
        <w:t>We sit in a circle, heads bowed in silence as Benny plays “Blackbird” by the Beatles on his guitar. I think about Chris’s wasted life, how he was always in and out of hospitals.</w:t>
      </w:r>
    </w:p>
    <w:p w14:paraId="180B0EAD" w14:textId="77777777" w:rsidR="00CB0035" w:rsidRDefault="00832B05">
      <w:r>
        <w:t>I wonder if he knew how much it meant to me that first day, or whether he knows we care about him? Or if he’s angry that he died after finally getting his freedom?</w:t>
      </w:r>
    </w:p>
    <w:p w14:paraId="7B3ECD06" w14:textId="77777777" w:rsidR="00CB0035" w:rsidRDefault="00832B05">
      <w:r>
        <w:t>The song ends, and the group starts sharing their memories of Chris. I sit and listen but I don’t say a word,</w:t>
      </w:r>
    </w:p>
    <w:p w14:paraId="334C58A4" w14:textId="77777777" w:rsidR="00CB0035" w:rsidRDefault="00832B05">
      <w:r>
        <w:t>I turn my head to look outside and notice dark clouds gathering in the sky. Rain begins to fall, and I watch as each drop hits the ground, eventually landing on Chris' shoes lying in the corner. They're a dead man's shoes, never to be worn again, I think to myself.</w:t>
      </w:r>
    </w:p>
    <w:p w14:paraId="12F14FFE" w14:textId="77777777" w:rsidR="00CB0035" w:rsidRDefault="00832B05">
      <w:r>
        <w:t>I break away from the group and make my way towards the nurse's station, knocking on the glass window to get her attention. The nurse in charge gives me a kind smile as she greets me.</w:t>
      </w:r>
    </w:p>
    <w:p w14:paraId="4E967088" w14:textId="77777777" w:rsidR="00CB0035" w:rsidRDefault="00832B05">
      <w:r>
        <w:t>"Can I have some Valium? I'm not feeling well," I ask, trying to keep my voice steady.</w:t>
      </w:r>
    </w:p>
    <w:p w14:paraId="7C67E027" w14:textId="77777777" w:rsidR="00CB0035" w:rsidRDefault="00832B05">
      <w:r>
        <w:t>"Just one moment," she says before turning to retrieve my requested medication. I glance back and see Gene standing behind me, looking exhausted.</w:t>
      </w:r>
    </w:p>
    <w:p w14:paraId="380F34B3" w14:textId="77777777" w:rsidR="00CB0035" w:rsidRDefault="00832B05">
      <w:r>
        <w:t>"Trouble sleeping?" I inquire.</w:t>
      </w:r>
    </w:p>
    <w:p w14:paraId="3A658CAC" w14:textId="77777777" w:rsidR="00CB0035" w:rsidRDefault="00832B05">
      <w:r>
        <w:t>"Yeah," he responds with a sigh.</w:t>
      </w:r>
    </w:p>
    <w:p w14:paraId="64D26D90" w14:textId="77777777" w:rsidR="00CB0035" w:rsidRDefault="00832B05">
      <w:r>
        <w:t>We sit together for a few minutes in silence, listening to the quiet hum of the vending machine nearby.</w:t>
      </w:r>
    </w:p>
    <w:p w14:paraId="77C2074C" w14:textId="77777777" w:rsidR="00CB0035" w:rsidRDefault="00832B05">
      <w:r>
        <w:t>The nurse renters the room and hands me my medication with a cup of water. I take a sip and then notice Benny standing in the hallway. He is sitting on a curved lounge, motioning for me to join him.</w:t>
      </w:r>
    </w:p>
    <w:p w14:paraId="699EF494" w14:textId="77777777" w:rsidR="00CB0035" w:rsidRDefault="00832B05">
      <w:r>
        <w:t xml:space="preserve">I </w:t>
      </w:r>
      <w:r>
        <w:t>make my way over and sit down, He wraps his arm around me and pulls me close, nuzzling my hair with his nose.</w:t>
      </w:r>
    </w:p>
    <w:p w14:paraId="1219C948" w14:textId="77777777" w:rsidR="00CB0035" w:rsidRDefault="00832B05">
      <w:r>
        <w:t>We sit in silence for a few moments, just enjoying each other's company. Then, Benny breaks the silence by asking, "Are you doing, okay?"</w:t>
      </w:r>
    </w:p>
    <w:p w14:paraId="024B77C5" w14:textId="77777777" w:rsidR="00CB0035" w:rsidRDefault="00832B05">
      <w:r>
        <w:t>I lift my head from his shoulder and look into his kind, caring eyes.</w:t>
      </w:r>
    </w:p>
    <w:p w14:paraId="243E8547" w14:textId="77777777" w:rsidR="00CB0035" w:rsidRDefault="00832B05">
      <w:r>
        <w:t>"I am now," I reply softly.</w:t>
      </w:r>
    </w:p>
    <w:p w14:paraId="0D8BBDEE" w14:textId="77777777" w:rsidR="00CB0035" w:rsidRDefault="00832B05">
      <w:r>
        <w:t>*</w:t>
      </w:r>
    </w:p>
    <w:p w14:paraId="4502025E" w14:textId="77777777" w:rsidR="00CB0035" w:rsidRDefault="00832B05">
      <w:r>
        <w:t>On the eighteenth day, I finally decide to get up and eat breakfast, something I haven't done since I arrived here. As I stand in line at the cafeteria, Gene walks past carrying a bag with his belongings. He stops briefly to sign out at the nurse’s station. "Where are you going?" I ask him as I approach.</w:t>
      </w:r>
    </w:p>
    <w:p w14:paraId="79219EBF" w14:textId="77777777" w:rsidR="00CB0035" w:rsidRDefault="00832B05">
      <w:r>
        <w:t>"I finally got leave," he replies, looking down at me from his towering height.</w:t>
      </w:r>
    </w:p>
    <w:p w14:paraId="19D3F3FC" w14:textId="77777777" w:rsidR="00CB0035" w:rsidRDefault="00832B05">
      <w:r>
        <w:t>He leans in for a hug as I look up at him, noticing the dark circles under his eyes.</w:t>
      </w:r>
    </w:p>
    <w:p w14:paraId="7343C1EB" w14:textId="77777777" w:rsidR="00CB0035" w:rsidRDefault="00832B05">
      <w:r>
        <w:t>Before fading away into the distance, he whispers, "Goodbye." "Bye," he whispers before disappearing into the distance.</w:t>
      </w:r>
    </w:p>
    <w:p w14:paraId="09733721" w14:textId="77777777" w:rsidR="00CB0035" w:rsidRDefault="00832B05">
      <w:r>
        <w:t>Later that night, as I lay in bed trying to fall asleep, I hear the nurses talking outside my door. "Have you seen Gene?" one of them asks.</w:t>
      </w:r>
    </w:p>
    <w:p w14:paraId="2416B00D" w14:textId="77777777" w:rsidR="00CB0035" w:rsidRDefault="00832B05">
      <w:r>
        <w:t>"No, he didn't come back to the ward after signing out," another replies.</w:t>
      </w:r>
    </w:p>
    <w:p w14:paraId="156CAC01" w14:textId="77777777" w:rsidR="00CB0035" w:rsidRDefault="00832B05">
      <w:r>
        <w:t>"We need to inform the authorities."</w:t>
      </w:r>
    </w:p>
    <w:p w14:paraId="050F6E92" w14:textId="77777777" w:rsidR="00CB0035" w:rsidRDefault="00832B05">
      <w:r>
        <w:t>"I'll make the call."</w:t>
      </w:r>
    </w:p>
    <w:p w14:paraId="3C11801A" w14:textId="77777777" w:rsidR="00CB0035" w:rsidRDefault="00832B05">
      <w:r>
        <w:t>I listen intently as they discuss Gene's sudden disappearance, considering the possibility that he may have escaped from the ward. I recall how I noticed he had all of his belongings with him when we said goodbye, and thought it was strange at the time. It is now clear that he had no intention of returning. my mind races with thoughts of Gene and his sudden departure. Why did he leave without saying anything to me? Was he really planning on escaping all along?</w:t>
      </w:r>
    </w:p>
    <w:p w14:paraId="066C2D9B" w14:textId="77777777" w:rsidR="00CB0035" w:rsidRDefault="00832B05">
      <w:r>
        <w:t>The next morning, I ask the nurses if they have any updates on Gene's whereabouts. They inform me that he has been reported missing and that the authorities are searching for him.</w:t>
      </w:r>
    </w:p>
    <w:p w14:paraId="7F1E43B5" w14:textId="77777777" w:rsidR="00CB0035" w:rsidRDefault="00832B05">
      <w:r>
        <w:t>Whispers swirled around the ward, with each patient concocting their own theories of what had happened to him. But as the days passed, I found myself less concerned with Gene's absence and more focused on my time with Benny earning disapproving looks from the nurses.</w:t>
      </w:r>
    </w:p>
    <w:p w14:paraId="471883FE" w14:textId="77777777" w:rsidR="00CB0035" w:rsidRDefault="00832B05">
      <w:r>
        <w:t>But their judgment didn't faze me. We didn't talk about our future or our dreams like we used to. Instead, we bonded over our shared struggle and pain.</w:t>
      </w:r>
    </w:p>
    <w:p w14:paraId="128C9040" w14:textId="77777777" w:rsidR="00CB0035" w:rsidRDefault="00832B05">
      <w:r>
        <w:t>Sometimes he would read to me from his Favorite books or we would listen to music together. Other times, we would just hold hands and watch the world outside our window. Despite everything we were going through, being with Benny brought a sense of peace and comfort.</w:t>
      </w:r>
    </w:p>
    <w:p w14:paraId="3586AD16" w14:textId="77777777" w:rsidR="00CB0035" w:rsidRDefault="00832B05">
      <w:r>
        <w:t>But as much as I wanted to ignore it, the reality of our situation never left my mind. I couldn't help but wonder how long we would be stuck in this place and what would happen when we finally got out.</w:t>
      </w:r>
    </w:p>
    <w:p w14:paraId="0AAAE390" w14:textId="77777777" w:rsidR="00CB0035" w:rsidRDefault="00832B05">
      <w:r>
        <w:t xml:space="preserve">One day, while sitting in silence with Benny, I couldn't take it </w:t>
      </w:r>
      <w:r>
        <w:t>any longer.</w:t>
      </w:r>
    </w:p>
    <w:p w14:paraId="58E8B220" w14:textId="77777777" w:rsidR="00CB0035" w:rsidRDefault="00832B05">
      <w:r>
        <w:t>"Do you ever think about what will happen after this?" I asked quietly.</w:t>
      </w:r>
    </w:p>
    <w:p w14:paraId="720652E8" w14:textId="77777777" w:rsidR="00CB0035" w:rsidRDefault="00832B05">
      <w:r>
        <w:t>Benny turned to look at me, “I try not to," he said. "I don't want to think about going back out there and facing everything again."</w:t>
      </w:r>
    </w:p>
    <w:p w14:paraId="77A793F3" w14:textId="77777777" w:rsidR="00CB0035" w:rsidRDefault="00832B05">
      <w:r>
        <w:t>I nodded in understanding. The thought of leaving this safe haven was both terrifying and daunting. But at the same time, I didn't want to spend the rest of my life trapped in a hospital ward.</w:t>
      </w:r>
    </w:p>
    <w:p w14:paraId="72E3D346" w14:textId="77777777" w:rsidR="00CB0035" w:rsidRDefault="00832B05">
      <w:r>
        <w:t>"We'll figure it out," I said, trying to sound optimistic.</w:t>
      </w:r>
    </w:p>
    <w:p w14:paraId="292D2A54" w14:textId="77777777" w:rsidR="00CB0035" w:rsidRDefault="00832B05">
      <w:r>
        <w:t>Benny gave me a small smile before turning his attention back to gazing out the window today, I noticed today he is struggling more than usual. So, I offer him my daily dose of Valium, feeling he needs it more than me.</w:t>
      </w:r>
    </w:p>
    <w:p w14:paraId="44BDA2C5" w14:textId="77777777" w:rsidR="00CB0035" w:rsidRDefault="00832B05">
      <w:r>
        <w:t>As time went on, we continued to find solace in each other's company. We talked about anything and everything that came to mind and in those fleeting moments, I almost forgot about the chaos</w:t>
      </w:r>
    </w:p>
    <w:p w14:paraId="3A1A39A2" w14:textId="77777777" w:rsidR="00CB0035" w:rsidRDefault="00832B05">
      <w:r>
        <w:t>As I observe Benny's demeanour today, it is clear that he is struggling much more than usual. I know that my daily dose of Valium would help him more than it would help me, and offer him my dose for the day. I sense that Benny is struggling today more than the previous days we have spent together So I offer him my daily dose of Valium, knowing he needs it more than me. I make my way to the medical dispensary, standing in line with the other patients. The nurse hands me my pill, and I quickly slip it under m</w:t>
      </w:r>
      <w:r>
        <w:t>y tongue pretending to swallow before making my way back to Benny. He takes the half-dissolved pill from my clenched fist</w:t>
      </w:r>
    </w:p>
    <w:p w14:paraId="1B21BC11" w14:textId="77777777" w:rsidR="00CB0035" w:rsidRDefault="00832B05">
      <w:r>
        <w:t>Thank you," he says softly, looking at me with gratitude in his eyes.</w:t>
      </w:r>
    </w:p>
    <w:p w14:paraId="7838A533" w14:textId="77777777" w:rsidR="00CB0035" w:rsidRDefault="00832B05">
      <w:r>
        <w:t>I simply nod in response, knowing that this small gesture means so much to him.</w:t>
      </w:r>
    </w:p>
    <w:p w14:paraId="30268B3E" w14:textId="77777777" w:rsidR="00CB0035" w:rsidRDefault="00832B05">
      <w:r>
        <w:t xml:space="preserve">Benny and I walk back to our respective rooms. I watch him until he disappears into his room before entering my own. </w:t>
      </w:r>
      <w:r>
        <w:t>Collapsing onto the bed, I daydream about a brighter future for both of us.</w:t>
      </w:r>
    </w:p>
    <w:p w14:paraId="51B88AC9" w14:textId="77777777" w:rsidR="00CB0035" w:rsidRDefault="00832B05">
      <w:r>
        <w:t>As the sun rose on my thirtieth day in this sterile hospital room, I was greeted by the sound of hushed voices. My restless sleep was abruptly interrupted by the murmurs of nurses and doctors discussing my case. Their words blended together in a jumble, making it difficult for me to grasp their meaning.</w:t>
      </w:r>
    </w:p>
    <w:p w14:paraId="2FB122E1" w14:textId="77777777" w:rsidR="00CB0035" w:rsidRDefault="00832B05">
      <w:r>
        <w:t>I rubbed my eyes and sat up, the white hospital sheets sliding off my bare chest. The tall man in the white coat, who I assumed to be my doctor, approached my bed with a clipboard in his hand. He asked me if I was ready to leave, in his other hand, he held a stack of discharge papers.</w:t>
      </w:r>
    </w:p>
    <w:p w14:paraId="3993CDC2" w14:textId="77777777" w:rsidR="00CB0035" w:rsidRDefault="00832B05">
      <w:r>
        <w:t>I felt a mix of relief and anxiety wash over me.</w:t>
      </w:r>
    </w:p>
    <w:p w14:paraId="764951E8" w14:textId="77777777" w:rsidR="00CB0035" w:rsidRDefault="00832B05">
      <w:r>
        <w:t>I nodded my head, not trusting my voice to speak. The doctor handed me the papers and I signed without even glancing at them. The nurses bustled around me, urging me to dress and gather my belongings. I quickly pack everything into plastic bags, leaving the room empty. As I finish up, I can't help but wonder: Who will be the next occupant of this sterile space? Will they feel the same sense of despair and isolation that I have during my month-long stay here? Will they also search for a way out, desperate to</w:t>
      </w:r>
      <w:r>
        <w:t xml:space="preserve"> escape?</w:t>
      </w:r>
    </w:p>
    <w:p w14:paraId="75D82797" w14:textId="77777777" w:rsidR="00CB0035" w:rsidRDefault="00832B05">
      <w:r>
        <w:t>Benny passes by and I share the news of my newfound freedom. We hug each other tightly, making a promise to stay in touch even though we both know our paths may never cross again</w:t>
      </w:r>
    </w:p>
    <w:p w14:paraId="0073C4DE" w14:textId="77777777" w:rsidR="00CB0035" w:rsidRDefault="00832B05">
      <w:r>
        <w:t>. My heart races as I make my way towards the exit. I avoid looking at the nurse walking beside me, fearing that she might stop and take me back inside. But she opens a door and gestures for me to go through, finally releasing me into the outside world.</w:t>
      </w:r>
    </w:p>
    <w:p w14:paraId="7454399C" w14:textId="77777777" w:rsidR="00CB0035" w:rsidRDefault="00832B05">
      <w:r>
        <w:t>I feel a wave of relief wash over me as I breathe in the fresh air, but my shoulders are still tense with anxiety. This may be my escape from the hospital, but my struggles are far from finished.</w:t>
      </w:r>
    </w:p>
    <w:p w14:paraId="5E330205" w14:textId="77777777" w:rsidR="00CB0035" w:rsidRDefault="00832B05">
      <w:r>
        <w:t>As I attempt to adjust to being back home, the familiar sound of footsteps pacing back and forth is replaced by an unnerving stillness. The clinical scent of hospitals that once permeated the air has been replaced by the comforting aroma of freshly brewed coffee wafting from the kitchen.</w:t>
      </w:r>
    </w:p>
    <w:p w14:paraId="65E151DB" w14:textId="77777777" w:rsidR="00CB0035" w:rsidRDefault="00832B05">
      <w:r>
        <w:t>The familiar scent of home fails to ease the fear and anxiety that swirls inside me, pressing down on my shoulders with the burden of not knowing how to rebuild my life. I spend my days in solitude, paralysed by the overwhelming weight of uncertainty.</w:t>
      </w:r>
    </w:p>
    <w:p w14:paraId="100E28CF" w14:textId="77777777" w:rsidR="00CB0035" w:rsidRDefault="00832B05">
      <w:r>
        <w:t>My family encourage me to get back into a routine and start looking a new job but for me, it's not that simple. My mental health struggles are not something that can be fixed with a new job or daily exercise.</w:t>
      </w:r>
    </w:p>
    <w:p w14:paraId="0A405668" w14:textId="77777777" w:rsidR="00CB0035" w:rsidRDefault="00832B05">
      <w:r>
        <w:t>I wish they could understand that sometimes just getting through each day is an accomplishment in itself. That even though I may seem better on the surface, there are still battles raging inside of me.</w:t>
      </w:r>
    </w:p>
    <w:p w14:paraId="613F9903" w14:textId="77777777" w:rsidR="00CB0035" w:rsidRDefault="00832B05">
      <w:r>
        <w:t>But I know they mean well and I am grateful for their support.</w:t>
      </w:r>
    </w:p>
    <w:p w14:paraId="5FDE01FF" w14:textId="77777777" w:rsidR="00CB0035" w:rsidRDefault="00832B05">
      <w:r>
        <w:t>.</w:t>
      </w:r>
    </w:p>
    <w:p w14:paraId="62FF81C8" w14:textId="77777777" w:rsidR="00CB0035" w:rsidRDefault="00832B05">
      <w:r>
        <w:t>My phone buzzes with a text from Benny, asking me to come visit him in the hospital. Without hesitation, I respond and tell him I will. After a short 15-minute journey on the bus, I arrive at the hospital grounds and take a deep breath as I approach the entrance. Reminding myself that I am just a visitor, and that I can leave whenever I want. I press the buzzer at the door. A stern-looking nurse opens it, her eyebrows raised in surprise at my presence.</w:t>
      </w:r>
    </w:p>
    <w:p w14:paraId="7F22AFF1" w14:textId="77777777" w:rsidR="00CB0035" w:rsidRDefault="00832B05">
      <w:r>
        <w:t>As she sees me, her face relaxes for a moment before shifting into a look of disappointment as if assuming I've come back so soon. I explain to the nurse that I am only here to visit Benny and not as a patient, but she the disappointment look returns now for that reason, then allowing me inside.</w:t>
      </w:r>
    </w:p>
    <w:p w14:paraId="70C4AC08" w14:textId="77777777" w:rsidR="00CB0035" w:rsidRDefault="00832B05">
      <w:r>
        <w:t>I spot Benny in the corner of the visitor's room and rush towards him, as soon as I reach him, I wrap my arms tightly around his shoulders, knowing that our visit is limited, I never want to let go.</w:t>
      </w:r>
    </w:p>
    <w:p w14:paraId="440895EF" w14:textId="77777777" w:rsidR="00CB0035" w:rsidRDefault="00832B05">
      <w:r>
        <w:t>On paper, Benny may seem like someone I should steer clear from. He has a troubled past and his present circumstances aren't much better.</w:t>
      </w:r>
    </w:p>
    <w:p w14:paraId="186CC260" w14:textId="77777777" w:rsidR="00CB0035" w:rsidRDefault="00832B05">
      <w:r>
        <w:t>But there's a magnetic pull about him that I can't resist, like a force drawing me closer to him. It's as if the universe is whispering for me to take a chance on this troubled soul. The way he looks at me, with a mix of longing and pain in his eyes, makes my heart ache. There's more to him than meets the eye, and I'm drawn to uncover it all.</w:t>
      </w:r>
    </w:p>
    <w:p w14:paraId="1F699A78" w14:textId="77777777" w:rsidR="00CB0035" w:rsidRDefault="00832B05">
      <w:r>
        <w:t>.</w:t>
      </w:r>
    </w:p>
    <w:p w14:paraId="3157ACE9" w14:textId="77777777" w:rsidR="00CB0035" w:rsidRDefault="00832B05">
      <w:r>
        <w:t>With each visit, our bond only grows stronger. I visit on his 29th birthday bringing him lollies and luxuries from the outside. He tells me that being with me makes him feel happy and gives him hope where he had none before He accepts me at my lowest points and listens to all of my fears and regrets without judgment. It is like all the walls we had built around ourselves just crumble away. We start spending more time together and grow closer, and then it was his turn to be released from hospital.</w:t>
      </w:r>
    </w:p>
    <w:p w14:paraId="0B912CC8" w14:textId="77777777" w:rsidR="00CB0035" w:rsidRDefault="00832B05">
      <w:r>
        <w:br/>
      </w:r>
      <w:r>
        <w:br/>
      </w:r>
    </w:p>
    <w:p w14:paraId="5B6FA8BB" w14:textId="77777777" w:rsidR="00CB0035" w:rsidRDefault="00832B05">
      <w:r>
        <w:t>*</w:t>
      </w:r>
    </w:p>
    <w:p w14:paraId="65A8F0FD" w14:textId="77777777" w:rsidR="00CB0035" w:rsidRDefault="00832B05">
      <w:r>
        <w:br/>
      </w:r>
      <w:r>
        <w:br/>
      </w:r>
    </w:p>
    <w:p w14:paraId="1D31F8B2" w14:textId="77777777" w:rsidR="00CB0035" w:rsidRDefault="00832B05">
      <w:r>
        <w:br/>
      </w:r>
      <w:r>
        <w:br/>
      </w:r>
    </w:p>
    <w:p w14:paraId="211E95E3" w14:textId="77777777" w:rsidR="00CB0035" w:rsidRDefault="00832B05">
      <w:r>
        <w:t xml:space="preserve">In my opinion, there are two ways to experience love. The first is by being in a loving and committed relationship with someone else. However, I haven't had many examples of this type of love to learn from. Growing up, I witnessed my parents constantly fighting, and the guys I dated always seemed to discard me. As a result, I have become all too familiar with the second way to love: being alone. I have often wondered what is wrong with me, making me undeserving of love. So, I have just settled for whatever </w:t>
      </w:r>
      <w:r>
        <w:t>scraps of affection people were willing to give me. I am someone who loves deeply, which also means that I suffer deeply always longing for that one person who would stand by me through thick and thin or at least care enough about me to keep trying, it wasn’t just from the opposite sex, my closest friends would turn on me or discard me at the drop of a hat.</w:t>
      </w:r>
    </w:p>
    <w:p w14:paraId="2D68FB69" w14:textId="77777777" w:rsidR="00CB0035" w:rsidRDefault="00832B05">
      <w:r>
        <w:t>Benny is the first person who saw me in my darkness and didn’t run away from it, he ran towards it.</w:t>
      </w:r>
    </w:p>
    <w:p w14:paraId="2F81ABBC" w14:textId="77777777" w:rsidR="00CB0035" w:rsidRDefault="00832B05">
      <w:r>
        <w:t>I learned about his troubled past the parties, the struggle with drug addiction that still haunted him, But none of that mattered to me. It was just white noise, we understand pain, and what it’s like when life gets messy yet we to choose each other when we weren’t the easiest choice. I like to think that all the times we sat alone praying for the strength to keep fighting, we are what each other was praying for</w:t>
      </w:r>
    </w:p>
    <w:p w14:paraId="1CA614CE" w14:textId="77777777" w:rsidR="00CB0035" w:rsidRDefault="00832B05">
      <w:r>
        <w:t>I don’t care that he doesn’t have a lot of much money, his kindness and compassion radiate from every pore. It’s impossible not to see the goodness that lays within him, even if it is understated and often overlooked by others as I believe that loving someone means that their demons came with them You dive in headfirst, not knowing when you’ll hit the bottom. But I haven’t even come close to hitting the bottom with Benny, but I am about to find out what is buried down there.</w:t>
      </w:r>
    </w:p>
    <w:p w14:paraId="2A78DD95" w14:textId="77777777" w:rsidR="00CB0035" w:rsidRDefault="00832B05">
      <w:r>
        <w:t xml:space="preserve"> </w:t>
      </w:r>
    </w:p>
    <w:p w14:paraId="79D96030" w14:textId="77777777" w:rsidR="00CB0035" w:rsidRDefault="00832B05">
      <w:r>
        <w:br/>
      </w:r>
      <w:r>
        <w:br/>
      </w:r>
    </w:p>
    <w:p w14:paraId="234C0115" w14:textId="77777777" w:rsidR="00CB0035" w:rsidRDefault="00832B05">
      <w:r>
        <w:br/>
      </w:r>
      <w:r>
        <w:br/>
      </w:r>
    </w:p>
    <w:p w14:paraId="35D24EFB" w14:textId="77777777" w:rsidR="00CB0035" w:rsidRDefault="00832B05">
      <w:r>
        <w:t xml:space="preserve">Our days together on the outside world were simple. We spent most of our time curled up in bed together telling each other tales from our misspent youth. To then relive it at Night drinking cheap </w:t>
      </w:r>
      <w:r>
        <w:t>vodka and listening to music, Benny drinking until he was too drunk to think straight or throw up and I would scold him each time until we would crawl back into bed and I would rest my head on his chest as He would run his fingers through my hair, in those quiet moments, I felt like we I could forget about the world outside finding comfort in our little bubble.</w:t>
      </w:r>
    </w:p>
    <w:p w14:paraId="602CD08B" w14:textId="77777777" w:rsidR="00CB0035" w:rsidRDefault="00832B05">
      <w:r>
        <w:t>And when the morning sun would peek through the curtains, I would open my eyes to see him sleeping peacefully beside me, his face relaxed and vulnerable.</w:t>
      </w:r>
    </w:p>
    <w:p w14:paraId="32494AC6" w14:textId="77777777" w:rsidR="00CB0035" w:rsidRDefault="00832B05">
      <w:r>
        <w:t>I would lay there, watching him, and wonder how someone so broken could still radiate such beauty.</w:t>
      </w:r>
    </w:p>
    <w:p w14:paraId="40C66572" w14:textId="77777777" w:rsidR="00CB0035" w:rsidRDefault="00832B05">
      <w:r>
        <w:t>For Benny and I, dates were an exercise in creativity and resourcefulness due to us having a tight budget, they involved exploring the nearby nature reserve near mu house or walking along the bush trail near his.</w:t>
      </w:r>
    </w:p>
    <w:p w14:paraId="162EA640" w14:textId="77777777" w:rsidR="00CB0035" w:rsidRDefault="00832B05">
      <w:r>
        <w:t>Our go-to hangout was a cozy coffee shop on the corner of Main Street, where we would chat and share a meal together. Benny was always a gentleman, opening doors for me and pulling out my chair. He would surprise me with flowers just because, teaching me to appreciate the small moments in life and get by with little money.</w:t>
      </w:r>
    </w:p>
    <w:p w14:paraId="16ACA4F1" w14:textId="77777777" w:rsidR="00CB0035" w:rsidRDefault="00832B05">
      <w:r>
        <w:br/>
      </w:r>
      <w:r>
        <w:br/>
      </w:r>
    </w:p>
    <w:p w14:paraId="78407429" w14:textId="77777777" w:rsidR="00CB0035" w:rsidRDefault="00832B05">
      <w:r>
        <w:br/>
      </w:r>
      <w:r>
        <w:br/>
      </w:r>
    </w:p>
    <w:p w14:paraId="5BB53517" w14:textId="77777777" w:rsidR="00CB0035" w:rsidRDefault="00832B05">
      <w:r>
        <w:br/>
      </w:r>
      <w:r>
        <w:br/>
      </w:r>
    </w:p>
    <w:p w14:paraId="51C29848" w14:textId="77777777" w:rsidR="00CB0035" w:rsidRDefault="00832B05">
      <w:pPr>
        <w:pStyle w:val="Heading1"/>
      </w:pPr>
      <w:r>
        <w:t>Chapter 4</w:t>
      </w:r>
    </w:p>
    <w:p w14:paraId="3158F5B2" w14:textId="77777777" w:rsidR="00CB0035" w:rsidRDefault="00832B05">
      <w:r>
        <w:br/>
      </w:r>
      <w:r>
        <w:br/>
      </w:r>
    </w:p>
    <w:p w14:paraId="3CD68AF3" w14:textId="77777777" w:rsidR="00CB0035" w:rsidRDefault="00832B05">
      <w:r>
        <w:t xml:space="preserve">Today, Benny suggests we go on a picnic. We gather our snacks and drinks and make our way </w:t>
      </w:r>
      <w:r>
        <w:t>towards the reserve. The path we take winds through dense bushes before opening up to a clearing with a solitary, massive boulder. We settle down on the grass and I pull out a portable speaker to play some Beatles tunes. As I start organizing the snacks, I notice Benny looking over my shoulder. Every time My eyes meet his, but he quickly averts his gaze. I notice him scan the area, focusing on the sky and then the ground. This pattern of looking at me and then looking away continues until I finally break th</w:t>
      </w:r>
      <w:r>
        <w:t>e silence.</w:t>
      </w:r>
    </w:p>
    <w:p w14:paraId="0D9D6B97" w14:textId="77777777" w:rsidR="00CB0035" w:rsidRDefault="00832B05">
      <w:r>
        <w:t>“What's wrong?” I ask.</w:t>
      </w:r>
    </w:p>
    <w:p w14:paraId="6B353521" w14:textId="77777777" w:rsidR="00CB0035" w:rsidRDefault="00832B05">
      <w:r>
        <w:t>He leans in closer and whispers, “There's a camera in the tree across from us. It's filming us.”</w:t>
      </w:r>
    </w:p>
    <w:p w14:paraId="73441272" w14:textId="77777777" w:rsidR="00CB0035" w:rsidRDefault="00832B05">
      <w:r>
        <w:t>I brush off his concerns with a naive laugh assuring him that there isn’t a camera and return to unpacking our snacks humming along to The Beatles playing in the background.</w:t>
      </w:r>
    </w:p>
    <w:p w14:paraId="15848924" w14:textId="77777777" w:rsidR="00CB0035" w:rsidRDefault="00832B05">
      <w:r>
        <w:br/>
      </w:r>
      <w:r>
        <w:br/>
      </w:r>
    </w:p>
    <w:p w14:paraId="188DE8F2" w14:textId="77777777" w:rsidR="00CB0035" w:rsidRDefault="00832B05">
      <w:r>
        <w:t>He had warned me he was broken, so maybe I should have known better than to let myself fall like I do, but I believe I can help put back the pieces.</w:t>
      </w:r>
    </w:p>
    <w:p w14:paraId="172E4E9A" w14:textId="77777777" w:rsidR="00CB0035" w:rsidRDefault="00832B05">
      <w:r>
        <w:rPr>
          <w:i/>
        </w:rPr>
        <w:t>Why am I trying to save him?</w:t>
      </w:r>
      <w:r>
        <w:t xml:space="preserve"> asks my head.</w:t>
      </w:r>
    </w:p>
    <w:p w14:paraId="668A36BF" w14:textId="77777777" w:rsidR="00CB0035" w:rsidRDefault="00832B05">
      <w:r>
        <w:rPr>
          <w:i/>
        </w:rPr>
        <w:t>Because I you know he is worth it,</w:t>
      </w:r>
      <w:r>
        <w:t xml:space="preserve"> whispers my heart.</w:t>
      </w:r>
    </w:p>
    <w:p w14:paraId="5F631E31" w14:textId="77777777" w:rsidR="00CB0035" w:rsidRDefault="00832B05">
      <w:r>
        <w:rPr>
          <w:i/>
        </w:rPr>
        <w:t>Patience, dear heart</w:t>
      </w:r>
      <w:r>
        <w:t>, I s what I tell myself but am I trying to fool it into a dangerous game..</w:t>
      </w:r>
    </w:p>
    <w:p w14:paraId="788A31B6" w14:textId="77777777" w:rsidR="00CB0035" w:rsidRDefault="00832B05">
      <w:r>
        <w:br/>
      </w:r>
      <w:r>
        <w:br/>
      </w:r>
    </w:p>
    <w:p w14:paraId="68A2133E" w14:textId="77777777" w:rsidR="00CB0035" w:rsidRDefault="00832B05">
      <w:r>
        <w:br/>
      </w:r>
      <w:r>
        <w:br/>
      </w:r>
    </w:p>
    <w:p w14:paraId="2CC922BE" w14:textId="77777777" w:rsidR="00CB0035" w:rsidRDefault="00832B05">
      <w:r>
        <w:br/>
      </w:r>
      <w:r>
        <w:br/>
      </w:r>
    </w:p>
    <w:p w14:paraId="3B46981C" w14:textId="77777777" w:rsidR="00CB0035" w:rsidRDefault="00832B05">
      <w:r>
        <w:br/>
      </w:r>
      <w:r>
        <w:br/>
      </w:r>
    </w:p>
    <w:p w14:paraId="1E462FC8" w14:textId="77777777" w:rsidR="00CB0035" w:rsidRDefault="00832B05">
      <w:r>
        <w:t>my life starts to go back to normal after I am offered my old job back, As soon as I walked through the doors of the office, the familiar sounds and sights greeted me. The steady click-clack of keyboards filled the air, and I caught glimpses of my colleagues hunched over their desks, surrounded by colorful sticky notes and half-empty coffee mugs. After a few weeks, my co worker friends and I fell back into our old routine of going out for after-work drinks. We found ourselves at our favorite local bar, swap</w:t>
      </w:r>
      <w:r>
        <w:t>ping anecdotes and teasing each other like we used to. As we laughed and chatted, the past few turbulent months felt like nothing more than a distant memory On weekends, my home was transformed into a vibrant photo studio, alive with the energy of models, stylists, and makeup artists where I would be able to express my true passion. Benny would assist me in setting up the studio lights, and then make snacks for us all in the kitchen. I loved that he was able to see this side of me, fully alive in my element</w:t>
      </w:r>
      <w:r>
        <w:t xml:space="preserve"> . that was where I belonged - behind the lens, creating art that spoke to my soul.</w:t>
      </w:r>
    </w:p>
    <w:p w14:paraId="05A3DBAF" w14:textId="77777777" w:rsidR="00CB0035" w:rsidRDefault="00832B05">
      <w:r>
        <w:t>Every evening followed the same routine. After a long and exhausting day, one of us would end up crashing at the other's place - either Benny at mine or me at his. Often, I would pass out early leaving Benny drinking cheap vodka crafting beats and raps. his cat Cleo, curled up on his lap her tiny body molded into a perfect ball, fitting on one of Benny's legs between The scraps of paorn from his tattered notebook,</w:t>
      </w:r>
    </w:p>
    <w:p w14:paraId="7A2F7BBF" w14:textId="77777777" w:rsidR="00CB0035" w:rsidRDefault="00832B05">
      <w:r>
        <w:t>muttering to himself, testing out different rhymes and rhythms. I would catch snippets of his verses, until he would come and wake me to perform his latest creation asking my opinion, but only taking it if it was good which made me laugh. I was always amazed at the way he could weave words together effortlessly, creating a tapestry of emotions and experiences in such a short time. I knew that, despite our struggles and hardships, Benny was meant for something greater. His words had the power to move people,</w:t>
      </w:r>
      <w:r>
        <w:t xml:space="preserve"> to inspire them, and I couldn't wait to see what they would do in the world.</w:t>
      </w:r>
    </w:p>
    <w:p w14:paraId="0AAB50EA" w14:textId="77777777" w:rsidR="00CB0035" w:rsidRDefault="00832B05">
      <w:r>
        <w:br/>
      </w:r>
      <w:r>
        <w:br/>
      </w:r>
    </w:p>
    <w:p w14:paraId="694BE4AA" w14:textId="77777777" w:rsidR="00CB0035" w:rsidRDefault="00832B05">
      <w:r>
        <w:t xml:space="preserve">As the weeks went by, I </w:t>
      </w:r>
      <w:r>
        <w:t>noticed a pattern whenever I invited Benny to join me at social events. He would become visibly uncomfortable and anxious, fidgeting with his hands and avoiding eye contact. He would constantly check the time and make excuses to leave early.</w:t>
      </w:r>
    </w:p>
    <w:p w14:paraId="1F904EC9" w14:textId="77777777" w:rsidR="00CB0035" w:rsidRDefault="00832B05">
      <w:r>
        <w:t>I could feel his discomfort, and it made me equally anxious. I wanted him to have a good time, but it seemed like he couldn't relax in a sea of unfamiliar faces. I would often find myself trying to ensure that he was comfortable, which only added to my own stress.</w:t>
      </w:r>
    </w:p>
    <w:p w14:paraId="7E2B469D" w14:textId="77777777" w:rsidR="00CB0035" w:rsidRDefault="00832B05">
      <w:r>
        <w:t>My friends started to notice our early exits or last-minute cancellations when Benny couldn't handle being in a social setting any longer. They would ask questions and express their disappointment, but I found myself constantly making excuses for Benny's behaviour.</w:t>
      </w:r>
    </w:p>
    <w:p w14:paraId="5D40EDD1" w14:textId="77777777" w:rsidR="00CB0035" w:rsidRDefault="00832B05">
      <w:r>
        <w:t>"He's not feeling well," "He's just needs some alone time." I felt like I was walking on eggshells around my own friends</w:t>
      </w:r>
    </w:p>
    <w:p w14:paraId="1EF063A3" w14:textId="77777777" w:rsidR="00CB0035" w:rsidRDefault="00832B05">
      <w:r>
        <w:t>But as much as it bothered me, I couldn't blame him for his behaviour. I knew how difficult social situations could be for people with his illness. It wasn't something that could easily be turned on and off, no matter how much we both wanted it to be different.</w:t>
      </w:r>
    </w:p>
    <w:p w14:paraId="072B2F99" w14:textId="77777777" w:rsidR="00CB0035" w:rsidRDefault="00832B05">
      <w:r>
        <w:t>It was a constant battle within me, wanting my friends to see the real him - his kind heart, gentle nature, and incredible musical talent. But at the same time, I couldn't bear the thought of them judging him based on their preconceived notions of schizophrenia. How could they understand something that I barely understood myself? And yet, his silly jokes and brilliant mind constantly reminded me of how much I loved him. It was a conflicting mix of emotions that left me torn between wanting to protect him an</w:t>
      </w:r>
      <w:r>
        <w:t>d wanting to show him off to the world.</w:t>
      </w:r>
    </w:p>
    <w:p w14:paraId="1ECDA9B8" w14:textId="77777777" w:rsidR="00CB0035" w:rsidRDefault="00832B05">
      <w:r>
        <w:br/>
      </w:r>
      <w:r>
        <w:br/>
      </w:r>
    </w:p>
    <w:p w14:paraId="52F4C6F8" w14:textId="77777777" w:rsidR="00CB0035" w:rsidRDefault="00832B05">
      <w:r>
        <w:t>As time passed, I couldn't deny the change in Benny. He was slowly slipping away from me, becoming a distant and unrecognizable version of himself. The once warm and inviting smile had vanished, replaced by a cold and distant expression.</w:t>
      </w:r>
    </w:p>
    <w:p w14:paraId="1381EABE" w14:textId="77777777" w:rsidR="00CB0035" w:rsidRDefault="00832B05">
      <w:r>
        <w:t>At first, I brushed it off as just a temporary phase. Perhaps he was going through a rough patch or struggling with his illness. But as the days went by, his behavior only became more concerning.</w:t>
      </w:r>
    </w:p>
    <w:p w14:paraId="7A173BE8" w14:textId="77777777" w:rsidR="00CB0035" w:rsidRDefault="00832B05">
      <w:r>
        <w:t>He would avoid eye contact with anyone, including me. It was like he didn't want anyone to see him for who he truly was - broken and vulnerable. And it pained me to see him retreat into his own mind.</w:t>
      </w:r>
    </w:p>
    <w:p w14:paraId="68623F05" w14:textId="77777777" w:rsidR="00CB0035" w:rsidRDefault="00832B05">
      <w:r>
        <w:t>I tried my best to be there for him, to understand what he was going through and offer my support. But no matter how hard I tried, Benny kept pushing me away.</w:t>
      </w:r>
    </w:p>
    <w:p w14:paraId="1C1899E1" w14:textId="77777777" w:rsidR="00CB0035" w:rsidRDefault="00832B05">
      <w:r>
        <w:t>"Leave me alone," he would mutter with a tired sigh whenever I attempted to reach out to him. "I need time to myself."</w:t>
      </w:r>
    </w:p>
    <w:p w14:paraId="76D41843" w14:textId="77777777" w:rsidR="00CB0035" w:rsidRDefault="00832B05">
      <w:r>
        <w:t>It hurt every time he rejected my efforts, but I couldn't abandon him in his time of need. Deep down, I knew that Benny still needed someone by his side - even if he couldn't admit it.</w:t>
      </w:r>
    </w:p>
    <w:p w14:paraId="41B3C624" w14:textId="77777777" w:rsidR="00CB0035" w:rsidRDefault="00832B05">
      <w:r>
        <w:t>It wasn't just his actions that changed, but also the way he carried himself. The warmth and charm that used to radiate from him were replaced by an icy demeanor.</w:t>
      </w:r>
    </w:p>
    <w:p w14:paraId="28C51A09" w14:textId="77777777" w:rsidR="00CB0035" w:rsidRDefault="00832B05">
      <w:r>
        <w:t>I longed for the old Benny - the one who could make me laugh until tears streamed down my face and had an endless supply of cheesy jokes. But above all, I missed the deep connection we used to share.</w:t>
      </w:r>
    </w:p>
    <w:p w14:paraId="2C84A5A2" w14:textId="77777777" w:rsidR="00CB0035" w:rsidRDefault="00832B05">
      <w:r>
        <w:br/>
      </w:r>
      <w:r>
        <w:br/>
      </w:r>
    </w:p>
    <w:p w14:paraId="77D313EF" w14:textId="77777777" w:rsidR="00CB0035" w:rsidRDefault="00832B05">
      <w:r>
        <w:t xml:space="preserve">The ringing of my phone startles me awake from a deep sleep. Groggily, I reach for it on my bedside table instead knocking over a glass of water. As I frantically try to clean up the mess, my phone rings again and I see that it's Benny's mother calling. My heart sinks as I answer, knowing that something must be seriously wrong for her to call so early on a Monday morning. She tells me that Benny is in the hospital and panic sets in. I quickly call into work to let them know I won't be coming in and rush to </w:t>
      </w:r>
      <w:r>
        <w:t>the hospital. My mind is racing with worry and fear as I make my way there. The smell of antiseptic hits me as soon as I enter, triggering memories of previous hospital visits. When I find myself standing in front of Benny's room, separated only by a thin curtain, I feel torn between wanting to see him and being afraid of what I might find on the other side.</w:t>
      </w:r>
    </w:p>
    <w:p w14:paraId="77B0C117" w14:textId="77777777" w:rsidR="00CB0035" w:rsidRDefault="00832B05">
      <w:r>
        <w:t>I close my eyes and hold my breath a little longer than intended, and as I pry open the curtain, I see Benny. His face lights up as soon as he sees me and I go and greet him with a kiss. The scent of cheap vodka and cigarettes oozes from his pores and blood stains his clothes—a grim reminder of the night before. I notice his wrist, the raw skin is open, I see the bumps and ridges of the folds where he has carved into his limb and permanent ink. I flinch and look away,</w:t>
      </w:r>
    </w:p>
    <w:p w14:paraId="52EC8691" w14:textId="77777777" w:rsidR="00CB0035" w:rsidRDefault="00832B05">
      <w:r>
        <w:t>He’s still drunk from the night before and is making jokes a weird contradiction to why we are here, a young female nurse enters to stitch his arm. I clench his hand as the needle weaves in and out, piecing back together his tattoo on his forearm, the view isn’t something to be desired, but it’s all for him so I close my eyes and suck it up, as the young nurse completes her puzzle of putting Benny back together.</w:t>
      </w:r>
    </w:p>
    <w:p w14:paraId="56F34237" w14:textId="77777777" w:rsidR="00CB0035" w:rsidRDefault="00832B05">
      <w:r>
        <w:t xml:space="preserve"> </w:t>
      </w:r>
    </w:p>
    <w:p w14:paraId="4D401424" w14:textId="77777777" w:rsidR="00CB0035" w:rsidRDefault="00832B05">
      <w:r>
        <w:t>A psychologist enters, looking much younger than her level of experience would suggest. Her hair is a wild tangle of dark wisps, obscuring much of her face The air itself seems to grow sour as she greets us with a cold hello and a insincere handshake</w:t>
      </w:r>
    </w:p>
    <w:p w14:paraId="2E5192F4" w14:textId="77777777" w:rsidR="00CB0035" w:rsidRDefault="00832B05">
      <w:r>
        <w:t>“So, what’s happened?” she questions Benny.</w:t>
      </w:r>
    </w:p>
    <w:p w14:paraId="0A7F675F" w14:textId="77777777" w:rsidR="00CB0035" w:rsidRDefault="00832B05">
      <w:r>
        <w:t>“I had voices in my head telling me to jump off the fifth floor and I didn’t want to, so I cut myself instead,” he replies.</w:t>
      </w:r>
    </w:p>
    <w:p w14:paraId="54AD5AFD" w14:textId="77777777" w:rsidR="00CB0035" w:rsidRDefault="00832B05">
      <w:r>
        <w:t>“I see,” she says as she pulls out her notebook, “and why did you think that was necessary?”</w:t>
      </w:r>
    </w:p>
    <w:p w14:paraId="19886D96" w14:textId="77777777" w:rsidR="00CB0035" w:rsidRDefault="00832B05">
      <w:r>
        <w:t>“Because if I didn’t do it now, then they were going to make me do it later,” Benny replies with a shrug.</w:t>
      </w:r>
    </w:p>
    <w:p w14:paraId="21E0C685" w14:textId="77777777" w:rsidR="00CB0035" w:rsidRDefault="00832B05">
      <w:r>
        <w:t>The psychologist peers at him over her glasses, her expression a mix of concern and exhaustion. With a heavy sigh, she turns her attention back to her notes, scribbling something down quickly before looking up again. "And for how long has this been happening?" As he begins to answer the barrage of questions that follow, the once radiant light in his eyes dims as the weight of his reality becomes palpable in the room</w:t>
      </w:r>
    </w:p>
    <w:p w14:paraId="472CAA8B" w14:textId="77777777" w:rsidR="00CB0035" w:rsidRDefault="00832B05">
      <w:r>
        <w:t>The psychologist's brow furrowed in concern as she deliberated on the best course of action for Benny. After a few moments, she made the decision to send him home under my care for monitoring. I felt conflicted - relieved that he wouldn't be admitted, but also questioning why they were entrusting me with this responsibility. Yet, caring for someone with mental health issues was not unfamiliar territory for me. So, with a I take Benny back to his rundown apartment building.</w:t>
      </w:r>
    </w:p>
    <w:p w14:paraId="17976240" w14:textId="77777777" w:rsidR="00CB0035" w:rsidRDefault="00832B05">
      <w:r>
        <w:t>As soon as we enter his small unit, I make my way for the bathroom. The sight of blood splattered across the white tiles makes my stomach churn. I grab cleaning supplies from under the sink and get to work, trying to erase any trace of the chaos that came from his veins.</w:t>
      </w:r>
    </w:p>
    <w:p w14:paraId="25A0FD3B" w14:textId="77777777" w:rsidR="00CB0035" w:rsidRDefault="00832B05">
      <w:r>
        <w:t>Exhausted from the physical and emotional toll of it, I collapse onto Benny's unmade bed.</w:t>
      </w:r>
    </w:p>
    <w:p w14:paraId="2C1F7AF4" w14:textId="77777777" w:rsidR="00CB0035" w:rsidRDefault="00832B05">
      <w:r>
        <w:t xml:space="preserve">Benny collapses onto the bed next to me, His breaths are shallow and erratic, and I can feel </w:t>
      </w:r>
      <w:r>
        <w:t>the heat radiating from his skin. As he curls into a fetal position, tears stream down his face. My own heart aches at the sight of his pain.</w:t>
      </w:r>
    </w:p>
    <w:p w14:paraId="4EBCB729" w14:textId="77777777" w:rsidR="00CB0035" w:rsidRDefault="00832B05">
      <w:r>
        <w:t>“I want to die,” he whispers between sobs,</w:t>
      </w:r>
    </w:p>
    <w:p w14:paraId="38CB758A" w14:textId="77777777" w:rsidR="00CB0035" w:rsidRDefault="00832B05">
      <w:r>
        <w:t>I wrap my arms around him, pulling him close as I meet his gaze. His eyes are wide and unfocused, pupils dilated like deep black holes.</w:t>
      </w:r>
    </w:p>
    <w:p w14:paraId="7068FA35" w14:textId="77777777" w:rsidR="00CB0035" w:rsidRDefault="00832B05">
      <w:r>
        <w:t>“I know,” I murmur, my fingers gently stroking his hair.</w:t>
      </w:r>
    </w:p>
    <w:p w14:paraId="0653C39C" w14:textId="77777777" w:rsidR="00CB0035" w:rsidRDefault="00832B05">
      <w:r>
        <w:t>“I’m so confused,” he says, his words muffled against my chest.</w:t>
      </w:r>
    </w:p>
    <w:p w14:paraId="5683F0FE" w14:textId="77777777" w:rsidR="00CB0035" w:rsidRDefault="00832B05">
      <w:r>
        <w:t>I hold him tighter, my grip strong and unwavering.</w:t>
      </w:r>
    </w:p>
    <w:p w14:paraId="1EC11864" w14:textId="77777777" w:rsidR="00CB0035" w:rsidRDefault="00832B05">
      <w:r>
        <w:t>“It’s okay,” I assure him,</w:t>
      </w:r>
    </w:p>
    <w:p w14:paraId="70D17F2E" w14:textId="77777777" w:rsidR="00CB0035" w:rsidRDefault="00832B05">
      <w:r>
        <w:t>Despite my attempts to reassure him, Benny gets up and heads outside, My heart races as I follow him, the cool pavement beneath my bare feet a reminder of how quickly things have changed. I plead with him to come back inside, promising that he is safe with me. But I can see the fear and confusion in his eyes as he struggles to make sense of everything.</w:t>
      </w:r>
    </w:p>
    <w:p w14:paraId="3008F329" w14:textId="77777777" w:rsidR="00CB0035" w:rsidRDefault="00832B05">
      <w:r>
        <w:t>He agrees, crawling back into bed with me. We lay in silence until he turns to face me, his eyes burning with intensity. "Do you want Romeo and Juliet this?" he asks His words hit me like a punch to the gut, causing tears to stream down my face as understand exactly what he is asking.</w:t>
      </w:r>
    </w:p>
    <w:p w14:paraId="626531A7" w14:textId="77777777" w:rsidR="00CB0035" w:rsidRDefault="00832B05">
      <w:r>
        <w:t>*</w:t>
      </w:r>
    </w:p>
    <w:p w14:paraId="5F2EB1A0" w14:textId="77777777" w:rsidR="00CB0035" w:rsidRDefault="00832B05">
      <w:r>
        <w:t>Every morning, I put on a brave face as I walk into the office, holding my head high hiding the secret of my partner's mental illness. With every forced smile and cheerful greeting, I bury it deep down, afraid to let anyone see the hurt festering under my skin.</w:t>
      </w:r>
    </w:p>
    <w:p w14:paraId="1D613ECA" w14:textId="77777777" w:rsidR="00CB0035" w:rsidRDefault="00832B05">
      <w:r>
        <w:t>I arrive home from work after a busy work week, and as I enter all the lights are off. Benny is sitting in the dark at the end of the bed.</w:t>
      </w:r>
    </w:p>
    <w:p w14:paraId="36B281EE" w14:textId="77777777" w:rsidR="00CB0035" w:rsidRDefault="00832B05">
      <w:r>
        <w:t>I shift past him, gently bumping into his leg. “What are you doing?” I ask.</w:t>
      </w:r>
    </w:p>
    <w:p w14:paraId="792F6A4A" w14:textId="77777777" w:rsidR="00CB0035" w:rsidRDefault="00832B05">
      <w:r>
        <w:t>He opens his eyes. “Meditating.”</w:t>
      </w:r>
    </w:p>
    <w:p w14:paraId="2B0D8921" w14:textId="77777777" w:rsidR="00CB0035" w:rsidRDefault="00832B05">
      <w:r>
        <w:t>I haven’t seen him sleep in 24 hours; he hasn’t taken his meds in two days; I’ve tried to coax him into taking them, but he tells me he needs to stay awake to find out “what is going on.”</w:t>
      </w:r>
    </w:p>
    <w:p w14:paraId="41526E5C" w14:textId="77777777" w:rsidR="00CB0035" w:rsidRDefault="00832B05">
      <w:r>
        <w:t>I pour a glass of wine and take a sip—it fills my stomach; empty from days of not eating more than a few bites here and there. I ask generic questions with no response, so we sit quietly together in the dark, leaving him be.</w:t>
      </w:r>
    </w:p>
    <w:p w14:paraId="1260A22E" w14:textId="77777777" w:rsidR="00CB0035" w:rsidRDefault="00832B05">
      <w:r>
        <w:br/>
      </w:r>
      <w:r>
        <w:br/>
      </w:r>
    </w:p>
    <w:p w14:paraId="203A81A0" w14:textId="77777777" w:rsidR="00CB0035" w:rsidRDefault="00832B05">
      <w:r>
        <w:t>I raise my hand to my face and rub my eyes, exhausted from the long day.</w:t>
      </w:r>
    </w:p>
    <w:p w14:paraId="7F8B9277" w14:textId="77777777" w:rsidR="00CB0035" w:rsidRDefault="00832B05">
      <w:r>
        <w:t>“Who are you signaling?” he asks abruptly.</w:t>
      </w:r>
    </w:p>
    <w:p w14:paraId="287EDA0A" w14:textId="77777777" w:rsidR="00CB0035" w:rsidRDefault="00832B05">
      <w:r>
        <w:t>“No one,” I promise him.</w:t>
      </w:r>
    </w:p>
    <w:p w14:paraId="257F8062" w14:textId="77777777" w:rsidR="00CB0035" w:rsidRDefault="00832B05">
      <w:r>
        <w:t>“You have a listening device,” he accuses me, pointing at my tragus piercing. “Let me check your ear.”</w:t>
      </w:r>
    </w:p>
    <w:p w14:paraId="276D05C5" w14:textId="77777777" w:rsidR="00CB0035" w:rsidRDefault="00832B05">
      <w:r>
        <w:t>I take out the piercing, and he inspects it; I plead my innocence as he accuses me of lying to him. He asks what’s going on—my pleas and cries just seem to irritate him more. He leaves the room to go watch TV, leaving me behind to sit and cry.</w:t>
      </w:r>
    </w:p>
    <w:p w14:paraId="1C832C10" w14:textId="77777777" w:rsidR="00CB0035" w:rsidRDefault="00832B05">
      <w:r>
        <w:t>He has taken the wine but I don’t take it off him; I close my eyes. He’s sick. I tell myself it’s not him, gritting my teeth to trap the anger at the mental illness robbing us of a normal life. “It’s my choice to be here, I chose this,” I chant as I eventually fall asleep.</w:t>
      </w:r>
    </w:p>
    <w:p w14:paraId="6F3E1EF4" w14:textId="77777777" w:rsidR="00CB0035" w:rsidRDefault="00832B05">
      <w:r>
        <w:t>*</w:t>
      </w:r>
    </w:p>
    <w:p w14:paraId="3D3658DF" w14:textId="77777777" w:rsidR="00CB0035" w:rsidRDefault="00832B05">
      <w:r>
        <w:t>I wake up to a strange pressure on my legs. “Get out,” I hear, and I struggle to comprehend what was happening.</w:t>
      </w:r>
    </w:p>
    <w:p w14:paraId="68FC41F2" w14:textId="77777777" w:rsidR="00CB0035" w:rsidRDefault="00832B05">
      <w:r>
        <w:t>“Get out!” I hear again, and I felt the pressure on my legs once more. The realization dawns on me that it is Benny pushing me out of bed.</w:t>
      </w:r>
    </w:p>
    <w:p w14:paraId="307AC013" w14:textId="77777777" w:rsidR="00CB0035" w:rsidRDefault="00832B05">
      <w:r>
        <w:t>“What’s wrong? I question.</w:t>
      </w:r>
    </w:p>
    <w:p w14:paraId="7027669A" w14:textId="77777777" w:rsidR="00CB0035" w:rsidRDefault="00832B05">
      <w:r>
        <w:t xml:space="preserve">He won’t tell me. and had shut down completely and won’t look or speak to me so I don’t push it. I go to sleep on the lounge and cry. The next morning, I tip-toe through the apartment, peeking through the bedroom door. Benny is asleep on his side, one arm stretched out above his head. I extend my hand through the gap of the door and grab whatever clothes are closest so as not to wake him. I leave for work with my messy hair and stubborn spirit—even though there is chaos behind my eyes. That hurt is molding </w:t>
      </w:r>
      <w:r>
        <w:t>into strength, and I just keep going.</w:t>
      </w:r>
    </w:p>
    <w:p w14:paraId="329809A6" w14:textId="77777777" w:rsidR="00CB0035" w:rsidRDefault="00832B05">
      <w:r>
        <w:t xml:space="preserve">I call the mental health team on the bus ride into the office; Benny’s case worker informs me he’s not acute enough and we’ll have to wait until next </w:t>
      </w:r>
      <w:r>
        <w:t>fortnight go see the psychiatrist. I plead for an appointment— “We won’t make it two weeks!” I wail. The caseworker submits to my cries and schedules an appointment for the next morning.</w:t>
      </w:r>
    </w:p>
    <w:p w14:paraId="0DB6E7C5" w14:textId="77777777" w:rsidR="00CB0035" w:rsidRDefault="00832B05">
      <w:r>
        <w:t>I take the morning off work to attend. I wait anxiously as the doctor is late; finally, Benny and I are ushered to the doctor’s office, which is small and cramped. The walls are painted a dull beige, the carpet is a dark green, and the room is stuffy and the air is thought from no air conditioning the desk chair is old and uncomfortable, and there’s an ancient-looking computer on it that looks like it belongs in a museum. I get a glimpse into the public mental health system and its lack of resources.</w:t>
      </w:r>
    </w:p>
    <w:p w14:paraId="3CE62877" w14:textId="77777777" w:rsidR="00CB0035" w:rsidRDefault="00832B05">
      <w:r>
        <w:t>I sit down on the edge of the seat, holding my breath as I wait for the doctor to appear. As we’re waiting, Benny stares at the ground with his head hanging low.</w:t>
      </w:r>
    </w:p>
    <w:p w14:paraId="64AB2409" w14:textId="77777777" w:rsidR="00CB0035" w:rsidRDefault="00832B05">
      <w:r>
        <w:t>Dr. Stevens enters smiles kindly at Benny and nods slowly, “Hello Benny,” he says, “It’s nice to meet you.”</w:t>
      </w:r>
    </w:p>
    <w:p w14:paraId="14926010" w14:textId="77777777" w:rsidR="00CB0035" w:rsidRDefault="00832B05">
      <w:r>
        <w:t>Benny does not respond or even acknowledge him with a glance upward, covering his face like he is masking the sadness.</w:t>
      </w:r>
    </w:p>
    <w:p w14:paraId="4E7C03C7" w14:textId="77777777" w:rsidR="00CB0035" w:rsidRDefault="00832B05">
      <w:r>
        <w:t>I inform the doctor about his accusations and kicking me out of bed, that he hasn’t slept, and I’m worried because he hasn’t been taking his medication.</w:t>
      </w:r>
    </w:p>
    <w:p w14:paraId="06A9CB74" w14:textId="77777777" w:rsidR="00CB0035" w:rsidRDefault="00832B05">
      <w:r>
        <w:t>I tell him he’s been sleeping only two hours a day, which is not normal for him at all. He also says that he doesn’t feel like he can trust anyone anymore—including you and me.</w:t>
      </w:r>
    </w:p>
    <w:p w14:paraId="3AEED2AB" w14:textId="77777777" w:rsidR="00CB0035" w:rsidRDefault="00832B05">
      <w:r>
        <w:t>Benny has always been very quiet and gentle with everyone around him, but now he seems more angry than usual and unwilling to listen to reason from anyone.</w:t>
      </w:r>
    </w:p>
    <w:p w14:paraId="7714C66E" w14:textId="77777777" w:rsidR="00CB0035" w:rsidRDefault="00832B05">
      <w:r>
        <w:t>Benny says nothing as we speak around him. The doctor turns to him to clarify my statements; “Do you have anything to add?” he asks.</w:t>
      </w:r>
    </w:p>
    <w:p w14:paraId="730D61C5" w14:textId="77777777" w:rsidR="00CB0035" w:rsidRDefault="00832B05">
      <w:r>
        <w:t>Benny shakes his head no giving no insight to my or his torment. The doctor advises he will prescribe Benny another medication to add to his current one and sends us on our way.</w:t>
      </w:r>
    </w:p>
    <w:p w14:paraId="636CAD7D" w14:textId="77777777" w:rsidR="00CB0035" w:rsidRDefault="00832B05">
      <w:r>
        <w:t>I needed to show up for him, when I look into his eyes the depths of his sadness consume me, I feel it deep within my soul, it’s different to my own pain it’s worse as I don’t know where it starts or where it ends a comfort and a Curse. How do I heal him when he believes that I am the hunter the one holding trigger</w:t>
      </w:r>
    </w:p>
    <w:p w14:paraId="5B48760A" w14:textId="77777777" w:rsidR="00CB0035" w:rsidRDefault="00832B05">
      <w:r>
        <w:t>I could feel the hurt in the air in his room, it was so strong it almost choked me. He sat against the wall with a bottle of vodka in one hand and a smoke in the other, tears streamed down his face as they fell, my heart hurt, it hurt just as much as knowing that this isn’t how it should have been. I thought I had experienced heartbreak in my life, but at that moment I realised that I knew what true gut-wrenching pain from losing someone was.</w:t>
      </w:r>
    </w:p>
    <w:p w14:paraId="05E5517A" w14:textId="77777777" w:rsidR="00CB0035" w:rsidRDefault="00832B05">
      <w:r>
        <w:t>Benny’s condition worsens as the days pass, the dirty clothes and dishes piled in the sink, and. I descend into an empty glass of wine filled with sorrow and guilt - no longer able to carry the weight of my situation. It’s been a week since I’ve seen him smile or heard him laugh. I arrive home from work He sits on the edge of the bed, all the lights are off, His hands are clasped together resting on his knees, his head is down, facing his feet and his eyes are closed. The shadows cover him making him look c</w:t>
      </w:r>
      <w:r>
        <w:t>old and unapproachable, what are you doing I ask? Meditating he replies I shift past him trying not to disturb. I peel one of his anti-psychotic medications from its seal and hand too him he refuses to take it, " I need to stay awake to find out what’s going on he tells me</w:t>
      </w:r>
    </w:p>
    <w:p w14:paraId="497361C1" w14:textId="77777777" w:rsidR="00CB0035" w:rsidRDefault="00832B05">
      <w:r>
        <w:t>" Please babe you need to rest I urge. He takes the pill and and places it in his mouth and I’m satisfied. I hold his head in my hands as he sobs, I clench my eyes shut trapping the tears,</w:t>
      </w:r>
    </w:p>
    <w:p w14:paraId="6A79F7F0" w14:textId="77777777" w:rsidR="00CB0035" w:rsidRDefault="00832B05">
      <w:r>
        <w:t>“it’s OK I’m here, I’m here” I repeat in an effort to tranquilize his Agony.</w:t>
      </w:r>
    </w:p>
    <w:p w14:paraId="64298F52" w14:textId="77777777" w:rsidR="00CB0035" w:rsidRDefault="00832B05">
      <w:r>
        <w:t>we continue to sit and say nothing the silence echoes the sound of loneliness. I can sense his chaotic mind. I’m afraid, afraid of today afraid of tomorrow. The uncertainty is suffocating. I want to hold him and be close but I feel his distance repealing me the room is dark. A single lamp casts a dim glow onto the wall, and the shadows that it casts are distorted by the heavy curtains drawn across the window.</w:t>
      </w:r>
    </w:p>
    <w:p w14:paraId="296C3487" w14:textId="77777777" w:rsidR="00CB0035" w:rsidRDefault="00832B05">
      <w:r>
        <w:t>He pulls his knees up to his chest and curls into himself. He puts his head in his hands, and cries. It’s quiet, at first, just quiet sobs but then the tears pour from his eyes and he sobs harder.</w:t>
      </w:r>
    </w:p>
    <w:p w14:paraId="3727DC8F" w14:textId="77777777" w:rsidR="00CB0035" w:rsidRDefault="00832B05">
      <w:r>
        <w:t>“I’m in this game with no idea how it works The game’s creator have made it intentionally difficult for players like to find information they are evil” he tells me I put music on to try and soften the mood, “their making fun of me” he shouts " I need to get out of this game I can’t watch videos I can’t read I can’t listen to audio books or music all I can do it sit here and stare at the wall. How is it fair that I don’t know the rules or the end game? it’s like a chest game that has no pieces. How do I even</w:t>
      </w:r>
      <w:r>
        <w:t xml:space="preserve"> know you’re who you say you are? My brows crease heavily over my bewiled eyes, Benny it’s Me I love you</w:t>
      </w:r>
    </w:p>
    <w:p w14:paraId="0F4538A9" w14:textId="77777777" w:rsidR="00CB0035" w:rsidRDefault="00832B05">
      <w:r>
        <w:t>I stare at him; my brain stops working; there’s no way to respond to this question.</w:t>
      </w:r>
    </w:p>
    <w:p w14:paraId="6D9B75A5" w14:textId="77777777" w:rsidR="00CB0035" w:rsidRDefault="00832B05">
      <w:r>
        <w:t>I’m not sure what he wants me to say. Do I need to prove myself? Should I just show him my ID?</w:t>
      </w:r>
    </w:p>
    <w:p w14:paraId="7FFD3B5D" w14:textId="77777777" w:rsidR="00CB0035" w:rsidRDefault="00832B05">
      <w:r>
        <w:t>I could feel my heart beating in my chest. It felt like it was trying to escape, so I held my breath in hopes that would keep it from pounding so hard.</w:t>
      </w:r>
    </w:p>
    <w:p w14:paraId="30DB6BE0" w14:textId="77777777" w:rsidR="00CB0035" w:rsidRDefault="00832B05">
      <w:r>
        <w:t>I was sitting on the edge of the bed, with a pillow clutched to my chest and staring at the door. He stood there with his arms crossed over his chest and he was staring back at me with his dark eyes. He looked like he had all the time in the world—and it made me feel even more anxious than before.</w:t>
      </w:r>
    </w:p>
    <w:p w14:paraId="6CC64B69" w14:textId="77777777" w:rsidR="00CB0035" w:rsidRDefault="00832B05">
      <w:r>
        <w:t xml:space="preserve">“Who are you signalling “he snaps breaking my silent stare, “no one” I </w:t>
      </w:r>
      <w:r>
        <w:t>plead looking at him while trying not to blink too much so as not trigger him.</w:t>
      </w:r>
    </w:p>
    <w:p w14:paraId="0E47EF96" w14:textId="77777777" w:rsidR="00CB0035" w:rsidRDefault="00832B05">
      <w:r>
        <w:t>I went to the bathroom to compose myself for a minute, and when I came back, he was gone. I searched around the apartment, but he’s vanished—completely disappeared from sight.</w:t>
      </w:r>
    </w:p>
    <w:p w14:paraId="78BF0B74" w14:textId="77777777" w:rsidR="00CB0035" w:rsidRDefault="00832B05">
      <w:r>
        <w:t>I don’t know what the fuck to do. Should I call the police? What if he comes back? Should I stay here and wait for him? All these thoughts are running through my head as fast as possible, and there’s no amount of time that feels like enough for me to process them all properly before everything goes black again. I frantically run outside search for him, I call his name and hear rustling behind me, I turn my head in a swift motion and see a figure running into the bush behind his apartment.</w:t>
      </w:r>
    </w:p>
    <w:p w14:paraId="542769A9" w14:textId="77777777" w:rsidR="00CB0035" w:rsidRDefault="00832B05">
      <w:r>
        <w:t>“Benny?!” I run after him, he doesn’t respond to me, my footsteps are heavy, the ground is soft and damp and the smell of rain is on the air. “Benny! Where are you going?!”</w:t>
      </w:r>
    </w:p>
    <w:p w14:paraId="070D5070" w14:textId="77777777" w:rsidR="00CB0035" w:rsidRDefault="00832B05">
      <w:r>
        <w:t>I try his phone but it’s switched off. As I surrender and go inside, he appears from the bushes and darts past me into the apartment I follow, he won’t look at me and retires to his room. I knock on his door and enter to find him sitting on the floor, staring blankly at nothing. “Can I sit down?”</w:t>
      </w:r>
    </w:p>
    <w:p w14:paraId="24D39C93" w14:textId="77777777" w:rsidR="00CB0035" w:rsidRDefault="00832B05">
      <w:r>
        <w:t>His eyes blink but he doesn’t move he doesn’t react so I sit beside him on the floor with our backs pressed against each other I slide my hand along his and intertwine our fingers. He doesn’t respond but instead squeezes mine and I realize something, he isn’t scared of me anymore.</w:t>
      </w:r>
    </w:p>
    <w:p w14:paraId="652A7C9B" w14:textId="77777777" w:rsidR="00CB0035" w:rsidRDefault="00832B05">
      <w:r>
        <w:t>“Sorry if I startled you,” his voice sounds strained and raspy like he hasn’t spoken in quite some time. “I thought you were someone else,”</w:t>
      </w:r>
    </w:p>
    <w:p w14:paraId="29FB31E8" w14:textId="77777777" w:rsidR="00CB0035" w:rsidRDefault="00832B05">
      <w:r>
        <w:t xml:space="preserve">“Why would you think that?” I can hear the slight tremble in his voice. I know it’ come on let’s go to bed, we lay down and I hold him as he </w:t>
      </w:r>
      <w:r>
        <w:t>falls asleep both of us exhausted.</w:t>
      </w:r>
    </w:p>
    <w:p w14:paraId="24B664D4" w14:textId="77777777" w:rsidR="00CB0035" w:rsidRDefault="00832B05">
      <w:r>
        <w:t>Hours pass and I wake to the smell of burning plastic I jump out of bed and run to the kitchen Benny is standing at the microwave holding a computer hard drive. Pop, bang crack</w:t>
      </w:r>
    </w:p>
    <w:p w14:paraId="0446E0CD" w14:textId="77777777" w:rsidR="00CB0035" w:rsidRDefault="00832B05">
      <w:r>
        <w:br/>
      </w:r>
      <w:r>
        <w:br/>
      </w:r>
    </w:p>
    <w:p w14:paraId="2E2ACC66" w14:textId="77777777" w:rsidR="00CB0035" w:rsidRDefault="00832B05">
      <w:r>
        <w:br/>
      </w:r>
      <w:r>
        <w:br/>
      </w:r>
    </w:p>
    <w:p w14:paraId="3AF03A2D" w14:textId="77777777" w:rsidR="00CB0035" w:rsidRDefault="00832B05">
      <w:pPr>
        <w:pStyle w:val="Heading1"/>
      </w:pPr>
      <w:r>
        <w:t>Chapter 1</w:t>
      </w:r>
    </w:p>
    <w:p w14:paraId="2CF49103" w14:textId="77777777" w:rsidR="00CB0035" w:rsidRDefault="00832B05">
      <w:r>
        <w:br/>
      </w:r>
      <w:r>
        <w:br/>
      </w:r>
    </w:p>
    <w:p w14:paraId="3D6BF090" w14:textId="77777777" w:rsidR="00CB0035" w:rsidRDefault="00832B05">
      <w:r>
        <w:br/>
      </w:r>
      <w:r>
        <w:br/>
      </w:r>
    </w:p>
    <w:p w14:paraId="70F8A14C" w14:textId="77777777" w:rsidR="00CB0035" w:rsidRDefault="00832B05">
      <w:r>
        <w:t>I couldn’t help but stare at her socks, rosy red with lace around the ankle. They were her micro act of rebellion contrast to her sensible attire. People must have their life together if they can find a matching pair. The receptionist goes on typing, not noticing my messy hair falling over eyebrows arched, emphasizing the depth of my sunken eyes. Today is my psychiatric appointment. The receptionist leads me to a room trapped in the 1960s. The lighting is dim, and the rug is a vibrant shade of cyan. An Indi</w:t>
      </w:r>
      <w:r>
        <w:t>an woman presents herself as my psychiatrist, but I immediately forget her name. She motions for me to sit in the chair across from her. I sit as instructed, tucking my hands beneath the desk that separates us to conceal my brittle, untidy nails, waiting for the questioning that will follow.</w:t>
      </w:r>
    </w:p>
    <w:p w14:paraId="0D50CA69" w14:textId="77777777" w:rsidR="00CB0035" w:rsidRDefault="00832B05">
      <w:r>
        <w:t>“How do you feel?” she opens. “Have you ever contemplated suicide?” “Do you take drugs? Do you self-mutilate?” the questions thrown at me like darts, the words piercing my skin. I sob, displaying my wounds as I answer. ‘I’m going to schedule you, she asserts. That means we are admitting you to the hospital to get your medication adjusted.</w:t>
      </w:r>
    </w:p>
    <w:p w14:paraId="6F71E3E6" w14:textId="77777777" w:rsidR="00CB0035" w:rsidRDefault="00832B05">
      <w:r>
        <w:t>“Does that mean I cannot leave when I want?” I appeal. “Yes,” she responds.</w:t>
      </w:r>
    </w:p>
    <w:p w14:paraId="7F40F2E0" w14:textId="77777777" w:rsidR="00CB0035" w:rsidRDefault="00832B05">
      <w:r>
        <w:t>I whimper. I crave a smoke. A drink. For this to end. She walks me to the Emergency, 300 meters away. I appreciate her taking the time to walk me, but now I have no chance to escape. I ask her if she minds if I smoke a cigarette, not waiting for her reply to light it. My limbs are heavy, and my vision is foggy through my tears. I don’t want to go to the hospital, but it’s death or this.</w:t>
      </w:r>
    </w:p>
    <w:p w14:paraId="79B2732F" w14:textId="77777777" w:rsidR="00CB0035" w:rsidRDefault="00832B05">
      <w:r>
        <w:t xml:space="preserve">When electronic doors open, I hesitate before approaching the counter. A lady stops scribbling in a notebook. Her eyes peer past me, through the glass. I hear her sigh as I clear my throat. She raises her head from her workstation and resumes her work. Indifferent to my tears. I grab a seat and wait. My doctor steps in and hands her my paperwork. Informing her I am scheduled, and that I need an ambulance to the other nearby hospital to be admitted to the mental ward. The nurse goes away after thumbing over </w:t>
      </w:r>
      <w:r>
        <w:t>the notes. I will wait again. She returns and speaks to my psych in a hushed voice. I don’t listen in; who cares? My doctor advises me they can’t take me, and I am to call a taxi to the other hospital emergency. I’m confused. I’m so unwell that I need to be hospitalized, yet I have to get myself there? She is perplexed; but urges me to call someone to take me.</w:t>
      </w:r>
    </w:p>
    <w:p w14:paraId="4DF9BCFF" w14:textId="77777777" w:rsidR="00CB0035" w:rsidRDefault="00832B05">
      <w:r>
        <w:t xml:space="preserve">“It’s okay. I’ll get a taxi. I don’t want to bother anyone.” The doctor taps my arm and encourages me again. I agree to satisfy her, knowing that she will feel responsible if I don’t get to the hospital, and I can’t promise I’ll make it there. I glance at my phone and pause. My entire family is at work. I remember calling them for help, saying goodbye, the days they had to come to pick me up and find me drunk and ready to harm myself. My heart hurts them as they prepare to learn I’m sick again. I muster up </w:t>
      </w:r>
      <w:r>
        <w:t>the courage to call my brother-in-law.</w:t>
      </w:r>
    </w:p>
    <w:p w14:paraId="00D46446" w14:textId="77777777" w:rsidR="00CB0035" w:rsidRDefault="00832B05">
      <w:r>
        <w:t>“I need to go to the hospital. I can go myself, though. You’re at work. I’m sorry,” I say.</w:t>
      </w:r>
    </w:p>
    <w:p w14:paraId="6F17788A" w14:textId="77777777" w:rsidR="00CB0035" w:rsidRDefault="00832B05">
      <w:r>
        <w:t>“No, it is an emergency. I’m going to leave for work now,” he answers quickly. I feel guilty for his readiness to come. This isn’t the first time I’ve had to contact a family member, because I’m a broken mess, and now they have to realise I’m sick again. As I wait on the sidewalk, I cry. When he comes, I move into the front seat and attempt to make small talk to avoid heavier questions.</w:t>
      </w:r>
    </w:p>
    <w:p w14:paraId="72783F4A" w14:textId="77777777" w:rsidR="00CB0035" w:rsidRDefault="00832B05">
      <w:r>
        <w:t>My brother-in-law drops me in front of the automatic doors. I step in, carrying only my scheduled reports.</w:t>
      </w:r>
    </w:p>
    <w:p w14:paraId="0A20FAB0" w14:textId="77777777" w:rsidR="00CB0035" w:rsidRDefault="00832B05">
      <w:r>
        <w:t>The administrator signals me to have a seat on the orange chair. I folded my hands across my chest, my fingers fidgeting, as if I’m trying to hold together my broken pieces. A nervous tic fills the silence as I shift in my seat, contorting my body with my knees curled up to my rib cage. The rigid plastic gives no comfort. I gaze out the window, following the families wander by. I imagine their stories. Patients cluster into the orange seats for hours, each observing me and questioning my tears. How do I exp</w:t>
      </w:r>
      <w:r>
        <w:t>lain my shattered brain, as opposed to their visible broken bones and bleeding skin?</w:t>
      </w:r>
    </w:p>
    <w:p w14:paraId="2E3DEEB5" w14:textId="77777777" w:rsidR="00CB0035" w:rsidRDefault="00832B05">
      <w:r>
        <w:t>Number 28? number 28?” I hear and realise they’re calling for me. I move into the emergency halfway room to be assessed. I pass over my documents and study the nurse’s expression as she reads. She doesn’t show any emotion, which makes me realise I’m just number 28 to them. The medic stretches my top up and places the stethoscope against my heart. It’s freezing. I take a slow breath in. She then prepares a needle and pushes it into my vein. I watch as my blood runs out of my arm through the tube.</w:t>
      </w:r>
    </w:p>
    <w:p w14:paraId="18FB5525" w14:textId="77777777" w:rsidR="00CB0035" w:rsidRDefault="00832B05">
      <w:r>
        <w:t>“You’re going to be fine,” she states as she straps my emergency room band around my wrist, moving me back to the orange chairs, where I again stay.</w:t>
      </w:r>
    </w:p>
    <w:p w14:paraId="7CFE398A" w14:textId="77777777" w:rsidR="00CB0035" w:rsidRDefault="00832B05">
      <w:r>
        <w:t>Ten hours pass until a bed becomes available and two security guards come to get me. I’m escorted through the corridors to the psych ward. As we reach the double padded doors, one of them tells me, “Everything will be okay. Everyone needs a break.” His empathy makes me feel better, but before I can thank him, the security doors slam and are sealed. A blonde nurse takes my things and guides me to my room as my mum follows.</w:t>
      </w:r>
    </w:p>
    <w:p w14:paraId="3FF25FD0" w14:textId="77777777" w:rsidR="00CB0035" w:rsidRDefault="00832B05">
      <w:r>
        <w:t>“Do you want something to help you sleep and calm you down?” she asks.</w:t>
      </w:r>
    </w:p>
    <w:p w14:paraId="505291FE" w14:textId="77777777" w:rsidR="00CB0035" w:rsidRDefault="00832B05">
      <w:r>
        <w:t>“Yes. I’ll take both,” I reply. I cry so loud, the echoes summon the other patients from their room. I’m in an emergency psychiatric unit of only four beds, so my presence is noticeable. The nurse enters with my pills. I swallow them, not caring what they are. The plastic mattress crinkles as I shift into bed. My breathing slows, my eyes are heavy, good the pills are kicking in.</w:t>
      </w:r>
    </w:p>
    <w:p w14:paraId="0AB7988A" w14:textId="77777777" w:rsidR="00CB0035" w:rsidRDefault="00832B05">
      <w:r>
        <w:t>The morning nurse enters the room, her hurried feet and the sound of my door slamming wakes me. I rub my eyes and take in my surroundings. A small cupboard occupies the left corner, and a window to my right looks into an enclosed garden.</w:t>
      </w:r>
    </w:p>
    <w:p w14:paraId="4063A2C0" w14:textId="77777777" w:rsidR="00CB0035" w:rsidRDefault="00832B05">
      <w:r>
        <w:t>“How are you feeling today?” the nurse asks</w:t>
      </w:r>
    </w:p>
    <w:p w14:paraId="49677791" w14:textId="77777777" w:rsidR="00CB0035" w:rsidRDefault="00832B05">
      <w:r>
        <w:t>I’m not sure how I feel. So, I dismiss the question “What time is it?” I ask.</w:t>
      </w:r>
    </w:p>
    <w:p w14:paraId="2162CB05" w14:textId="77777777" w:rsidR="00CB0035" w:rsidRDefault="00832B05">
      <w:r>
        <w:t>“It’s 8:00 am. Breakfast is ready,” she advises, then passes me two pills.</w:t>
      </w:r>
    </w:p>
    <w:p w14:paraId="66135462" w14:textId="77777777" w:rsidR="00CB0035" w:rsidRDefault="00832B05">
      <w:r>
        <w:t>“I’m not hungry,” I tell her as I shovel the drugs into my mouth.</w:t>
      </w:r>
    </w:p>
    <w:p w14:paraId="0E991E14" w14:textId="77777777" w:rsidR="00CB0035" w:rsidRDefault="00832B05">
      <w:r>
        <w:t>“The doctor will see you now,” she says.</w:t>
      </w:r>
    </w:p>
    <w:p w14:paraId="23239D04" w14:textId="77777777" w:rsidR="00CB0035" w:rsidRDefault="00832B05">
      <w:r>
        <w:t>I pass by a man in a Metallica shirt, his eyes closed, and he’s singing in an earsplitting pitch. I see a woman sitting in the chair across from him. She’s rocking back and forth, but she seems to enjoy the music. I enter room four. The door creaks open, and I step inside. There’s a woman in her mid-forties with jet black up in a neat bun up, I almost see my reflection off the sheen from too much hairspray. In the corner, there’s a bald man, fidgeting with a laptop as I enter.</w:t>
      </w:r>
    </w:p>
    <w:p w14:paraId="284B5B53" w14:textId="77777777" w:rsidR="00CB0035" w:rsidRDefault="00832B05">
      <w:r>
        <w:t>“How are you feeling?” the woman asks in an intimidating tone. I’m sick of hearing that question.</w:t>
      </w:r>
    </w:p>
    <w:p w14:paraId="6DFB53D2" w14:textId="77777777" w:rsidR="00CB0035" w:rsidRDefault="00832B05">
      <w:r>
        <w:t>“Not great,” I say.</w:t>
      </w:r>
    </w:p>
    <w:p w14:paraId="5DCB82DE" w14:textId="77777777" w:rsidR="00CB0035" w:rsidRDefault="00832B05">
      <w:r>
        <w:t>She takes charge, and the typical assessment questions start “Do you have a low level of interest or pleasure in accomplishing things?” Do you feel gloomy or hopeless? Do you have a lot of energy or are you tired?” Without glancing up, the bald man notes my responses on his laptop. They clearly irritate the woman.</w:t>
      </w:r>
    </w:p>
    <w:p w14:paraId="636867EC" w14:textId="77777777" w:rsidR="00CB0035" w:rsidRDefault="00832B05">
      <w:r>
        <w:t>“You’re on a large dosage of your antidepressants, 40 mg, and we can’t go any higher,” she scolds.</w:t>
      </w:r>
    </w:p>
    <w:p w14:paraId="3767AA71" w14:textId="77777777" w:rsidR="00CB0035" w:rsidRDefault="00832B05">
      <w:r>
        <w:t>“Well, it doesn’t work!” I roar.</w:t>
      </w:r>
    </w:p>
    <w:p w14:paraId="1F02857F" w14:textId="77777777" w:rsidR="00CB0035" w:rsidRDefault="00832B05">
      <w:r>
        <w:t>“Force yourself to do things. You’re on a fantastic medication ion,” adds the woman.</w:t>
      </w:r>
    </w:p>
    <w:p w14:paraId="3EC827D0" w14:textId="77777777" w:rsidR="00CB0035" w:rsidRDefault="00832B05">
      <w:r>
        <w:t>I lock my gaze on her with a scowl that might knock over an army. I’m furious.</w:t>
      </w:r>
    </w:p>
    <w:p w14:paraId="1FAC25C4" w14:textId="77777777" w:rsidR="00CB0035" w:rsidRDefault="00832B05">
      <w:r>
        <w:t>“Do you think I enjoy my, self-hatred?” I came here for help and for you to take all this agony I can’t bear inside of me, and your suggestion is to force myself?! How come I didn’t think of that?” I snort.</w:t>
      </w:r>
    </w:p>
    <w:p w14:paraId="2A318375" w14:textId="77777777" w:rsidR="00CB0035" w:rsidRDefault="00832B05">
      <w:r>
        <w:t>“I’ll speak to the other specialists and look at what we can do.” She suggests, surrendering to my retaliation.</w:t>
      </w:r>
    </w:p>
    <w:p w14:paraId="488CDC45" w14:textId="77777777" w:rsidR="00CB0035" w:rsidRDefault="00832B05">
      <w:r>
        <w:t>I return to my room, my feet hit the floor with a disappointed thud. I sit on my bed, numb, gazing at the walls. There are three knocks on my door, and a familiar pit arises in my tummy. The intimidating middle-aged doctor steps in.</w:t>
      </w:r>
    </w:p>
    <w:p w14:paraId="5EEB28D1" w14:textId="77777777" w:rsidR="00CB0035" w:rsidRDefault="00832B05">
      <w:r>
        <w:t>“According to my colleagues, a patient can take up to 60 to 80 mg of the antidepressant Lexapro. So, we’ll bump you up to 50 milligrams tomorrow, but we will transfer you to the long-stay psychiatric unit in your local area,” she elaborates.</w:t>
      </w:r>
    </w:p>
    <w:p w14:paraId="7E89CD63" w14:textId="77777777" w:rsidR="00CB0035" w:rsidRDefault="00832B05">
      <w:r>
        <w:t>“Okay,” I barely say.</w:t>
      </w:r>
    </w:p>
    <w:p w14:paraId="07994BA6" w14:textId="77777777" w:rsidR="00CB0035" w:rsidRDefault="00832B05">
      <w:r>
        <w:t>Even if she now has a plan, I still don’t like her. She assists me to throw my things into plastic bags and guides me to the ambulance bay. I climb in the back of a patient transport van. The officers in the front don’t speak a word to me. I’m just another delivery on their schedule. The second hospital grounds are in the middle of a field enveloped by green grass and forest. My driver rings the bell to the unit. A lady that mirrors a school principal wearing a standard white turtleneck, glasses, and a penc</w:t>
      </w:r>
      <w:r>
        <w:t>il skirt meets us at the door. You can tell she’s running the show. She introduces herself as Janet. I sit in one of the four chairs that take up the room. The windows have curtains drawn closed. I’m sitting in a small space with no visible exit.</w:t>
      </w:r>
    </w:p>
    <w:p w14:paraId="1EF7DC60" w14:textId="77777777" w:rsidR="00CB0035" w:rsidRDefault="00832B05">
      <w:r>
        <w:t>“Lighters and cigarettes aren’t permitted in the ward: no sharp objects, no aerosol containers, no clothes with cords, no razors. We don’t allow more than $50 in cash in your wallet and no phones or laptops. We will take your things and search for them. I will lock them in a cupboard in the nursing station. There are 14 patients here, so it’s for you and their safety.”</w:t>
      </w:r>
    </w:p>
    <w:p w14:paraId="25CE03C7" w14:textId="77777777" w:rsidR="00CB0035" w:rsidRDefault="00832B05">
      <w:r>
        <w:t>She says everything in such a matter-of-fact manner, like a script presented a million times.</w:t>
      </w:r>
    </w:p>
    <w:p w14:paraId="6B73A5E8" w14:textId="77777777" w:rsidR="00CB0035" w:rsidRDefault="00832B05">
      <w:r>
        <w:t>My heart races and my breath quicken. I’m annoyed. Mad that I must be here. I’m pissed there are 14 patients, not like the measly four I could avoid in the first hospital. I’m angry at myself for letting it go this far. Janet reaches out, snatches my things, ushering me through the gates on the right. I grip my shirt as it’s choking me. I notice many male patients, no women. They all look crazy, but it’s not just how they look, it’s how they stare at you and no matter how many times the nurse repeats a ques</w:t>
      </w:r>
      <w:r>
        <w:t>tion to them, they stare right through them as if they don’t hear a thing. I’m not like them. I’m sad. I shouldn’t be here. The welling of tears escapes, and I can’t stop them. We pass the nursing station that consists of charts and computers behind a glass screen. My room is directly opposite. Again, white walls, a bed, and cupboard take up the space with a window looking out to shrubs.</w:t>
      </w:r>
    </w:p>
    <w:p w14:paraId="4EB0B376" w14:textId="77777777" w:rsidR="00CB0035" w:rsidRDefault="00832B05">
      <w:r>
        <w:t>A guy wearing sweet pants, a worn grey shirt, and a cap keeps pacing past my room. After what seems to be the fifth lap, he stops at my door.</w:t>
      </w:r>
    </w:p>
    <w:p w14:paraId="6BE18B35" w14:textId="77777777" w:rsidR="00CB0035" w:rsidRDefault="00832B05">
      <w:r>
        <w:t>“Hi, I’m Rob,” he says, extending his hand. I wipe away my tears in fast sweeps as if I were swatting for flies. He leaves to continue his laps. I wait until he is out of sight and peer out my entrance.</w:t>
      </w:r>
    </w:p>
    <w:p w14:paraId="46A66C2F" w14:textId="77777777" w:rsidR="00CB0035" w:rsidRDefault="00832B05">
      <w:r>
        <w:t>Wide heavy blue doors, each marked with a name written in a marker line hall. To the left of the nursing station is a dining area, TV and chairs confined in more glass walls, opposite an outside courtyard. I go to watch TV, but the armchairs are stained and dirty. I pick the cleanest looking one and sit with my knees folded to my chest. The only sound is the static of the screen, some generic pop song playing over and over as it fills the room. My eyes scan the area for any sort of entertainment. A strong a</w:t>
      </w:r>
      <w:r>
        <w:t>roma of tobacco suddenly fills my senses that I can taste it on the back of my tongue. I turn my head to see the smell is oozing from a man standing in the corner. His face is pale, but his eyes are bright. He wears a white t-shirt and tattered jeans with holes at the knees. He looks over at me and smiles, revealing a missing tooth. This man is my ticket to getting a cigarette. I ask him quietly so the nurses can’t overhear. He nods and gestures for me to follow him into the courtyard.</w:t>
      </w:r>
    </w:p>
    <w:p w14:paraId="799131B2" w14:textId="77777777" w:rsidR="00CB0035" w:rsidRDefault="00832B05">
      <w:r>
        <w:t>We sit on the far metal bench and he instructs me to face the wall as there is a camera, and if I get caught, tell them I lit it with a match or they will confiscate the lighter. “Thank you, I needed this,” I tell him.</w:t>
      </w:r>
    </w:p>
    <w:p w14:paraId="522C65B6" w14:textId="77777777" w:rsidR="00CB0035" w:rsidRDefault="00832B05">
      <w:r>
        <w:t>“No problem, I’m Chris,” he responds.</w:t>
      </w:r>
    </w:p>
    <w:p w14:paraId="0C46CE43" w14:textId="77777777" w:rsidR="00CB0035" w:rsidRDefault="00832B05">
      <w:r>
        <w:t>“I’m Dani. How long have you been here?” I ask.</w:t>
      </w:r>
    </w:p>
    <w:p w14:paraId="13639D56" w14:textId="77777777" w:rsidR="00CB0035" w:rsidRDefault="00832B05">
      <w:r>
        <w:t>“Three months. I keep running away, so my time gets extended. The cops thought I was someone else and made me be here. I’ve been in and out of hospitals since I was 19. I’m 45 now.”</w:t>
      </w:r>
    </w:p>
    <w:p w14:paraId="6F979A2C" w14:textId="77777777" w:rsidR="00CB0035" w:rsidRDefault="00832B05">
      <w:r>
        <w:t>“Why do you keep running?” I ask.</w:t>
      </w:r>
    </w:p>
    <w:p w14:paraId="26027116" w14:textId="77777777" w:rsidR="00CB0035" w:rsidRDefault="00832B05">
      <w:r>
        <w:t>“They think I’m going to get high, but I just want to go fishing.” A small smile appears on his face as he leaves. I smoke the cigarette until burns down to my fingertips. I’m called inside by the nurse as I extinguish the butt and walk back inside.</w:t>
      </w:r>
    </w:p>
    <w:p w14:paraId="46B9306F" w14:textId="77777777" w:rsidR="00CB0035" w:rsidRDefault="00832B05">
      <w:r>
        <w:t>As I enter, I hear a voice resembling a young child, ask, “Are you new?” I turn, and a large woman is lying on her bed. The naked skin from her belly is escaping the bottom of her jumper and her hair covering her shoulders is greasy and disheveled.</w:t>
      </w:r>
    </w:p>
    <w:p w14:paraId="4983EB30" w14:textId="77777777" w:rsidR="00CB0035" w:rsidRDefault="00832B05">
      <w:r>
        <w:t>“Yeah,” I reply.</w:t>
      </w:r>
    </w:p>
    <w:p w14:paraId="64E27A9C" w14:textId="77777777" w:rsidR="00CB0035" w:rsidRDefault="00832B05">
      <w:r>
        <w:t>“Nice to meet you”, she answers. I smile but add nothing continuing to my room, a nurse stops me to inform that I’m required to see a psychiatrist for admission. I’m instructed to sit opposite two psyches and a training doctor. No one is beside me. I am waiting for the questions. I’m in no mood to explain my story again.</w:t>
      </w:r>
    </w:p>
    <w:p w14:paraId="5F869B45" w14:textId="77777777" w:rsidR="00CB0035" w:rsidRDefault="00832B05">
      <w:r>
        <w:t>The medical doctor in training leads,</w:t>
      </w:r>
    </w:p>
    <w:p w14:paraId="49FF95C9" w14:textId="77777777" w:rsidR="00CB0035" w:rsidRDefault="00832B05">
      <w:r>
        <w:t>“How long have you been on antidepressants?”</w:t>
      </w:r>
    </w:p>
    <w:p w14:paraId="6D221330" w14:textId="77777777" w:rsidR="00CB0035" w:rsidRDefault="00832B05">
      <w:r>
        <w:t>“Fifteen years,” I reply.</w:t>
      </w:r>
    </w:p>
    <w:p w14:paraId="4F470A1A" w14:textId="77777777" w:rsidR="00CB0035" w:rsidRDefault="00832B05">
      <w:r>
        <w:t xml:space="preserve">“Do you have a </w:t>
      </w:r>
      <w:r>
        <w:t>history of mental illness in your family?” he proceeds.</w:t>
      </w:r>
    </w:p>
    <w:p w14:paraId="735B7669" w14:textId="77777777" w:rsidR="00CB0035" w:rsidRDefault="00832B05">
      <w:r>
        <w:t>“Yes. My mother and on her side, there are eight cousins. Each of them has. Depression, schizophrenia, bipolar, drug addiction…”</w:t>
      </w:r>
    </w:p>
    <w:p w14:paraId="16DA9AB9" w14:textId="77777777" w:rsidR="00CB0035" w:rsidRDefault="00832B05">
      <w:r>
        <w:t xml:space="preserve">The Doctor thumbs through the notes. He peers up at me and reveals nothing, and whispers to the psych next to him. </w:t>
      </w:r>
      <w:r>
        <w:rPr>
          <w:i/>
        </w:rPr>
        <w:t>Am I beyond help?</w:t>
      </w:r>
      <w:r>
        <w:t xml:space="preserve"> Did I baffle another doctor with what to do with me? He speaks after what seems like minutes. “We are going to take your medication back down to 40 milligrams. The recommended dose is 10 to 20, and you are on the double that… Have you been irritable lately?”</w:t>
      </w:r>
    </w:p>
    <w:p w14:paraId="5B6E795B" w14:textId="77777777" w:rsidR="00CB0035" w:rsidRDefault="00832B05">
      <w:r>
        <w:t>“Yes!” I virtually yell.</w:t>
      </w:r>
    </w:p>
    <w:p w14:paraId="38328335" w14:textId="77777777" w:rsidR="00CB0035" w:rsidRDefault="00832B05">
      <w:r>
        <w:t>“That can be a side effect, so we will reduce you down and include something to augment it to help it work better. It’s called Abilify. We will start tomorrow.”</w:t>
      </w:r>
    </w:p>
    <w:p w14:paraId="04E0585B" w14:textId="77777777" w:rsidR="00CB0035" w:rsidRDefault="00832B05">
      <w:r>
        <w:t>I lean back in the chair and close my eyes. Preparing for another medication change. Another opinion on what to do.</w:t>
      </w:r>
    </w:p>
    <w:p w14:paraId="2DAA5534" w14:textId="77777777" w:rsidR="00CB0035" w:rsidRDefault="00832B05">
      <w:r>
        <w:t>“Okay,” I reply.</w:t>
      </w:r>
    </w:p>
    <w:p w14:paraId="7A9383EE" w14:textId="77777777" w:rsidR="00CB0035" w:rsidRDefault="00832B05">
      <w:r>
        <w:br/>
      </w:r>
      <w:r>
        <w:br/>
      </w:r>
    </w:p>
    <w:p w14:paraId="08392BB7" w14:textId="77777777" w:rsidR="00CB0035" w:rsidRDefault="00832B05">
      <w:r>
        <w:br/>
      </w:r>
      <w:r>
        <w:br/>
      </w:r>
    </w:p>
    <w:p w14:paraId="144EAE7A" w14:textId="77777777" w:rsidR="00CB0035" w:rsidRDefault="00832B05">
      <w:r>
        <w:br/>
      </w:r>
      <w:r>
        <w:br/>
      </w:r>
    </w:p>
    <w:p w14:paraId="29882B21" w14:textId="77777777" w:rsidR="00CB0035" w:rsidRDefault="00832B05">
      <w:pPr>
        <w:pStyle w:val="Heading1"/>
      </w:pPr>
      <w:r>
        <w:t>Chapter 2</w:t>
      </w:r>
    </w:p>
    <w:p w14:paraId="67EB5C4A" w14:textId="77777777" w:rsidR="00CB0035" w:rsidRDefault="00832B05">
      <w:r>
        <w:br/>
      </w:r>
      <w:r>
        <w:br/>
      </w:r>
    </w:p>
    <w:p w14:paraId="4B4071C7" w14:textId="77777777" w:rsidR="00CB0035" w:rsidRDefault="00832B05">
      <w:r>
        <w:t>I heard that loneliness can increase your chance of premature death by 22%. I want to kill that loneliness before it kills me.</w:t>
      </w:r>
    </w:p>
    <w:p w14:paraId="0259B28B" w14:textId="77777777" w:rsidR="00CB0035" w:rsidRDefault="00832B05">
      <w:r>
        <w:t>“Hey, sister!” I turn, and it’s a guy in his forties. His eyes glazed; his teeth yellowed, skin mapping a life of addiction.</w:t>
      </w:r>
    </w:p>
    <w:p w14:paraId="46232A67" w14:textId="77777777" w:rsidR="00CB0035" w:rsidRDefault="00832B05">
      <w:r>
        <w:t>“Hi,” I answer, which prompts him to take my reply and run with it. The guy comes over and crouches on the floor in front of me, blocking my view of the TV.</w:t>
      </w:r>
    </w:p>
    <w:p w14:paraId="4E1E9C31" w14:textId="77777777" w:rsidR="00CB0035" w:rsidRDefault="00832B05">
      <w:r>
        <w:t>“I’m Trent. Do you pray?”</w:t>
      </w:r>
    </w:p>
    <w:p w14:paraId="075AEE6D" w14:textId="77777777" w:rsidR="00CB0035" w:rsidRDefault="00832B05">
      <w:r>
        <w:rPr>
          <w:i/>
        </w:rPr>
        <w:t>Oh no, what did I engage in?</w:t>
      </w:r>
    </w:p>
    <w:p w14:paraId="46799148" w14:textId="77777777" w:rsidR="00CB0035" w:rsidRDefault="00832B05">
      <w:r>
        <w:t>“No, I’m not religious,” I semi-lie. I have prayed before. I asked many times for help. I begged God to take me in my sleep, not wake up. I don’t ask for much other than that.</w:t>
      </w:r>
    </w:p>
    <w:p w14:paraId="40C74E26" w14:textId="77777777" w:rsidR="00CB0035" w:rsidRDefault="00832B05">
      <w:r>
        <w:t>“God saved me,” he starts. My girlfriend and I will travel in a caravan and write gospel songs.”</w:t>
      </w:r>
    </w:p>
    <w:p w14:paraId="390DDD39" w14:textId="77777777" w:rsidR="00CB0035" w:rsidRDefault="00832B05">
      <w:r>
        <w:rPr>
          <w:i/>
        </w:rPr>
        <w:t>What the fuck am I doing here?</w:t>
      </w:r>
    </w:p>
    <w:p w14:paraId="63ECB03E" w14:textId="77777777" w:rsidR="00CB0035" w:rsidRDefault="00832B05">
      <w:r>
        <w:t>“She’s a prostitute,” he goes on. Her husband makes her do it on ice. She works three days then sleeps 20 hours.”</w:t>
      </w:r>
    </w:p>
    <w:p w14:paraId="0A3220E1" w14:textId="77777777" w:rsidR="00CB0035" w:rsidRDefault="00832B05">
      <w:r>
        <w:t>“How did you meet?” I ask.</w:t>
      </w:r>
    </w:p>
    <w:p w14:paraId="40240FDC" w14:textId="77777777" w:rsidR="00CB0035" w:rsidRDefault="00832B05">
      <w:r>
        <w:t>“In the pokies. She wanted money from my mate. He gave her $20, so he thought he owned her. I told him I liked her, but when we went back to our house, she went into the room with him to pleasure him, but I forgave him because he’s a mate, you know? We smoked ice. Have you ever smoked it through a bong?”</w:t>
      </w:r>
    </w:p>
    <w:p w14:paraId="428146A2" w14:textId="77777777" w:rsidR="00CB0035" w:rsidRDefault="00832B05">
      <w:r>
        <w:t>“No,” I answer.</w:t>
      </w:r>
    </w:p>
    <w:p w14:paraId="747F9B47" w14:textId="77777777" w:rsidR="00CB0035" w:rsidRDefault="00832B05">
      <w:r>
        <w:t>The smoke swirls, and the water filters it. “It’s nice,” he recollects.</w:t>
      </w:r>
    </w:p>
    <w:p w14:paraId="5E74D83F" w14:textId="77777777" w:rsidR="00CB0035" w:rsidRDefault="00832B05">
      <w:r>
        <w:t>“Has she come to see you in here?” I ask.</w:t>
      </w:r>
    </w:p>
    <w:p w14:paraId="4398C0A1" w14:textId="77777777" w:rsidR="00CB0035" w:rsidRDefault="00832B05">
      <w:r>
        <w:t>“No, she hurts me, you know. She will spend 1k on pokies but won’t spend money to come to see me, but once she’s divorced, we will be together, oh, and she’s smart. I overdosed once. I was lying on the footpath dying, and I said God, I’m dead and then an electric shock went through me, and God jolted me back to life. So, I’m introducing her to God.”</w:t>
      </w:r>
    </w:p>
    <w:p w14:paraId="5622AEDD" w14:textId="77777777" w:rsidR="00CB0035" w:rsidRDefault="00832B05">
      <w:r>
        <w:t>Trent casually walks away as I’m still processing his story. He turns, “Don’t kill yourself, okay?”</w:t>
      </w:r>
    </w:p>
    <w:p w14:paraId="0B9B2DFA" w14:textId="77777777" w:rsidR="00CB0035" w:rsidRDefault="00832B05">
      <w:r>
        <w:t>“Thanks,” I tell him.</w:t>
      </w:r>
    </w:p>
    <w:p w14:paraId="5B3F938E" w14:textId="77777777" w:rsidR="00CB0035" w:rsidRDefault="00832B05">
      <w:r>
        <w:t xml:space="preserve">I wander into the sunny hallway to the medical dispensary; the sunlight </w:t>
      </w:r>
      <w:r>
        <w:t>tracing my pale skin. I’m handed my happy pills to me in a plastic cup; a nurse monitors me to make sure I swallow. Rob is doing his regular ritual of pacing the halls and asks me to join him. I agree not to appear rude.</w:t>
      </w:r>
    </w:p>
    <w:p w14:paraId="310C9038" w14:textId="77777777" w:rsidR="00CB0035" w:rsidRDefault="00832B05">
      <w:r>
        <w:t>I listen to the rhythm of his shoes click clacking on the floor tiles from his ankles, slipping in and out as the staff has taken the laces out. I observe how his palms grip to the sides of his pants at his side.</w:t>
      </w:r>
    </w:p>
    <w:p w14:paraId="4A0581D2" w14:textId="77777777" w:rsidR="00CB0035" w:rsidRDefault="00832B05">
      <w:r>
        <w:t>“Do you have a boyfriend?” he asks on our second lap.</w:t>
      </w:r>
    </w:p>
    <w:p w14:paraId="50522816" w14:textId="77777777" w:rsidR="00CB0035" w:rsidRDefault="00832B05">
      <w:r>
        <w:t xml:space="preserve">“No,” I respond, </w:t>
      </w:r>
      <w:r>
        <w:t>thinking, it’s a weird thing to ask. I continue our steps in awkward silence, not wanting to give glimpses into me or my life. When he reaches the end of each lap, I notice he knocks on the window without fail. Every time we reach the end, he taps three times.</w:t>
      </w:r>
    </w:p>
    <w:p w14:paraId="7AD8A2D0" w14:textId="77777777" w:rsidR="00CB0035" w:rsidRDefault="00832B05">
      <w:r>
        <w:t>I give up trying to understand his behavior and tell him I’m going to watch TV. When I arrive, a lady is watching the news, so I sit in a chair in the far corner not to tempt her friendship. She’s breathing heavily and looks dazed. Her wispy brown hair frames her round face, and short legs seem to dangle out of a round protruding belly. She introduces herself as Molly and asks how I am feeling.</w:t>
      </w:r>
    </w:p>
    <w:p w14:paraId="63EB090F" w14:textId="77777777" w:rsidR="00CB0035" w:rsidRDefault="00832B05">
      <w:r>
        <w:t>I try to answer but nothing comes out, so I just shrug my shoulders.</w:t>
      </w:r>
    </w:p>
    <w:p w14:paraId="4AC77C42" w14:textId="77777777" w:rsidR="00CB0035" w:rsidRDefault="00832B05">
      <w:r>
        <w:t>“I must be in here,” she starts. “I can’t be in the rehab as I used with people there.” She points outside to the windows, looking over the courtyard. I’ve been here for 71 days. Chris joins us, and he advises he’s been here for the same time. I realise everyone in here is mainly here for drugs. I feel like an alien on another planet. Molly tells me her story. She’s 42 and has been on drugs since she was 13. Ice is her narcotic of choice.</w:t>
      </w:r>
    </w:p>
    <w:p w14:paraId="61F6DAD3" w14:textId="77777777" w:rsidR="00CB0035" w:rsidRDefault="00832B05">
      <w:r>
        <w:t>“I got gas lighted,” she states. “Gas lighting is when you are high, and people make you paranoid to mess with you. I got so paranoid that I weaponed up with guns, knives, anything makeshift I could find. I wouldn’t leave the house.”</w:t>
      </w:r>
    </w:p>
    <w:p w14:paraId="5635AB3D" w14:textId="77777777" w:rsidR="00CB0035" w:rsidRDefault="00832B05">
      <w:r>
        <w:t>I listen intently, inserting a nod now and then. I am sad for her, wondering had she had experienced a different life, would she be full potential? She claims she was a size eight. But has put on 30 kilos since being here on the medication they prescribe her. She gets up and wanders over to the tea trolley, snorting with each step. Suddenly I can hear a commotion and yelling.</w:t>
      </w:r>
    </w:p>
    <w:p w14:paraId="63F73426" w14:textId="77777777" w:rsidR="00CB0035" w:rsidRDefault="00832B05">
      <w:r>
        <w:t>“Brent’s at it again!” Chris shouts. “He won’t take his meds.”</w:t>
      </w:r>
    </w:p>
    <w:p w14:paraId="1D9892B6" w14:textId="77777777" w:rsidR="00CB0035" w:rsidRDefault="00832B05">
      <w:r>
        <w:t>“I don’t need my medication. All I need is God!” he yells as he darts past.</w:t>
      </w:r>
    </w:p>
    <w:p w14:paraId="01412218" w14:textId="77777777" w:rsidR="00CB0035" w:rsidRDefault="00832B05">
      <w:r>
        <w:t>Molly chimes in, “He will get the needle for sure or the seclusion room.”</w:t>
      </w:r>
    </w:p>
    <w:p w14:paraId="3AC59B41" w14:textId="77777777" w:rsidR="00CB0035" w:rsidRDefault="00832B05">
      <w:r>
        <w:t>“What’s the seclusion room?” I ask.</w:t>
      </w:r>
    </w:p>
    <w:p w14:paraId="49E1F0B8" w14:textId="77777777" w:rsidR="00CB0035" w:rsidRDefault="00832B05">
      <w:r>
        <w:t>“It’s where they put you if you won’t settle down. It’s just four walls and a mattress on the floor. Come on, I’ll show you,” says Molly. We walk down the hallway, dodging the nurses distracted by Brent. They left the door open, which isn’t the norm. I peer inside, and as she had described, there are four walls and a dirty blue plastic mattress in the middle. On the inside of the door are nail scratches etched into the paint. My mind weaves stories of those trapped inside. I visualize nameless people howlin</w:t>
      </w:r>
      <w:r>
        <w:t>g. I feel gloom and misery. The room reeks of struggle of sweat of desperation, of tears. We step into this cell-like space. I shut my eyes and see what it would be like to be confined within these four walls, no windows to escape through, no way out but to bang on the door until you have nothing left to give; until your voice is gone and you can hardly hear your own breath rasping in time with your heartbeat.</w:t>
      </w:r>
    </w:p>
    <w:p w14:paraId="7BDC9B8E" w14:textId="77777777" w:rsidR="00CB0035" w:rsidRDefault="00832B05">
      <w:r>
        <w:t>“I’ve had the needle many times when I got here,” Molly says. “It puts you on your ass just before you can throw a chair through a window. They stopped giving it to me as they knew I liked it.” She chuckles. A nurse interrupted us.</w:t>
      </w:r>
    </w:p>
    <w:p w14:paraId="5948992F" w14:textId="77777777" w:rsidR="00CB0035" w:rsidRDefault="00832B05">
      <w:r>
        <w:t>“You can’t be here!” he shouts and slams the seclusion room door.</w:t>
      </w:r>
    </w:p>
    <w:p w14:paraId="512990FE" w14:textId="77777777" w:rsidR="00CB0035" w:rsidRDefault="00832B05">
      <w:r>
        <w:t>We split. I head back to my room to process my thoughts as I lay on my clinical mattress, looking out my window, listening to the trees rustle in the breeze. The birds glide by with direction and purpose. I envy their freedom. They know where they are going. I am trapped in this room, in this bed, for as long as my mind consents. There is no way out of this mental prison but through a door that is locked from the inside. The only key is me, and I don’t know how to open it yet.</w:t>
      </w:r>
    </w:p>
    <w:p w14:paraId="42AC2FD9" w14:textId="77777777" w:rsidR="00CB0035" w:rsidRDefault="00832B05">
      <w:r>
        <w:t>A voice of the lady booms through the ward, interrupting my thoughts. She is calling the patients to the cafeteria. I hate eating times. The food is frozen beyond nutrition, and lining up makes me embarrassed I feel ashamed not looking around at the others as they serve us one by one like we were on display for everyone to watch us eat our tasteless meals. An African American woman is late to the party and lines up for her meal, glances around at us and suddenly pauses at the young Asian girl next to me. Sh</w:t>
      </w:r>
      <w:r>
        <w:t>e’s small and delicate, weighing hardly 30kg. She has floppy clothes to cover her tiny frame and practical glasses that dominate her face. The woman rants about how her husband took off with an Asian, and they are all sluts and home wreckers. I scan the room to gauge the reactions of the others.</w:t>
      </w:r>
    </w:p>
    <w:p w14:paraId="62B46DEC" w14:textId="77777777" w:rsidR="00CB0035" w:rsidRDefault="00832B05">
      <w:r>
        <w:t>The Asian girl remains there expressionless as she listens to this tirade of hate spat at her by this angry woman who is obviously not in control of herself or even remotely aware of what she’s saying. When the women have finished her rant, the girl nods politely and walks off without a word. I empty my full plate into the bin and sit in front of the TV. The Chaser game show is on.</w:t>
      </w:r>
    </w:p>
    <w:p w14:paraId="3EE9EB9F" w14:textId="77777777" w:rsidR="00CB0035" w:rsidRDefault="00832B05">
      <w:r>
        <w:t>“How many rings on the Olympic flag?” the host asks.</w:t>
      </w:r>
    </w:p>
    <w:p w14:paraId="2F011A64" w14:textId="77777777" w:rsidR="00CB0035" w:rsidRDefault="00832B05">
      <w:r>
        <w:t>“Five,” I mumble.</w:t>
      </w:r>
    </w:p>
    <w:p w14:paraId="585E29D2" w14:textId="77777777" w:rsidR="00CB0035" w:rsidRDefault="00832B05">
      <w:r>
        <w:t>“What color is vermilion?” he continues.</w:t>
      </w:r>
    </w:p>
    <w:p w14:paraId="2F773FAC" w14:textId="77777777" w:rsidR="00CB0035" w:rsidRDefault="00832B05">
      <w:r>
        <w:t>“Red,” I answer. A nurse looks up, amazed I answered two correct answers.</w:t>
      </w:r>
    </w:p>
    <w:p w14:paraId="0CD26FEC" w14:textId="77777777" w:rsidR="00CB0035" w:rsidRDefault="00832B05">
      <w:r>
        <w:t>“Wow, you’re smart,” she calls out, as though all crazy people are dumb. She comes and sits with me and we watch. The African American woman joins and is hysterically giggling now rather than furiously screaming. Every day at 4.30 pm, from that day on, that nurse makes me watch with her and I do it to please her. I don’t have the heart to tell her that I don’t even like that show.</w:t>
      </w:r>
    </w:p>
    <w:p w14:paraId="001C5A53" w14:textId="77777777" w:rsidR="00CB0035" w:rsidRDefault="00832B05">
      <w:r>
        <w:t>I have now been in the hospital for three weeks but I feel like I’ve been here forever.</w:t>
      </w:r>
    </w:p>
    <w:p w14:paraId="5AC1CE5C" w14:textId="77777777" w:rsidR="00CB0035" w:rsidRDefault="00832B05">
      <w:r>
        <w:t>I don’t know how long this is going to last., and it seems like no one could tell me when I will get out.</w:t>
      </w:r>
    </w:p>
    <w:p w14:paraId="58167FB4" w14:textId="77777777" w:rsidR="00CB0035" w:rsidRDefault="00832B05">
      <w:r>
        <w:t>The days are long and lonely—and not just because of the American woman’s lunatic screams at 4:00 every day. It is the shame I feel about being in here at all and that my illness has some kind of stigma attached to it that makes me less of a person. It’s hard enough being depressed without feeling like everyone else thinks you’re weak or damaged goods.</w:t>
      </w:r>
    </w:p>
    <w:p w14:paraId="722E1446" w14:textId="77777777" w:rsidR="00CB0035" w:rsidRDefault="00832B05">
      <w:r>
        <w:t xml:space="preserve">My days consist of lining up for food, meds, sleep, and the chaser at 4.30pm. I’m in </w:t>
      </w:r>
      <w:r>
        <w:t>category five, which means they don’t monitor</w:t>
      </w:r>
      <w:r>
        <w:rPr>
          <w:b/>
        </w:rPr>
        <w:t xml:space="preserve"> </w:t>
      </w:r>
      <w:r>
        <w:t>me as much as the others. I’m allowed to go into the front room and use my phone. The room has a pool table, TV, and a vending machine. My one bit of reprieve is 15 mixtures of unescorted leave outside the ward.</w:t>
      </w:r>
    </w:p>
    <w:p w14:paraId="6CCCB33E" w14:textId="77777777" w:rsidR="00CB0035" w:rsidRDefault="00832B05">
      <w:r>
        <w:t>Today, a new patient enters. He’s tall and tanned, with thick brown hair and enormous hazel eyes. He’s wearing a white hospital gown, his muscles escaping from the open folds.</w:t>
      </w:r>
    </w:p>
    <w:p w14:paraId="04054E6F" w14:textId="77777777" w:rsidR="00CB0035" w:rsidRDefault="00832B05">
      <w:r>
        <w:t>At first, he says nothing to me, until he asks, “You like TV, don’t you? You don’t go outside?” I realize I rarely go to the courtyard. Staying inside, like the sun will burn my pale skin and scorch my tired eyes. I venture outside cautiously</w:t>
      </w:r>
      <w:r>
        <w:rPr>
          <w:b/>
        </w:rPr>
        <w:t xml:space="preserve">, </w:t>
      </w:r>
      <w:r>
        <w:t>peering around the corner like a scared rabbit, and he asks me to walk with him. We do short laps in the yard. I guess it’s the introductory thing in here. He tells me his head is fucked up from the drugs. His name is Gene. I learn about his past and that his dad was tough on him, that his girlfriend’s mum tried running him over in her car. He leads me to the far wall.</w:t>
      </w:r>
    </w:p>
    <w:p w14:paraId="5A9EA402" w14:textId="77777777" w:rsidR="00CB0035" w:rsidRDefault="00832B05">
      <w:r>
        <w:t>“What do you see?” he asks, pointing to the mosaic tiles.</w:t>
      </w:r>
    </w:p>
    <w:p w14:paraId="1306B699" w14:textId="77777777" w:rsidR="00CB0035" w:rsidRDefault="00832B05">
      <w:r>
        <w:t>“I see fish,” I respond.</w:t>
      </w:r>
    </w:p>
    <w:p w14:paraId="0397C535" w14:textId="77777777" w:rsidR="00CB0035" w:rsidRDefault="00832B05">
      <w:r>
        <w:t>He smiled. “Yes, but look at this one. It’s the only fish with its face front-on.” He pointed to a small blue tile in the bottom left corner of the wall.</w:t>
      </w:r>
    </w:p>
    <w:p w14:paraId="70752984" w14:textId="77777777" w:rsidR="00CB0035" w:rsidRDefault="00832B05">
      <w:r>
        <w:t>“It’s watching us.”</w:t>
      </w:r>
    </w:p>
    <w:p w14:paraId="59C68DAF" w14:textId="77777777" w:rsidR="00CB0035" w:rsidRDefault="00832B05">
      <w:r>
        <w:t>His eyes scan the sky, and he raises his hands, gesturing to the clouds as they shift and swirl in the breeze.</w:t>
      </w:r>
    </w:p>
    <w:p w14:paraId="31365F99" w14:textId="77777777" w:rsidR="00CB0035" w:rsidRDefault="00832B05">
      <w:r>
        <w:t>“And look,” he says, excitement edging his voice. “The numbers are forming again!”</w:t>
      </w:r>
    </w:p>
    <w:p w14:paraId="0DFE2F13" w14:textId="77777777" w:rsidR="00CB0035" w:rsidRDefault="00832B05">
      <w:r>
        <w:t>I peer up into the sky, squinting my eyes against the sunlight as I attempt to see what he sees: numbers floating in between wisps of white cloud, their edges blurred and grey. “Which ones?” I ask, desperately seeking the shapes for myself. Gene and I spend the day together, talking about life, playing cards, and sneaking cigarettes into the courtyard.</w:t>
      </w:r>
    </w:p>
    <w:p w14:paraId="6B60B21C" w14:textId="77777777" w:rsidR="00CB0035" w:rsidRDefault="00832B05">
      <w:r>
        <w:t>Gene isn’t like other patients. He never gets annoyed at anyone or tries to start fights with people. He just keeps smiling and chatting about how much better life could be. I need him in this place.</w:t>
      </w:r>
    </w:p>
    <w:p w14:paraId="779DBD93" w14:textId="77777777" w:rsidR="00CB0035" w:rsidRDefault="00832B05">
      <w:r>
        <w:t>I smuggle cigarettes in my bra for both of us after my leave. We play cards to kill time, occasionally joined by the others. Chris, who arrives back from his leave and tells us about his day of catching fish, Rob the pacer, and Dee, who introduced herself to me on the first day and always wears the same jumper with her gigantic belly bulging from the bottom. No one enjoys sharing smokes with her, as she constantly has a trail of drool running from her mouth, but with that said, she is accepted all the same.</w:t>
      </w:r>
    </w:p>
    <w:p w14:paraId="797EB5B2" w14:textId="77777777" w:rsidR="00CB0035" w:rsidRDefault="00832B05">
      <w:r>
        <w:t>I spot</w:t>
      </w:r>
      <w:r>
        <w:rPr>
          <w:b/>
        </w:rPr>
        <w:t xml:space="preserve"> </w:t>
      </w:r>
      <w:r>
        <w:t>a tall guy in my peripheral vision, vigorously shaking what I think is sugar into the water. I turn to him. tattooed music notes dance up his right arm above a dagger and a heart. His beard wrapped around his perfect face, eyes emerald green but dark and hidden as he looks to the floor, He takes no notice of me or my existence.</w:t>
      </w:r>
    </w:p>
    <w:p w14:paraId="0D0D7344" w14:textId="77777777" w:rsidR="00CB0035" w:rsidRDefault="00832B05">
      <w:r>
        <w:t>My eyes follow him as he walks past me, disappearing into his room. I want to wait until he leaves again. Who is he?</w:t>
      </w:r>
    </w:p>
    <w:p w14:paraId="580BA615" w14:textId="77777777" w:rsidR="00CB0035" w:rsidRDefault="00832B05">
      <w:r>
        <w:t>My thoughts are interrupted by giggling. I turn to Rob and ask, “What are you laughing at?” I follow his line of sight to a blonde woman in the above window of the neighboring unit, flashing her breasts. We all laugh and tease him. “What’s that place?” I ask.</w:t>
      </w:r>
    </w:p>
    <w:p w14:paraId="51EF5E2D" w14:textId="77777777" w:rsidR="00CB0035" w:rsidRDefault="00832B05">
      <w:r>
        <w:t>Chris says</w:t>
      </w:r>
      <w:r>
        <w:rPr>
          <w:b/>
        </w:rPr>
        <w:t xml:space="preserve"> </w:t>
      </w:r>
      <w:r>
        <w:t>that the patients in there are long-timers, some of them in there for up to ten years. “It’s full of addicts. They aren’t allowed to even drink</w:t>
      </w:r>
      <w:r>
        <w:rPr>
          <w:b/>
        </w:rPr>
        <w:t xml:space="preserve"> </w:t>
      </w:r>
      <w:r>
        <w:t>caffeine,” he continues. A brunette joins the blonde and waves to Chris. “That’s my ex of 12</w:t>
      </w:r>
      <w:r>
        <w:rPr>
          <w:b/>
        </w:rPr>
        <w:t xml:space="preserve"> </w:t>
      </w:r>
      <w:r>
        <w:t>years ago,” he tells us. “I’ve been granted overnight leave for the first time in three months. I’m going to go visit her when they let me out tomorrow.”</w:t>
      </w:r>
    </w:p>
    <w:p w14:paraId="66FCC96D" w14:textId="77777777" w:rsidR="00CB0035" w:rsidRDefault="00832B05">
      <w:r>
        <w:t>“I didn’t know that was possible,” I reply. In answer to my question, his</w:t>
      </w:r>
      <w:r>
        <w:rPr>
          <w:b/>
        </w:rPr>
        <w:t xml:space="preserve"> </w:t>
      </w:r>
      <w:r>
        <w:t>face is lit up with joy to have this newly gained freedom. ” I’m thrilled for you,” I say. “See you when you get back.”</w:t>
      </w:r>
    </w:p>
    <w:p w14:paraId="0AC835B7" w14:textId="77777777" w:rsidR="00CB0035" w:rsidRDefault="00832B05">
      <w:r>
        <w:t>We go back into the TV area where Molly sits crying over a movie. She looks up at us with watery eyes. “There’s a new guy,” I follow her finger as she points to a tall lanky boy jiggling the latches of the windows to find a way out. His bum flashing through his gown, we both giggle as there is no way out.</w:t>
      </w:r>
    </w:p>
    <w:p w14:paraId="3DC15C29" w14:textId="77777777" w:rsidR="00CB0035" w:rsidRDefault="00832B05">
      <w:r>
        <w:t>“I’m Jim!” he yells</w:t>
      </w:r>
      <w:r>
        <w:rPr>
          <w:b/>
        </w:rPr>
        <w:t xml:space="preserve"> </w:t>
      </w:r>
      <w:r>
        <w:t xml:space="preserve">to our group. We all respond with various versions of ‘hi’. Gene flocks to him in the presence of another young guy. “I haven’t slept in </w:t>
      </w:r>
      <w:r>
        <w:t>days.” says Jim, his eyes bulging from his skull. His words are slurred.</w:t>
      </w:r>
    </w:p>
    <w:p w14:paraId="3DF970F4" w14:textId="77777777" w:rsidR="00CB0035" w:rsidRDefault="00832B05">
      <w:r>
        <w:t>“The cops bought me here, the fuckers. They tried to search me but I got stuff in here,” he declares. Gene perks up and asks what he’s smuggled as Jim plucks out a bag of weed from his groin. Gene hands him the papers and they roll a joint.</w:t>
      </w:r>
    </w:p>
    <w:p w14:paraId="256F153D" w14:textId="77777777" w:rsidR="00CB0035" w:rsidRDefault="00832B05">
      <w:r>
        <w:t>“Are you planning on doing that here?” I ask.</w:t>
      </w:r>
    </w:p>
    <w:p w14:paraId="318E7B69" w14:textId="77777777" w:rsidR="00CB0035" w:rsidRDefault="00832B05">
      <w:r>
        <w:t>“Why not?” he responds arrogantly.</w:t>
      </w:r>
    </w:p>
    <w:p w14:paraId="4221321A" w14:textId="77777777" w:rsidR="00CB0035" w:rsidRDefault="00832B05">
      <w:r>
        <w:t>“I’m not sure,” I mumble. I’m worried about getting caught, I’m concerned I’ll be judged for being a delinquent even though I have that side but don’t let people see that.</w:t>
      </w:r>
    </w:p>
    <w:p w14:paraId="0E8BE9D0" w14:textId="77777777" w:rsidR="00CB0035" w:rsidRDefault="00832B05">
      <w:r>
        <w:t>Adrenaline shoots through my veins. my eyes darting around checking for a nurse, but no one appears, so Jim hands me the joint. “No, thanks,” I say. They exchange it, the smoke coming from their mouths and into their nostrils.</w:t>
      </w:r>
    </w:p>
    <w:p w14:paraId="2895864A" w14:textId="77777777" w:rsidR="00CB0035" w:rsidRDefault="00832B05">
      <w:r>
        <w:t>I turn to Gene “Fuck it,” I say. “Give it to me,” I take the joint and inhale, as I do my anxieties go away as my muscles relax. “This place is awesome!” Jim shouts. We’re all laughing hysterically.</w:t>
      </w:r>
    </w:p>
    <w:p w14:paraId="0B4D816E" w14:textId="77777777" w:rsidR="00CB0035" w:rsidRDefault="00832B05">
      <w:r>
        <w:t>*</w:t>
      </w:r>
    </w:p>
    <w:p w14:paraId="376B0372" w14:textId="77777777" w:rsidR="00CB0035" w:rsidRDefault="00832B05">
      <w:r>
        <w:t xml:space="preserve">My legs stretch out of the cheap hospital sheets and brush against the cold floor. I walk to the dining hall, surrounded by all the patients and staff. </w:t>
      </w:r>
      <w:r>
        <w:rPr>
          <w:i/>
        </w:rPr>
        <w:t>What is going on?</w:t>
      </w:r>
    </w:p>
    <w:p w14:paraId="1F7005E1" w14:textId="77777777" w:rsidR="00CB0035" w:rsidRDefault="00832B05">
      <w:r>
        <w:t>A nurse advises us that we all need to congregate in the lounge.</w:t>
      </w:r>
    </w:p>
    <w:p w14:paraId="279E5DEF" w14:textId="77777777" w:rsidR="00CB0035" w:rsidRDefault="00832B05">
      <w:r>
        <w:t>Shit, we must have gotten caught.</w:t>
      </w:r>
    </w:p>
    <w:p w14:paraId="01866176" w14:textId="77777777" w:rsidR="00CB0035" w:rsidRDefault="00832B05">
      <w:r>
        <w:t xml:space="preserve">I </w:t>
      </w:r>
      <w:r>
        <w:t>hesitate, then slowly make my way over with the others. The chairs are in a circle, and even head nurse Janet is in attendance. I look around at everyone, but no one seems wiser—they’re just as confused as me.</w:t>
      </w:r>
    </w:p>
    <w:p w14:paraId="1B5591DC" w14:textId="77777777" w:rsidR="00CB0035" w:rsidRDefault="00832B05">
      <w:r>
        <w:t>Head nurse Janet speaks, but her face sinks upon itself, unable to muster the serious words about to come next: “Chris has passed away.”</w:t>
      </w:r>
    </w:p>
    <w:p w14:paraId="3CC95BEC" w14:textId="77777777" w:rsidR="00CB0035" w:rsidRDefault="00832B05">
      <w:r>
        <w:t xml:space="preserve">A collective gasp engulfs the room; we don’t know what happened, but we believe it was an overdose. </w:t>
      </w:r>
      <w:r>
        <w:rPr>
          <w:i/>
        </w:rPr>
        <w:t>No! This isn’t right! There is no way he can be dead. He just got his freedom. He didn’t want to die!</w:t>
      </w:r>
    </w:p>
    <w:p w14:paraId="13D83827" w14:textId="77777777" w:rsidR="00CB0035" w:rsidRDefault="00832B05">
      <w:r>
        <w:t>I feel the plaster walls caving in on me. I saw him yesterday. He wasn’t depressed. He didn’t do this. I try to catch my breath as the overwhelming feeling of sadness comes over me. So many people in here want to die, but not him. We all want to escape, but he is only of this place. I can’t help but sob uncontrollably. I didn’t know him that long, but his kindness touched me immensely when I felt so alone and no one I the world cared.</w:t>
      </w:r>
    </w:p>
    <w:p w14:paraId="68EEF001" w14:textId="77777777" w:rsidR="00CB0035" w:rsidRDefault="00832B05">
      <w:r>
        <w:t>The patients dissipate as I walk outside; the world has slowed down, and the rain muffles every sound falling from the sky like frozen tears, splashing on the ground exploding in slow motion. I turn my head as I notice his shoes in the corner; I see a dead man’s shoes never to be worn again.</w:t>
      </w:r>
    </w:p>
    <w:p w14:paraId="317A4D47" w14:textId="77777777" w:rsidR="00CB0035" w:rsidRDefault="00832B05">
      <w:r>
        <w:t>The guy with the perfect face is sitting in the far corner at the picnic table. I decide to join him. His beard is now long and untrimmed, but I like it. He’s got these deep eyes that seem to consume everything around them. They’re so intense, but in a way that makes them look kind at the same time.</w:t>
      </w:r>
    </w:p>
    <w:p w14:paraId="3BF35A62" w14:textId="77777777" w:rsidR="00CB0035" w:rsidRDefault="00832B05">
      <w:r>
        <w:t>I can’t tell if he’s about to say something or if he’s waiting for me to talk first, so I try to muster up some words: “Uh… hey,” I manage.</w:t>
      </w:r>
    </w:p>
    <w:p w14:paraId="01DF4749" w14:textId="77777777" w:rsidR="00CB0035" w:rsidRDefault="00832B05">
      <w:r>
        <w:t xml:space="preserve">He doesn’t even glance my way; he just keeps staring straight ahead, as I turn to leave looks up and smiles taking a sip from a plastic cup, I’m Benny, I smell the familiar scent of vodka and turn to him. ” Have you got anymore?” I ask? ”Not in here,” Benny tells </w:t>
      </w:r>
      <w:r>
        <w:rPr>
          <w:b/>
        </w:rPr>
        <w:t>me</w:t>
      </w:r>
      <w:r>
        <w:t xml:space="preserve">. “It’s hidden outside. I have no leave to go </w:t>
      </w:r>
      <w:r>
        <w:rPr>
          <w:b/>
        </w:rPr>
        <w:t>get it</w:t>
      </w:r>
      <w:r>
        <w:t>.” Ill go get it’ I offer.</w:t>
      </w:r>
    </w:p>
    <w:p w14:paraId="6DBE5B49" w14:textId="77777777" w:rsidR="00CB0035" w:rsidRDefault="00832B05">
      <w:r>
        <w:t>Benny gets up and walks away to return with a pen and paper. He draws boxes and lines. “What are you doing?” I ask.</w:t>
      </w:r>
    </w:p>
    <w:p w14:paraId="3AC10053" w14:textId="77777777" w:rsidR="00CB0035" w:rsidRDefault="00832B05">
      <w:r>
        <w:t>”Drawing you a map to find the vodka hidden outside</w:t>
      </w:r>
    </w:p>
    <w:p w14:paraId="193643DA" w14:textId="77777777" w:rsidR="00CB0035" w:rsidRDefault="00832B05">
      <w:r>
        <w:t>” Once you find it, throw it through the fence and I’ll be here to collect it’ he tells me</w:t>
      </w:r>
    </w:p>
    <w:p w14:paraId="51D5B18D" w14:textId="77777777" w:rsidR="00CB0035" w:rsidRDefault="00832B05">
      <w:r>
        <w:t>With my map in hand, I walk to the front room to be allowed out. I advise the nurse that I’m going out for fifteen minutes. She nods and signs me out. The door shuts behind me, no one is in sight. I peer down at the paper and trace the lines with my finger. I follow the path to the right, past the ambulance bay, which comes out onto stairs surrounded by a garden. I walk down into the little clearing, looking through the scrubs. “What are you doing?” I hear someone say. I turn, relieved it’s Molly.</w:t>
      </w:r>
    </w:p>
    <w:p w14:paraId="0E094046" w14:textId="77777777" w:rsidR="00CB0035" w:rsidRDefault="00832B05">
      <w:r>
        <w:t>“I’m looking for vodka that Benny’s hidden here,” I reply.</w:t>
      </w:r>
    </w:p>
    <w:p w14:paraId="13F36CF0" w14:textId="77777777" w:rsidR="00CB0035" w:rsidRDefault="00832B05">
      <w:r>
        <w:t>“Oh, I know where he hides it,” she states. Molly leads me down the stairs and points to an opening in the leaves. I climb through the scrub and find the treasure. A large bottle of vodka, wrapped up with a plastic bag. Molly follows me as I head to the fence to throw it through. I appreciate having her as a partner in crime. As promised, Benny is there waiting. I extend my arm back and hurl it to him. He leans down and grips the bottle. I’m surprised at how easy it is. I return to the front door and sign i</w:t>
      </w:r>
      <w:r>
        <w:t>n, unsuspected. In the courtyard, word spread s about the mission. Gene and Jim join us, so I collect plastic cups for all of us. I pour even amounts and offer them out.</w:t>
      </w:r>
    </w:p>
    <w:p w14:paraId="7CA6ECCE" w14:textId="77777777" w:rsidR="00CB0035" w:rsidRDefault="00832B05">
      <w:r>
        <w:t>I reach for my glass and raise it towards to sky. “To Chris” I say.</w:t>
      </w:r>
    </w:p>
    <w:p w14:paraId="2AD78ED4" w14:textId="77777777" w:rsidR="00CB0035" w:rsidRDefault="00832B05">
      <w:r>
        <w:t>“To Chris!” the others follow.</w:t>
      </w:r>
    </w:p>
    <w:p w14:paraId="2A8F1563" w14:textId="77777777" w:rsidR="00CB0035" w:rsidRDefault="00832B05">
      <w:r>
        <w:t xml:space="preserve">I walk inside, with Benny following close behind me. He turns to me and smiles, and I can’t help but smile back at him. “You’re pretty,” he says, and my heart skips a beat. I stare at him, stunned by the compliment. </w:t>
      </w:r>
      <w:r>
        <w:rPr>
          <w:i/>
        </w:rPr>
        <w:t>I must look awful in here</w:t>
      </w:r>
      <w:r>
        <w:t xml:space="preserve">, I think. </w:t>
      </w:r>
      <w:r>
        <w:rPr>
          <w:i/>
        </w:rPr>
        <w:t>How can he think that?</w:t>
      </w:r>
      <w:r>
        <w:t xml:space="preserve"> I shyly look away from him, but not before catching his eye again. “Do you want to go in the front room?” he asks, and I nod in response. The nurse buzzes us through to the room with the TV and pool table, and Benny leads me up the stairs to where the couches are located. The lounge is small, so we need to sit close together. Benny turns and asks, “Can I kiss you?”</w:t>
      </w:r>
    </w:p>
    <w:p w14:paraId="4E343D8C" w14:textId="77777777" w:rsidR="00CB0035" w:rsidRDefault="00832B05">
      <w:r>
        <w:t>I’m intoxicated by his presence and the heady scent of vodka on his breath. Our noses touch when I bring his face closer to mine. I close my eyes, feeling my heart beating in my chest. Before opening my eyes, I take a deep breath and feel his breathing on my face. He looks back at me as I look at him. His hands gently grab my face as he moves closer, until I can feel his warm breath on my face. His lips met mine, and I let myself get lost in the moment.</w:t>
      </w:r>
    </w:p>
    <w:p w14:paraId="452A01BF" w14:textId="77777777" w:rsidR="00CB0035" w:rsidRDefault="00832B05">
      <w:pPr>
        <w:pStyle w:val="Heading1"/>
      </w:pPr>
      <w:r>
        <w:t>Chapter 3</w:t>
      </w:r>
    </w:p>
    <w:p w14:paraId="7791C6B6" w14:textId="77777777" w:rsidR="00CB0035" w:rsidRDefault="00832B05">
      <w:r>
        <w:br/>
      </w:r>
      <w:r>
        <w:br/>
      </w:r>
    </w:p>
    <w:p w14:paraId="2E813B84" w14:textId="77777777" w:rsidR="00CB0035" w:rsidRDefault="00832B05">
      <w:r>
        <w:br/>
      </w:r>
      <w:r>
        <w:br/>
      </w:r>
    </w:p>
    <w:p w14:paraId="2ED4F31F" w14:textId="77777777" w:rsidR="00CB0035" w:rsidRDefault="00832B05">
      <w:r>
        <w:t>I get out of bed and make my way to the main area of the hospital. I see a man I don’t recognise sitting with one of the hospital nuns. We all take a seat in the circle, and I assume this will be like one of those movies where everyone shares their thoughts and feelings, and we all clap at the end.</w:t>
      </w:r>
    </w:p>
    <w:p w14:paraId="3A7FC0A2" w14:textId="77777777" w:rsidR="00CB0035" w:rsidRDefault="00832B05">
      <w:r>
        <w:t>That’s not what happens. The man just sits there staring at the ceiling, like he’s looking for something up there. After a few minutes, he lowers his head and says, “This is a memorial for Chris. Anyone who wants to stay is welcome.”</w:t>
      </w:r>
    </w:p>
    <w:p w14:paraId="520DCE8F" w14:textId="77777777" w:rsidR="00CB0035" w:rsidRDefault="00832B05">
      <w:r>
        <w:rPr>
          <w:i/>
        </w:rPr>
        <w:t>That’s why the nun is here.</w:t>
      </w:r>
      <w:r>
        <w:t xml:space="preserve"> After a long time, Molly passes a piece of paper to the man. With words written, she can’t speak them herself, so he does it for her.</w:t>
      </w:r>
    </w:p>
    <w:p w14:paraId="76BA1744" w14:textId="77777777" w:rsidR="00CB0035" w:rsidRDefault="00832B05">
      <w:r>
        <w:t>“Not how did he die, but how did he live? Not what did he gain, but what did he give? These are the units to measure the worth of a man as a man, regardless of birth. Not what was his church, nor what was his creed? But had he befriended those in need? Was he ever ready, with a word of good cheer, to bring back a smile, to banish a tear? Not what did the sketch in the newspaper say, but how many were sorry when he passed away?”</w:t>
      </w:r>
    </w:p>
    <w:p w14:paraId="5C1B8B4E" w14:textId="77777777" w:rsidR="00CB0035" w:rsidRDefault="00832B05">
      <w:r>
        <w:t>We sit in a circle, heads bowed in silence as Benny plays “Blackbird” by the Beatles on his guitar. I think about Chris’s wasted life, how he was always in and out of hospitals.</w:t>
      </w:r>
    </w:p>
    <w:p w14:paraId="27BC1610" w14:textId="77777777" w:rsidR="00CB0035" w:rsidRDefault="00832B05">
      <w:r>
        <w:t>I wonder if he knew how much it meant to me that first day, or whether he knows we care about him? Or if he’s angry that he died after finally getting his freedom?</w:t>
      </w:r>
    </w:p>
    <w:p w14:paraId="75A73EC6" w14:textId="77777777" w:rsidR="00CB0035" w:rsidRDefault="00832B05">
      <w:r>
        <w:t>The song ends, and I walk over to the table a few feet away. Others have gathered around, talking about their memories of Chris. I sit and listen but I don’t say a word, instead I walk to the nurse’s station and knock on the glass. The nurse in charge greets me with a smile. “Can I please have some Valium? I’m not feeling great.”</w:t>
      </w:r>
    </w:p>
    <w:p w14:paraId="2C201F67" w14:textId="77777777" w:rsidR="00CB0035" w:rsidRDefault="00832B05">
      <w:r>
        <w:t>“Just a minute,” she advises. I look over my shoulder and see Gene standing behind me.</w:t>
      </w:r>
    </w:p>
    <w:p w14:paraId="6761746D" w14:textId="77777777" w:rsidR="00CB0035" w:rsidRDefault="00832B05">
      <w:r>
        <w:t>“Can’t sleep?” I ask.</w:t>
      </w:r>
    </w:p>
    <w:p w14:paraId="20BC7AC7" w14:textId="77777777" w:rsidR="00CB0035" w:rsidRDefault="00832B05">
      <w:r>
        <w:t>“No,” he responds, looking exhausted.</w:t>
      </w:r>
    </w:p>
    <w:p w14:paraId="79BEDD76" w14:textId="77777777" w:rsidR="00CB0035" w:rsidRDefault="00832B05">
      <w:r>
        <w:t>We sit together for a few minutes saying nothing, listening to the hum of the vending machine.</w:t>
      </w:r>
    </w:p>
    <w:p w14:paraId="2A42E869" w14:textId="77777777" w:rsidR="00CB0035" w:rsidRDefault="00832B05">
      <w:r>
        <w:t xml:space="preserve">Finally, the nurse returns with my medication and hands it to me, along with a </w:t>
      </w:r>
      <w:r>
        <w:t>cup of water. As I swallow, I notice Benny is standing in the hallway. He sits on a large curved lounge and pats the seat beside him.</w:t>
      </w:r>
    </w:p>
    <w:p w14:paraId="63DAD763" w14:textId="77777777" w:rsidR="00CB0035" w:rsidRDefault="00832B05">
      <w:r>
        <w:t>I sit down and lean into him, feeling his warmth. He puts his arm around me and pulls me close, nuzzling my hair with his nose.</w:t>
      </w:r>
    </w:p>
    <w:p w14:paraId="5D85E999" w14:textId="77777777" w:rsidR="00CB0035" w:rsidRDefault="00832B05">
      <w:r>
        <w:t>“Are you okay?” he asks.</w:t>
      </w:r>
    </w:p>
    <w:p w14:paraId="755F7D5A" w14:textId="77777777" w:rsidR="00CB0035" w:rsidRDefault="00832B05">
      <w:r>
        <w:t>“Yes,” I reply. “I am now.”</w:t>
      </w:r>
    </w:p>
    <w:p w14:paraId="6B58DFAD" w14:textId="77777777" w:rsidR="00CB0035" w:rsidRDefault="00832B05">
      <w:r>
        <w:t>*</w:t>
      </w:r>
    </w:p>
    <w:p w14:paraId="4B89E4F6" w14:textId="77777777" w:rsidR="00CB0035" w:rsidRDefault="00832B05">
      <w:r>
        <w:br/>
      </w:r>
      <w:r>
        <w:br/>
      </w:r>
    </w:p>
    <w:p w14:paraId="0421879D" w14:textId="77777777" w:rsidR="00CB0035" w:rsidRDefault="00832B05">
      <w:r>
        <w:t>Morning breaks, and I decide to eat breakfast for the first time since arriving. I line up at the cafeteria to see Gene walking past, carrying a bag with his belongings in it. He pauses to sign out at the nurses station. “Where are you going?” I ask him as I head over to meet him.</w:t>
      </w:r>
    </w:p>
    <w:p w14:paraId="155C4823" w14:textId="77777777" w:rsidR="00CB0035" w:rsidRDefault="00832B05">
      <w:r>
        <w:t>“I finally got leave,” he replies, looking down at me from his six-foot-something height.</w:t>
      </w:r>
    </w:p>
    <w:p w14:paraId="10481FBD" w14:textId="77777777" w:rsidR="00CB0035" w:rsidRDefault="00832B05">
      <w:r>
        <w:t>He leans in and hugs me as I stare up at him, tracing the dark hues under his eyes with my eyes. “Bye,” he whispers into my ear, before disappearing through the door outside.</w:t>
      </w:r>
    </w:p>
    <w:p w14:paraId="39F651E7" w14:textId="77777777" w:rsidR="00CB0035" w:rsidRDefault="00832B05">
      <w:r>
        <w:t>I later hear that Gene absconded from the ward. I never see or hear from him again.</w:t>
      </w:r>
    </w:p>
    <w:p w14:paraId="39B0E642" w14:textId="77777777" w:rsidR="00CB0035" w:rsidRDefault="00832B05">
      <w:r>
        <w:t>With Gene gone, I fill my days and nights snuggling up to Benny. The nurses’ judgmental faces are obvious, but I don’t care. I’m not thinking about tomorrow—I’m just living in the moment, in this mental hospital bubble. We don’t talk about your dreams and hopes. We speak about the pain that we relate to, because that’s what makes sense. He’s smart, he cares for others, and he’s gentle. He’s not full of light—his eyes are dimmed and empty—but they’re still beautiful.</w:t>
      </w:r>
    </w:p>
    <w:p w14:paraId="527E3590" w14:textId="77777777" w:rsidR="00CB0035" w:rsidRDefault="00832B05">
      <w:r>
        <w:t>Today isn’t a good day for him. I offer him my Valium. I know he needs it more than me.</w:t>
      </w:r>
    </w:p>
    <w:p w14:paraId="4ED9A902" w14:textId="77777777" w:rsidR="00CB0035" w:rsidRDefault="00832B05">
      <w:r>
        <w:t>I step in line at the medical dispensary and wait. The door opens, and the nurse in charge hands me my pill.</w:t>
      </w:r>
    </w:p>
    <w:p w14:paraId="0F358773" w14:textId="77777777" w:rsidR="00CB0035" w:rsidRDefault="00832B05">
      <w:r>
        <w:t>I clear my mouth of saliva and place the little blue pill under my tongue. The nurse doesn’t see me as I sneak down to where he waits for me. I clench my fist around the half-dissolved pill and offer it to him. He takes it from me and goes to his room to lay down.</w:t>
      </w:r>
    </w:p>
    <w:p w14:paraId="1399F277" w14:textId="77777777" w:rsidR="00CB0035" w:rsidRDefault="00832B05">
      <w:r>
        <w:t>I watch him until he fades into shadow, then find a place where I can lie down myself—and dream of better days ahead for both of us.</w:t>
      </w:r>
    </w:p>
    <w:p w14:paraId="13F76EBD" w14:textId="77777777" w:rsidR="00CB0035" w:rsidRDefault="00832B05">
      <w:r>
        <w:t>The sun rises, and I hear the voices of nurses and doctors. They are talking about me. The nurse enters the room, followed by a tall man in a white coat.</w:t>
      </w:r>
    </w:p>
    <w:p w14:paraId="16600248" w14:textId="77777777" w:rsidR="00CB0035" w:rsidRDefault="00832B05">
      <w:r>
        <w:t>“Are you ready to go home?” he asks me. I nod.</w:t>
      </w:r>
    </w:p>
    <w:p w14:paraId="7C4451C7" w14:textId="77777777" w:rsidR="00CB0035" w:rsidRDefault="00832B05">
      <w:r>
        <w:t>“Just sign this and we’ll get you out of here.” He hands me a pen, and I sign my discharge papers.</w:t>
      </w:r>
    </w:p>
    <w:p w14:paraId="64024663" w14:textId="77777777" w:rsidR="00CB0035" w:rsidRDefault="00832B05">
      <w:r>
        <w:t>As they leave, I gather my things and throw them into a large garbage bag. I wonder who will next occupy the room. I have built a home for a month. What will their story be? Will they trace the lines of the walls and plan their escape? Will their tears flood the pillow?</w:t>
      </w:r>
    </w:p>
    <w:p w14:paraId="465330FC" w14:textId="77777777" w:rsidR="00CB0035" w:rsidRDefault="00832B05">
      <w:r>
        <w:t>Benny walks past. He sees us; I tell him of my gained freedom; we hug and promise to visit. He says he will wait, as if it is the last time we will see each other.</w:t>
      </w:r>
    </w:p>
    <w:p w14:paraId="008B1868" w14:textId="77777777" w:rsidR="00CB0035" w:rsidRDefault="00832B05">
      <w:r>
        <w:t>I walk down the hallway towards the exit. My heart is pounding in my chest. I don’t want to look up at the nurse leading me in case she changes her mind and tells me they won’t let me out after all.</w:t>
      </w:r>
    </w:p>
    <w:p w14:paraId="7333ED9F" w14:textId="77777777" w:rsidR="00CB0035" w:rsidRDefault="00832B05">
      <w:r>
        <w:t>The nurse opens one door and ushers me through it.</w:t>
      </w:r>
    </w:p>
    <w:p w14:paraId="2A2FF489" w14:textId="77777777" w:rsidR="00CB0035" w:rsidRDefault="00832B05">
      <w:r>
        <w:t>I can feel the tension in my shoulders. My heart is pounding as I step outside into the crisp morning air, taking a deep breath of freedom. Constant sounds of footsteps pacing is replaced by unfamiliar silence. Sterile hospital smells that once filled the air is now gone.</w:t>
      </w:r>
    </w:p>
    <w:p w14:paraId="0CC4EFE2" w14:textId="77777777" w:rsidR="00CB0035" w:rsidRDefault="00832B05">
      <w:r>
        <w:t>The days turn into nights and vice versa, leaving me feeling disoriented. The weight of the world is still on my shoulders, accompanied by the crippling fear and anxiety that I don’t know what I’m doing or where I’m going.</w:t>
      </w:r>
    </w:p>
    <w:p w14:paraId="7A3368D8" w14:textId="77777777" w:rsidR="00CB0035" w:rsidRDefault="00832B05">
      <w:r>
        <w:t>Benny asks me to come to visit</w:t>
      </w:r>
      <w:r>
        <w:rPr>
          <w:b/>
        </w:rPr>
        <w:t xml:space="preserve"> </w:t>
      </w:r>
      <w:r>
        <w:t xml:space="preserve">him. I take the 15-minute journey to the hospital, and as I enter the grounds, I take a deep breath. </w:t>
      </w:r>
      <w:r>
        <w:rPr>
          <w:i/>
        </w:rPr>
        <w:t>I’m a visitor</w:t>
      </w:r>
      <w:r>
        <w:t>, I remind myself, and keep walking. I buzz at the door to be greeted by surprised faces,</w:t>
      </w:r>
      <w:r>
        <w:rPr>
          <w:b/>
        </w:rPr>
        <w:t xml:space="preserve"> </w:t>
      </w:r>
      <w:r>
        <w:t>followed by disappointed looks that I’m back so early.</w:t>
      </w:r>
    </w:p>
    <w:p w14:paraId="214A2C11" w14:textId="77777777" w:rsidR="00CB0035" w:rsidRDefault="00832B05">
      <w:r>
        <w:t>I reassure the nurse I’m visiting Benny, only to receive the same disappointed look. I ignore it and enter. I see him and hug him tight; we sit arms entwined and say nothing. Hours seem to last seconds, and I don’t want to leave.</w:t>
      </w:r>
    </w:p>
    <w:p w14:paraId="35895CEC" w14:textId="77777777" w:rsidR="00CB0035" w:rsidRDefault="00832B05">
      <w:r>
        <w:t xml:space="preserve">On paper he is everything you would run from, but I’m drawn to him. So I </w:t>
      </w:r>
      <w:r>
        <w:t>visit him again, and again… until each time we grow closer still, and he tells me I make him feel happy—that I give him hope where he couldn’t find it before. He’s seen me at my worst and has heard my fears and regrets, yet he still wants to know more about me. The love I’ve always dreamed of blossoms between us, and not long after that it consumes me entirely. And then suddenly it’s his turn to be discharged from the hospital.</w:t>
      </w:r>
    </w:p>
    <w:p w14:paraId="71BE8DEB" w14:textId="77777777" w:rsidR="00CB0035" w:rsidRDefault="00832B05">
      <w:r>
        <w:t>We both knew there was something between us, and then, one day, we finally admit that there is.</w:t>
      </w:r>
    </w:p>
    <w:p w14:paraId="36575573" w14:textId="77777777" w:rsidR="00CB0035" w:rsidRDefault="00832B05">
      <w:r>
        <w:t>It is like all the walls we had built around ourselves just crumble away. We start spending more time together and grow closer, Benny shared with me about his life, I shared mine, Our relationship starts not with breakfast dates and laughter, but with sleeping all day wrapped in each other’s arms and nights filled with drinking and wanting to escape. I go back to work, and the puzzle I called life starts coming together.</w:t>
      </w:r>
    </w:p>
    <w:p w14:paraId="4F75F7F7" w14:textId="77777777" w:rsidR="00CB0035" w:rsidRDefault="00832B05">
      <w:r>
        <w:t>I believed that loving someone meant their demons came with them.</w:t>
      </w:r>
    </w:p>
    <w:p w14:paraId="7BB69ABD" w14:textId="77777777" w:rsidR="00CB0035" w:rsidRDefault="00832B05">
      <w:r>
        <w:t>You dive in headfirst, not knowing when you’ll hit bottom. But I haven’t even come close to hitting the bottom with Benny, but I am about to find out what is buried down there.</w:t>
      </w:r>
    </w:p>
    <w:p w14:paraId="275B46F6" w14:textId="77777777" w:rsidR="00CB0035" w:rsidRDefault="00832B05">
      <w:r>
        <w:br/>
      </w:r>
      <w:r>
        <w:br/>
      </w:r>
    </w:p>
    <w:p w14:paraId="73BE2068" w14:textId="77777777" w:rsidR="00CB0035" w:rsidRDefault="00832B05">
      <w:r>
        <w:t>*</w:t>
      </w:r>
    </w:p>
    <w:p w14:paraId="5FEE3C33" w14:textId="77777777" w:rsidR="00CB0035" w:rsidRDefault="00832B05">
      <w:r>
        <w:t>The way I see it, there are two ways to love.</w:t>
      </w:r>
    </w:p>
    <w:p w14:paraId="51886BA2" w14:textId="77777777" w:rsidR="00CB0035" w:rsidRDefault="00832B05">
      <w:r>
        <w:t>The first is to be a part of a loving relationship. I don’t have many examples of the love I believe in to compare to, so I watched my parents fight since a young child and guys I dated discarded me.</w:t>
      </w:r>
    </w:p>
    <w:p w14:paraId="79961065" w14:textId="77777777" w:rsidR="00CB0035" w:rsidRDefault="00832B05">
      <w:r>
        <w:t>The second way is to be alone. This is what I know best:</w:t>
      </w:r>
    </w:p>
    <w:p w14:paraId="0CFFFE23" w14:textId="77777777" w:rsidR="00CB0035" w:rsidRDefault="00832B05">
      <w:r>
        <w:t>I have always thought maybe it was me—that maybe there is something wrong with me, that I might not be deserving of love. And I should just settle for whatever scraps of affection people were willing to give me. Maybe love would just never happen for me. All my life, I’ve been searching for that one person who would stand by me no matter what happened—or at least care enough about me to keep trying.</w:t>
      </w:r>
    </w:p>
    <w:p w14:paraId="53C5398A" w14:textId="77777777" w:rsidR="00CB0035" w:rsidRDefault="00832B05">
      <w:r>
        <w:t>He is the first person who saw me in my darkness. He didn’t run away from me and he embraced it.</w:t>
      </w:r>
    </w:p>
    <w:p w14:paraId="503D3F25" w14:textId="77777777" w:rsidR="00CB0035" w:rsidRDefault="00832B05">
      <w:r>
        <w:t>We fall in love, but not in an idealistic way—we are in love like two people who have been through hell and back and know what each other are capable of, so we don’t try to change each other. I learn about his past: drug addiction and homelessness. He has no money and lives in a housing community, but none of that matters to me.</w:t>
      </w:r>
    </w:p>
    <w:p w14:paraId="58AC4A61" w14:textId="77777777" w:rsidR="00CB0035" w:rsidRDefault="00832B05">
      <w:r>
        <w:t>On cold, dark mornings I leave him sleeping in bed and make the bus ride to the city. It is now winter but despite the weather, I feel warm inside. Benny and I have been together nearly a year; I am doing well at work and am promoted to management of complaints, using my natural empathy and wit to defuse customers. On late nights Benny insists he meet me at the bus stop to walk me through the dark park. “I missed you so much. You know I hate being without you…” He says as he wraps his jacket around my shoul</w:t>
      </w:r>
      <w:r>
        <w:t>ders, so I can feel the warmth radiating from his body. As we arrive home my senses are filled with the aroma of the dinner he has prepared, simmering away. We crawl into bed, me weaving my body into his, my head to his chest listening to the thunder of his racing heart while it rises and falls to the weight of his heavy sighs and shallow breath. He runs his fingers through my hair until we fall asleep.</w:t>
      </w:r>
    </w:p>
    <w:p w14:paraId="64AE4034" w14:textId="77777777" w:rsidR="00CB0035" w:rsidRDefault="00832B05">
      <w:r>
        <w:br/>
      </w:r>
      <w:r>
        <w:br/>
      </w:r>
    </w:p>
    <w:p w14:paraId="0BE20A59" w14:textId="77777777" w:rsidR="00CB0035" w:rsidRDefault="00832B05">
      <w:r>
        <w:t>A soft brush grazed my cheek, followed by a quiet whisper in my ear, Wake up, baby. My eyes opened to meet Benny's gaze, and he informed me that it was the solar eclipse. Groggily, I inquired what time it was. Its two in the morning, Benny announced, his voice carrying through the frigid winter night. I rolled over, groaning in protest, but he begged, Please! These events only come around every seven years you know how much I love astronomy! Agreeing reluctantly, I roll out of bed and observe his face light</w:t>
      </w:r>
      <w:r>
        <w:t xml:space="preserve">ing up with excitement, similar to a child's face on Christmas. With a smile, I leave with him on our walk to a dimly lit path in the bush trail. The crisp winter air brushed past my face as we hiked along, our phones providing the only source of light to guide us on our way, while we dodge trees and bushes. As we arrived at the starry night sky, Benny began pointing out each constellation while I pretended to listen intently. In reality, all I wanted to do was go back to sleep. A shooting star that seemed </w:t>
      </w:r>
      <w:r>
        <w:t>like it was designed for us went by,</w:t>
      </w:r>
    </w:p>
    <w:p w14:paraId="79B3AAAE" w14:textId="77777777" w:rsidR="00CB0035" w:rsidRDefault="00832B05">
      <w:r>
        <w:t>‘make a wish’ he said, I closed my eyes and wished for him and I to be happy in this moment forever.</w:t>
      </w:r>
    </w:p>
    <w:p w14:paraId="7CA7D7CF" w14:textId="77777777" w:rsidR="00CB0035" w:rsidRDefault="00832B05">
      <w:r>
        <w:br/>
      </w:r>
      <w:r>
        <w:br/>
      </w:r>
    </w:p>
    <w:p w14:paraId="4E0F111E" w14:textId="77777777" w:rsidR="00CB0035" w:rsidRDefault="00832B05">
      <w:r>
        <w:t>He has a kind soul; he spends hours crafting songs and his music is lyrically amazing. His songs are like the perfect combination of poetry and rap the lyrics haunt you with tales of his pain. they were full of meaning and emotion.</w:t>
      </w:r>
    </w:p>
    <w:p w14:paraId="33107B8C" w14:textId="77777777" w:rsidR="00CB0035" w:rsidRDefault="00832B05">
      <w:r>
        <w:t>Even though we have little money, we go for walks in the park or sit in coffee shops and share a meal. He shows me how to appreciate things without money and how to get by with none.</w:t>
      </w:r>
    </w:p>
    <w:p w14:paraId="1A6086EC" w14:textId="77777777" w:rsidR="00CB0035" w:rsidRDefault="00832B05">
      <w:r>
        <w:t xml:space="preserve">I am always drawn to the </w:t>
      </w:r>
      <w:r>
        <w:t>broken ones. The ones who are fighting an invisible battle. The ones who have been through hell and back. They understand my pain, because they have been through it themselves. They know what it’s like when life gets messy and I need someone to choose me when I may not be the easiest choice. I like to think that all the times we sit alone praying for the strength to keep fighting, we are what each other is praying for… we are the answer to each others’ prayers.</w:t>
      </w:r>
    </w:p>
    <w:p w14:paraId="0424D624" w14:textId="77777777" w:rsidR="00CB0035" w:rsidRDefault="00832B05">
      <w:r>
        <w:br/>
      </w:r>
      <w:r>
        <w:br/>
      </w:r>
    </w:p>
    <w:p w14:paraId="1437E4B8" w14:textId="77777777" w:rsidR="00CB0035" w:rsidRDefault="00832B05">
      <w:r>
        <w:br/>
      </w:r>
      <w:r>
        <w:br/>
      </w:r>
    </w:p>
    <w:p w14:paraId="3F4E1ED1" w14:textId="77777777" w:rsidR="00CB0035" w:rsidRDefault="00832B05">
      <w:r>
        <w:br/>
      </w:r>
      <w:r>
        <w:br/>
      </w:r>
    </w:p>
    <w:p w14:paraId="330105B4" w14:textId="77777777" w:rsidR="00CB0035" w:rsidRDefault="00832B05">
      <w:pPr>
        <w:pStyle w:val="Heading1"/>
      </w:pPr>
      <w:r>
        <w:t>Chapter 4</w:t>
      </w:r>
    </w:p>
    <w:p w14:paraId="494492B2" w14:textId="77777777" w:rsidR="00CB0035" w:rsidRDefault="00832B05">
      <w:r>
        <w:br/>
      </w:r>
      <w:r>
        <w:br/>
      </w:r>
    </w:p>
    <w:p w14:paraId="66BC9B5E" w14:textId="77777777" w:rsidR="00CB0035" w:rsidRDefault="00832B05">
      <w:r>
        <w:br/>
      </w:r>
      <w:r>
        <w:br/>
      </w:r>
    </w:p>
    <w:p w14:paraId="6CA143C8" w14:textId="77777777" w:rsidR="00CB0035" w:rsidRDefault="00832B05">
      <w:r>
        <w:t>Benny and I pack a picnic and weave through a bush trail which opens onto a meadow. As we sit against a lonely, large boulder, I notice the way he looks at me and then away. He stares at the sky and then at the ground. He looks at me and then away again. I try to see the beauty in what is around me—I start small and look up at the treetops, before allowing my eyesight to wander down towards the ground below. A long stretch of land lays bare beneath my feet, unoccupied by anything other than fluffy blades of</w:t>
      </w:r>
      <w:r>
        <w:t xml:space="preserve"> grass, a few stones poking out from beneath them all and leaves littering every space between them. Benny grips my hand, causing me to glance over to him.</w:t>
      </w:r>
    </w:p>
    <w:p w14:paraId="01B2394F" w14:textId="77777777" w:rsidR="00CB0035" w:rsidRDefault="00832B05">
      <w:r>
        <w:t>“What is it?” I ask.</w:t>
      </w:r>
    </w:p>
    <w:p w14:paraId="2D4D43AC" w14:textId="77777777" w:rsidR="00CB0035" w:rsidRDefault="00832B05">
      <w:r>
        <w:t xml:space="preserve">“There is a camera in the opposite tree filming us,” he whispers in the opposite tree filming </w:t>
      </w:r>
      <w:r>
        <w:t>us,” he whispers</w:t>
      </w:r>
    </w:p>
    <w:p w14:paraId="0829EB44" w14:textId="77777777" w:rsidR="00CB0035" w:rsidRDefault="00832B05">
      <w:r>
        <w:t>I do not understand the gravity of his statement and naively dismiss it; I lay on his chest humming to the sounds of the Beatles beating through a Bluetooth speaker, staring up at</w:t>
      </w:r>
      <w:r>
        <w:rPr>
          <w:b/>
        </w:rPr>
        <w:t xml:space="preserve"> </w:t>
      </w:r>
      <w:r>
        <w:t>the clouds watching as they dance in the sky.</w:t>
      </w:r>
    </w:p>
    <w:p w14:paraId="4B3348A6" w14:textId="77777777" w:rsidR="00CB0035" w:rsidRDefault="00832B05">
      <w:r>
        <w:t>He had warned me he was broken, so maybe I should have known better than to let myself fall like I do, but I believe I can help put back the pieces.</w:t>
      </w:r>
    </w:p>
    <w:p w14:paraId="0976E3F2" w14:textId="77777777" w:rsidR="00CB0035" w:rsidRDefault="00832B05">
      <w:r>
        <w:rPr>
          <w:i/>
        </w:rPr>
        <w:t>Why am I trying to save him?</w:t>
      </w:r>
      <w:r>
        <w:t xml:space="preserve"> asks my head.</w:t>
      </w:r>
    </w:p>
    <w:p w14:paraId="31137403" w14:textId="77777777" w:rsidR="00CB0035" w:rsidRDefault="00832B05">
      <w:r>
        <w:rPr>
          <w:i/>
        </w:rPr>
        <w:t>Because you know he is worth it,</w:t>
      </w:r>
      <w:r>
        <w:t xml:space="preserve"> whispers my heart.</w:t>
      </w:r>
    </w:p>
    <w:p w14:paraId="52565A4D" w14:textId="77777777" w:rsidR="00CB0035" w:rsidRDefault="00832B05">
      <w:r>
        <w:rPr>
          <w:i/>
        </w:rPr>
        <w:t>Patience, dear heart</w:t>
      </w:r>
      <w:r>
        <w:t xml:space="preserve"> , is what I tell myself but I know that I’m trying to fool it into a dangerous game.</w:t>
      </w:r>
    </w:p>
    <w:p w14:paraId="55D31330" w14:textId="77777777" w:rsidR="00CB0035" w:rsidRDefault="00832B05">
      <w:r>
        <w:t>As my life starts to become more social, after work drinks became the regular. When Benny attends social events he is uncomfortable and anxious, and wants to leave once we arrive. I am equally anxious making sure he is comfortable, especially when my friends start to notice that I always leave early or cancel altogether. As time goes on, I notice Benny is becoming increasingly withdrawn and depressed. He stops making eye contact with people and even begins avoiding eye contact with me. Benny’s warmth starts</w:t>
      </w:r>
      <w:r>
        <w:t xml:space="preserve"> to turn cold as he struggles with his inner anguish, but I persist no matter how many times he pushes me away telling me to go home and he needs to be alone, that he’s no good for me.</w:t>
      </w:r>
    </w:p>
    <w:p w14:paraId="1D9402C3" w14:textId="77777777" w:rsidR="00CB0035" w:rsidRDefault="00832B05">
      <w:r>
        <w:t>*</w:t>
      </w:r>
    </w:p>
    <w:p w14:paraId="523AC303" w14:textId="77777777" w:rsidR="00CB0035" w:rsidRDefault="00832B05">
      <w:r>
        <w:t>It is a normal Monday morning, but for me, it is anything but. I woke abruptly, not to birds chirping, but to the shrill ringing of my phone. I groan and roll over, picking it up with one hand as I rub my eyes with the other. It is Benny’s mum. I answer the phone with anticipation—something has to be wrong if she is calling so early</w:t>
      </w:r>
    </w:p>
    <w:p w14:paraId="33583191" w14:textId="77777777" w:rsidR="00CB0035" w:rsidRDefault="00832B05">
      <w:r>
        <w:t>Benny is in the hospital. He has cut his wrist.</w:t>
      </w:r>
    </w:p>
    <w:p w14:paraId="59725B98" w14:textId="77777777" w:rsidR="00CB0035" w:rsidRDefault="00832B05">
      <w:r>
        <w:t>I call in sick to work and race to the hospital; I ask for Benny and am led to the emergency bay. It’s all too familiar of being in hospital, again I’m back to dissolve in the stench of pain and turmoil, my hand grips the curtain, all ten fingers tightly clench my palm.</w:t>
      </w:r>
    </w:p>
    <w:p w14:paraId="1330C0D8" w14:textId="77777777" w:rsidR="00CB0035" w:rsidRDefault="00832B05">
      <w:r>
        <w:t>I close my eyes and hold my breath a little longer than intended, and as I pry open the curtain, I see Benny. His face lights up as soon as he sees me and I go and greet him with a kiss. The scent of cheap vodka and cigarettes oozes from his pores and blood stains his clothes—a grim reminder of the night before. I notice his wrist, the raw skin is open, I see the bumps and ridges of the folds where he has carved into his limb—his permanent ink. I flinch and look away, repulsed as a sickness in my stomach gr</w:t>
      </w:r>
      <w:r>
        <w:t>inds against my ribs.</w:t>
      </w:r>
    </w:p>
    <w:p w14:paraId="5062E427" w14:textId="77777777" w:rsidR="00CB0035" w:rsidRDefault="00832B05">
      <w:r>
        <w:t>He’s still drunk from the night before and is jovial, a young female nurse enters to stitch his arm. I clench his hand as the needle weaves in and out, piecing back together his tattoo on his forearem, the view isn’t something to be desired, but it’s all for him so I close my eyes, as the young nurse completes her puzzle of putting Benny back together.</w:t>
      </w:r>
    </w:p>
    <w:p w14:paraId="7CD78328" w14:textId="77777777" w:rsidR="00CB0035" w:rsidRDefault="00832B05">
      <w:r>
        <w:t>The psychologist enters, looking much younger than her level of experience would suggest. Her brown wispy hair covers her sensible face, and I taste the bitterness in the air after she greets us with a hello and an insincere handshake.</w:t>
      </w:r>
    </w:p>
    <w:p w14:paraId="72CF914F" w14:textId="77777777" w:rsidR="00CB0035" w:rsidRDefault="00832B05">
      <w:r>
        <w:t>“So, what’s happened?” she questions Benny.</w:t>
      </w:r>
    </w:p>
    <w:p w14:paraId="2006869A" w14:textId="77777777" w:rsidR="00CB0035" w:rsidRDefault="00832B05">
      <w:r>
        <w:t>“I had voices in my head telling me to jump off the fifth floor and I didn’t want to, so I cut myself instead,” he replies.</w:t>
      </w:r>
    </w:p>
    <w:p w14:paraId="35668203" w14:textId="77777777" w:rsidR="00CB0035" w:rsidRDefault="00832B05">
      <w:r>
        <w:t>“I see,” she says as she pulls out her notebook, “and why did you think that was necessary?”</w:t>
      </w:r>
    </w:p>
    <w:p w14:paraId="38966C2E" w14:textId="77777777" w:rsidR="00CB0035" w:rsidRDefault="00832B05">
      <w:r>
        <w:t>“Because if I didn’t do it now, then they were going to make me do it later,” Benny replies with a shrug.</w:t>
      </w:r>
    </w:p>
    <w:p w14:paraId="7DC0F84C" w14:textId="77777777" w:rsidR="00CB0035" w:rsidRDefault="00832B05">
      <w:r>
        <w:t>The psychologist looks at him over her glasses and sighs before looking back down at her notes. She writes something down quickly before looking up again. “And how long has this been happening?”</w:t>
      </w:r>
    </w:p>
    <w:p w14:paraId="6F0288C6" w14:textId="77777777" w:rsidR="00CB0035" w:rsidRDefault="00832B05">
      <w:r>
        <w:t>As he answers the questions that follow, the essence that made him radiant dims as the gravity of his reality makes itself known. After some deliberation, the psychologist advises Benny will not be admitted and can be sent home. I am to monitor him, and I’m confused why they have put this mammoth task upon me. Caring for someone in this state is not foreign to me, from my mothers depression, previous partner, my own. so I accept.</w:t>
      </w:r>
    </w:p>
    <w:p w14:paraId="4F45F5DC" w14:textId="77777777" w:rsidR="00CB0035" w:rsidRDefault="00832B05">
      <w:r>
        <w:t>I take Benny home to his apartment. As we enter the door, I go to clean up the crime scene in the bathroom. Blood has run down the length of the room and stained his white tiles red. As I scrub away at the chaos that came from his veins, I remember back to our simple days as new lovers.</w:t>
      </w:r>
    </w:p>
    <w:p w14:paraId="49F5E258" w14:textId="77777777" w:rsidR="00CB0035" w:rsidRDefault="00832B05">
      <w:r>
        <w:t>I collapse onto the bed. The scent of bleach intoxicates me. “I want to die,” he whimpers from beside me.</w:t>
      </w:r>
    </w:p>
    <w:p w14:paraId="78F9399C" w14:textId="77777777" w:rsidR="00CB0035" w:rsidRDefault="00832B05">
      <w:r>
        <w:t>“I know,” I reply. My heart aching for him</w:t>
      </w:r>
    </w:p>
    <w:p w14:paraId="0C24083E" w14:textId="77777777" w:rsidR="00CB0035" w:rsidRDefault="00832B05">
      <w:r>
        <w:t>I look into his eyes and see that they are lost.</w:t>
      </w:r>
    </w:p>
    <w:p w14:paraId="5D5CDBA8" w14:textId="77777777" w:rsidR="00CB0035" w:rsidRDefault="00832B05">
      <w:r>
        <w:t>“I’m confused,” he says,</w:t>
      </w:r>
    </w:p>
    <w:p w14:paraId="4E63B185" w14:textId="77777777" w:rsidR="00CB0035" w:rsidRDefault="00832B05">
      <w:r>
        <w:t>‘I grip him tight as I reply: “It’s okay.”</w:t>
      </w:r>
    </w:p>
    <w:p w14:paraId="619E0DF6" w14:textId="77777777" w:rsidR="00CB0035" w:rsidRDefault="00832B05">
      <w:r>
        <w:t>Benny motions to the door and wanders outside. I follow him—my feet sting against the pavement in the chilly night air.</w:t>
      </w:r>
    </w:p>
    <w:p w14:paraId="078A7D9F" w14:textId="77777777" w:rsidR="00CB0035" w:rsidRDefault="00832B05">
      <w:r>
        <w:t>“Please come inside,” I beg him. “You’re safe here.”</w:t>
      </w:r>
    </w:p>
    <w:p w14:paraId="6701FBC6" w14:textId="77777777" w:rsidR="00CB0035" w:rsidRDefault="00832B05">
      <w:r>
        <w:t>He is scared and confused and trying to find answers. He listens after my pleas that he return inside with me. He knows that we have work tomorrow. As we settle into bed together, he turns his side to face me and asks: “Do you want to Romeo and Juliet this?”</w:t>
      </w:r>
    </w:p>
    <w:p w14:paraId="5224D1EA" w14:textId="77777777" w:rsidR="00CB0035" w:rsidRDefault="00832B05">
      <w:r>
        <w:t xml:space="preserve">Words don’t come out of my mouth; instead, salt from my tears </w:t>
      </w:r>
      <w:r>
        <w:t>tastes bitter against my lips.</w:t>
      </w:r>
    </w:p>
    <w:p w14:paraId="6995E8EE" w14:textId="77777777" w:rsidR="00CB0035" w:rsidRDefault="00832B05">
      <w:r>
        <w:t>*</w:t>
      </w:r>
    </w:p>
    <w:p w14:paraId="3715D405" w14:textId="77777777" w:rsidR="00CB0035" w:rsidRDefault="00832B05">
      <w:r>
        <w:t>When my lease runs out on my apartment, I move into Benny’s. I am reluctant at first, but it is a compromise: I go to work every day while holding it together, hiding the secret that my partner has this awful mental illness. I cover up my pain with smiles while the hurt sits deep down, festering under my skin.</w:t>
      </w:r>
    </w:p>
    <w:p w14:paraId="5B738A53" w14:textId="77777777" w:rsidR="00CB0035" w:rsidRDefault="00832B05">
      <w:r>
        <w:t>I arrive home from work after a busy work week, and as I enter all the lights are off. Benny is sitting in the dark at the end of the bed.</w:t>
      </w:r>
    </w:p>
    <w:p w14:paraId="7A8E6911" w14:textId="77777777" w:rsidR="00CB0035" w:rsidRDefault="00832B05">
      <w:r>
        <w:t>I shift past him, gently bumping into his leg. “What are you doing?” I ask.</w:t>
      </w:r>
    </w:p>
    <w:p w14:paraId="4461A5FD" w14:textId="77777777" w:rsidR="00CB0035" w:rsidRDefault="00832B05">
      <w:r>
        <w:t>He opens his eyes. “Meditating.”</w:t>
      </w:r>
    </w:p>
    <w:p w14:paraId="7129BBA4" w14:textId="77777777" w:rsidR="00CB0035" w:rsidRDefault="00832B05">
      <w:r>
        <w:t>I haven’t seen him sleep in 24 hours; he hasn’t taken his meds in two days; I’ve tried to coax him into taking them, but he tells me he needs to stay awake to find out “what is going on.”</w:t>
      </w:r>
    </w:p>
    <w:p w14:paraId="69106F86" w14:textId="77777777" w:rsidR="00CB0035" w:rsidRDefault="00832B05">
      <w:r>
        <w:t>I pour a glass of wine and take a sip—it fills my stomach; empty from days of not eating more than a few bites here and there. I ask generic questions with no response, so we sit quietly together in the dark, leaving him be.</w:t>
      </w:r>
    </w:p>
    <w:p w14:paraId="369345B7" w14:textId="77777777" w:rsidR="00CB0035" w:rsidRDefault="00832B05">
      <w:r>
        <w:br/>
      </w:r>
      <w:r>
        <w:br/>
      </w:r>
    </w:p>
    <w:p w14:paraId="4AE655BF" w14:textId="77777777" w:rsidR="00CB0035" w:rsidRDefault="00832B05">
      <w:r>
        <w:t xml:space="preserve">I raise my </w:t>
      </w:r>
      <w:r>
        <w:t>hand to my face and rub my eyes, exhausted from the long day.</w:t>
      </w:r>
    </w:p>
    <w:p w14:paraId="0174592E" w14:textId="77777777" w:rsidR="00CB0035" w:rsidRDefault="00832B05">
      <w:r>
        <w:t>“Who are you signaling?” he asks abruptly.</w:t>
      </w:r>
    </w:p>
    <w:p w14:paraId="678DF68D" w14:textId="77777777" w:rsidR="00CB0035" w:rsidRDefault="00832B05">
      <w:r>
        <w:t>“No one,” I promise him.</w:t>
      </w:r>
    </w:p>
    <w:p w14:paraId="4C386BF2" w14:textId="77777777" w:rsidR="00CB0035" w:rsidRDefault="00832B05">
      <w:r>
        <w:t>“You have a listening device,” he accuses me, pointing at my tragus piercing. “Let me check your ear.”</w:t>
      </w:r>
    </w:p>
    <w:p w14:paraId="2B91F75C" w14:textId="77777777" w:rsidR="00CB0035" w:rsidRDefault="00832B05">
      <w:r>
        <w:t>I take out the piercing, and he inspects it; I plead my innocence as he accuses me of lying to him. He asks what’s going on—my pleas and cries just seem to irritate him more. He leaves the room to go watch TV, leaving me behind to sit and cry.</w:t>
      </w:r>
    </w:p>
    <w:p w14:paraId="19CB5319" w14:textId="77777777" w:rsidR="00CB0035" w:rsidRDefault="00832B05">
      <w:r>
        <w:t>He has taken the wine but I don’t take it off him; I close my eyes. He’s sick. I tell myself it’s not him, gritting my teeth to trap the anger at the mental illness robbing us of a normal life. “It’s my choice to be here, I chose this,” I chant as I eventually fall asleep.</w:t>
      </w:r>
    </w:p>
    <w:p w14:paraId="283FB548" w14:textId="77777777" w:rsidR="00CB0035" w:rsidRDefault="00832B05">
      <w:r>
        <w:t>*</w:t>
      </w:r>
    </w:p>
    <w:p w14:paraId="2F1A64C6" w14:textId="77777777" w:rsidR="00CB0035" w:rsidRDefault="00832B05">
      <w:r>
        <w:t>I wake up to a strange pressure on my legs. “Get out,” I hear, and I struggle to comprehend what was happening.</w:t>
      </w:r>
    </w:p>
    <w:p w14:paraId="2298BCB3" w14:textId="77777777" w:rsidR="00CB0035" w:rsidRDefault="00832B05">
      <w:r>
        <w:t>“Get out!” I hear again, and I felt the pressure on my legs once more. The realization dawns on me that it is Benny pushing me out of bed.</w:t>
      </w:r>
    </w:p>
    <w:p w14:paraId="588BDE6A" w14:textId="77777777" w:rsidR="00CB0035" w:rsidRDefault="00832B05">
      <w:r>
        <w:t>“What’s wrong? I question.</w:t>
      </w:r>
    </w:p>
    <w:p w14:paraId="08E07BFA" w14:textId="77777777" w:rsidR="00CB0035" w:rsidRDefault="00832B05">
      <w:r>
        <w:t>He won’t tell me. and had shut down completely and wont look or speak to me so I don’t push it. I go to sleep on the lounge and cry. The next morning, I tip-toe through the apartment, peeking through the bedroom door. Benny is asleep on his side, one arm stretched out above his head. I extend my hand through the gap of the door and grab whatever clothes are closest so as not to wake him. I leave for work with my messy hair and stubborn spirit—even though there is chaos behind my eyes. That hurt is molding i</w:t>
      </w:r>
      <w:r>
        <w:t>nto strength, and I just keep going.</w:t>
      </w:r>
    </w:p>
    <w:p w14:paraId="2700D5C7" w14:textId="77777777" w:rsidR="00CB0035" w:rsidRDefault="00832B05">
      <w:r>
        <w:t>I call the mental health team on the bus ride into the office; Benny’s case worker informs me he’s not acute enough and we’ll have to wait until next fortnight go see the psychiatrist. I plead for an appointment—“We wont make it two weeks!” I wail. The caseworker submits to my cries and schedules an appointment for the next morning.</w:t>
      </w:r>
    </w:p>
    <w:p w14:paraId="6615F05C" w14:textId="77777777" w:rsidR="00CB0035" w:rsidRDefault="00832B05">
      <w:r>
        <w:t>I take the morning off work to attend. I wait anxiously as the doctor is late; finally Benny and I are ushered to the doctor’s office, which is small and cramped. The walls re painted a dull beige, the carpet is a dark green, and the room is stuffy and the air is think from no air conditioning The desk chair is old and uncomfortable, and there’s an ancient-looking computer on it that looks like it belongs in a museum. I get a glimpse into the public mental health system and its lack of resources.</w:t>
      </w:r>
    </w:p>
    <w:p w14:paraId="72B2D4AF" w14:textId="77777777" w:rsidR="00CB0035" w:rsidRDefault="00832B05">
      <w:r>
        <w:t>I sit down on the edge of the seat, holding my breath as I wait for the doctor to appear. As we’re waiting, Benny stares at the ground with his head hanging low.</w:t>
      </w:r>
    </w:p>
    <w:p w14:paraId="5196208E" w14:textId="77777777" w:rsidR="00CB0035" w:rsidRDefault="00832B05">
      <w:r>
        <w:t>Dr. Stevens enters smiles kindly at Benny and nods slowly, “Hello Benny,” he says, “It’s nice to meet you.”</w:t>
      </w:r>
    </w:p>
    <w:p w14:paraId="076BBF7B" w14:textId="77777777" w:rsidR="00CB0035" w:rsidRDefault="00832B05">
      <w:r>
        <w:t>Benny does not respond or even acknowledge him with a glance upward, covering his face like he is masking the sadness.</w:t>
      </w:r>
    </w:p>
    <w:p w14:paraId="4B9D87A2" w14:textId="77777777" w:rsidR="00CB0035" w:rsidRDefault="00832B05">
      <w:r>
        <w:t>I inform the doctor about his accusations and kicking me out of bed, that he hasn’t slept, and I’m worried because he hasn’t been taking his medication.</w:t>
      </w:r>
    </w:p>
    <w:p w14:paraId="7569234C" w14:textId="77777777" w:rsidR="00CB0035" w:rsidRDefault="00832B05">
      <w:r>
        <w:t>I tell him he’s been sleeping only two hours a day, which is not normal for him at all. He also says that he doesn’t feel like he can trust anyone anymore—including you and me.</w:t>
      </w:r>
    </w:p>
    <w:p w14:paraId="5D7C0575" w14:textId="77777777" w:rsidR="00CB0035" w:rsidRDefault="00832B05">
      <w:r>
        <w:t>Benny has always been very quiet and gentle with everyone around him, but now he seems more angry than usual and unwilling to listen to reason from anyone.</w:t>
      </w:r>
    </w:p>
    <w:p w14:paraId="79EA343D" w14:textId="77777777" w:rsidR="00CB0035" w:rsidRDefault="00832B05">
      <w:r>
        <w:t>Benny says nothing as we speak around him. The doctor turns to him to clarify my statements; “Do you have anything to add?” he asks.</w:t>
      </w:r>
    </w:p>
    <w:p w14:paraId="28E30717" w14:textId="77777777" w:rsidR="00CB0035" w:rsidRDefault="00832B05">
      <w:r>
        <w:t xml:space="preserve">Benny shakes his head no giving no insight to my or his torment. The doctor advises he will prescribe Benny another medication to add to his current one and </w:t>
      </w:r>
      <w:r>
        <w:t>sends us on our way.</w:t>
      </w:r>
    </w:p>
    <w:p w14:paraId="2893CBCF" w14:textId="77777777" w:rsidR="00CB0035" w:rsidRDefault="00832B05">
      <w:r>
        <w:t>I needed to show up for him, when I look Into his eyes the depths of his sadness consumes me I feel it deep within my soul, it’s different to my own pain it’s worse as I don’t know where it starts or where it ends a comfort and a Curse. How do I heal him when he believes that I am the hunter the one holding trigger</w:t>
      </w:r>
    </w:p>
    <w:p w14:paraId="48FE7E7E" w14:textId="77777777" w:rsidR="00CB0035" w:rsidRDefault="00832B05">
      <w:r>
        <w:t>I could feel the hurt in the air in his room, it was so strong it almost choked me. He sat against the wall with a bottle of vodka in one hand and a smoke in the other, tears streamed down his face as they fell, my heart hurt, it hurt just as much as knowing that this isn’t how it should have been. I thought I had experienced heartbreak in my life, but at that moment I realised that I knew what true gut wrenching pain from losing someone was.</w:t>
      </w:r>
    </w:p>
    <w:p w14:paraId="66478DC0" w14:textId="77777777" w:rsidR="00CB0035" w:rsidRDefault="00832B05">
      <w:r>
        <w:t>Benny’s condition worsens as the days pass, the dirty clothes and dishes piled in the sink, and. I descend into an empty glass of wine filled with sorrow and guilt - no longer able to carry the weight of my situation. It’s been a week since I’ve seen him smile or heard him laugh. I arrive home from work He sits on the edge of the bed, all the lights are off, His hands are clasped together resting on his knees, his head is down, facing his feet and his eyes are closed. The shadows cover him making him look c</w:t>
      </w:r>
      <w:r>
        <w:t>old and unapproachable, what are you doing I ask? Meditating he replies I shift past him trying not to disturb. I peel one of his anti psychotic medications from its seal and hand too him he refuses to take it, " I need to stay awake to find out what’s going on he tells me</w:t>
      </w:r>
    </w:p>
    <w:p w14:paraId="6215E0C1" w14:textId="77777777" w:rsidR="00CB0035" w:rsidRDefault="00832B05">
      <w:r>
        <w:t>" please babe you need to rest I urge. He takes the pill and and places it in his mouth and I’m satisfied. I hold his head in my hands as he sobs I clench my eyes shut trapping the tears,</w:t>
      </w:r>
    </w:p>
    <w:p w14:paraId="7C5C3C6D" w14:textId="77777777" w:rsidR="00CB0035" w:rsidRDefault="00832B05">
      <w:r>
        <w:t>“its OK I’m here, I’m here” I repeat in an effort to tranquilize his Agony.</w:t>
      </w:r>
    </w:p>
    <w:p w14:paraId="79872C83" w14:textId="77777777" w:rsidR="00CB0035" w:rsidRDefault="00832B05">
      <w:r>
        <w:t>we continue to sit and say nothing the silence echos the sound of loneliness. I can sense his chaotic mind. I’m afraid, afraid of today afraid of tomorrow. The uncertainty is suffocating. I want to hold him and be close but I feel his distance repealing me The room is dark. A single lamp casts a dim glow onto the wall, and the shadows that it casts are distorted by the heavy curtains drawn across the window.</w:t>
      </w:r>
    </w:p>
    <w:p w14:paraId="51C394CD" w14:textId="77777777" w:rsidR="00CB0035" w:rsidRDefault="00832B05">
      <w:r>
        <w:t>He pulls his knees up to his chest and curls into himself. He puts his head in his hands, and cries. It’s quiet, at first, just quiet sobs but then the tears pour from his eyes and he sobs harder.</w:t>
      </w:r>
    </w:p>
    <w:p w14:paraId="57305603" w14:textId="77777777" w:rsidR="00CB0035" w:rsidRDefault="00832B05">
      <w:r>
        <w:t>“I’m in this game with no idea how it works The game’s creator have made it intentionally difficult for players like to find information they are evil” he tells me I put music on to try and soften the mood, “their making fun of me” he shouts " I need to get out of this game I can’t watch videos I can’t read I can’t listen to audio books or music all I can do it sit here and stare st the wall. How is it fair that I don’t know the rules or the end game? it’s like a chest game that has no pieces. How do I even</w:t>
      </w:r>
      <w:r>
        <w:t xml:space="preserve"> know you’re who you say you are? My brows crease heavily over my bewilded eyes, Benny it’s Me I love you</w:t>
      </w:r>
    </w:p>
    <w:p w14:paraId="74608D40" w14:textId="77777777" w:rsidR="00CB0035" w:rsidRDefault="00832B05">
      <w:r>
        <w:t>I stare at him, My brain stops working; there’s no way to respond to this question.</w:t>
      </w:r>
    </w:p>
    <w:p w14:paraId="3717BA20" w14:textId="77777777" w:rsidR="00CB0035" w:rsidRDefault="00832B05">
      <w:r>
        <w:t>I’m not sure what he wants me to say. Do I need to prove myself? Should I just show him my ID?</w:t>
      </w:r>
    </w:p>
    <w:p w14:paraId="244C2A6E" w14:textId="77777777" w:rsidR="00CB0035" w:rsidRDefault="00832B05">
      <w:r>
        <w:t>I could feel my heart beating in my chest. It felt like it was trying to escape, so I held my breath in hopes that would keep it from pounding so hard.</w:t>
      </w:r>
    </w:p>
    <w:p w14:paraId="19047868" w14:textId="77777777" w:rsidR="00CB0035" w:rsidRDefault="00832B05">
      <w:r>
        <w:t>I was sitting on the edge of the bed, with a pillow clutched to my chest and staring at the door. He stood there with his arms crossed over his chest and he was staring back at me with his dark eyes. He looked like he had all the time in the world—and it made me feel even more anxious than before.</w:t>
      </w:r>
    </w:p>
    <w:p w14:paraId="5B8BFB55" w14:textId="77777777" w:rsidR="00CB0035" w:rsidRDefault="00832B05">
      <w:r>
        <w:t>“Who are you signaling “he snaps breaking my silent stare, “no one” I plead looking at him while trying not to blink too much so as not trigger him.</w:t>
      </w:r>
    </w:p>
    <w:p w14:paraId="2435C5A5" w14:textId="77777777" w:rsidR="00CB0035" w:rsidRDefault="00832B05">
      <w:r>
        <w:t>I went to the bathroom to compose myself for a minute, and when I came back, he was gone. I searched around the apartment, but he’s vanished—completely disappeared from sight.</w:t>
      </w:r>
    </w:p>
    <w:p w14:paraId="3DEC15A5" w14:textId="77777777" w:rsidR="00CB0035" w:rsidRDefault="00832B05">
      <w:r>
        <w:t>I don’t know what the fuck to do. Should I call the police? What if he comes back? Should I stay here and wait for him? All these thoughts are running through my head as fast as possible, and there’s no amount of time that feels like enough for me to process them all properly before everything goes black again. I frantically run outside search for him, I call his name and hear rustling behind me, I turn my head in a swift motion and see a figure running into the bush behind his apartment.</w:t>
      </w:r>
    </w:p>
    <w:p w14:paraId="25073874" w14:textId="77777777" w:rsidR="00CB0035" w:rsidRDefault="00832B05">
      <w:r>
        <w:t>“Benny?!” I run after him, he doesn’t respond to me, My footsteps are heavy, the ground is soft and damp and the smell of rain is on the air. “Benny! Where are you going?!”</w:t>
      </w:r>
    </w:p>
    <w:p w14:paraId="210D87FE" w14:textId="77777777" w:rsidR="00CB0035" w:rsidRDefault="00832B05">
      <w:r>
        <w:t>I try his phone but it’s switched off. As I surrender and go inside he appears from the bushes and darts past me into the apartment I follow, he won’t look at me and retires to his room. I knock on his door and enter to find him sitting on the floor, staring blankly at nothing. “Can I sit down?”</w:t>
      </w:r>
    </w:p>
    <w:p w14:paraId="1F26EA8D" w14:textId="77777777" w:rsidR="00CB0035" w:rsidRDefault="00832B05">
      <w:r>
        <w:t>His eyes blink but he doesn’t move he doesn’t react so I sit beside him on the floor with our backs pressed against each other I slide my hand along his and intertwine our fingers. He doesn’t respond but instead squeezes mine and I realize something, he isn’t scared of me anymore.</w:t>
      </w:r>
    </w:p>
    <w:p w14:paraId="3300DD71" w14:textId="77777777" w:rsidR="00CB0035" w:rsidRDefault="00832B05">
      <w:r>
        <w:t>“Sorry if I startled you,” his voice sounds strained and raspy like he hasn’t spoken in quite some time. “I thought you were someone else,”</w:t>
      </w:r>
    </w:p>
    <w:p w14:paraId="433C170F" w14:textId="77777777" w:rsidR="00CB0035" w:rsidRDefault="00832B05">
      <w:r>
        <w:t>“Why would you think that?” I can hear the slight tremble in his voice. I know it’ come on lets go to bed, we lay down and I hold him as he falls asleep both of us exhausted.</w:t>
      </w:r>
    </w:p>
    <w:p w14:paraId="734D8093" w14:textId="77777777" w:rsidR="00CB0035" w:rsidRDefault="00832B05">
      <w:r>
        <w:t>Hours pass and I wake to the smell of burning plastic I jump out of bed and run to the kitchen Benny is standing at the microwave holding a computer hard drive. Pop, bang crack</w:t>
      </w:r>
    </w:p>
    <w:p w14:paraId="7F4A7757" w14:textId="77777777" w:rsidR="00CB0035" w:rsidRDefault="00832B05">
      <w:r>
        <w:br/>
      </w:r>
      <w:r>
        <w:br/>
      </w:r>
    </w:p>
    <w:p w14:paraId="66D15331" w14:textId="77777777" w:rsidR="00CB0035" w:rsidRDefault="00832B05">
      <w:r>
        <w:br/>
      </w:r>
      <w:r>
        <w:br/>
      </w:r>
    </w:p>
    <w:p w14:paraId="0771721F" w14:textId="77777777" w:rsidR="00CB0035" w:rsidRDefault="00CB0035"/>
    <w:p w14:paraId="2633B148" w14:textId="77777777" w:rsidR="00CB0035" w:rsidRDefault="00CB0035"/>
    <w:p w14:paraId="2824DC77" w14:textId="77777777" w:rsidR="00CB0035" w:rsidRDefault="00CB0035"/>
    <w:sectPr w:rsidR="00CB003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07305465">
    <w:abstractNumId w:val="8"/>
  </w:num>
  <w:num w:numId="2" w16cid:durableId="1451052932">
    <w:abstractNumId w:val="6"/>
  </w:num>
  <w:num w:numId="3" w16cid:durableId="681467275">
    <w:abstractNumId w:val="5"/>
  </w:num>
  <w:num w:numId="4" w16cid:durableId="283508742">
    <w:abstractNumId w:val="4"/>
  </w:num>
  <w:num w:numId="5" w16cid:durableId="942955285">
    <w:abstractNumId w:val="7"/>
  </w:num>
  <w:num w:numId="6" w16cid:durableId="1661499657">
    <w:abstractNumId w:val="3"/>
  </w:num>
  <w:num w:numId="7" w16cid:durableId="94909712">
    <w:abstractNumId w:val="2"/>
  </w:num>
  <w:num w:numId="8" w16cid:durableId="3096638">
    <w:abstractNumId w:val="1"/>
  </w:num>
  <w:num w:numId="9" w16cid:durableId="18876394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proofState w:spelling="clean" w:grammar="clean"/>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58A"/>
    <w:rsid w:val="000167E5"/>
    <w:rsid w:val="00034616"/>
    <w:rsid w:val="0004380C"/>
    <w:rsid w:val="0006063C"/>
    <w:rsid w:val="000B546E"/>
    <w:rsid w:val="000F6ED5"/>
    <w:rsid w:val="0015074B"/>
    <w:rsid w:val="002006BF"/>
    <w:rsid w:val="0027387F"/>
    <w:rsid w:val="0029639D"/>
    <w:rsid w:val="00313E0C"/>
    <w:rsid w:val="00326F90"/>
    <w:rsid w:val="00332D1C"/>
    <w:rsid w:val="00370BCC"/>
    <w:rsid w:val="00431F51"/>
    <w:rsid w:val="00484F6D"/>
    <w:rsid w:val="004A3630"/>
    <w:rsid w:val="004A6BB7"/>
    <w:rsid w:val="004A7B03"/>
    <w:rsid w:val="004C5FC4"/>
    <w:rsid w:val="00502070"/>
    <w:rsid w:val="005D1C87"/>
    <w:rsid w:val="006047D4"/>
    <w:rsid w:val="00653056"/>
    <w:rsid w:val="006C1863"/>
    <w:rsid w:val="007B43FA"/>
    <w:rsid w:val="007C4EA5"/>
    <w:rsid w:val="00832B05"/>
    <w:rsid w:val="00847BAB"/>
    <w:rsid w:val="008A1245"/>
    <w:rsid w:val="008A390A"/>
    <w:rsid w:val="008E07D6"/>
    <w:rsid w:val="00956B5B"/>
    <w:rsid w:val="00A429E9"/>
    <w:rsid w:val="00A45CE6"/>
    <w:rsid w:val="00AA1D8D"/>
    <w:rsid w:val="00B47730"/>
    <w:rsid w:val="00C94083"/>
    <w:rsid w:val="00CB0035"/>
    <w:rsid w:val="00CB0664"/>
    <w:rsid w:val="00D04D48"/>
    <w:rsid w:val="00D53276"/>
    <w:rsid w:val="00D80672"/>
    <w:rsid w:val="00DD6D86"/>
    <w:rsid w:val="00DF37C1"/>
    <w:rsid w:val="00E17E8C"/>
    <w:rsid w:val="00E725CB"/>
    <w:rsid w:val="00F740EB"/>
    <w:rsid w:val="00FC693F"/>
    <w:rsid w:val="00FF24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9AC5107"/>
  <w14:defaultImageDpi w14:val="300"/>
  <w15:docId w15:val="{AD01B47F-FE99-485A-95FE-BC84B097C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673003">
      <w:bodyDiv w:val="1"/>
      <w:marLeft w:val="0"/>
      <w:marRight w:val="0"/>
      <w:marTop w:val="0"/>
      <w:marBottom w:val="0"/>
      <w:divBdr>
        <w:top w:val="none" w:sz="0" w:space="0" w:color="auto"/>
        <w:left w:val="none" w:sz="0" w:space="0" w:color="auto"/>
        <w:bottom w:val="none" w:sz="0" w:space="0" w:color="auto"/>
        <w:right w:val="none" w:sz="0" w:space="0" w:color="auto"/>
      </w:divBdr>
      <w:divsChild>
        <w:div w:id="725568884">
          <w:marLeft w:val="0"/>
          <w:marRight w:val="0"/>
          <w:marTop w:val="0"/>
          <w:marBottom w:val="0"/>
          <w:divBdr>
            <w:top w:val="none" w:sz="0" w:space="0" w:color="auto"/>
            <w:left w:val="none" w:sz="0" w:space="0" w:color="auto"/>
            <w:bottom w:val="none" w:sz="0" w:space="0" w:color="auto"/>
            <w:right w:val="none" w:sz="0" w:space="0" w:color="auto"/>
          </w:divBdr>
        </w:div>
      </w:divsChild>
    </w:div>
    <w:div w:id="55471155">
      <w:bodyDiv w:val="1"/>
      <w:marLeft w:val="0"/>
      <w:marRight w:val="0"/>
      <w:marTop w:val="0"/>
      <w:marBottom w:val="0"/>
      <w:divBdr>
        <w:top w:val="none" w:sz="0" w:space="0" w:color="auto"/>
        <w:left w:val="none" w:sz="0" w:space="0" w:color="auto"/>
        <w:bottom w:val="none" w:sz="0" w:space="0" w:color="auto"/>
        <w:right w:val="none" w:sz="0" w:space="0" w:color="auto"/>
      </w:divBdr>
      <w:divsChild>
        <w:div w:id="242951654">
          <w:marLeft w:val="0"/>
          <w:marRight w:val="0"/>
          <w:marTop w:val="0"/>
          <w:marBottom w:val="0"/>
          <w:divBdr>
            <w:top w:val="none" w:sz="0" w:space="0" w:color="auto"/>
            <w:left w:val="none" w:sz="0" w:space="0" w:color="auto"/>
            <w:bottom w:val="none" w:sz="0" w:space="0" w:color="auto"/>
            <w:right w:val="none" w:sz="0" w:space="0" w:color="auto"/>
          </w:divBdr>
        </w:div>
      </w:divsChild>
    </w:div>
    <w:div w:id="93408675">
      <w:bodyDiv w:val="1"/>
      <w:marLeft w:val="0"/>
      <w:marRight w:val="0"/>
      <w:marTop w:val="0"/>
      <w:marBottom w:val="0"/>
      <w:divBdr>
        <w:top w:val="none" w:sz="0" w:space="0" w:color="auto"/>
        <w:left w:val="none" w:sz="0" w:space="0" w:color="auto"/>
        <w:bottom w:val="none" w:sz="0" w:space="0" w:color="auto"/>
        <w:right w:val="none" w:sz="0" w:space="0" w:color="auto"/>
      </w:divBdr>
      <w:divsChild>
        <w:div w:id="521633427">
          <w:marLeft w:val="0"/>
          <w:marRight w:val="0"/>
          <w:marTop w:val="0"/>
          <w:marBottom w:val="0"/>
          <w:divBdr>
            <w:top w:val="none" w:sz="0" w:space="0" w:color="auto"/>
            <w:left w:val="none" w:sz="0" w:space="0" w:color="auto"/>
            <w:bottom w:val="none" w:sz="0" w:space="0" w:color="auto"/>
            <w:right w:val="none" w:sz="0" w:space="0" w:color="auto"/>
          </w:divBdr>
        </w:div>
      </w:divsChild>
    </w:div>
    <w:div w:id="221645941">
      <w:bodyDiv w:val="1"/>
      <w:marLeft w:val="0"/>
      <w:marRight w:val="0"/>
      <w:marTop w:val="0"/>
      <w:marBottom w:val="0"/>
      <w:divBdr>
        <w:top w:val="none" w:sz="0" w:space="0" w:color="auto"/>
        <w:left w:val="none" w:sz="0" w:space="0" w:color="auto"/>
        <w:bottom w:val="none" w:sz="0" w:space="0" w:color="auto"/>
        <w:right w:val="none" w:sz="0" w:space="0" w:color="auto"/>
      </w:divBdr>
      <w:divsChild>
        <w:div w:id="746003635">
          <w:marLeft w:val="0"/>
          <w:marRight w:val="0"/>
          <w:marTop w:val="0"/>
          <w:marBottom w:val="0"/>
          <w:divBdr>
            <w:top w:val="none" w:sz="0" w:space="0" w:color="auto"/>
            <w:left w:val="none" w:sz="0" w:space="0" w:color="auto"/>
            <w:bottom w:val="none" w:sz="0" w:space="0" w:color="auto"/>
            <w:right w:val="none" w:sz="0" w:space="0" w:color="auto"/>
          </w:divBdr>
        </w:div>
      </w:divsChild>
    </w:div>
    <w:div w:id="289098346">
      <w:bodyDiv w:val="1"/>
      <w:marLeft w:val="0"/>
      <w:marRight w:val="0"/>
      <w:marTop w:val="0"/>
      <w:marBottom w:val="0"/>
      <w:divBdr>
        <w:top w:val="none" w:sz="0" w:space="0" w:color="auto"/>
        <w:left w:val="none" w:sz="0" w:space="0" w:color="auto"/>
        <w:bottom w:val="none" w:sz="0" w:space="0" w:color="auto"/>
        <w:right w:val="none" w:sz="0" w:space="0" w:color="auto"/>
      </w:divBdr>
      <w:divsChild>
        <w:div w:id="726950205">
          <w:marLeft w:val="0"/>
          <w:marRight w:val="0"/>
          <w:marTop w:val="0"/>
          <w:marBottom w:val="0"/>
          <w:divBdr>
            <w:top w:val="none" w:sz="0" w:space="0" w:color="auto"/>
            <w:left w:val="none" w:sz="0" w:space="0" w:color="auto"/>
            <w:bottom w:val="none" w:sz="0" w:space="0" w:color="auto"/>
            <w:right w:val="none" w:sz="0" w:space="0" w:color="auto"/>
          </w:divBdr>
        </w:div>
      </w:divsChild>
    </w:div>
    <w:div w:id="320162211">
      <w:bodyDiv w:val="1"/>
      <w:marLeft w:val="0"/>
      <w:marRight w:val="0"/>
      <w:marTop w:val="0"/>
      <w:marBottom w:val="0"/>
      <w:divBdr>
        <w:top w:val="none" w:sz="0" w:space="0" w:color="auto"/>
        <w:left w:val="none" w:sz="0" w:space="0" w:color="auto"/>
        <w:bottom w:val="none" w:sz="0" w:space="0" w:color="auto"/>
        <w:right w:val="none" w:sz="0" w:space="0" w:color="auto"/>
      </w:divBdr>
    </w:div>
    <w:div w:id="346493438">
      <w:bodyDiv w:val="1"/>
      <w:marLeft w:val="0"/>
      <w:marRight w:val="0"/>
      <w:marTop w:val="0"/>
      <w:marBottom w:val="0"/>
      <w:divBdr>
        <w:top w:val="none" w:sz="0" w:space="0" w:color="auto"/>
        <w:left w:val="none" w:sz="0" w:space="0" w:color="auto"/>
        <w:bottom w:val="none" w:sz="0" w:space="0" w:color="auto"/>
        <w:right w:val="none" w:sz="0" w:space="0" w:color="auto"/>
      </w:divBdr>
    </w:div>
    <w:div w:id="415714331">
      <w:bodyDiv w:val="1"/>
      <w:marLeft w:val="0"/>
      <w:marRight w:val="0"/>
      <w:marTop w:val="0"/>
      <w:marBottom w:val="0"/>
      <w:divBdr>
        <w:top w:val="none" w:sz="0" w:space="0" w:color="auto"/>
        <w:left w:val="none" w:sz="0" w:space="0" w:color="auto"/>
        <w:bottom w:val="none" w:sz="0" w:space="0" w:color="auto"/>
        <w:right w:val="none" w:sz="0" w:space="0" w:color="auto"/>
      </w:divBdr>
      <w:divsChild>
        <w:div w:id="2049988945">
          <w:marLeft w:val="0"/>
          <w:marRight w:val="0"/>
          <w:marTop w:val="0"/>
          <w:marBottom w:val="0"/>
          <w:divBdr>
            <w:top w:val="none" w:sz="0" w:space="0" w:color="auto"/>
            <w:left w:val="none" w:sz="0" w:space="0" w:color="auto"/>
            <w:bottom w:val="none" w:sz="0" w:space="0" w:color="auto"/>
            <w:right w:val="none" w:sz="0" w:space="0" w:color="auto"/>
          </w:divBdr>
        </w:div>
      </w:divsChild>
    </w:div>
    <w:div w:id="480658106">
      <w:bodyDiv w:val="1"/>
      <w:marLeft w:val="0"/>
      <w:marRight w:val="0"/>
      <w:marTop w:val="0"/>
      <w:marBottom w:val="0"/>
      <w:divBdr>
        <w:top w:val="none" w:sz="0" w:space="0" w:color="auto"/>
        <w:left w:val="none" w:sz="0" w:space="0" w:color="auto"/>
        <w:bottom w:val="none" w:sz="0" w:space="0" w:color="auto"/>
        <w:right w:val="none" w:sz="0" w:space="0" w:color="auto"/>
      </w:divBdr>
      <w:divsChild>
        <w:div w:id="67963742">
          <w:marLeft w:val="0"/>
          <w:marRight w:val="0"/>
          <w:marTop w:val="0"/>
          <w:marBottom w:val="0"/>
          <w:divBdr>
            <w:top w:val="none" w:sz="0" w:space="0" w:color="auto"/>
            <w:left w:val="none" w:sz="0" w:space="0" w:color="auto"/>
            <w:bottom w:val="none" w:sz="0" w:space="0" w:color="auto"/>
            <w:right w:val="none" w:sz="0" w:space="0" w:color="auto"/>
          </w:divBdr>
        </w:div>
      </w:divsChild>
    </w:div>
    <w:div w:id="641694476">
      <w:bodyDiv w:val="1"/>
      <w:marLeft w:val="0"/>
      <w:marRight w:val="0"/>
      <w:marTop w:val="0"/>
      <w:marBottom w:val="0"/>
      <w:divBdr>
        <w:top w:val="none" w:sz="0" w:space="0" w:color="auto"/>
        <w:left w:val="none" w:sz="0" w:space="0" w:color="auto"/>
        <w:bottom w:val="none" w:sz="0" w:space="0" w:color="auto"/>
        <w:right w:val="none" w:sz="0" w:space="0" w:color="auto"/>
      </w:divBdr>
      <w:divsChild>
        <w:div w:id="1592005908">
          <w:marLeft w:val="0"/>
          <w:marRight w:val="0"/>
          <w:marTop w:val="0"/>
          <w:marBottom w:val="0"/>
          <w:divBdr>
            <w:top w:val="none" w:sz="0" w:space="0" w:color="auto"/>
            <w:left w:val="none" w:sz="0" w:space="0" w:color="auto"/>
            <w:bottom w:val="none" w:sz="0" w:space="0" w:color="auto"/>
            <w:right w:val="none" w:sz="0" w:space="0" w:color="auto"/>
          </w:divBdr>
        </w:div>
      </w:divsChild>
    </w:div>
    <w:div w:id="680011536">
      <w:bodyDiv w:val="1"/>
      <w:marLeft w:val="0"/>
      <w:marRight w:val="0"/>
      <w:marTop w:val="0"/>
      <w:marBottom w:val="0"/>
      <w:divBdr>
        <w:top w:val="none" w:sz="0" w:space="0" w:color="auto"/>
        <w:left w:val="none" w:sz="0" w:space="0" w:color="auto"/>
        <w:bottom w:val="none" w:sz="0" w:space="0" w:color="auto"/>
        <w:right w:val="none" w:sz="0" w:space="0" w:color="auto"/>
      </w:divBdr>
      <w:divsChild>
        <w:div w:id="1745372920">
          <w:marLeft w:val="0"/>
          <w:marRight w:val="0"/>
          <w:marTop w:val="0"/>
          <w:marBottom w:val="0"/>
          <w:divBdr>
            <w:top w:val="none" w:sz="0" w:space="0" w:color="auto"/>
            <w:left w:val="none" w:sz="0" w:space="0" w:color="auto"/>
            <w:bottom w:val="none" w:sz="0" w:space="0" w:color="auto"/>
            <w:right w:val="none" w:sz="0" w:space="0" w:color="auto"/>
          </w:divBdr>
        </w:div>
      </w:divsChild>
    </w:div>
    <w:div w:id="844591112">
      <w:bodyDiv w:val="1"/>
      <w:marLeft w:val="0"/>
      <w:marRight w:val="0"/>
      <w:marTop w:val="0"/>
      <w:marBottom w:val="0"/>
      <w:divBdr>
        <w:top w:val="none" w:sz="0" w:space="0" w:color="auto"/>
        <w:left w:val="none" w:sz="0" w:space="0" w:color="auto"/>
        <w:bottom w:val="none" w:sz="0" w:space="0" w:color="auto"/>
        <w:right w:val="none" w:sz="0" w:space="0" w:color="auto"/>
      </w:divBdr>
      <w:divsChild>
        <w:div w:id="1124734475">
          <w:marLeft w:val="0"/>
          <w:marRight w:val="0"/>
          <w:marTop w:val="0"/>
          <w:marBottom w:val="0"/>
          <w:divBdr>
            <w:top w:val="none" w:sz="0" w:space="0" w:color="auto"/>
            <w:left w:val="none" w:sz="0" w:space="0" w:color="auto"/>
            <w:bottom w:val="none" w:sz="0" w:space="0" w:color="auto"/>
            <w:right w:val="none" w:sz="0" w:space="0" w:color="auto"/>
          </w:divBdr>
        </w:div>
      </w:divsChild>
    </w:div>
    <w:div w:id="926573106">
      <w:bodyDiv w:val="1"/>
      <w:marLeft w:val="0"/>
      <w:marRight w:val="0"/>
      <w:marTop w:val="0"/>
      <w:marBottom w:val="0"/>
      <w:divBdr>
        <w:top w:val="none" w:sz="0" w:space="0" w:color="auto"/>
        <w:left w:val="none" w:sz="0" w:space="0" w:color="auto"/>
        <w:bottom w:val="none" w:sz="0" w:space="0" w:color="auto"/>
        <w:right w:val="none" w:sz="0" w:space="0" w:color="auto"/>
      </w:divBdr>
    </w:div>
    <w:div w:id="968517233">
      <w:bodyDiv w:val="1"/>
      <w:marLeft w:val="0"/>
      <w:marRight w:val="0"/>
      <w:marTop w:val="0"/>
      <w:marBottom w:val="0"/>
      <w:divBdr>
        <w:top w:val="none" w:sz="0" w:space="0" w:color="auto"/>
        <w:left w:val="none" w:sz="0" w:space="0" w:color="auto"/>
        <w:bottom w:val="none" w:sz="0" w:space="0" w:color="auto"/>
        <w:right w:val="none" w:sz="0" w:space="0" w:color="auto"/>
      </w:divBdr>
    </w:div>
    <w:div w:id="1021777894">
      <w:bodyDiv w:val="1"/>
      <w:marLeft w:val="0"/>
      <w:marRight w:val="0"/>
      <w:marTop w:val="0"/>
      <w:marBottom w:val="0"/>
      <w:divBdr>
        <w:top w:val="none" w:sz="0" w:space="0" w:color="auto"/>
        <w:left w:val="none" w:sz="0" w:space="0" w:color="auto"/>
        <w:bottom w:val="none" w:sz="0" w:space="0" w:color="auto"/>
        <w:right w:val="none" w:sz="0" w:space="0" w:color="auto"/>
      </w:divBdr>
      <w:divsChild>
        <w:div w:id="32195590">
          <w:marLeft w:val="0"/>
          <w:marRight w:val="0"/>
          <w:marTop w:val="0"/>
          <w:marBottom w:val="0"/>
          <w:divBdr>
            <w:top w:val="none" w:sz="0" w:space="0" w:color="auto"/>
            <w:left w:val="none" w:sz="0" w:space="0" w:color="auto"/>
            <w:bottom w:val="none" w:sz="0" w:space="0" w:color="auto"/>
            <w:right w:val="none" w:sz="0" w:space="0" w:color="auto"/>
          </w:divBdr>
        </w:div>
      </w:divsChild>
    </w:div>
    <w:div w:id="1063062222">
      <w:bodyDiv w:val="1"/>
      <w:marLeft w:val="0"/>
      <w:marRight w:val="0"/>
      <w:marTop w:val="0"/>
      <w:marBottom w:val="0"/>
      <w:divBdr>
        <w:top w:val="none" w:sz="0" w:space="0" w:color="auto"/>
        <w:left w:val="none" w:sz="0" w:space="0" w:color="auto"/>
        <w:bottom w:val="none" w:sz="0" w:space="0" w:color="auto"/>
        <w:right w:val="none" w:sz="0" w:space="0" w:color="auto"/>
      </w:divBdr>
    </w:div>
    <w:div w:id="1103499177">
      <w:bodyDiv w:val="1"/>
      <w:marLeft w:val="0"/>
      <w:marRight w:val="0"/>
      <w:marTop w:val="0"/>
      <w:marBottom w:val="0"/>
      <w:divBdr>
        <w:top w:val="none" w:sz="0" w:space="0" w:color="auto"/>
        <w:left w:val="none" w:sz="0" w:space="0" w:color="auto"/>
        <w:bottom w:val="none" w:sz="0" w:space="0" w:color="auto"/>
        <w:right w:val="none" w:sz="0" w:space="0" w:color="auto"/>
      </w:divBdr>
      <w:divsChild>
        <w:div w:id="1320377709">
          <w:marLeft w:val="0"/>
          <w:marRight w:val="0"/>
          <w:marTop w:val="0"/>
          <w:marBottom w:val="0"/>
          <w:divBdr>
            <w:top w:val="none" w:sz="0" w:space="0" w:color="auto"/>
            <w:left w:val="none" w:sz="0" w:space="0" w:color="auto"/>
            <w:bottom w:val="none" w:sz="0" w:space="0" w:color="auto"/>
            <w:right w:val="none" w:sz="0" w:space="0" w:color="auto"/>
          </w:divBdr>
        </w:div>
      </w:divsChild>
    </w:div>
    <w:div w:id="1190220161">
      <w:bodyDiv w:val="1"/>
      <w:marLeft w:val="0"/>
      <w:marRight w:val="0"/>
      <w:marTop w:val="0"/>
      <w:marBottom w:val="0"/>
      <w:divBdr>
        <w:top w:val="none" w:sz="0" w:space="0" w:color="auto"/>
        <w:left w:val="none" w:sz="0" w:space="0" w:color="auto"/>
        <w:bottom w:val="none" w:sz="0" w:space="0" w:color="auto"/>
        <w:right w:val="none" w:sz="0" w:space="0" w:color="auto"/>
      </w:divBdr>
      <w:divsChild>
        <w:div w:id="2061127344">
          <w:marLeft w:val="0"/>
          <w:marRight w:val="0"/>
          <w:marTop w:val="0"/>
          <w:marBottom w:val="0"/>
          <w:divBdr>
            <w:top w:val="none" w:sz="0" w:space="0" w:color="auto"/>
            <w:left w:val="none" w:sz="0" w:space="0" w:color="auto"/>
            <w:bottom w:val="none" w:sz="0" w:space="0" w:color="auto"/>
            <w:right w:val="none" w:sz="0" w:space="0" w:color="auto"/>
          </w:divBdr>
        </w:div>
      </w:divsChild>
    </w:div>
    <w:div w:id="1247570730">
      <w:bodyDiv w:val="1"/>
      <w:marLeft w:val="0"/>
      <w:marRight w:val="0"/>
      <w:marTop w:val="0"/>
      <w:marBottom w:val="0"/>
      <w:divBdr>
        <w:top w:val="none" w:sz="0" w:space="0" w:color="auto"/>
        <w:left w:val="none" w:sz="0" w:space="0" w:color="auto"/>
        <w:bottom w:val="none" w:sz="0" w:space="0" w:color="auto"/>
        <w:right w:val="none" w:sz="0" w:space="0" w:color="auto"/>
      </w:divBdr>
      <w:divsChild>
        <w:div w:id="359359690">
          <w:marLeft w:val="0"/>
          <w:marRight w:val="0"/>
          <w:marTop w:val="0"/>
          <w:marBottom w:val="0"/>
          <w:divBdr>
            <w:top w:val="none" w:sz="0" w:space="0" w:color="auto"/>
            <w:left w:val="none" w:sz="0" w:space="0" w:color="auto"/>
            <w:bottom w:val="none" w:sz="0" w:space="0" w:color="auto"/>
            <w:right w:val="none" w:sz="0" w:space="0" w:color="auto"/>
          </w:divBdr>
        </w:div>
      </w:divsChild>
    </w:div>
    <w:div w:id="1287934536">
      <w:bodyDiv w:val="1"/>
      <w:marLeft w:val="0"/>
      <w:marRight w:val="0"/>
      <w:marTop w:val="0"/>
      <w:marBottom w:val="0"/>
      <w:divBdr>
        <w:top w:val="none" w:sz="0" w:space="0" w:color="auto"/>
        <w:left w:val="none" w:sz="0" w:space="0" w:color="auto"/>
        <w:bottom w:val="none" w:sz="0" w:space="0" w:color="auto"/>
        <w:right w:val="none" w:sz="0" w:space="0" w:color="auto"/>
      </w:divBdr>
    </w:div>
    <w:div w:id="1299339200">
      <w:bodyDiv w:val="1"/>
      <w:marLeft w:val="0"/>
      <w:marRight w:val="0"/>
      <w:marTop w:val="0"/>
      <w:marBottom w:val="0"/>
      <w:divBdr>
        <w:top w:val="none" w:sz="0" w:space="0" w:color="auto"/>
        <w:left w:val="none" w:sz="0" w:space="0" w:color="auto"/>
        <w:bottom w:val="none" w:sz="0" w:space="0" w:color="auto"/>
        <w:right w:val="none" w:sz="0" w:space="0" w:color="auto"/>
      </w:divBdr>
      <w:divsChild>
        <w:div w:id="1885866697">
          <w:marLeft w:val="0"/>
          <w:marRight w:val="0"/>
          <w:marTop w:val="0"/>
          <w:marBottom w:val="0"/>
          <w:divBdr>
            <w:top w:val="none" w:sz="0" w:space="0" w:color="auto"/>
            <w:left w:val="none" w:sz="0" w:space="0" w:color="auto"/>
            <w:bottom w:val="none" w:sz="0" w:space="0" w:color="auto"/>
            <w:right w:val="none" w:sz="0" w:space="0" w:color="auto"/>
          </w:divBdr>
        </w:div>
      </w:divsChild>
    </w:div>
    <w:div w:id="1310288273">
      <w:bodyDiv w:val="1"/>
      <w:marLeft w:val="0"/>
      <w:marRight w:val="0"/>
      <w:marTop w:val="0"/>
      <w:marBottom w:val="0"/>
      <w:divBdr>
        <w:top w:val="none" w:sz="0" w:space="0" w:color="auto"/>
        <w:left w:val="none" w:sz="0" w:space="0" w:color="auto"/>
        <w:bottom w:val="none" w:sz="0" w:space="0" w:color="auto"/>
        <w:right w:val="none" w:sz="0" w:space="0" w:color="auto"/>
      </w:divBdr>
      <w:divsChild>
        <w:div w:id="1065446183">
          <w:marLeft w:val="0"/>
          <w:marRight w:val="0"/>
          <w:marTop w:val="0"/>
          <w:marBottom w:val="0"/>
          <w:divBdr>
            <w:top w:val="none" w:sz="0" w:space="0" w:color="auto"/>
            <w:left w:val="none" w:sz="0" w:space="0" w:color="auto"/>
            <w:bottom w:val="none" w:sz="0" w:space="0" w:color="auto"/>
            <w:right w:val="none" w:sz="0" w:space="0" w:color="auto"/>
          </w:divBdr>
        </w:div>
      </w:divsChild>
    </w:div>
    <w:div w:id="1316954427">
      <w:bodyDiv w:val="1"/>
      <w:marLeft w:val="0"/>
      <w:marRight w:val="0"/>
      <w:marTop w:val="0"/>
      <w:marBottom w:val="0"/>
      <w:divBdr>
        <w:top w:val="none" w:sz="0" w:space="0" w:color="auto"/>
        <w:left w:val="none" w:sz="0" w:space="0" w:color="auto"/>
        <w:bottom w:val="none" w:sz="0" w:space="0" w:color="auto"/>
        <w:right w:val="none" w:sz="0" w:space="0" w:color="auto"/>
      </w:divBdr>
    </w:div>
    <w:div w:id="1321884554">
      <w:bodyDiv w:val="1"/>
      <w:marLeft w:val="0"/>
      <w:marRight w:val="0"/>
      <w:marTop w:val="0"/>
      <w:marBottom w:val="0"/>
      <w:divBdr>
        <w:top w:val="none" w:sz="0" w:space="0" w:color="auto"/>
        <w:left w:val="none" w:sz="0" w:space="0" w:color="auto"/>
        <w:bottom w:val="none" w:sz="0" w:space="0" w:color="auto"/>
        <w:right w:val="none" w:sz="0" w:space="0" w:color="auto"/>
      </w:divBdr>
      <w:divsChild>
        <w:div w:id="1459838411">
          <w:marLeft w:val="0"/>
          <w:marRight w:val="0"/>
          <w:marTop w:val="0"/>
          <w:marBottom w:val="0"/>
          <w:divBdr>
            <w:top w:val="none" w:sz="0" w:space="0" w:color="auto"/>
            <w:left w:val="none" w:sz="0" w:space="0" w:color="auto"/>
            <w:bottom w:val="none" w:sz="0" w:space="0" w:color="auto"/>
            <w:right w:val="none" w:sz="0" w:space="0" w:color="auto"/>
          </w:divBdr>
        </w:div>
      </w:divsChild>
    </w:div>
    <w:div w:id="1361079466">
      <w:bodyDiv w:val="1"/>
      <w:marLeft w:val="0"/>
      <w:marRight w:val="0"/>
      <w:marTop w:val="0"/>
      <w:marBottom w:val="0"/>
      <w:divBdr>
        <w:top w:val="none" w:sz="0" w:space="0" w:color="auto"/>
        <w:left w:val="none" w:sz="0" w:space="0" w:color="auto"/>
        <w:bottom w:val="none" w:sz="0" w:space="0" w:color="auto"/>
        <w:right w:val="none" w:sz="0" w:space="0" w:color="auto"/>
      </w:divBdr>
      <w:divsChild>
        <w:div w:id="419644102">
          <w:marLeft w:val="0"/>
          <w:marRight w:val="0"/>
          <w:marTop w:val="0"/>
          <w:marBottom w:val="0"/>
          <w:divBdr>
            <w:top w:val="none" w:sz="0" w:space="0" w:color="auto"/>
            <w:left w:val="none" w:sz="0" w:space="0" w:color="auto"/>
            <w:bottom w:val="none" w:sz="0" w:space="0" w:color="auto"/>
            <w:right w:val="none" w:sz="0" w:space="0" w:color="auto"/>
          </w:divBdr>
        </w:div>
      </w:divsChild>
    </w:div>
    <w:div w:id="1371029123">
      <w:bodyDiv w:val="1"/>
      <w:marLeft w:val="0"/>
      <w:marRight w:val="0"/>
      <w:marTop w:val="0"/>
      <w:marBottom w:val="0"/>
      <w:divBdr>
        <w:top w:val="none" w:sz="0" w:space="0" w:color="auto"/>
        <w:left w:val="none" w:sz="0" w:space="0" w:color="auto"/>
        <w:bottom w:val="none" w:sz="0" w:space="0" w:color="auto"/>
        <w:right w:val="none" w:sz="0" w:space="0" w:color="auto"/>
      </w:divBdr>
      <w:divsChild>
        <w:div w:id="663512196">
          <w:marLeft w:val="0"/>
          <w:marRight w:val="0"/>
          <w:marTop w:val="0"/>
          <w:marBottom w:val="0"/>
          <w:divBdr>
            <w:top w:val="none" w:sz="0" w:space="0" w:color="auto"/>
            <w:left w:val="none" w:sz="0" w:space="0" w:color="auto"/>
            <w:bottom w:val="none" w:sz="0" w:space="0" w:color="auto"/>
            <w:right w:val="none" w:sz="0" w:space="0" w:color="auto"/>
          </w:divBdr>
        </w:div>
      </w:divsChild>
    </w:div>
    <w:div w:id="1389918684">
      <w:bodyDiv w:val="1"/>
      <w:marLeft w:val="0"/>
      <w:marRight w:val="0"/>
      <w:marTop w:val="0"/>
      <w:marBottom w:val="0"/>
      <w:divBdr>
        <w:top w:val="none" w:sz="0" w:space="0" w:color="auto"/>
        <w:left w:val="none" w:sz="0" w:space="0" w:color="auto"/>
        <w:bottom w:val="none" w:sz="0" w:space="0" w:color="auto"/>
        <w:right w:val="none" w:sz="0" w:space="0" w:color="auto"/>
      </w:divBdr>
      <w:divsChild>
        <w:div w:id="1586259964">
          <w:marLeft w:val="0"/>
          <w:marRight w:val="0"/>
          <w:marTop w:val="0"/>
          <w:marBottom w:val="0"/>
          <w:divBdr>
            <w:top w:val="none" w:sz="0" w:space="0" w:color="auto"/>
            <w:left w:val="none" w:sz="0" w:space="0" w:color="auto"/>
            <w:bottom w:val="none" w:sz="0" w:space="0" w:color="auto"/>
            <w:right w:val="none" w:sz="0" w:space="0" w:color="auto"/>
          </w:divBdr>
        </w:div>
      </w:divsChild>
    </w:div>
    <w:div w:id="1416852543">
      <w:bodyDiv w:val="1"/>
      <w:marLeft w:val="0"/>
      <w:marRight w:val="0"/>
      <w:marTop w:val="0"/>
      <w:marBottom w:val="0"/>
      <w:divBdr>
        <w:top w:val="none" w:sz="0" w:space="0" w:color="auto"/>
        <w:left w:val="none" w:sz="0" w:space="0" w:color="auto"/>
        <w:bottom w:val="none" w:sz="0" w:space="0" w:color="auto"/>
        <w:right w:val="none" w:sz="0" w:space="0" w:color="auto"/>
      </w:divBdr>
      <w:divsChild>
        <w:div w:id="486897728">
          <w:marLeft w:val="0"/>
          <w:marRight w:val="0"/>
          <w:marTop w:val="0"/>
          <w:marBottom w:val="0"/>
          <w:divBdr>
            <w:top w:val="none" w:sz="0" w:space="0" w:color="auto"/>
            <w:left w:val="none" w:sz="0" w:space="0" w:color="auto"/>
            <w:bottom w:val="none" w:sz="0" w:space="0" w:color="auto"/>
            <w:right w:val="none" w:sz="0" w:space="0" w:color="auto"/>
          </w:divBdr>
        </w:div>
      </w:divsChild>
    </w:div>
    <w:div w:id="1498615721">
      <w:bodyDiv w:val="1"/>
      <w:marLeft w:val="0"/>
      <w:marRight w:val="0"/>
      <w:marTop w:val="0"/>
      <w:marBottom w:val="0"/>
      <w:divBdr>
        <w:top w:val="none" w:sz="0" w:space="0" w:color="auto"/>
        <w:left w:val="none" w:sz="0" w:space="0" w:color="auto"/>
        <w:bottom w:val="none" w:sz="0" w:space="0" w:color="auto"/>
        <w:right w:val="none" w:sz="0" w:space="0" w:color="auto"/>
      </w:divBdr>
      <w:divsChild>
        <w:div w:id="139082218">
          <w:marLeft w:val="0"/>
          <w:marRight w:val="0"/>
          <w:marTop w:val="0"/>
          <w:marBottom w:val="0"/>
          <w:divBdr>
            <w:top w:val="none" w:sz="0" w:space="0" w:color="auto"/>
            <w:left w:val="none" w:sz="0" w:space="0" w:color="auto"/>
            <w:bottom w:val="none" w:sz="0" w:space="0" w:color="auto"/>
            <w:right w:val="none" w:sz="0" w:space="0" w:color="auto"/>
          </w:divBdr>
        </w:div>
      </w:divsChild>
    </w:div>
    <w:div w:id="1554387955">
      <w:bodyDiv w:val="1"/>
      <w:marLeft w:val="0"/>
      <w:marRight w:val="0"/>
      <w:marTop w:val="0"/>
      <w:marBottom w:val="0"/>
      <w:divBdr>
        <w:top w:val="none" w:sz="0" w:space="0" w:color="auto"/>
        <w:left w:val="none" w:sz="0" w:space="0" w:color="auto"/>
        <w:bottom w:val="none" w:sz="0" w:space="0" w:color="auto"/>
        <w:right w:val="none" w:sz="0" w:space="0" w:color="auto"/>
      </w:divBdr>
    </w:div>
    <w:div w:id="1722483818">
      <w:bodyDiv w:val="1"/>
      <w:marLeft w:val="0"/>
      <w:marRight w:val="0"/>
      <w:marTop w:val="0"/>
      <w:marBottom w:val="0"/>
      <w:divBdr>
        <w:top w:val="none" w:sz="0" w:space="0" w:color="auto"/>
        <w:left w:val="none" w:sz="0" w:space="0" w:color="auto"/>
        <w:bottom w:val="none" w:sz="0" w:space="0" w:color="auto"/>
        <w:right w:val="none" w:sz="0" w:space="0" w:color="auto"/>
      </w:divBdr>
      <w:divsChild>
        <w:div w:id="729306024">
          <w:marLeft w:val="0"/>
          <w:marRight w:val="0"/>
          <w:marTop w:val="0"/>
          <w:marBottom w:val="0"/>
          <w:divBdr>
            <w:top w:val="none" w:sz="0" w:space="0" w:color="auto"/>
            <w:left w:val="none" w:sz="0" w:space="0" w:color="auto"/>
            <w:bottom w:val="none" w:sz="0" w:space="0" w:color="auto"/>
            <w:right w:val="none" w:sz="0" w:space="0" w:color="auto"/>
          </w:divBdr>
        </w:div>
      </w:divsChild>
    </w:div>
    <w:div w:id="1751809824">
      <w:bodyDiv w:val="1"/>
      <w:marLeft w:val="0"/>
      <w:marRight w:val="0"/>
      <w:marTop w:val="0"/>
      <w:marBottom w:val="0"/>
      <w:divBdr>
        <w:top w:val="none" w:sz="0" w:space="0" w:color="auto"/>
        <w:left w:val="none" w:sz="0" w:space="0" w:color="auto"/>
        <w:bottom w:val="none" w:sz="0" w:space="0" w:color="auto"/>
        <w:right w:val="none" w:sz="0" w:space="0" w:color="auto"/>
      </w:divBdr>
    </w:div>
    <w:div w:id="1789394992">
      <w:bodyDiv w:val="1"/>
      <w:marLeft w:val="0"/>
      <w:marRight w:val="0"/>
      <w:marTop w:val="0"/>
      <w:marBottom w:val="0"/>
      <w:divBdr>
        <w:top w:val="none" w:sz="0" w:space="0" w:color="auto"/>
        <w:left w:val="none" w:sz="0" w:space="0" w:color="auto"/>
        <w:bottom w:val="none" w:sz="0" w:space="0" w:color="auto"/>
        <w:right w:val="none" w:sz="0" w:space="0" w:color="auto"/>
      </w:divBdr>
      <w:divsChild>
        <w:div w:id="1010064360">
          <w:marLeft w:val="0"/>
          <w:marRight w:val="0"/>
          <w:marTop w:val="0"/>
          <w:marBottom w:val="0"/>
          <w:divBdr>
            <w:top w:val="none" w:sz="0" w:space="0" w:color="auto"/>
            <w:left w:val="none" w:sz="0" w:space="0" w:color="auto"/>
            <w:bottom w:val="none" w:sz="0" w:space="0" w:color="auto"/>
            <w:right w:val="none" w:sz="0" w:space="0" w:color="auto"/>
          </w:divBdr>
        </w:div>
      </w:divsChild>
    </w:div>
    <w:div w:id="1838570943">
      <w:bodyDiv w:val="1"/>
      <w:marLeft w:val="0"/>
      <w:marRight w:val="0"/>
      <w:marTop w:val="0"/>
      <w:marBottom w:val="0"/>
      <w:divBdr>
        <w:top w:val="none" w:sz="0" w:space="0" w:color="auto"/>
        <w:left w:val="none" w:sz="0" w:space="0" w:color="auto"/>
        <w:bottom w:val="none" w:sz="0" w:space="0" w:color="auto"/>
        <w:right w:val="none" w:sz="0" w:space="0" w:color="auto"/>
      </w:divBdr>
    </w:div>
    <w:div w:id="1917397655">
      <w:bodyDiv w:val="1"/>
      <w:marLeft w:val="0"/>
      <w:marRight w:val="0"/>
      <w:marTop w:val="0"/>
      <w:marBottom w:val="0"/>
      <w:divBdr>
        <w:top w:val="none" w:sz="0" w:space="0" w:color="auto"/>
        <w:left w:val="none" w:sz="0" w:space="0" w:color="auto"/>
        <w:bottom w:val="none" w:sz="0" w:space="0" w:color="auto"/>
        <w:right w:val="none" w:sz="0" w:space="0" w:color="auto"/>
      </w:divBdr>
    </w:div>
    <w:div w:id="1918323759">
      <w:bodyDiv w:val="1"/>
      <w:marLeft w:val="0"/>
      <w:marRight w:val="0"/>
      <w:marTop w:val="0"/>
      <w:marBottom w:val="0"/>
      <w:divBdr>
        <w:top w:val="none" w:sz="0" w:space="0" w:color="auto"/>
        <w:left w:val="none" w:sz="0" w:space="0" w:color="auto"/>
        <w:bottom w:val="none" w:sz="0" w:space="0" w:color="auto"/>
        <w:right w:val="none" w:sz="0" w:space="0" w:color="auto"/>
      </w:divBdr>
      <w:divsChild>
        <w:div w:id="1124498313">
          <w:marLeft w:val="0"/>
          <w:marRight w:val="0"/>
          <w:marTop w:val="0"/>
          <w:marBottom w:val="0"/>
          <w:divBdr>
            <w:top w:val="none" w:sz="0" w:space="0" w:color="auto"/>
            <w:left w:val="none" w:sz="0" w:space="0" w:color="auto"/>
            <w:bottom w:val="none" w:sz="0" w:space="0" w:color="auto"/>
            <w:right w:val="none" w:sz="0" w:space="0" w:color="auto"/>
          </w:divBdr>
        </w:div>
      </w:divsChild>
    </w:div>
    <w:div w:id="1999648783">
      <w:bodyDiv w:val="1"/>
      <w:marLeft w:val="0"/>
      <w:marRight w:val="0"/>
      <w:marTop w:val="0"/>
      <w:marBottom w:val="0"/>
      <w:divBdr>
        <w:top w:val="none" w:sz="0" w:space="0" w:color="auto"/>
        <w:left w:val="none" w:sz="0" w:space="0" w:color="auto"/>
        <w:bottom w:val="none" w:sz="0" w:space="0" w:color="auto"/>
        <w:right w:val="none" w:sz="0" w:space="0" w:color="auto"/>
      </w:divBdr>
    </w:div>
    <w:div w:id="2110615519">
      <w:bodyDiv w:val="1"/>
      <w:marLeft w:val="0"/>
      <w:marRight w:val="0"/>
      <w:marTop w:val="0"/>
      <w:marBottom w:val="0"/>
      <w:divBdr>
        <w:top w:val="none" w:sz="0" w:space="0" w:color="auto"/>
        <w:left w:val="none" w:sz="0" w:space="0" w:color="auto"/>
        <w:bottom w:val="none" w:sz="0" w:space="0" w:color="auto"/>
        <w:right w:val="none" w:sz="0" w:space="0" w:color="auto"/>
      </w:divBdr>
      <w:divsChild>
        <w:div w:id="151064043">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20640</Words>
  <Characters>117652</Characters>
  <Application>Microsoft Office Word</Application>
  <DocSecurity>0</DocSecurity>
  <Lines>980</Lines>
  <Paragraphs>276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138016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Dani Raiti</cp:lastModifiedBy>
  <cp:revision>2</cp:revision>
  <dcterms:created xsi:type="dcterms:W3CDTF">2025-03-16T20:43:00Z</dcterms:created>
  <dcterms:modified xsi:type="dcterms:W3CDTF">2025-03-16T20:43:00Z</dcterms:modified>
  <cp:category/>
</cp:coreProperties>
</file>