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84D" w:rsidRDefault="00FE584D">
      <w:pPr>
        <w:autoSpaceDE w:val="0"/>
        <w:autoSpaceDN w:val="0"/>
        <w:spacing w:after="190" w:line="220" w:lineRule="exact"/>
      </w:pPr>
    </w:p>
    <w:p w:rsidR="00FE584D" w:rsidRPr="008675AF" w:rsidRDefault="00284F90" w:rsidP="008675AF">
      <w:pPr>
        <w:autoSpaceDE w:val="0"/>
        <w:autoSpaceDN w:val="0"/>
        <w:spacing w:after="0" w:line="658" w:lineRule="exact"/>
        <w:jc w:val="center"/>
        <w:rPr>
          <w:rFonts w:ascii="Times New Roman" w:hAnsi="Times New Roman" w:cs="Times New Roman"/>
          <w:sz w:val="32"/>
          <w:szCs w:val="24"/>
        </w:rPr>
      </w:pPr>
      <w:r w:rsidRPr="008675AF">
        <w:rPr>
          <w:rFonts w:ascii="Times New Roman" w:eastAsia="Charis SIL Bold" w:hAnsi="Times New Roman" w:cs="Times New Roman"/>
          <w:b/>
          <w:color w:val="000000"/>
          <w:sz w:val="32"/>
          <w:szCs w:val="24"/>
        </w:rPr>
        <w:t>Peaceful Sea</w:t>
      </w:r>
    </w:p>
    <w:p w:rsidR="00FE584D" w:rsidRPr="008675AF" w:rsidRDefault="00FE584D" w:rsidP="008675AF">
      <w:pPr>
        <w:jc w:val="center"/>
        <w:rPr>
          <w:rFonts w:ascii="Times New Roman" w:hAnsi="Times New Roman" w:cs="Times New Roman"/>
          <w:sz w:val="32"/>
          <w:szCs w:val="24"/>
        </w:rPr>
      </w:pPr>
    </w:p>
    <w:p w:rsidR="00FE584D" w:rsidRPr="008675AF" w:rsidRDefault="00284F90" w:rsidP="008675AF">
      <w:pPr>
        <w:autoSpaceDE w:val="0"/>
        <w:autoSpaceDN w:val="0"/>
        <w:spacing w:after="0" w:line="240" w:lineRule="auto"/>
        <w:rPr>
          <w:rFonts w:ascii="Times New Roman" w:hAnsi="Times New Roman" w:cs="Times New Roman"/>
          <w:sz w:val="24"/>
          <w:szCs w:val="24"/>
        </w:rPr>
      </w:pPr>
      <w:r w:rsidRPr="008675AF">
        <w:rPr>
          <w:rFonts w:ascii="Times New Roman" w:eastAsia="Charis SIL Bold" w:hAnsi="Times New Roman" w:cs="Times New Roman"/>
          <w:b/>
          <w:color w:val="000000"/>
          <w:sz w:val="24"/>
          <w:szCs w:val="24"/>
        </w:rPr>
        <w:t>Chapter 1: Rose's Struggle</w:t>
      </w:r>
    </w:p>
    <w:p w:rsidR="00FE584D" w:rsidRDefault="00284F90" w:rsidP="008675AF">
      <w:pPr>
        <w:autoSpaceDE w:val="0"/>
        <w:autoSpaceDN w:val="0"/>
        <w:spacing w:after="0" w:line="240" w:lineRule="auto"/>
        <w:rPr>
          <w:rFonts w:ascii="Times New Roman" w:eastAsia="Charis SIL Regular" w:hAnsi="Times New Roman" w:cs="Times New Roman"/>
          <w:color w:val="000000"/>
          <w:sz w:val="24"/>
          <w:szCs w:val="24"/>
        </w:rPr>
      </w:pPr>
      <w:r w:rsidRPr="008675AF">
        <w:rPr>
          <w:rFonts w:ascii="Times New Roman" w:eastAsia="Charis SIL Regular" w:hAnsi="Times New Roman" w:cs="Times New Roman"/>
          <w:color w:val="000000"/>
          <w:sz w:val="24"/>
          <w:szCs w:val="24"/>
        </w:rPr>
        <w:t xml:space="preserve">Introduction to Rose and her professional crisis. She is a </w:t>
      </w:r>
      <w:r w:rsidRPr="008675AF">
        <w:rPr>
          <w:rFonts w:ascii="Times New Roman" w:hAnsi="Times New Roman" w:cs="Times New Roman"/>
          <w:sz w:val="24"/>
          <w:szCs w:val="24"/>
        </w:rPr>
        <w:br/>
      </w:r>
      <w:r w:rsidRPr="008675AF">
        <w:rPr>
          <w:rFonts w:ascii="Times New Roman" w:eastAsia="Charis SIL Regular" w:hAnsi="Times New Roman" w:cs="Times New Roman"/>
          <w:color w:val="000000"/>
          <w:sz w:val="24"/>
          <w:szCs w:val="24"/>
        </w:rPr>
        <w:t xml:space="preserve">workaholic, in Chicago, dealing with her friend's death </w:t>
      </w:r>
      <w:r w:rsidR="008675AF">
        <w:rPr>
          <w:rFonts w:ascii="Times New Roman" w:eastAsia="Charis SIL Regular" w:hAnsi="Times New Roman" w:cs="Times New Roman"/>
          <w:color w:val="000000"/>
          <w:sz w:val="24"/>
          <w:szCs w:val="24"/>
        </w:rPr>
        <w:t xml:space="preserve">(Laura) </w:t>
      </w:r>
      <w:r w:rsidRPr="008675AF">
        <w:rPr>
          <w:rFonts w:ascii="Times New Roman" w:eastAsia="Charis SIL Regular" w:hAnsi="Times New Roman" w:cs="Times New Roman"/>
          <w:color w:val="000000"/>
          <w:sz w:val="24"/>
          <w:szCs w:val="24"/>
        </w:rPr>
        <w:t xml:space="preserve">and her own </w:t>
      </w:r>
      <w:r w:rsidR="008675AF" w:rsidRPr="008675AF">
        <w:rPr>
          <w:rFonts w:ascii="Times New Roman" w:eastAsia="Charis SIL Regular" w:hAnsi="Times New Roman" w:cs="Times New Roman"/>
          <w:color w:val="000000"/>
          <w:sz w:val="24"/>
          <w:szCs w:val="24"/>
        </w:rPr>
        <w:t>work-related</w:t>
      </w:r>
      <w:r w:rsidRPr="008675AF">
        <w:rPr>
          <w:rFonts w:ascii="Times New Roman" w:eastAsia="Charis SIL Regular" w:hAnsi="Times New Roman" w:cs="Times New Roman"/>
          <w:color w:val="000000"/>
          <w:sz w:val="24"/>
          <w:szCs w:val="24"/>
        </w:rPr>
        <w:t xml:space="preserve"> issues. The chapter should focus on the fallout of her work disaster, and her struggles to focus on her grief.</w:t>
      </w:r>
      <w:r w:rsidR="008675AF">
        <w:rPr>
          <w:rFonts w:ascii="Times New Roman" w:eastAsia="Charis SIL Regular" w:hAnsi="Times New Roman" w:cs="Times New Roman"/>
          <w:color w:val="000000"/>
          <w:sz w:val="24"/>
          <w:szCs w:val="24"/>
        </w:rPr>
        <w:t xml:space="preserve"> She has not been as present for Laura’s cancer fight as some of the others. Their disdain for that is only matched by Rose’s regret. </w:t>
      </w:r>
    </w:p>
    <w:p w:rsidR="00CC32D0" w:rsidRDefault="00CC32D0" w:rsidP="00CC32D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bCs/>
          <w:sz w:val="24"/>
          <w:szCs w:val="24"/>
        </w:rPr>
        <w:t>Flashback</w:t>
      </w:r>
      <w:r w:rsidRPr="00CC32D0">
        <w:rPr>
          <w:rFonts w:ascii="Times New Roman" w:eastAsia="Times New Roman" w:hAnsi="Times New Roman" w:cs="Times New Roman"/>
          <w:sz w:val="24"/>
          <w:szCs w:val="24"/>
        </w:rPr>
        <w:t>: Rose receives a late-night email about a major project failure that leads to public scrutiny.</w:t>
      </w:r>
    </w:p>
    <w:p w:rsidR="00542D5C" w:rsidRPr="00542D5C" w:rsidRDefault="00542D5C" w:rsidP="00542D5C">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542D5C">
        <w:rPr>
          <w:rFonts w:ascii="Times New Roman" w:eastAsia="Times New Roman" w:hAnsi="Times New Roman" w:cs="Times New Roman"/>
          <w:sz w:val="24"/>
          <w:szCs w:val="24"/>
        </w:rPr>
        <w:t>Rose led a rapid-response PR strategy when the CEO of her company was accused of misconduct. She framed it as “allegations under review” — but days later, evidence surfaced proving guilt. The media roasted the company’s “tone-deaf messaging,” and Rose was blamed.</w:t>
      </w:r>
    </w:p>
    <w:p w:rsidR="00542D5C" w:rsidRPr="00542D5C" w:rsidRDefault="00542D5C" w:rsidP="00542D5C">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542D5C">
        <w:rPr>
          <w:rFonts w:ascii="Times New Roman" w:eastAsia="Times New Roman" w:hAnsi="Times New Roman" w:cs="Times New Roman"/>
          <w:sz w:val="24"/>
          <w:szCs w:val="24"/>
        </w:rPr>
        <w:t>Impact: Public scrutiny, anonymous hate online, internal fallout.</w:t>
      </w:r>
    </w:p>
    <w:p w:rsidR="00542D5C" w:rsidRPr="00CC32D0" w:rsidRDefault="00542D5C" w:rsidP="00542D5C">
      <w:pPr>
        <w:numPr>
          <w:ilvl w:val="1"/>
          <w:numId w:val="10"/>
        </w:numPr>
        <w:spacing w:before="100" w:beforeAutospacing="1" w:after="100" w:afterAutospacing="1" w:line="240" w:lineRule="auto"/>
        <w:rPr>
          <w:rFonts w:ascii="Times New Roman" w:eastAsia="Times New Roman" w:hAnsi="Times New Roman" w:cs="Times New Roman"/>
          <w:sz w:val="24"/>
          <w:szCs w:val="24"/>
        </w:rPr>
      </w:pPr>
      <w:r w:rsidRPr="00542D5C">
        <w:rPr>
          <w:rFonts w:ascii="Times New Roman" w:eastAsia="Times New Roman" w:hAnsi="Times New Roman" w:cs="Times New Roman"/>
          <w:sz w:val="24"/>
          <w:szCs w:val="24"/>
        </w:rPr>
        <w:t>Guilt trigger: She canceled a visit to Laura that week to “manage the narrative.”</w:t>
      </w:r>
    </w:p>
    <w:p w:rsidR="00CC32D0" w:rsidRPr="00CC32D0" w:rsidRDefault="00CC32D0" w:rsidP="00CC32D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She’s numb at the funeral news, juggling PR fallout.</w:t>
      </w:r>
    </w:p>
    <w:p w:rsidR="00CC32D0" w:rsidRPr="00CC32D0" w:rsidRDefault="00CC32D0" w:rsidP="00CC32D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bCs/>
          <w:sz w:val="24"/>
          <w:szCs w:val="24"/>
        </w:rPr>
        <w:t>Reflection</w:t>
      </w:r>
      <w:r w:rsidRPr="00CC32D0">
        <w:rPr>
          <w:rFonts w:ascii="Times New Roman" w:eastAsia="Times New Roman" w:hAnsi="Times New Roman" w:cs="Times New Roman"/>
          <w:sz w:val="24"/>
          <w:szCs w:val="24"/>
        </w:rPr>
        <w:t>: At night, she rereads old texts from Laura that she never responded to.</w:t>
      </w:r>
    </w:p>
    <w:p w:rsidR="00CC32D0" w:rsidRPr="00CC32D0" w:rsidRDefault="00CC32D0" w:rsidP="00CC32D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She is haunted by a voicemail from Laura she never listened to.</w:t>
      </w:r>
    </w:p>
    <w:p w:rsidR="00FE584D" w:rsidRDefault="00A75EF2" w:rsidP="008675AF">
      <w:pPr>
        <w:autoSpaceDE w:val="0"/>
        <w:autoSpaceDN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First Lines: </w:t>
      </w:r>
      <w:r w:rsidRPr="00A75EF2">
        <w:rPr>
          <w:rFonts w:ascii="Times New Roman" w:hAnsi="Times New Roman" w:cs="Times New Roman"/>
          <w:sz w:val="24"/>
          <w:szCs w:val="24"/>
        </w:rPr>
        <w:t xml:space="preserve">Rose had rehearsed what grief should look like — chin down, voice low, hands folded just so — but no one prepares you for the rot of regret. The kind that sits behind your ribs, whispering you didn’t do enough. She hadn’t brought flowers. She hadn’t </w:t>
      </w:r>
      <w:r w:rsidRPr="00A75EF2">
        <w:rPr>
          <w:rFonts w:ascii="Times New Roman" w:hAnsi="Times New Roman" w:cs="Times New Roman"/>
          <w:sz w:val="24"/>
          <w:szCs w:val="24"/>
        </w:rPr>
        <w:lastRenderedPageBreak/>
        <w:t>brought comfort. All she had to offer Laura now was punctuality. A seat in the back, a black dress pressed the night before, and a face she hadn’t let fall apart. That was the currency of late grief: show up, stay composed, carry the weight you refused to carry while they were alive.</w:t>
      </w:r>
    </w:p>
    <w:p w:rsidR="00A75EF2" w:rsidRPr="008675AF" w:rsidRDefault="00A75EF2" w:rsidP="008675AF">
      <w:pPr>
        <w:autoSpaceDE w:val="0"/>
        <w:autoSpaceDN w:val="0"/>
        <w:spacing w:after="0" w:line="240" w:lineRule="auto"/>
        <w:rPr>
          <w:rFonts w:ascii="Times New Roman" w:hAnsi="Times New Roman" w:cs="Times New Roman"/>
          <w:sz w:val="24"/>
          <w:szCs w:val="24"/>
        </w:rPr>
      </w:pPr>
    </w:p>
    <w:p w:rsidR="00FE584D" w:rsidRDefault="00284F90" w:rsidP="008675AF">
      <w:pPr>
        <w:autoSpaceDE w:val="0"/>
        <w:autoSpaceDN w:val="0"/>
        <w:spacing w:after="0" w:line="240" w:lineRule="auto"/>
        <w:rPr>
          <w:rFonts w:ascii="Times New Roman" w:eastAsia="Charis SIL Regular" w:hAnsi="Times New Roman" w:cs="Times New Roman"/>
          <w:color w:val="000000"/>
          <w:sz w:val="24"/>
          <w:szCs w:val="24"/>
        </w:rPr>
      </w:pPr>
      <w:r w:rsidRPr="008675AF">
        <w:rPr>
          <w:rFonts w:ascii="Times New Roman" w:eastAsia="Charis SIL Bold" w:hAnsi="Times New Roman" w:cs="Times New Roman"/>
          <w:b/>
          <w:color w:val="000000"/>
          <w:sz w:val="24"/>
          <w:szCs w:val="24"/>
        </w:rPr>
        <w:t xml:space="preserve">Chapter 2: </w:t>
      </w:r>
      <w:r w:rsidR="008675AF">
        <w:rPr>
          <w:rFonts w:ascii="Times New Roman" w:eastAsia="Charis SIL Bold" w:hAnsi="Times New Roman" w:cs="Times New Roman"/>
          <w:b/>
          <w:color w:val="000000"/>
          <w:sz w:val="24"/>
          <w:szCs w:val="24"/>
        </w:rPr>
        <w:t>Emma’s</w:t>
      </w:r>
      <w:r w:rsidRPr="008675AF">
        <w:rPr>
          <w:rFonts w:ascii="Times New Roman" w:eastAsia="Charis SIL Bold" w:hAnsi="Times New Roman" w:cs="Times New Roman"/>
          <w:b/>
          <w:color w:val="000000"/>
          <w:sz w:val="24"/>
          <w:szCs w:val="24"/>
        </w:rPr>
        <w:t xml:space="preserve"> Perspective </w:t>
      </w:r>
      <w:r w:rsidRPr="008675AF">
        <w:rPr>
          <w:rFonts w:ascii="Times New Roman" w:hAnsi="Times New Roman" w:cs="Times New Roman"/>
          <w:sz w:val="24"/>
          <w:szCs w:val="24"/>
        </w:rPr>
        <w:br/>
      </w:r>
      <w:r w:rsidRPr="008675AF">
        <w:rPr>
          <w:rFonts w:ascii="Times New Roman" w:eastAsia="Charis SIL Regular" w:hAnsi="Times New Roman" w:cs="Times New Roman"/>
          <w:color w:val="000000"/>
          <w:sz w:val="24"/>
          <w:szCs w:val="24"/>
        </w:rPr>
        <w:t xml:space="preserve">Introduction to </w:t>
      </w:r>
      <w:r w:rsidR="008675AF">
        <w:rPr>
          <w:rFonts w:ascii="Times New Roman" w:eastAsia="Charis SIL Regular" w:hAnsi="Times New Roman" w:cs="Times New Roman"/>
          <w:color w:val="000000"/>
          <w:sz w:val="24"/>
          <w:szCs w:val="24"/>
        </w:rPr>
        <w:t>Emma</w:t>
      </w:r>
      <w:r w:rsidRPr="008675AF">
        <w:rPr>
          <w:rFonts w:ascii="Times New Roman" w:eastAsia="Charis SIL Regular" w:hAnsi="Times New Roman" w:cs="Times New Roman"/>
          <w:color w:val="000000"/>
          <w:sz w:val="24"/>
          <w:szCs w:val="24"/>
        </w:rPr>
        <w:t xml:space="preserve"> and her personal challenges.</w:t>
      </w:r>
      <w:r w:rsidR="00EF5E65">
        <w:rPr>
          <w:rFonts w:ascii="Times New Roman" w:eastAsia="Charis SIL Regular" w:hAnsi="Times New Roman" w:cs="Times New Roman"/>
          <w:color w:val="000000"/>
          <w:sz w:val="24"/>
          <w:szCs w:val="24"/>
        </w:rPr>
        <w:t xml:space="preserve"> Emma, from afar, appears to have the best life. She married her handsome and successful college boyfriend, has two kids, and they have a nice living in </w:t>
      </w:r>
      <w:r w:rsidR="00F17484">
        <w:rPr>
          <w:rFonts w:ascii="Times New Roman" w:eastAsia="Charis SIL Regular" w:hAnsi="Times New Roman" w:cs="Times New Roman"/>
          <w:color w:val="000000"/>
          <w:sz w:val="24"/>
          <w:szCs w:val="24"/>
        </w:rPr>
        <w:t xml:space="preserve">Naperville, IL. But inside she’s crushed by a failing marriage. She is certain her husband has been cheating on her and she constantly feels like her only role is making him happy (never the reverse). Laura’s death is an inconvenience, as she worries what he’ll do with her gone a few days. This creates tension in the house and tension inside her. </w:t>
      </w:r>
    </w:p>
    <w:p w:rsidR="00CC32D0" w:rsidRPr="00CC32D0" w:rsidRDefault="00CC32D0" w:rsidP="00CC32D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Emma’s husband subtly manipulates her before the funeral—"Who will watch the kids?" / "You know I hate it when you're gone."</w:t>
      </w:r>
    </w:p>
    <w:p w:rsidR="00CC32D0" w:rsidRPr="00CC32D0" w:rsidRDefault="00CC32D0" w:rsidP="00CC32D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bCs/>
          <w:sz w:val="24"/>
          <w:szCs w:val="24"/>
        </w:rPr>
        <w:t>Internal monologue</w:t>
      </w:r>
      <w:r w:rsidRPr="00CC32D0">
        <w:rPr>
          <w:rFonts w:ascii="Times New Roman" w:eastAsia="Times New Roman" w:hAnsi="Times New Roman" w:cs="Times New Roman"/>
          <w:sz w:val="24"/>
          <w:szCs w:val="24"/>
        </w:rPr>
        <w:t>: She remembers the early days of their relationship, now rotted by resentment.</w:t>
      </w:r>
    </w:p>
    <w:p w:rsidR="00CC32D0" w:rsidRPr="00CC32D0" w:rsidRDefault="00CC32D0" w:rsidP="00CC32D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She hides a burner phone she bought to search for proof of his affairs.</w:t>
      </w:r>
    </w:p>
    <w:p w:rsidR="00CC32D0" w:rsidRDefault="00CC32D0" w:rsidP="00CC32D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Laura’s death reminds her of the vibrancy she’s lost in herself.</w:t>
      </w:r>
    </w:p>
    <w:p w:rsidR="003542CF" w:rsidRPr="003542CF" w:rsidRDefault="003542CF" w:rsidP="003542CF">
      <w:pPr>
        <w:spacing w:before="100" w:beforeAutospacing="1" w:after="100" w:afterAutospacing="1" w:line="240" w:lineRule="auto"/>
        <w:rPr>
          <w:rFonts w:ascii="Times New Roman" w:eastAsia="Times New Roman" w:hAnsi="Times New Roman" w:cs="Times New Roman"/>
          <w:sz w:val="24"/>
          <w:szCs w:val="24"/>
        </w:rPr>
      </w:pPr>
      <w:r w:rsidRPr="003542CF">
        <w:rPr>
          <w:rFonts w:ascii="Times New Roman" w:eastAsia="Times New Roman" w:hAnsi="Times New Roman" w:cs="Times New Roman"/>
          <w:sz w:val="24"/>
          <w:szCs w:val="24"/>
        </w:rPr>
        <w:t>Emma zipped her suitcase in slow motion, like the act of packing might delay the fallout she could feel brewing in the next room. The zipper caught on the hem of her dress, and she tugged harder than she needed to.</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Click. Snap. Done.</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From the kitchen:</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You know I hate it when you’re gone,” her husband said, not looking up from his laptop.</w:t>
      </w:r>
    </w:p>
    <w:p w:rsidR="003542CF" w:rsidRPr="003542CF" w:rsidRDefault="003542CF" w:rsidP="003542CF">
      <w:pPr>
        <w:spacing w:before="100" w:beforeAutospacing="1" w:after="100" w:afterAutospacing="1" w:line="240" w:lineRule="auto"/>
        <w:rPr>
          <w:rFonts w:ascii="Times New Roman" w:eastAsia="Times New Roman" w:hAnsi="Times New Roman" w:cs="Times New Roman"/>
          <w:sz w:val="24"/>
          <w:szCs w:val="24"/>
        </w:rPr>
      </w:pPr>
    </w:p>
    <w:p w:rsidR="003542CF" w:rsidRPr="003542CF" w:rsidRDefault="003542CF" w:rsidP="003542CF">
      <w:pPr>
        <w:spacing w:before="100" w:beforeAutospacing="1" w:after="100" w:afterAutospacing="1" w:line="240" w:lineRule="auto"/>
        <w:rPr>
          <w:rFonts w:ascii="Times New Roman" w:eastAsia="Times New Roman" w:hAnsi="Times New Roman" w:cs="Times New Roman"/>
          <w:sz w:val="24"/>
          <w:szCs w:val="24"/>
        </w:rPr>
      </w:pPr>
      <w:r w:rsidRPr="003542CF">
        <w:rPr>
          <w:rFonts w:ascii="Times New Roman" w:eastAsia="Times New Roman" w:hAnsi="Times New Roman" w:cs="Times New Roman"/>
          <w:sz w:val="24"/>
          <w:szCs w:val="24"/>
        </w:rPr>
        <w:lastRenderedPageBreak/>
        <w:t>She kept her tone even. “It’s Laura’s funeral.”</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He shrugged, scrolling. “I just think… the timing sucks.”</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She turned away before he could see her face shift — the effort of holding it together pressing on the inside of her jaw like a migraine.</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Upstairs, the kids were still asleep. That was the one mercy. She carried her bag into the bathroom, clicked the door shut, and turned on the shower full blast — steam and white noise to cover her next move.</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From behind the tampons in the linen cabinet, she pulled out the burner phone. Burnt orange plastic, $39 at Walgreens. It buzzed once: Unknown number. New voicemail.</w:t>
      </w:r>
    </w:p>
    <w:p w:rsidR="003542CF" w:rsidRPr="003542CF" w:rsidRDefault="003542CF" w:rsidP="003542C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She didn’t listen. She deleted it.</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She opened her browser tabs — the ones she hadn’t dared check on the family laptop:</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“How to tell if your husband is cheating.”</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“Signs of narcissistic gaslighting.”</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“Hidden camera apps.”</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Emma stared at the screen, then slowly typed a message:</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I’m leaving for the funeral today. Gone four days. Do what you want. I’ll know.</w:t>
      </w:r>
    </w:p>
    <w:p w:rsidR="003542CF" w:rsidRPr="00CC32D0" w:rsidRDefault="003542CF" w:rsidP="003542CF">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She hovered over send.</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Then deleted the message.</w:t>
      </w:r>
      <w:r>
        <w:rPr>
          <w:rFonts w:ascii="Times New Roman" w:eastAsia="Times New Roman" w:hAnsi="Times New Roman" w:cs="Times New Roman"/>
          <w:sz w:val="24"/>
          <w:szCs w:val="24"/>
        </w:rPr>
        <w:t xml:space="preserve"> </w:t>
      </w:r>
      <w:r w:rsidRPr="003542CF">
        <w:rPr>
          <w:rFonts w:ascii="Times New Roman" w:eastAsia="Times New Roman" w:hAnsi="Times New Roman" w:cs="Times New Roman"/>
          <w:sz w:val="24"/>
          <w:szCs w:val="24"/>
        </w:rPr>
        <w:t>That was the real sickness — not that she didn’t trust him. But that she still needed him to think she might.</w:t>
      </w:r>
    </w:p>
    <w:p w:rsidR="00FE584D" w:rsidRDefault="00284F90" w:rsidP="008675AF">
      <w:pPr>
        <w:autoSpaceDE w:val="0"/>
        <w:autoSpaceDN w:val="0"/>
        <w:spacing w:after="0" w:line="240" w:lineRule="auto"/>
        <w:ind w:right="576"/>
        <w:rPr>
          <w:rFonts w:ascii="Times New Roman" w:eastAsia="Charis SIL Regular" w:hAnsi="Times New Roman" w:cs="Times New Roman"/>
          <w:color w:val="000000"/>
          <w:sz w:val="24"/>
          <w:szCs w:val="24"/>
        </w:rPr>
      </w:pPr>
      <w:r w:rsidRPr="008675AF">
        <w:rPr>
          <w:rFonts w:ascii="Times New Roman" w:eastAsia="Charis SIL Bold" w:hAnsi="Times New Roman" w:cs="Times New Roman"/>
          <w:b/>
          <w:color w:val="000000"/>
          <w:sz w:val="24"/>
          <w:szCs w:val="24"/>
        </w:rPr>
        <w:t xml:space="preserve">Chapter 3: </w:t>
      </w:r>
      <w:r w:rsidR="00F17484">
        <w:rPr>
          <w:rFonts w:ascii="Times New Roman" w:eastAsia="Charis SIL Bold" w:hAnsi="Times New Roman" w:cs="Times New Roman"/>
          <w:b/>
          <w:color w:val="000000"/>
          <w:sz w:val="24"/>
          <w:szCs w:val="24"/>
        </w:rPr>
        <w:t>Amy’s Pers</w:t>
      </w:r>
      <w:r w:rsidRPr="008675AF">
        <w:rPr>
          <w:rFonts w:ascii="Times New Roman" w:eastAsia="Charis SIL Bold" w:hAnsi="Times New Roman" w:cs="Times New Roman"/>
          <w:b/>
          <w:color w:val="000000"/>
          <w:sz w:val="24"/>
          <w:szCs w:val="24"/>
        </w:rPr>
        <w:t xml:space="preserve">pective </w:t>
      </w:r>
      <w:r w:rsidRPr="008675AF">
        <w:rPr>
          <w:rFonts w:ascii="Times New Roman" w:hAnsi="Times New Roman" w:cs="Times New Roman"/>
          <w:sz w:val="24"/>
          <w:szCs w:val="24"/>
        </w:rPr>
        <w:br/>
      </w:r>
      <w:r w:rsidRPr="008675AF">
        <w:rPr>
          <w:rFonts w:ascii="Times New Roman" w:eastAsia="Charis SIL Regular" w:hAnsi="Times New Roman" w:cs="Times New Roman"/>
          <w:color w:val="000000"/>
          <w:sz w:val="24"/>
          <w:szCs w:val="24"/>
        </w:rPr>
        <w:t xml:space="preserve">Introduction to </w:t>
      </w:r>
      <w:r w:rsidR="00F17484">
        <w:rPr>
          <w:rFonts w:ascii="Times New Roman" w:eastAsia="Charis SIL Regular" w:hAnsi="Times New Roman" w:cs="Times New Roman"/>
          <w:color w:val="000000"/>
          <w:sz w:val="24"/>
          <w:szCs w:val="24"/>
        </w:rPr>
        <w:t>Amy</w:t>
      </w:r>
      <w:r w:rsidRPr="008675AF">
        <w:rPr>
          <w:rFonts w:ascii="Times New Roman" w:eastAsia="Charis SIL Regular" w:hAnsi="Times New Roman" w:cs="Times New Roman"/>
          <w:color w:val="000000"/>
          <w:sz w:val="24"/>
          <w:szCs w:val="24"/>
        </w:rPr>
        <w:t xml:space="preserve"> and her past regrets.</w:t>
      </w:r>
      <w:r w:rsidR="00F17484">
        <w:rPr>
          <w:rFonts w:ascii="Times New Roman" w:eastAsia="Charis SIL Regular" w:hAnsi="Times New Roman" w:cs="Times New Roman"/>
          <w:color w:val="000000"/>
          <w:sz w:val="24"/>
          <w:szCs w:val="24"/>
        </w:rPr>
        <w:t xml:space="preserve"> Amy is the outspoken person in the group, and she uses her brash exterior to hide intense feelings of inadequacy. Amy was the person who was around the most for Laura, often just the two of them. They were not as close while in college, yet became very tight during Laura’s cancer fight. Amy tends to have whirlwind romances and struggles with commitment. </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Amy stares at a crumpled photo booth strip of her and Laura in the hospital—smiling through chemo.</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bCs/>
          <w:sz w:val="24"/>
          <w:szCs w:val="24"/>
        </w:rPr>
        <w:t>Argument</w:t>
      </w:r>
      <w:r w:rsidRPr="00CC32D0">
        <w:rPr>
          <w:rFonts w:ascii="Times New Roman" w:eastAsia="Times New Roman" w:hAnsi="Times New Roman" w:cs="Times New Roman"/>
          <w:sz w:val="24"/>
          <w:szCs w:val="24"/>
        </w:rPr>
        <w:t>: She lashes out at Rose in her head, blaming her for being absent.</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lastRenderedPageBreak/>
        <w:t>Brief flirtation with a bartender after the wake—her pattern continues.</w:t>
      </w:r>
    </w:p>
    <w:p w:rsid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bCs/>
          <w:sz w:val="24"/>
          <w:szCs w:val="24"/>
        </w:rPr>
        <w:t>Moment of reflection</w:t>
      </w:r>
      <w:r w:rsidRPr="00CC32D0">
        <w:rPr>
          <w:rFonts w:ascii="Times New Roman" w:eastAsia="Times New Roman" w:hAnsi="Times New Roman" w:cs="Times New Roman"/>
          <w:sz w:val="24"/>
          <w:szCs w:val="24"/>
        </w:rPr>
        <w:t>: She rereads Laura’s last letter, where Laura thanks her for "being there when it mattered most."</w:t>
      </w:r>
    </w:p>
    <w:p w:rsidR="00F04439" w:rsidRPr="00F04439" w:rsidRDefault="00F04439" w:rsidP="00F04439">
      <w:pPr>
        <w:spacing w:before="100" w:beforeAutospacing="1" w:after="100" w:afterAutospacing="1" w:line="240" w:lineRule="auto"/>
        <w:rPr>
          <w:rFonts w:ascii="Times New Roman" w:eastAsia="Times New Roman" w:hAnsi="Times New Roman" w:cs="Times New Roman"/>
          <w:sz w:val="24"/>
          <w:szCs w:val="24"/>
        </w:rPr>
      </w:pPr>
      <w:r w:rsidRPr="00F04439">
        <w:rPr>
          <w:rFonts w:ascii="Times New Roman" w:eastAsia="Times New Roman" w:hAnsi="Times New Roman" w:cs="Times New Roman"/>
          <w:sz w:val="24"/>
          <w:szCs w:val="24"/>
        </w:rPr>
        <w:t>Flashback scene idea:</w:t>
      </w:r>
      <w:r>
        <w:rPr>
          <w:rFonts w:ascii="Times New Roman" w:eastAsia="Times New Roman" w:hAnsi="Times New Roman" w:cs="Times New Roman"/>
          <w:sz w:val="24"/>
          <w:szCs w:val="24"/>
        </w:rPr>
        <w:t xml:space="preserve"> </w:t>
      </w:r>
      <w:r w:rsidRPr="00F04439">
        <w:rPr>
          <w:rFonts w:ascii="Times New Roman" w:eastAsia="Times New Roman" w:hAnsi="Times New Roman" w:cs="Times New Roman"/>
          <w:sz w:val="24"/>
          <w:szCs w:val="24"/>
        </w:rPr>
        <w:t>It’s raining. A corner café. Amy walks in late, soaked, unshowered, nervous in a way she hasn’t felt in years. Laura’s already there — thin from treatment, scarf over her scalp, a warm but cautious smile on her face.</w:t>
      </w:r>
      <w:r>
        <w:rPr>
          <w:rFonts w:ascii="Times New Roman" w:eastAsia="Times New Roman" w:hAnsi="Times New Roman" w:cs="Times New Roman"/>
          <w:sz w:val="24"/>
          <w:szCs w:val="24"/>
        </w:rPr>
        <w:t xml:space="preserve"> </w:t>
      </w:r>
      <w:r w:rsidRPr="00F04439">
        <w:rPr>
          <w:rFonts w:ascii="Times New Roman" w:eastAsia="Times New Roman" w:hAnsi="Times New Roman" w:cs="Times New Roman"/>
          <w:sz w:val="24"/>
          <w:szCs w:val="24"/>
        </w:rPr>
        <w:t>Neither of them says “I’m sorry” right away.</w:t>
      </w:r>
      <w:r>
        <w:rPr>
          <w:rFonts w:ascii="Times New Roman" w:eastAsia="Times New Roman" w:hAnsi="Times New Roman" w:cs="Times New Roman"/>
          <w:sz w:val="24"/>
          <w:szCs w:val="24"/>
        </w:rPr>
        <w:t xml:space="preserve"> </w:t>
      </w:r>
      <w:r w:rsidRPr="00F04439">
        <w:rPr>
          <w:rFonts w:ascii="Times New Roman" w:eastAsia="Times New Roman" w:hAnsi="Times New Roman" w:cs="Times New Roman"/>
          <w:sz w:val="24"/>
          <w:szCs w:val="24"/>
        </w:rPr>
        <w:t>Laura: “You look like hell.”</w:t>
      </w:r>
      <w:r>
        <w:rPr>
          <w:rFonts w:ascii="Times New Roman" w:eastAsia="Times New Roman" w:hAnsi="Times New Roman" w:cs="Times New Roman"/>
          <w:sz w:val="24"/>
          <w:szCs w:val="24"/>
        </w:rPr>
        <w:t xml:space="preserve"> </w:t>
      </w:r>
      <w:r w:rsidRPr="00F04439">
        <w:rPr>
          <w:rFonts w:ascii="Times New Roman" w:eastAsia="Times New Roman" w:hAnsi="Times New Roman" w:cs="Times New Roman"/>
          <w:sz w:val="24"/>
          <w:szCs w:val="24"/>
        </w:rPr>
        <w:t>Amy: “That’s how I know you missed me.”</w:t>
      </w:r>
      <w:r>
        <w:rPr>
          <w:rFonts w:ascii="Times New Roman" w:eastAsia="Times New Roman" w:hAnsi="Times New Roman" w:cs="Times New Roman"/>
          <w:sz w:val="24"/>
          <w:szCs w:val="24"/>
        </w:rPr>
        <w:t xml:space="preserve"> </w:t>
      </w:r>
      <w:r w:rsidRPr="00F04439">
        <w:rPr>
          <w:rFonts w:ascii="Times New Roman" w:eastAsia="Times New Roman" w:hAnsi="Times New Roman" w:cs="Times New Roman"/>
          <w:sz w:val="24"/>
          <w:szCs w:val="24"/>
        </w:rPr>
        <w:t>The coffee arrives. Silence settles.</w:t>
      </w:r>
      <w:r>
        <w:rPr>
          <w:rFonts w:ascii="Times New Roman" w:eastAsia="Times New Roman" w:hAnsi="Times New Roman" w:cs="Times New Roman"/>
          <w:sz w:val="24"/>
          <w:szCs w:val="24"/>
        </w:rPr>
        <w:t xml:space="preserve"> </w:t>
      </w:r>
      <w:r w:rsidRPr="00F04439">
        <w:rPr>
          <w:rFonts w:ascii="Times New Roman" w:eastAsia="Times New Roman" w:hAnsi="Times New Roman" w:cs="Times New Roman"/>
          <w:sz w:val="24"/>
          <w:szCs w:val="24"/>
        </w:rPr>
        <w:t>Then Laura reaches across the table and squeezes Amy’s hand — a simple act, loaded with everything they’re not ready to say out loud.</w:t>
      </w:r>
      <w:r>
        <w:rPr>
          <w:rFonts w:ascii="Times New Roman" w:eastAsia="Times New Roman" w:hAnsi="Times New Roman" w:cs="Times New Roman"/>
          <w:sz w:val="24"/>
          <w:szCs w:val="24"/>
        </w:rPr>
        <w:t xml:space="preserve"> </w:t>
      </w:r>
      <w:r w:rsidRPr="00F04439">
        <w:rPr>
          <w:rFonts w:ascii="Times New Roman" w:eastAsia="Times New Roman" w:hAnsi="Times New Roman" w:cs="Times New Roman"/>
          <w:sz w:val="24"/>
          <w:szCs w:val="24"/>
        </w:rPr>
        <w:t>Amy holds on. She doesn’t let go until Laura does.</w:t>
      </w:r>
    </w:p>
    <w:p w:rsidR="00FE584D" w:rsidRDefault="00284F90" w:rsidP="008675AF">
      <w:pPr>
        <w:autoSpaceDE w:val="0"/>
        <w:autoSpaceDN w:val="0"/>
        <w:spacing w:after="0" w:line="240" w:lineRule="auto"/>
        <w:rPr>
          <w:rFonts w:ascii="Times New Roman" w:eastAsia="Charis SIL Regular" w:hAnsi="Times New Roman" w:cs="Times New Roman"/>
          <w:color w:val="000000"/>
          <w:sz w:val="24"/>
          <w:szCs w:val="24"/>
        </w:rPr>
      </w:pPr>
      <w:r w:rsidRPr="008675AF">
        <w:rPr>
          <w:rFonts w:ascii="Times New Roman" w:eastAsia="Charis SIL Bold" w:hAnsi="Times New Roman" w:cs="Times New Roman"/>
          <w:b/>
          <w:color w:val="000000"/>
          <w:sz w:val="24"/>
          <w:szCs w:val="24"/>
        </w:rPr>
        <w:t xml:space="preserve">Chapter 4: </w:t>
      </w:r>
      <w:r w:rsidR="008675AF">
        <w:rPr>
          <w:rFonts w:ascii="Times New Roman" w:eastAsia="Charis SIL Bold" w:hAnsi="Times New Roman" w:cs="Times New Roman"/>
          <w:b/>
          <w:color w:val="000000"/>
          <w:sz w:val="24"/>
          <w:szCs w:val="24"/>
        </w:rPr>
        <w:t>Brittany’s</w:t>
      </w:r>
      <w:r w:rsidRPr="008675AF">
        <w:rPr>
          <w:rFonts w:ascii="Times New Roman" w:eastAsia="Charis SIL Bold" w:hAnsi="Times New Roman" w:cs="Times New Roman"/>
          <w:b/>
          <w:color w:val="000000"/>
          <w:sz w:val="24"/>
          <w:szCs w:val="24"/>
        </w:rPr>
        <w:t xml:space="preserve"> Perspective </w:t>
      </w:r>
      <w:r w:rsidRPr="008675AF">
        <w:rPr>
          <w:rFonts w:ascii="Times New Roman" w:hAnsi="Times New Roman" w:cs="Times New Roman"/>
          <w:sz w:val="24"/>
          <w:szCs w:val="24"/>
        </w:rPr>
        <w:br/>
      </w:r>
      <w:r w:rsidRPr="008675AF">
        <w:rPr>
          <w:rFonts w:ascii="Times New Roman" w:eastAsia="Charis SIL Regular" w:hAnsi="Times New Roman" w:cs="Times New Roman"/>
          <w:color w:val="000000"/>
          <w:sz w:val="24"/>
          <w:szCs w:val="24"/>
        </w:rPr>
        <w:t xml:space="preserve">Introduction to </w:t>
      </w:r>
      <w:r w:rsidR="008675AF">
        <w:rPr>
          <w:rFonts w:ascii="Times New Roman" w:eastAsia="Charis SIL Regular" w:hAnsi="Times New Roman" w:cs="Times New Roman"/>
          <w:color w:val="000000"/>
          <w:sz w:val="24"/>
          <w:szCs w:val="24"/>
        </w:rPr>
        <w:t>Laura’s sister</w:t>
      </w:r>
      <w:r w:rsidRPr="008675AF">
        <w:rPr>
          <w:rFonts w:ascii="Times New Roman" w:eastAsia="Charis SIL Regular" w:hAnsi="Times New Roman" w:cs="Times New Roman"/>
          <w:color w:val="000000"/>
          <w:sz w:val="24"/>
          <w:szCs w:val="24"/>
        </w:rPr>
        <w:t xml:space="preserve"> and her current life situation.</w:t>
      </w:r>
      <w:r w:rsidR="008675AF">
        <w:rPr>
          <w:rFonts w:ascii="Times New Roman" w:eastAsia="Charis SIL Regular" w:hAnsi="Times New Roman" w:cs="Times New Roman"/>
          <w:color w:val="000000"/>
          <w:sz w:val="24"/>
          <w:szCs w:val="24"/>
        </w:rPr>
        <w:t xml:space="preserve"> We reveal Brittany was once a drug addict, but Laura’s diagnosis 14 months ago affected her resolve. Now that Laura is gone, there is genuine concern if she will relapse. </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Scene opens with Brittany in a support group, silently observing, not sharing.</w:t>
      </w:r>
    </w:p>
    <w:p w:rsid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bCs/>
          <w:sz w:val="24"/>
          <w:szCs w:val="24"/>
        </w:rPr>
        <w:t>Flashback</w:t>
      </w:r>
      <w:r w:rsidRPr="00CC32D0">
        <w:rPr>
          <w:rFonts w:ascii="Times New Roman" w:eastAsia="Times New Roman" w:hAnsi="Times New Roman" w:cs="Times New Roman"/>
          <w:sz w:val="24"/>
          <w:szCs w:val="24"/>
        </w:rPr>
        <w:t>: First time she used again, after her mom’s funeral—Laura found her and forced her into detox.</w:t>
      </w:r>
    </w:p>
    <w:p w:rsidR="0003056E" w:rsidRPr="00CC32D0" w:rsidRDefault="0003056E"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03056E">
        <w:rPr>
          <w:rFonts w:ascii="Times New Roman" w:eastAsia="Times New Roman" w:hAnsi="Times New Roman" w:cs="Times New Roman"/>
          <w:sz w:val="24"/>
          <w:szCs w:val="24"/>
        </w:rPr>
        <w:t>She sits in a folding chair in a circle at 9AM. By 11, she’s standing in heels beside a casket.</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She’s clean, but fidgety—her sobriety feels fragile.</w:t>
      </w:r>
    </w:p>
    <w:p w:rsid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Keeps a pendant of Laura’s hair tucked in her bra as a totem of strength.</w:t>
      </w:r>
    </w:p>
    <w:p w:rsidR="0003056E" w:rsidRPr="00CC32D0" w:rsidRDefault="0003056E"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03056E">
        <w:rPr>
          <w:rStyle w:val="Strong"/>
          <w:b w:val="0"/>
        </w:rPr>
        <w:t>Line idea:</w:t>
      </w:r>
      <w:r>
        <w:rPr>
          <w:rStyle w:val="Strong"/>
        </w:rPr>
        <w:t xml:space="preserve"> </w:t>
      </w:r>
      <w:r w:rsidRPr="0003056E">
        <w:rPr>
          <w:rStyle w:val="Emphasis"/>
          <w:i w:val="0"/>
        </w:rPr>
        <w:t>“I know it looks cold, showing up here before showing up for her. But if I don’t come here first… I don’t go anywhere.”</w:t>
      </w:r>
    </w:p>
    <w:p w:rsidR="00F17484" w:rsidRDefault="00284F90" w:rsidP="008675AF">
      <w:pPr>
        <w:autoSpaceDE w:val="0"/>
        <w:autoSpaceDN w:val="0"/>
        <w:spacing w:after="0" w:line="240" w:lineRule="auto"/>
        <w:rPr>
          <w:rFonts w:ascii="Times New Roman" w:eastAsia="Charis SIL Bold" w:hAnsi="Times New Roman" w:cs="Times New Roman"/>
          <w:b/>
          <w:color w:val="000000"/>
          <w:sz w:val="24"/>
          <w:szCs w:val="24"/>
        </w:rPr>
      </w:pPr>
      <w:r w:rsidRPr="008675AF">
        <w:rPr>
          <w:rFonts w:ascii="Times New Roman" w:eastAsia="Charis SIL Bold" w:hAnsi="Times New Roman" w:cs="Times New Roman"/>
          <w:b/>
          <w:color w:val="000000"/>
          <w:sz w:val="24"/>
          <w:szCs w:val="24"/>
        </w:rPr>
        <w:t xml:space="preserve">Chapter 5: The Funeral </w:t>
      </w:r>
    </w:p>
    <w:p w:rsidR="00F17484" w:rsidRDefault="00284F90" w:rsidP="008675AF">
      <w:pPr>
        <w:autoSpaceDE w:val="0"/>
        <w:autoSpaceDN w:val="0"/>
        <w:spacing w:after="0" w:line="240" w:lineRule="auto"/>
        <w:rPr>
          <w:rFonts w:ascii="Times New Roman" w:eastAsia="Charis SIL Bold" w:hAnsi="Times New Roman" w:cs="Times New Roman"/>
          <w:color w:val="000000"/>
          <w:sz w:val="24"/>
          <w:szCs w:val="24"/>
        </w:rPr>
      </w:pPr>
      <w:r>
        <w:rPr>
          <w:rFonts w:ascii="Times New Roman" w:eastAsia="Charis SIL Bold" w:hAnsi="Times New Roman" w:cs="Times New Roman"/>
          <w:color w:val="000000"/>
          <w:sz w:val="24"/>
          <w:szCs w:val="24"/>
        </w:rPr>
        <w:lastRenderedPageBreak/>
        <w:t xml:space="preserve">Each make their way into the funeral, sitting near each other. They each hug and acknowledge. Laura did not have a lot of family, both parents died young. She and Brittany were raised mostly by their grandmother, a no-nonsense woman of faith. She is a crushed soul at the funeral. Others present are people she worked with and even some medical personnel, who got to know her in the last year being in and out of the Cancer Center. Rose recognizes the medical team likely knows Laura better than her at this stage, which hurts. There are equal moments sadness and humor. After the last person speaks and a prayer is read, the group gets up to leave. They end up outside, and have cordial but distant discussions. Then an attorney pops out and asks their names. He then asks them to join him in a private room. Dumbfound – why? He shares Laura had a will and each of you are in it. </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bCs/>
          <w:sz w:val="24"/>
          <w:szCs w:val="24"/>
        </w:rPr>
        <w:t>Scene-building</w:t>
      </w:r>
      <w:r w:rsidRPr="00CC32D0">
        <w:rPr>
          <w:rFonts w:ascii="Times New Roman" w:eastAsia="Times New Roman" w:hAnsi="Times New Roman" w:cs="Times New Roman"/>
          <w:sz w:val="24"/>
          <w:szCs w:val="24"/>
        </w:rPr>
        <w:t>: The cold church, Laura’s faded photo on the program, the smell of lilies.</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Tension rises—Amy avoids eye contact with Rose.</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Emma’s phone vibrates nonstop; her husband is being passive-aggressive.</w:t>
      </w:r>
    </w:p>
    <w:p w:rsid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Brittany trembles as she gives a shaky eulogy, full of unfinished thoughts.</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The attorney’s arrival is cinematic—"Are you Rose? Amy? Emma? She left something for you."</w:t>
      </w:r>
    </w:p>
    <w:p w:rsidR="00ED1B7A" w:rsidRPr="00ED1B7A" w:rsidRDefault="00F17484" w:rsidP="00ED1B7A">
      <w:pPr>
        <w:autoSpaceDE w:val="0"/>
        <w:autoSpaceDN w:val="0"/>
        <w:spacing w:after="0" w:line="240" w:lineRule="auto"/>
        <w:rPr>
          <w:rFonts w:ascii="Times New Roman" w:eastAsia="Charis SIL Regular" w:hAnsi="Times New Roman" w:cs="Times New Roman"/>
          <w:color w:val="000000"/>
          <w:sz w:val="24"/>
          <w:szCs w:val="24"/>
        </w:rPr>
      </w:pPr>
      <w:r>
        <w:rPr>
          <w:rFonts w:ascii="Times New Roman" w:eastAsia="Charis SIL Bold" w:hAnsi="Times New Roman" w:cs="Times New Roman"/>
          <w:b/>
          <w:color w:val="000000"/>
          <w:sz w:val="24"/>
          <w:szCs w:val="24"/>
        </w:rPr>
        <w:t xml:space="preserve">Chapter 6: The </w:t>
      </w:r>
      <w:r w:rsidR="00284F90" w:rsidRPr="008675AF">
        <w:rPr>
          <w:rFonts w:ascii="Times New Roman" w:eastAsia="Charis SIL Bold" w:hAnsi="Times New Roman" w:cs="Times New Roman"/>
          <w:b/>
          <w:color w:val="000000"/>
          <w:sz w:val="24"/>
          <w:szCs w:val="24"/>
        </w:rPr>
        <w:t xml:space="preserve">Will </w:t>
      </w:r>
      <w:r w:rsidR="00284F90" w:rsidRPr="008675AF">
        <w:rPr>
          <w:rFonts w:ascii="Times New Roman" w:hAnsi="Times New Roman" w:cs="Times New Roman"/>
          <w:sz w:val="24"/>
          <w:szCs w:val="24"/>
        </w:rPr>
        <w:br/>
      </w:r>
      <w:r w:rsidR="00284F90" w:rsidRPr="008675AF">
        <w:rPr>
          <w:rFonts w:ascii="Times New Roman" w:eastAsia="Charis SIL Regular" w:hAnsi="Times New Roman" w:cs="Times New Roman"/>
          <w:color w:val="000000"/>
          <w:sz w:val="24"/>
          <w:szCs w:val="24"/>
        </w:rPr>
        <w:t xml:space="preserve">The friends </w:t>
      </w:r>
      <w:r>
        <w:rPr>
          <w:rFonts w:ascii="Times New Roman" w:eastAsia="Charis SIL Regular" w:hAnsi="Times New Roman" w:cs="Times New Roman"/>
          <w:color w:val="000000"/>
          <w:sz w:val="24"/>
          <w:szCs w:val="24"/>
        </w:rPr>
        <w:t xml:space="preserve">learn more about the </w:t>
      </w:r>
      <w:r w:rsidR="00284F90" w:rsidRPr="008675AF">
        <w:rPr>
          <w:rFonts w:ascii="Times New Roman" w:eastAsia="Charis SIL Regular" w:hAnsi="Times New Roman" w:cs="Times New Roman"/>
          <w:color w:val="000000"/>
          <w:sz w:val="24"/>
          <w:szCs w:val="24"/>
        </w:rPr>
        <w:t>unexpected will.</w:t>
      </w:r>
      <w:r>
        <w:rPr>
          <w:rFonts w:ascii="Times New Roman" w:eastAsia="Charis SIL Regular" w:hAnsi="Times New Roman" w:cs="Times New Roman"/>
          <w:color w:val="000000"/>
          <w:sz w:val="24"/>
          <w:szCs w:val="24"/>
        </w:rPr>
        <w:t xml:space="preserve"> Laura had no assets and the only family is her sister </w:t>
      </w:r>
      <w:r w:rsidR="009A2F9A">
        <w:rPr>
          <w:rFonts w:ascii="Times New Roman" w:eastAsia="Charis SIL Regular" w:hAnsi="Times New Roman" w:cs="Times New Roman"/>
          <w:color w:val="000000"/>
          <w:sz w:val="24"/>
          <w:szCs w:val="24"/>
        </w:rPr>
        <w:t xml:space="preserve">Brittany. The attorney says Laura had specific instructions about her ashes and reveals to the group that they must travel together along Route 66, starting in Chicago, leaving some of her ashes at specific locations. Each of the women have their reasons for not wanting to do this. The instruction is also they must start no later than the following morning. </w:t>
      </w:r>
      <w:r w:rsidR="00ED1B7A">
        <w:rPr>
          <w:rFonts w:ascii="Times New Roman" w:eastAsia="Charis SIL Regular" w:hAnsi="Times New Roman" w:cs="Times New Roman"/>
          <w:color w:val="000000"/>
          <w:sz w:val="24"/>
          <w:szCs w:val="24"/>
        </w:rPr>
        <w:t>The a</w:t>
      </w:r>
      <w:r w:rsidR="00CC32D0" w:rsidRPr="00CC32D0">
        <w:rPr>
          <w:rFonts w:ascii="Times New Roman" w:eastAsia="Times New Roman" w:hAnsi="Times New Roman" w:cs="Times New Roman"/>
          <w:sz w:val="24"/>
          <w:szCs w:val="24"/>
        </w:rPr>
        <w:t>ttorney plays a video message from Laura—emotional gut-punch.</w:t>
      </w:r>
      <w:r w:rsidR="00ED1B7A">
        <w:rPr>
          <w:rFonts w:ascii="Times New Roman" w:eastAsia="Times New Roman" w:hAnsi="Times New Roman" w:cs="Times New Roman"/>
          <w:sz w:val="24"/>
          <w:szCs w:val="24"/>
        </w:rPr>
        <w:t xml:space="preserve"> </w:t>
      </w:r>
      <w:r w:rsidR="00ED1B7A">
        <w:t xml:space="preserve">“You all think you lost me. But the truth is, you’ve been losing yourselves for years. This trip isn’t just about </w:t>
      </w:r>
      <w:r w:rsidR="00ED1B7A">
        <w:lastRenderedPageBreak/>
        <w:t>goodbye—it’s about remembering who you are… and who you still can be.”</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Laura says: “You four were my compass. I need you to walk the road I never could.”</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They argue about logistics: work, kids, addiction recovery, etc.</w:t>
      </w:r>
    </w:p>
    <w:p w:rsid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Emma lies and says her husband is “supportive”—Amy sees through it.</w:t>
      </w:r>
    </w:p>
    <w:p w:rsidR="00774F89" w:rsidRPr="00774F89" w:rsidRDefault="00774F89" w:rsidP="00774F89">
      <w:pPr>
        <w:spacing w:before="100" w:beforeAutospacing="1" w:after="100" w:afterAutospacing="1" w:line="240" w:lineRule="auto"/>
        <w:rPr>
          <w:rFonts w:ascii="Times New Roman" w:eastAsia="Times New Roman" w:hAnsi="Times New Roman" w:cs="Times New Roman"/>
          <w:sz w:val="24"/>
          <w:szCs w:val="24"/>
        </w:rPr>
      </w:pPr>
      <w:r w:rsidRPr="00774F89">
        <w:rPr>
          <w:rFonts w:ascii="Times New Roman" w:eastAsia="Times New Roman" w:hAnsi="Times New Roman" w:cs="Times New Roman"/>
          <w:sz w:val="24"/>
          <w:szCs w:val="24"/>
        </w:rPr>
        <w:t>Rose</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Professional instincts kick in first — she asks logistical questions: “Is this even legal?” / “What’s the time frame?” / “Is this binding?”</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But you sense guilt beneath the surface. She wants to push it off, but she knows she owes Laura something.</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Quiet admission: She didn’t know Laura had time to plan something like this.</w:t>
      </w:r>
    </w:p>
    <w:p w:rsidR="00774F89" w:rsidRPr="00774F89" w:rsidRDefault="00774F89" w:rsidP="00774F8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Pr="00774F89">
        <w:rPr>
          <w:rFonts w:ascii="Times New Roman" w:eastAsia="Times New Roman" w:hAnsi="Times New Roman" w:cs="Times New Roman"/>
          <w:sz w:val="24"/>
          <w:szCs w:val="24"/>
        </w:rPr>
        <w:t>mma</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Starts polite, stunned, but spirals quickly: “My kids. My husband. I can’t just disappear for a week.”</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Her conflict is between people-pleasing and this wild, inconvenient loyalty to Laura.</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She tries to play peacemaker but is internally panicking.</w:t>
      </w:r>
    </w:p>
    <w:p w:rsidR="00774F89" w:rsidRDefault="00774F89" w:rsidP="00774F89">
      <w:pPr>
        <w:spacing w:before="100" w:beforeAutospacing="1" w:after="100" w:afterAutospacing="1" w:line="240" w:lineRule="auto"/>
        <w:rPr>
          <w:rFonts w:ascii="Times New Roman" w:eastAsia="Times New Roman" w:hAnsi="Times New Roman" w:cs="Times New Roman"/>
          <w:sz w:val="24"/>
          <w:szCs w:val="24"/>
        </w:rPr>
      </w:pPr>
      <w:r w:rsidRPr="00774F89">
        <w:rPr>
          <w:rFonts w:ascii="Times New Roman" w:eastAsia="Times New Roman" w:hAnsi="Times New Roman" w:cs="Times New Roman"/>
          <w:sz w:val="24"/>
          <w:szCs w:val="24"/>
        </w:rPr>
        <w:t>Amy</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Brash, sarcastic, deflective: “What is this, a scavenger hunt with cremains?”</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But then turns sharp: “Why didn’t she tell me? I was there. I was the one actually there.”</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 xml:space="preserve">Feels betrayed. Hurt that she wasn’t consulted. But </w:t>
      </w:r>
      <w:proofErr w:type="gramStart"/>
      <w:r w:rsidRPr="00774F89">
        <w:rPr>
          <w:rFonts w:ascii="Times New Roman" w:eastAsia="Times New Roman" w:hAnsi="Times New Roman" w:cs="Times New Roman"/>
          <w:sz w:val="24"/>
          <w:szCs w:val="24"/>
        </w:rPr>
        <w:t>also</w:t>
      </w:r>
      <w:proofErr w:type="gramEnd"/>
      <w:r w:rsidRPr="00774F89">
        <w:rPr>
          <w:rFonts w:ascii="Times New Roman" w:eastAsia="Times New Roman" w:hAnsi="Times New Roman" w:cs="Times New Roman"/>
          <w:sz w:val="24"/>
          <w:szCs w:val="24"/>
        </w:rPr>
        <w:t xml:space="preserve"> fiercely protective of Laura’s wishes.</w:t>
      </w:r>
    </w:p>
    <w:p w:rsidR="00774F89" w:rsidRPr="00774F89" w:rsidRDefault="00774F89" w:rsidP="00774F89">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Brittany: </w:t>
      </w:r>
      <w:r w:rsidRPr="00774F89">
        <w:rPr>
          <w:rFonts w:ascii="Times New Roman" w:eastAsia="Times New Roman" w:hAnsi="Times New Roman" w:cs="Times New Roman"/>
          <w:sz w:val="24"/>
          <w:szCs w:val="24"/>
        </w:rPr>
        <w:t>Emotionally overwhelmed. Doesn’t speak right away.</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When she does, it’s defensive — “I’m not a charity case. I’m her sister.”</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She insists she’s going, even though the will doesn’t technically include her.</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Amy pushes back on this, and Brittany fires back that she was there in the end — unlike the rest of them.</w:t>
      </w:r>
      <w:r>
        <w:rPr>
          <w:rFonts w:ascii="Times New Roman" w:eastAsia="Times New Roman" w:hAnsi="Times New Roman" w:cs="Times New Roman"/>
          <w:sz w:val="24"/>
          <w:szCs w:val="24"/>
        </w:rPr>
        <w:t xml:space="preserve"> </w:t>
      </w:r>
      <w:r w:rsidRPr="00774F89">
        <w:rPr>
          <w:rFonts w:ascii="Times New Roman" w:eastAsia="Times New Roman" w:hAnsi="Times New Roman" w:cs="Times New Roman"/>
          <w:sz w:val="24"/>
          <w:szCs w:val="24"/>
        </w:rPr>
        <w:t>Brittany’s voice wavers between defiance and desperation. She needs to go on this trip. Not for closure — for stability. She’s terrified of what happens if she stays behind, alone, with her grief.</w:t>
      </w:r>
    </w:p>
    <w:p w:rsidR="00FE584D" w:rsidRDefault="00284F90" w:rsidP="008675AF">
      <w:pPr>
        <w:autoSpaceDE w:val="0"/>
        <w:autoSpaceDN w:val="0"/>
        <w:spacing w:after="0" w:line="240" w:lineRule="auto"/>
        <w:rPr>
          <w:rFonts w:ascii="Times New Roman" w:eastAsia="Charis SIL Regular" w:hAnsi="Times New Roman" w:cs="Times New Roman"/>
          <w:color w:val="000000"/>
          <w:sz w:val="24"/>
          <w:szCs w:val="24"/>
        </w:rPr>
      </w:pPr>
      <w:r w:rsidRPr="008675AF">
        <w:rPr>
          <w:rFonts w:ascii="Times New Roman" w:eastAsia="Charis SIL Bold" w:hAnsi="Times New Roman" w:cs="Times New Roman"/>
          <w:b/>
          <w:color w:val="000000"/>
          <w:sz w:val="24"/>
          <w:szCs w:val="24"/>
        </w:rPr>
        <w:lastRenderedPageBreak/>
        <w:t xml:space="preserve">Chapter </w:t>
      </w:r>
      <w:r w:rsidR="009A2F9A">
        <w:rPr>
          <w:rFonts w:ascii="Times New Roman" w:eastAsia="Charis SIL Bold" w:hAnsi="Times New Roman" w:cs="Times New Roman"/>
          <w:b/>
          <w:color w:val="000000"/>
          <w:sz w:val="24"/>
          <w:szCs w:val="24"/>
        </w:rPr>
        <w:t>7</w:t>
      </w:r>
      <w:r w:rsidRPr="008675AF">
        <w:rPr>
          <w:rFonts w:ascii="Times New Roman" w:eastAsia="Charis SIL Bold" w:hAnsi="Times New Roman" w:cs="Times New Roman"/>
          <w:b/>
          <w:color w:val="000000"/>
          <w:sz w:val="24"/>
          <w:szCs w:val="24"/>
        </w:rPr>
        <w:t xml:space="preserve">: Route 66 and the Sister </w:t>
      </w:r>
      <w:r w:rsidRPr="008675AF">
        <w:rPr>
          <w:rFonts w:ascii="Times New Roman" w:hAnsi="Times New Roman" w:cs="Times New Roman"/>
          <w:sz w:val="24"/>
          <w:szCs w:val="24"/>
        </w:rPr>
        <w:br/>
      </w:r>
      <w:r w:rsidRPr="008675AF">
        <w:rPr>
          <w:rFonts w:ascii="Times New Roman" w:eastAsia="Charis SIL Regular" w:hAnsi="Times New Roman" w:cs="Times New Roman"/>
          <w:color w:val="000000"/>
          <w:sz w:val="24"/>
          <w:szCs w:val="24"/>
        </w:rPr>
        <w:t xml:space="preserve">The journey begins, with the added complication of </w:t>
      </w:r>
      <w:r w:rsidR="009A2F9A">
        <w:rPr>
          <w:rFonts w:ascii="Times New Roman" w:eastAsia="Charis SIL Regular" w:hAnsi="Times New Roman" w:cs="Times New Roman"/>
          <w:color w:val="000000"/>
          <w:sz w:val="24"/>
          <w:szCs w:val="24"/>
        </w:rPr>
        <w:t xml:space="preserve">Brittany forcing herself to join the ride. After arguing about this not being specific to Laura’s will, with Amy being the most outspoken, the group eventually accepts that Brittany needs to participate in this as much as they need to. The journey begins. </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Brittany insists: “I loved her more than all of you.” Amy explodes.</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 xml:space="preserve">Flashback: Brittany and Laura watching the movie </w:t>
      </w:r>
      <w:r w:rsidRPr="00CC32D0">
        <w:rPr>
          <w:rFonts w:ascii="Times New Roman" w:eastAsia="Times New Roman" w:hAnsi="Times New Roman" w:cs="Times New Roman"/>
          <w:i/>
          <w:iCs/>
          <w:sz w:val="24"/>
          <w:szCs w:val="24"/>
        </w:rPr>
        <w:t>Cars</w:t>
      </w:r>
      <w:r w:rsidRPr="00CC32D0">
        <w:rPr>
          <w:rFonts w:ascii="Times New Roman" w:eastAsia="Times New Roman" w:hAnsi="Times New Roman" w:cs="Times New Roman"/>
          <w:sz w:val="24"/>
          <w:szCs w:val="24"/>
        </w:rPr>
        <w:t>, dreaming of a Route 66 trip.</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Tense car ride begins—radio static, silence, judgmental glances.</w:t>
      </w:r>
    </w:p>
    <w:p w:rsidR="00FE584D" w:rsidRDefault="00284F90" w:rsidP="008675AF">
      <w:pPr>
        <w:autoSpaceDE w:val="0"/>
        <w:autoSpaceDN w:val="0"/>
        <w:spacing w:after="0" w:line="240" w:lineRule="auto"/>
        <w:rPr>
          <w:rFonts w:ascii="Times New Roman" w:eastAsia="Charis SIL Regular" w:hAnsi="Times New Roman" w:cs="Times New Roman"/>
          <w:color w:val="000000"/>
          <w:sz w:val="24"/>
          <w:szCs w:val="24"/>
        </w:rPr>
      </w:pPr>
      <w:r w:rsidRPr="008675AF">
        <w:rPr>
          <w:rFonts w:ascii="Times New Roman" w:eastAsia="Charis SIL Bold" w:hAnsi="Times New Roman" w:cs="Times New Roman"/>
          <w:b/>
          <w:color w:val="000000"/>
          <w:sz w:val="24"/>
          <w:szCs w:val="24"/>
        </w:rPr>
        <w:t xml:space="preserve">Chapter </w:t>
      </w:r>
      <w:r>
        <w:rPr>
          <w:rFonts w:ascii="Times New Roman" w:eastAsia="Charis SIL Bold" w:hAnsi="Times New Roman" w:cs="Times New Roman"/>
          <w:b/>
          <w:color w:val="000000"/>
          <w:sz w:val="24"/>
          <w:szCs w:val="24"/>
        </w:rPr>
        <w:t>8</w:t>
      </w:r>
      <w:r w:rsidR="00C54B6A">
        <w:rPr>
          <w:rFonts w:ascii="Times New Roman" w:eastAsia="Charis SIL Bold" w:hAnsi="Times New Roman" w:cs="Times New Roman"/>
          <w:b/>
          <w:color w:val="000000"/>
          <w:sz w:val="24"/>
          <w:szCs w:val="24"/>
        </w:rPr>
        <w:t>: The Old Chain Rocks Bridge (Madison, IL)</w:t>
      </w:r>
      <w:r w:rsidRPr="008675AF">
        <w:rPr>
          <w:rFonts w:ascii="Times New Roman" w:hAnsi="Times New Roman" w:cs="Times New Roman"/>
          <w:sz w:val="24"/>
          <w:szCs w:val="24"/>
        </w:rPr>
        <w:br/>
      </w:r>
      <w:r w:rsidR="004616D8" w:rsidRPr="004616D8">
        <w:rPr>
          <w:rFonts w:ascii="Times New Roman" w:eastAsia="Charis SIL Regular" w:hAnsi="Times New Roman" w:cs="Times New Roman"/>
          <w:color w:val="000000"/>
          <w:sz w:val="24"/>
          <w:szCs w:val="24"/>
        </w:rPr>
        <w:t>The group arrives at the Old Chain Rocks Bridge, a historical site steeped in local legend. Brittany opens up about her past struggles with addiction, revealing how she once came here to attempt suicide but was saved by a stranger. This encounter brings a raw moment of vulnerability. The group reflects on their own dark moments and regrets, including Rose’s distancing from Laura and Emma’s strained marriage. They face the haunting reality that they’ve all avoided confronting certain truths, but the bridge offers a symbolic crossing—a chance for them to start opening up.</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Brittany almost walks off the edge of the bridge at night—Amy finds her.</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bCs/>
          <w:sz w:val="24"/>
          <w:szCs w:val="24"/>
        </w:rPr>
        <w:t>Confession</w:t>
      </w:r>
      <w:r w:rsidRPr="00CC32D0">
        <w:rPr>
          <w:rFonts w:ascii="Times New Roman" w:eastAsia="Times New Roman" w:hAnsi="Times New Roman" w:cs="Times New Roman"/>
          <w:sz w:val="24"/>
          <w:szCs w:val="24"/>
        </w:rPr>
        <w:t>: Brittany reveals her suicide attempt and being saved by a stranger.</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Emotional group moment: they share their lowest points, starting to peel back layers.</w:t>
      </w:r>
    </w:p>
    <w:p w:rsidR="00CC32D0" w:rsidRPr="00CC32D0" w:rsidRDefault="00CC32D0" w:rsidP="00CC32D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CC32D0">
        <w:rPr>
          <w:rFonts w:ascii="Times New Roman" w:eastAsia="Times New Roman" w:hAnsi="Times New Roman" w:cs="Times New Roman"/>
          <w:sz w:val="24"/>
          <w:szCs w:val="24"/>
        </w:rPr>
        <w:t>Rose mutters, “I don’t even know if Laura forgave me.”</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r>
        <w:rPr>
          <w:rFonts w:ascii="Times New Roman" w:eastAsia="Charis SIL Bold" w:hAnsi="Times New Roman" w:cs="Times New Roman"/>
          <w:b/>
          <w:color w:val="000000"/>
          <w:sz w:val="24"/>
          <w:szCs w:val="24"/>
        </w:rPr>
        <w:t>Chapter 9: Roadside Café</w:t>
      </w:r>
    </w:p>
    <w:p w:rsidR="004616D8" w:rsidRDefault="004616D8" w:rsidP="008675AF">
      <w:pPr>
        <w:autoSpaceDE w:val="0"/>
        <w:autoSpaceDN w:val="0"/>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 xml:space="preserve">At a small, unremarkable roadside café, tensions flare. The group can no longer avoid the deep-seated issues that have festered since </w:t>
      </w:r>
      <w:r w:rsidRPr="004616D8">
        <w:rPr>
          <w:rFonts w:ascii="Times New Roman" w:eastAsia="Charis SIL Bold" w:hAnsi="Times New Roman" w:cs="Times New Roman"/>
          <w:color w:val="000000"/>
          <w:sz w:val="24"/>
          <w:szCs w:val="24"/>
        </w:rPr>
        <w:lastRenderedPageBreak/>
        <w:t>Laura’s death. Emma snaps at Rose, accusing her of using work to escape their emotional connections. Amy challenges Brittany’s participation in the journey, calling it selfish. Each character’s grief bubbles to the surface, causing them to confront what they’ve been running from: Rose’s guilt for not being there for Laura, Emma’s fear of her unraveling marriage, Amy’s distrust of herself and others, and Brittany’s inner turmoil over her addiction. The confrontation is painful but necessary, forcing them to reckon with the past.</w:t>
      </w:r>
      <w:r w:rsidR="00ED1B7A">
        <w:rPr>
          <w:rFonts w:ascii="Times New Roman" w:eastAsia="Charis SIL Bold" w:hAnsi="Times New Roman" w:cs="Times New Roman"/>
          <w:color w:val="000000"/>
          <w:sz w:val="24"/>
          <w:szCs w:val="24"/>
        </w:rPr>
        <w:t xml:space="preserve"> </w:t>
      </w:r>
      <w:r w:rsidR="00ED1B7A" w:rsidRPr="00ED1B7A">
        <w:rPr>
          <w:rFonts w:ascii="Times New Roman" w:eastAsia="Charis SIL Bold" w:hAnsi="Times New Roman" w:cs="Times New Roman"/>
          <w:color w:val="000000"/>
          <w:sz w:val="24"/>
          <w:szCs w:val="24"/>
        </w:rPr>
        <w:t>At a nearby table, a silver-haired woman overhears their argument and offers tissues. She shares she lost her wife two years ago along this route. “Grief doesn’t just happen to you. It rearranges you. But eventually, you get to decide what the new shape looks like.” Her words hang in the air after she leaves.</w:t>
      </w:r>
    </w:p>
    <w:p w:rsidR="003A7420" w:rsidRPr="003A7420" w:rsidRDefault="003A7420" w:rsidP="003A742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3A7420">
        <w:rPr>
          <w:rFonts w:ascii="Times New Roman" w:eastAsia="Times New Roman" w:hAnsi="Times New Roman" w:cs="Times New Roman"/>
          <w:bCs/>
          <w:sz w:val="24"/>
          <w:szCs w:val="24"/>
        </w:rPr>
        <w:t>Explosive argument</w:t>
      </w:r>
      <w:r w:rsidRPr="003A7420">
        <w:rPr>
          <w:rFonts w:ascii="Times New Roman" w:eastAsia="Times New Roman" w:hAnsi="Times New Roman" w:cs="Times New Roman"/>
          <w:sz w:val="24"/>
          <w:szCs w:val="24"/>
        </w:rPr>
        <w:t>: Emma accuses Rose of using work to avoid relationships. Amy yells that Brittany doesn’t belong here.</w:t>
      </w:r>
    </w:p>
    <w:p w:rsidR="003A7420" w:rsidRPr="003A7420" w:rsidRDefault="003A7420" w:rsidP="003A742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3A7420">
        <w:rPr>
          <w:rFonts w:ascii="Times New Roman" w:eastAsia="Times New Roman" w:hAnsi="Times New Roman" w:cs="Times New Roman"/>
          <w:sz w:val="24"/>
          <w:szCs w:val="24"/>
        </w:rPr>
        <w:t>Rose: “You think being busy makes me heartless?”</w:t>
      </w:r>
    </w:p>
    <w:p w:rsidR="003A7420" w:rsidRPr="003A7420" w:rsidRDefault="003A7420" w:rsidP="003A742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3A7420">
        <w:rPr>
          <w:rFonts w:ascii="Times New Roman" w:eastAsia="Times New Roman" w:hAnsi="Times New Roman" w:cs="Times New Roman"/>
          <w:sz w:val="24"/>
          <w:szCs w:val="24"/>
        </w:rPr>
        <w:t>Emma: “No, it makes you cowardly.”</w:t>
      </w:r>
    </w:p>
    <w:p w:rsidR="003A7420" w:rsidRPr="003A7420" w:rsidRDefault="003A7420" w:rsidP="003A7420">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3A7420">
        <w:rPr>
          <w:rFonts w:ascii="Times New Roman" w:eastAsia="Times New Roman" w:hAnsi="Times New Roman" w:cs="Times New Roman"/>
          <w:sz w:val="24"/>
          <w:szCs w:val="24"/>
        </w:rPr>
        <w:t>The group leaves in silence—fractured, exhausted, yet deeper in the journey.</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r>
        <w:rPr>
          <w:rFonts w:ascii="Times New Roman" w:eastAsia="Charis SIL Bold" w:hAnsi="Times New Roman" w:cs="Times New Roman"/>
          <w:b/>
          <w:color w:val="000000"/>
          <w:sz w:val="24"/>
          <w:szCs w:val="24"/>
        </w:rPr>
        <w:t>Chapter 10: The Uranus Fudge Factory</w:t>
      </w:r>
    </w:p>
    <w:p w:rsidR="004616D8" w:rsidRDefault="004616D8" w:rsidP="008675AF">
      <w:pPr>
        <w:autoSpaceDE w:val="0"/>
        <w:autoSpaceDN w:val="0"/>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A quirky stop in the middle of nowhere, the Uranus Fudge Factory is a jarring contrast to the heaviness of the previous chapter. However, the oddity of the place causes the women to take a much-needed break from their emotional weight. They share a light-hearted moment, teasing each other, but the fun is undercut by Amy’s moment of reflection. She reveals her deep fears about never finding true love or stability, fearing she’s been running from relationships her whole life. The group has a mixed reaction, but they begin to realize that while they may have differing coping mechanisms, they all share a fear of losing themselves.</w:t>
      </w:r>
    </w:p>
    <w:p w:rsidR="00230283" w:rsidRPr="00230283" w:rsidRDefault="00230283" w:rsidP="00230283">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Quirky, absurd environment softens tension.</w:t>
      </w:r>
    </w:p>
    <w:p w:rsidR="00230283" w:rsidRPr="00230283" w:rsidRDefault="00230283" w:rsidP="00230283">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Brittany gets high on sugar—first smile we see from her.</w:t>
      </w:r>
    </w:p>
    <w:p w:rsidR="00230283" w:rsidRPr="00230283" w:rsidRDefault="00230283" w:rsidP="00230283">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lastRenderedPageBreak/>
        <w:t>Amy opens up: “I’ve never been in love. Not real love. Not where I let them in.”</w:t>
      </w:r>
    </w:p>
    <w:p w:rsidR="00230283" w:rsidRPr="00230283" w:rsidRDefault="00230283" w:rsidP="00230283">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Laughter and pain intermix. Human.</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r>
        <w:rPr>
          <w:rFonts w:ascii="Times New Roman" w:eastAsia="Charis SIL Bold" w:hAnsi="Times New Roman" w:cs="Times New Roman"/>
          <w:b/>
          <w:color w:val="000000"/>
          <w:sz w:val="24"/>
          <w:szCs w:val="24"/>
        </w:rPr>
        <w:t>Chapter 11: Traveling</w:t>
      </w:r>
    </w:p>
    <w:p w:rsidR="004616D8" w:rsidRDefault="004616D8" w:rsidP="008675AF">
      <w:pPr>
        <w:autoSpaceDE w:val="0"/>
        <w:autoSpaceDN w:val="0"/>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As they continue their journey, the group begins to experience moments of deep reflection in the solitude of the open road. The shared grief feels less isolating, and they start to understand the importance of each other’s presence. Rose, often cold and emotionally detached, begins to soften and shows moments of warmth toward Emma and Amy. Brittany, while still struggling, begins to accept that she’s not in this alone. The road is symbolic of their internal journeys as they come to terms with the weight of their past decisions. Still, they know they must continue forward.</w:t>
      </w:r>
    </w:p>
    <w:p w:rsidR="00230283" w:rsidRPr="00230283" w:rsidRDefault="00230283" w:rsidP="00230283">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Vignettes: late-night singing in the car, crying alone at a rest stop, silent morning coffees.</w:t>
      </w:r>
    </w:p>
    <w:p w:rsidR="00230283" w:rsidRPr="00230283" w:rsidRDefault="00230283" w:rsidP="00230283">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Rose pulls over at a scenic overlook—"I’ve never watched the sunrise before without checking email."</w:t>
      </w:r>
    </w:p>
    <w:p w:rsidR="00230283" w:rsidRPr="00230283" w:rsidRDefault="00230283" w:rsidP="00230283">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Emma admits: “I sometimes wonder if dying would be easier than divorcing him.”</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r>
        <w:rPr>
          <w:rFonts w:ascii="Times New Roman" w:eastAsia="Charis SIL Bold" w:hAnsi="Times New Roman" w:cs="Times New Roman"/>
          <w:b/>
          <w:color w:val="000000"/>
          <w:sz w:val="24"/>
          <w:szCs w:val="24"/>
        </w:rPr>
        <w:t>Chapter 12: The Haunted Sidewalk (Davenport, OK)</w:t>
      </w:r>
    </w:p>
    <w:p w:rsidR="004616D8" w:rsidRDefault="004616D8" w:rsidP="008675AF">
      <w:pPr>
        <w:autoSpaceDE w:val="0"/>
        <w:autoSpaceDN w:val="0"/>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The group stops in Davenport, OK, at a famous haunted site known for its dark history. As they walk the haunted sidewalk, they share personal stories of their own 'ghosts'—memories that have haunted them over the years. Rose confesses her regret about being so consumed by work, while Emma finally admits she’s afraid of being alone, not just in her marriage but in life. Brittany confronts her fear of relapse, realizing that she’s clung to the idea of self-destruction as a way to escape her pain. The haunted sidewalk represents the ghosts of their pasts, and as they walk together, they start to face them head-on, albeit with lingering fear.</w:t>
      </w:r>
    </w:p>
    <w:p w:rsidR="00ED1B7A" w:rsidRPr="00ED1B7A" w:rsidRDefault="00ED1B7A" w:rsidP="00ED1B7A">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ED1B7A">
        <w:rPr>
          <w:rFonts w:ascii="Times New Roman" w:eastAsia="Times New Roman" w:hAnsi="Times New Roman" w:cs="Times New Roman"/>
          <w:sz w:val="24"/>
          <w:szCs w:val="24"/>
        </w:rPr>
        <w:t xml:space="preserve">A quirky paranormal tour guide tells them, half-jokingly, "Ghosts don't stick around unless they have something to </w:t>
      </w:r>
      <w:r w:rsidRPr="00ED1B7A">
        <w:rPr>
          <w:rFonts w:ascii="Times New Roman" w:eastAsia="Times New Roman" w:hAnsi="Times New Roman" w:cs="Times New Roman"/>
          <w:sz w:val="24"/>
          <w:szCs w:val="24"/>
        </w:rPr>
        <w:lastRenderedPageBreak/>
        <w:t>say."</w:t>
      </w:r>
      <w:r>
        <w:rPr>
          <w:rFonts w:ascii="Times New Roman" w:eastAsia="Times New Roman" w:hAnsi="Times New Roman" w:cs="Times New Roman"/>
          <w:sz w:val="24"/>
          <w:szCs w:val="24"/>
        </w:rPr>
        <w:t xml:space="preserve"> </w:t>
      </w:r>
      <w:r w:rsidRPr="00ED1B7A">
        <w:rPr>
          <w:rFonts w:ascii="Times New Roman" w:eastAsia="Times New Roman" w:hAnsi="Times New Roman" w:cs="Times New Roman"/>
          <w:sz w:val="24"/>
          <w:szCs w:val="24"/>
        </w:rPr>
        <w:t>This line sparks a conversation later that night about the things they’ve left unsaid—to Laura and to each other.</w:t>
      </w:r>
    </w:p>
    <w:p w:rsidR="00230283" w:rsidRPr="00230283" w:rsidRDefault="00230283" w:rsidP="00230283">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Each woman ties a “ghost” to a specific object (e.g., Amy wears a bracelet from a past lover, Rose carries Laura’s last message).</w:t>
      </w:r>
    </w:p>
    <w:p w:rsidR="00230283" w:rsidRPr="00230283" w:rsidRDefault="00230283" w:rsidP="00230283">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Group night walk—shadows, whispers. Flashlights shake.</w:t>
      </w:r>
    </w:p>
    <w:p w:rsidR="00230283" w:rsidRPr="00230283" w:rsidRDefault="00230283" w:rsidP="00230283">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Brittany touches the haunted plaque and murmurs, “I don’t want to die clean. I want to live clean.”</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r>
        <w:rPr>
          <w:rFonts w:ascii="Times New Roman" w:eastAsia="Charis SIL Bold" w:hAnsi="Times New Roman" w:cs="Times New Roman"/>
          <w:b/>
          <w:color w:val="000000"/>
          <w:sz w:val="24"/>
          <w:szCs w:val="24"/>
        </w:rPr>
        <w:t xml:space="preserve">Chapter 13: Staying in Oklahoma City. </w:t>
      </w:r>
    </w:p>
    <w:p w:rsidR="00C54B6A" w:rsidRDefault="00C54B6A" w:rsidP="008675AF">
      <w:pPr>
        <w:autoSpaceDE w:val="0"/>
        <w:autoSpaceDN w:val="0"/>
        <w:spacing w:after="0" w:line="240" w:lineRule="auto"/>
        <w:rPr>
          <w:rFonts w:ascii="Times New Roman" w:eastAsia="Charis SIL Bold" w:hAnsi="Times New Roman" w:cs="Times New Roman"/>
          <w:color w:val="000000"/>
          <w:sz w:val="24"/>
          <w:szCs w:val="24"/>
        </w:rPr>
      </w:pPr>
      <w:r>
        <w:rPr>
          <w:rFonts w:ascii="Times New Roman" w:eastAsia="Charis SIL Bold" w:hAnsi="Times New Roman" w:cs="Times New Roman"/>
          <w:color w:val="000000"/>
          <w:sz w:val="24"/>
          <w:szCs w:val="24"/>
        </w:rPr>
        <w:t xml:space="preserve">Finally having a chance to unwind alone, the group grapples with the discussions of the day, their grief, and where to go from here. </w:t>
      </w:r>
    </w:p>
    <w:p w:rsidR="00230283" w:rsidRPr="00230283" w:rsidRDefault="00230283" w:rsidP="00230283">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The women all stay in separate hotel rooms—distance echoes their emotional space.</w:t>
      </w:r>
    </w:p>
    <w:p w:rsidR="00230283" w:rsidRPr="00230283" w:rsidRDefault="00230283" w:rsidP="00230283">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Emma listens to her voicemail: her husband’s voice is sweet. She breaks down—it’s performative.</w:t>
      </w:r>
    </w:p>
    <w:p w:rsidR="00230283" w:rsidRPr="00230283" w:rsidRDefault="00230283" w:rsidP="00230283">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Rose lays awake writing an unsent email to her boss, considering quitting.</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r w:rsidRPr="00C54B6A">
        <w:rPr>
          <w:rFonts w:ascii="Times New Roman" w:eastAsia="Charis SIL Bold" w:hAnsi="Times New Roman" w:cs="Times New Roman"/>
          <w:b/>
          <w:color w:val="000000"/>
          <w:sz w:val="24"/>
          <w:szCs w:val="24"/>
        </w:rPr>
        <w:t>Chapter 14: Breakfast Together and Heading to Texas</w:t>
      </w:r>
    </w:p>
    <w:p w:rsidR="00C54B6A" w:rsidRDefault="004616D8" w:rsidP="008675AF">
      <w:pPr>
        <w:autoSpaceDE w:val="0"/>
        <w:autoSpaceDN w:val="0"/>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The group has a calm, reflective breakfast in a small Texas town. There’s an unspoken agreement that they’ve reached a turning point. They realize they’re finally starting to understand each other more deeply. During this breakfast, each woman shares a key decision they’ve been avoiding, leading to a vulnerable moment where they agree to stop running from their grief and regret. This chapter marks a shift toward openness and acceptance. While still haunted by the past, they now see the potential for healing in each other’s company.</w:t>
      </w:r>
    </w:p>
    <w:p w:rsidR="00230283" w:rsidRPr="00230283" w:rsidRDefault="00230283" w:rsidP="00230283">
      <w:pPr>
        <w:pStyle w:val="ListParagraph"/>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Each woman shares something they’ve been avoiding.</w:t>
      </w:r>
    </w:p>
    <w:p w:rsidR="00230283" w:rsidRPr="00230283" w:rsidRDefault="00230283" w:rsidP="0023028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Rose: “I don’t want to be alone, but I don’t know how not to be.”</w:t>
      </w:r>
    </w:p>
    <w:p w:rsidR="00230283" w:rsidRPr="00230283" w:rsidRDefault="00230283" w:rsidP="0023028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lastRenderedPageBreak/>
        <w:t>Emma: “I love him. But I don’t like who I am with him.”</w:t>
      </w:r>
    </w:p>
    <w:p w:rsidR="00230283" w:rsidRPr="00230283" w:rsidRDefault="00230283" w:rsidP="0023028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Amy: “I self-destruct before anyone else gets a chance.”</w:t>
      </w:r>
    </w:p>
    <w:p w:rsidR="00230283" w:rsidRDefault="00230283" w:rsidP="0023028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Brittany: “I think I want to live. I just don’t know how.”</w:t>
      </w:r>
    </w:p>
    <w:p w:rsidR="00230283" w:rsidRPr="00230283" w:rsidRDefault="00230283" w:rsidP="00230283">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230283">
        <w:rPr>
          <w:rFonts w:ascii="Times New Roman" w:eastAsia="Times New Roman" w:hAnsi="Times New Roman" w:cs="Times New Roman"/>
          <w:sz w:val="24"/>
          <w:szCs w:val="24"/>
        </w:rPr>
        <w:t>Long silence. Then laughter. Then tears.</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r w:rsidRPr="00C54B6A">
        <w:rPr>
          <w:rFonts w:ascii="Times New Roman" w:eastAsia="Charis SIL Bold" w:hAnsi="Times New Roman" w:cs="Times New Roman"/>
          <w:b/>
          <w:color w:val="000000"/>
          <w:sz w:val="24"/>
          <w:szCs w:val="24"/>
        </w:rPr>
        <w:t>Chapter 15: Cadillac Ranch</w:t>
      </w:r>
    </w:p>
    <w:p w:rsidR="004616D8" w:rsidRDefault="004616D8" w:rsidP="008675AF">
      <w:pPr>
        <w:autoSpaceDE w:val="0"/>
        <w:autoSpaceDN w:val="0"/>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They stop at the Cadillac Ranch in Amarillo, TX, where visitors can spray paint old Cadillacs buried in the ground. This iconic roadside attraction serves as a metaphor for their need to leave their mark, both in the world and on their journey. Each of them takes a turn at spray painting a Cadillac, using it as an opportunity to leave behind something they’ve been carrying—Rose writes “Forgiveness,” Emma writes “Courage,” Amy writes “Trust,” and Brittany writes “Survival.” It’s a cathartic release for them all, though it’s not without some lingering guilt and regret.</w:t>
      </w:r>
    </w:p>
    <w:p w:rsidR="0049770F" w:rsidRPr="0049770F" w:rsidRDefault="0049770F" w:rsidP="0049770F">
      <w:pPr>
        <w:pStyle w:val="ListParagraph"/>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Each spray-paints a car, burying a part of themselves.</w:t>
      </w:r>
    </w:p>
    <w:p w:rsidR="0049770F" w:rsidRPr="0049770F" w:rsidRDefault="0049770F" w:rsidP="0049770F">
      <w:pPr>
        <w:pStyle w:val="ListParagraph"/>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Rose burns the unsent email.</w:t>
      </w:r>
    </w:p>
    <w:p w:rsidR="0049770F" w:rsidRPr="0049770F" w:rsidRDefault="0049770F" w:rsidP="0049770F">
      <w:pPr>
        <w:pStyle w:val="ListParagraph"/>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Amy texts the guy she left on read, saying, “I’d like to try.”</w:t>
      </w:r>
    </w:p>
    <w:p w:rsidR="0049770F" w:rsidRPr="0049770F" w:rsidRDefault="0049770F" w:rsidP="0049770F">
      <w:pPr>
        <w:pStyle w:val="ListParagraph"/>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Brittany places her rehab coin inside the Cadillac trunk, but takes a picture first.</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r w:rsidRPr="00C54B6A">
        <w:rPr>
          <w:rFonts w:ascii="Times New Roman" w:eastAsia="Charis SIL Bold" w:hAnsi="Times New Roman" w:cs="Times New Roman"/>
          <w:b/>
          <w:color w:val="000000"/>
          <w:sz w:val="24"/>
          <w:szCs w:val="24"/>
        </w:rPr>
        <w:t xml:space="preserve">Chapter 16: Midpoint Café </w:t>
      </w:r>
    </w:p>
    <w:p w:rsidR="004616D8" w:rsidRDefault="004616D8" w:rsidP="00ED1B7A">
      <w:pPr>
        <w:autoSpaceDE w:val="0"/>
        <w:autoSpaceDN w:val="0"/>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 xml:space="preserve">At the Midpoint Café in Adrian, TX, they reach the symbolic halfway point of their journey. It’s here that their individual regrets come to a head. Emma decides to confront her husband about his infidelity, demanding honesty. Rose, driven by her regret over her career choices, finally admits to herself that she’s been avoiding real connection in favor of success. Amy, though hesitant, </w:t>
      </w:r>
      <w:proofErr w:type="gramStart"/>
      <w:r w:rsidRPr="004616D8">
        <w:rPr>
          <w:rFonts w:ascii="Times New Roman" w:eastAsia="Charis SIL Bold" w:hAnsi="Times New Roman" w:cs="Times New Roman"/>
          <w:color w:val="000000"/>
          <w:sz w:val="24"/>
          <w:szCs w:val="24"/>
        </w:rPr>
        <w:t>makes a decision</w:t>
      </w:r>
      <w:proofErr w:type="gramEnd"/>
      <w:r w:rsidRPr="004616D8">
        <w:rPr>
          <w:rFonts w:ascii="Times New Roman" w:eastAsia="Charis SIL Bold" w:hAnsi="Times New Roman" w:cs="Times New Roman"/>
          <w:color w:val="000000"/>
          <w:sz w:val="24"/>
          <w:szCs w:val="24"/>
        </w:rPr>
        <w:t xml:space="preserve"> to try to build a stable relationship with someone she’s been seeing. Brittany, after much internal debate, decides to seek professional help to stay clean. This chapter marks their commitment to making tough choices, as they realize the road </w:t>
      </w:r>
      <w:r w:rsidRPr="004616D8">
        <w:rPr>
          <w:rFonts w:ascii="Times New Roman" w:eastAsia="Charis SIL Bold" w:hAnsi="Times New Roman" w:cs="Times New Roman"/>
          <w:color w:val="000000"/>
          <w:sz w:val="24"/>
          <w:szCs w:val="24"/>
        </w:rPr>
        <w:lastRenderedPageBreak/>
        <w:t>ahead is as much about what they will leave behind as what they will find.</w:t>
      </w:r>
      <w:r w:rsidR="00ED1B7A">
        <w:rPr>
          <w:rFonts w:ascii="Times New Roman" w:eastAsia="Charis SIL Bold" w:hAnsi="Times New Roman" w:cs="Times New Roman"/>
          <w:color w:val="000000"/>
          <w:sz w:val="24"/>
          <w:szCs w:val="24"/>
        </w:rPr>
        <w:t xml:space="preserve"> </w:t>
      </w:r>
      <w:r w:rsidR="00ED1B7A" w:rsidRPr="00ED1B7A">
        <w:rPr>
          <w:rFonts w:ascii="Times New Roman" w:eastAsia="Charis SIL Bold" w:hAnsi="Times New Roman" w:cs="Times New Roman"/>
          <w:color w:val="000000"/>
          <w:sz w:val="24"/>
          <w:szCs w:val="24"/>
        </w:rPr>
        <w:t>Brittany finds a sealed envelope tucked in the ashes box labeled "HALFWAY."</w:t>
      </w:r>
      <w:r w:rsidR="00ED1B7A">
        <w:rPr>
          <w:rFonts w:ascii="Times New Roman" w:eastAsia="Charis SIL Bold" w:hAnsi="Times New Roman" w:cs="Times New Roman"/>
          <w:color w:val="000000"/>
          <w:sz w:val="24"/>
          <w:szCs w:val="24"/>
        </w:rPr>
        <w:t xml:space="preserve"> </w:t>
      </w:r>
      <w:r w:rsidR="00ED1B7A" w:rsidRPr="00ED1B7A">
        <w:rPr>
          <w:rFonts w:ascii="Times New Roman" w:eastAsia="Charis SIL Bold" w:hAnsi="Times New Roman" w:cs="Times New Roman"/>
          <w:color w:val="000000"/>
          <w:sz w:val="24"/>
          <w:szCs w:val="24"/>
        </w:rPr>
        <w:t>Inside: “If you’ve made it this far, I’m proud of you. You’ve faced things I knew you needed to. This next part? It’s not about me anymore. It’s about how you live after the letting go.”</w:t>
      </w:r>
    </w:p>
    <w:p w:rsidR="0049770F" w:rsidRPr="0049770F" w:rsidRDefault="0049770F" w:rsidP="0049770F">
      <w:p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Turning point decisions:</w:t>
      </w:r>
    </w:p>
    <w:p w:rsidR="0049770F" w:rsidRPr="0049770F" w:rsidRDefault="0049770F" w:rsidP="0049770F">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Emma finally blocks her husband’s number.</w:t>
      </w:r>
    </w:p>
    <w:p w:rsidR="0049770F" w:rsidRPr="0049770F" w:rsidRDefault="0049770F" w:rsidP="0049770F">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Rose updates her LinkedIn to “on sabbatical.”</w:t>
      </w:r>
    </w:p>
    <w:p w:rsidR="0049770F" w:rsidRPr="0049770F" w:rsidRDefault="0049770F" w:rsidP="0049770F">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Amy buys a small gift for her guy: something sentimental.</w:t>
      </w:r>
    </w:p>
    <w:p w:rsidR="0049770F" w:rsidRPr="0049770F" w:rsidRDefault="0049770F" w:rsidP="0049770F">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Brittany researches halfway houses in L.A.—starts a list of questions.</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r w:rsidRPr="00C54B6A">
        <w:rPr>
          <w:rFonts w:ascii="Times New Roman" w:eastAsia="Charis SIL Bold" w:hAnsi="Times New Roman" w:cs="Times New Roman"/>
          <w:b/>
          <w:color w:val="000000"/>
          <w:sz w:val="24"/>
          <w:szCs w:val="24"/>
        </w:rPr>
        <w:t>Chapter 17: Traveling</w:t>
      </w:r>
    </w:p>
    <w:p w:rsidR="0049770F" w:rsidRDefault="004616D8" w:rsidP="0049770F">
      <w:pPr>
        <w:spacing w:before="100" w:beforeAutospacing="1" w:after="100" w:afterAutospacing="1"/>
        <w:rPr>
          <w:rFonts w:ascii="Times New Roman" w:eastAsia="Times New Roman" w:hAnsi="Symbol" w:cs="Times New Roman"/>
          <w:sz w:val="24"/>
          <w:szCs w:val="24"/>
        </w:rPr>
      </w:pPr>
      <w:r w:rsidRPr="004616D8">
        <w:rPr>
          <w:rFonts w:ascii="Times New Roman" w:eastAsia="Charis SIL Bold" w:hAnsi="Times New Roman" w:cs="Times New Roman"/>
          <w:color w:val="000000"/>
          <w:sz w:val="24"/>
          <w:szCs w:val="24"/>
        </w:rPr>
        <w:t>The next stretch of the journey is marked by moments of deep introspection, as the group now understands that the road they’re on is not just a physical one but also a journey toward reconciliation. Each woman continues to grapple with her personal demons, but there is now a glimmer of hope. Their journey toward self-discovery and healing is far from over, but they’re ready to face it together.</w:t>
      </w:r>
      <w:r w:rsidR="0049770F">
        <w:rPr>
          <w:rFonts w:ascii="Times New Roman" w:eastAsia="Charis SIL Bold" w:hAnsi="Times New Roman" w:cs="Times New Roman"/>
          <w:color w:val="000000"/>
          <w:sz w:val="24"/>
          <w:szCs w:val="24"/>
        </w:rPr>
        <w:t xml:space="preserve"> </w:t>
      </w:r>
    </w:p>
    <w:p w:rsidR="0049770F" w:rsidRPr="0049770F" w:rsidRDefault="0049770F" w:rsidP="0049770F">
      <w:pPr>
        <w:pStyle w:val="ListParagraph"/>
        <w:numPr>
          <w:ilvl w:val="0"/>
          <w:numId w:val="27"/>
        </w:numPr>
        <w:spacing w:before="100" w:beforeAutospacing="1" w:after="100" w:afterAutospacing="1"/>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Montage-style chapter: quiet road, storms, sunsets, scenic stops, shared playlists.</w:t>
      </w:r>
    </w:p>
    <w:p w:rsidR="0049770F" w:rsidRPr="0049770F" w:rsidRDefault="0049770F" w:rsidP="0049770F">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Their emotional walls are now noticeably lower.</w:t>
      </w:r>
    </w:p>
    <w:p w:rsidR="004616D8" w:rsidRPr="0049770F" w:rsidRDefault="0049770F" w:rsidP="0049770F">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They begin to see beauty in each other's brokenness.</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r>
        <w:rPr>
          <w:rFonts w:ascii="Times New Roman" w:eastAsia="Charis SIL Bold" w:hAnsi="Times New Roman" w:cs="Times New Roman"/>
          <w:b/>
          <w:color w:val="000000"/>
          <w:sz w:val="24"/>
          <w:szCs w:val="24"/>
        </w:rPr>
        <w:t>Chapter 18: Sedona, AZ</w:t>
      </w:r>
    </w:p>
    <w:p w:rsidR="00ED1B7A" w:rsidRDefault="004616D8" w:rsidP="00ED1B7A">
      <w:pPr>
        <w:pStyle w:val="NormalWeb"/>
      </w:pPr>
      <w:r w:rsidRPr="004616D8">
        <w:rPr>
          <w:rFonts w:eastAsia="Charis SIL Bold"/>
          <w:color w:val="000000"/>
        </w:rPr>
        <w:t xml:space="preserve">Sedona’s red rock formations offer a beautiful backdrop for the group to begin healing. As they hike through the stunning landscape, they each have a moment of connection to something </w:t>
      </w:r>
      <w:r w:rsidRPr="004616D8">
        <w:rPr>
          <w:rFonts w:eastAsia="Charis SIL Bold"/>
          <w:color w:val="000000"/>
        </w:rPr>
        <w:lastRenderedPageBreak/>
        <w:t>larger than themselves. The experience is transformative for each woman. Rose begins to see the possibility of a life outside of work, Emma makes the decision to stay in her marriage but with boundaries, Amy decides to stop running from love, and Brittany takes a step toward real recovery. This chapter serves as a turning point where each woman finds peace, even if just for a moment.</w:t>
      </w:r>
      <w:r w:rsidR="00ED1B7A">
        <w:rPr>
          <w:rFonts w:eastAsia="Charis SIL Bold"/>
          <w:color w:val="000000"/>
        </w:rPr>
        <w:t xml:space="preserve"> </w:t>
      </w:r>
      <w:r w:rsidR="00ED1B7A">
        <w:t>During their hike, the women meet a fellow traveler who shares she lost her sister to cancer. She invites them to write messages to loved ones on paper lanterns she plans to release at sunset. Each woman writes a note to Laura, silently. It's not spoken aloud, but the healing begins.</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r>
        <w:rPr>
          <w:rFonts w:ascii="Times New Roman" w:eastAsia="Charis SIL Bold" w:hAnsi="Times New Roman" w:cs="Times New Roman"/>
          <w:b/>
          <w:color w:val="000000"/>
          <w:sz w:val="24"/>
          <w:szCs w:val="24"/>
        </w:rPr>
        <w:t xml:space="preserve">Chapter 19: Deal or No Deal – Vegas? </w:t>
      </w:r>
    </w:p>
    <w:p w:rsidR="004616D8" w:rsidRPr="004616D8" w:rsidRDefault="004616D8" w:rsidP="008675AF">
      <w:pPr>
        <w:autoSpaceDE w:val="0"/>
        <w:autoSpaceDN w:val="0"/>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 xml:space="preserve">Each of them must decide what they are willing to gamble on—whether it’s a future in their current relationships, careers, or self-worth. </w:t>
      </w:r>
      <w:r>
        <w:rPr>
          <w:rFonts w:ascii="Times New Roman" w:eastAsia="Charis SIL Bold" w:hAnsi="Times New Roman" w:cs="Times New Roman"/>
          <w:color w:val="000000"/>
          <w:sz w:val="24"/>
          <w:szCs w:val="24"/>
        </w:rPr>
        <w:t xml:space="preserve">This leads to Emma and Amy wanting to detour to Las Vegas. Brittany is reluctant, but Rose is adamantly opposed. </w:t>
      </w:r>
      <w:r w:rsidRPr="004616D8">
        <w:rPr>
          <w:rFonts w:ascii="Times New Roman" w:eastAsia="Charis SIL Bold" w:hAnsi="Times New Roman" w:cs="Times New Roman"/>
          <w:color w:val="000000"/>
          <w:sz w:val="24"/>
          <w:szCs w:val="24"/>
        </w:rPr>
        <w:t xml:space="preserve">The excitement of Vegas serves as a metaphor for life’s risks and rewards. There is a pivotal moment where they’re offered </w:t>
      </w:r>
      <w:r>
        <w:rPr>
          <w:rFonts w:ascii="Times New Roman" w:eastAsia="Charis SIL Bold" w:hAnsi="Times New Roman" w:cs="Times New Roman"/>
          <w:color w:val="000000"/>
          <w:sz w:val="24"/>
          <w:szCs w:val="24"/>
        </w:rPr>
        <w:t xml:space="preserve">However, </w:t>
      </w:r>
      <w:r w:rsidRPr="004616D8">
        <w:rPr>
          <w:rFonts w:ascii="Times New Roman" w:eastAsia="Charis SIL Bold" w:hAnsi="Times New Roman" w:cs="Times New Roman"/>
          <w:color w:val="000000"/>
          <w:sz w:val="24"/>
          <w:szCs w:val="24"/>
        </w:rPr>
        <w:t>a chance to take a major risk. Each woman must decide whether to face her fears and make a bold move, or continue playing it safe. It’s a chapter of big decisions that set the stage for the final leg of their journey.</w:t>
      </w:r>
    </w:p>
    <w:p w:rsidR="00C54B6A" w:rsidRDefault="00C54B6A" w:rsidP="008675AF">
      <w:pPr>
        <w:autoSpaceDE w:val="0"/>
        <w:autoSpaceDN w:val="0"/>
        <w:spacing w:after="0" w:line="240" w:lineRule="auto"/>
        <w:rPr>
          <w:rFonts w:ascii="Times New Roman" w:eastAsia="Charis SIL Bold" w:hAnsi="Times New Roman" w:cs="Times New Roman"/>
          <w:b/>
          <w:color w:val="000000"/>
          <w:sz w:val="24"/>
          <w:szCs w:val="24"/>
        </w:rPr>
      </w:pPr>
    </w:p>
    <w:p w:rsidR="004616D8" w:rsidRPr="004616D8" w:rsidRDefault="004616D8" w:rsidP="004616D8">
      <w:pPr>
        <w:spacing w:after="0" w:line="240" w:lineRule="auto"/>
        <w:rPr>
          <w:rFonts w:ascii="Times New Roman" w:eastAsia="Charis SIL Bold" w:hAnsi="Times New Roman" w:cs="Times New Roman"/>
          <w:b/>
          <w:color w:val="000000"/>
          <w:sz w:val="24"/>
          <w:szCs w:val="24"/>
        </w:rPr>
      </w:pPr>
      <w:r w:rsidRPr="004616D8">
        <w:rPr>
          <w:rFonts w:ascii="Times New Roman" w:eastAsia="Charis SIL Bold" w:hAnsi="Times New Roman" w:cs="Times New Roman"/>
          <w:b/>
          <w:color w:val="000000"/>
          <w:sz w:val="24"/>
          <w:szCs w:val="24"/>
        </w:rPr>
        <w:t>Chapter 20: Arrival in Las Vegas</w:t>
      </w:r>
    </w:p>
    <w:p w:rsidR="004616D8" w:rsidRDefault="004616D8" w:rsidP="004616D8">
      <w:pPr>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 xml:space="preserve">As the group arrives in Las Vegas, the bright lights and the energy of the city serve as a stark contrast to the emotional weight they’ve been carrying. Tensions between the friends reach a boiling point, and a major argument breaks out. Rose and Amy clash over the true meaning of their journey, with Rose feeling that the trip has become nothing more than a distraction, while Amy believes they need to confront their pasts more directly. Emma's frustration over her unresolved marriage intensifies, and Brittany feels left out of the emotional dynamics. The argument forces them to confront the depth of their unresolved feelings for each other, but it also </w:t>
      </w:r>
      <w:r w:rsidRPr="004616D8">
        <w:rPr>
          <w:rFonts w:ascii="Times New Roman" w:eastAsia="Charis SIL Bold" w:hAnsi="Times New Roman" w:cs="Times New Roman"/>
          <w:color w:val="000000"/>
          <w:sz w:val="24"/>
          <w:szCs w:val="24"/>
        </w:rPr>
        <w:lastRenderedPageBreak/>
        <w:t>becomes the catalyst for some hard truths. Vegas, in all its excess and noise, amplifies the chaos of their inner worlds.</w:t>
      </w:r>
    </w:p>
    <w:p w:rsidR="0049770F" w:rsidRPr="0049770F" w:rsidRDefault="0049770F" w:rsidP="0049770F">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Vegas is over-the-top, thrilling, and overwhelming.</w:t>
      </w:r>
    </w:p>
    <w:p w:rsidR="0049770F" w:rsidRPr="0049770F" w:rsidRDefault="0049770F" w:rsidP="0049770F">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Emma and Amy want to party. Rose tries to leave.</w:t>
      </w:r>
    </w:p>
    <w:p w:rsidR="0049770F" w:rsidRPr="0049770F" w:rsidRDefault="0049770F" w:rsidP="0049770F">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Big blow-up at the casino. Brittany vanishes for a few hours—panic.</w:t>
      </w:r>
    </w:p>
    <w:p w:rsidR="0049770F" w:rsidRPr="0049770F" w:rsidRDefault="0049770F" w:rsidP="0049770F">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49770F">
        <w:rPr>
          <w:rFonts w:ascii="Times New Roman" w:eastAsia="Times New Roman" w:hAnsi="Times New Roman" w:cs="Times New Roman"/>
          <w:sz w:val="24"/>
          <w:szCs w:val="24"/>
        </w:rPr>
        <w:t>Amy accuses Rose of always needing to control everything. “You’re not God, Rose. Laura died, and we’re still here. That has to mean something.”</w:t>
      </w:r>
    </w:p>
    <w:p w:rsidR="004616D8" w:rsidRPr="004616D8" w:rsidRDefault="004616D8" w:rsidP="004616D8">
      <w:pPr>
        <w:spacing w:after="0" w:line="240" w:lineRule="auto"/>
        <w:rPr>
          <w:rFonts w:ascii="Times New Roman" w:eastAsia="Charis SIL Bold" w:hAnsi="Times New Roman" w:cs="Times New Roman"/>
          <w:b/>
          <w:color w:val="000000"/>
          <w:sz w:val="24"/>
          <w:szCs w:val="24"/>
        </w:rPr>
      </w:pPr>
      <w:r w:rsidRPr="004616D8">
        <w:rPr>
          <w:rFonts w:ascii="Times New Roman" w:eastAsia="Charis SIL Bold" w:hAnsi="Times New Roman" w:cs="Times New Roman"/>
          <w:b/>
          <w:color w:val="000000"/>
          <w:sz w:val="24"/>
          <w:szCs w:val="24"/>
        </w:rPr>
        <w:t>Chapter 21: Rose's Revelation</w:t>
      </w:r>
    </w:p>
    <w:p w:rsidR="004616D8" w:rsidRDefault="004616D8" w:rsidP="004616D8">
      <w:pPr>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Rose’s encounter with a charming man in Las Vegas forces her to confront the choices she’s been avoiding for years. The interaction—though brief—becomes a pivotal moment where Rose must grapple with the possibility that her career success has come at the cost of her personal happiness and connections. She realizes how deeply she’s buried her emotions, particularly regarding Laura’s death, and how much she’s avoided vulnerability in her life. The man’s straightforwardness and openness serve as a mirror to Rose’s own fears of never being truly seen or known by others. This encounter becomes a moment of clarity where Rose understands that the career she’s built is no longer enough to fill the emptiness inside her, and she begins to think about what it would look like to rebuild her life in a way that values connection over success.</w:t>
      </w:r>
    </w:p>
    <w:p w:rsidR="0068375A" w:rsidRDefault="0068375A" w:rsidP="0068375A">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sz w:val="24"/>
          <w:szCs w:val="24"/>
        </w:rPr>
        <w:t>Rose’s encounter with the man (a widower) becomes a mirror to her own grief.</w:t>
      </w:r>
    </w:p>
    <w:p w:rsidR="00ED1B7A" w:rsidRPr="0068375A" w:rsidRDefault="00ED1B7A" w:rsidP="0068375A">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ED1B7A">
        <w:rPr>
          <w:rFonts w:ascii="Times New Roman" w:eastAsia="Times New Roman" w:hAnsi="Times New Roman" w:cs="Times New Roman"/>
          <w:sz w:val="24"/>
          <w:szCs w:val="24"/>
        </w:rPr>
        <w:t>Rose talks to a bartender who shares that he lost his brother in a motorcycle accident. Every year, he takes a solo road trip to honor him. “I don’t know what heaven is,” he says, “but I figure love makes a pretty good map.” Rose is struck by his raw honesty and realizes she has never let herself honor Laura—only mourn her.</w:t>
      </w:r>
    </w:p>
    <w:p w:rsidR="0068375A" w:rsidRPr="0068375A" w:rsidRDefault="0068375A" w:rsidP="0068375A">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sz w:val="24"/>
          <w:szCs w:val="24"/>
        </w:rPr>
        <w:lastRenderedPageBreak/>
        <w:t>Rose has a breakdown in a public restroom—then walks out lighter.</w:t>
      </w:r>
    </w:p>
    <w:p w:rsidR="004616D8" w:rsidRPr="004616D8" w:rsidRDefault="004616D8" w:rsidP="004616D8">
      <w:pPr>
        <w:spacing w:after="0" w:line="240" w:lineRule="auto"/>
        <w:rPr>
          <w:rFonts w:ascii="Times New Roman" w:eastAsia="Charis SIL Bold" w:hAnsi="Times New Roman" w:cs="Times New Roman"/>
          <w:b/>
          <w:color w:val="000000"/>
          <w:sz w:val="24"/>
          <w:szCs w:val="24"/>
        </w:rPr>
      </w:pPr>
      <w:r w:rsidRPr="004616D8">
        <w:rPr>
          <w:rFonts w:ascii="Times New Roman" w:eastAsia="Charis SIL Bold" w:hAnsi="Times New Roman" w:cs="Times New Roman"/>
          <w:b/>
          <w:color w:val="000000"/>
          <w:sz w:val="24"/>
          <w:szCs w:val="24"/>
        </w:rPr>
        <w:t>Chapter 22: Reconciliation</w:t>
      </w:r>
    </w:p>
    <w:p w:rsidR="004616D8" w:rsidRDefault="004616D8" w:rsidP="004616D8">
      <w:pPr>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In the aftermath of the argument, the friends begin to make the difficult choice to rebuild their friendship. The group spends a day in a quiet space—perhaps a small retreat or a calm café—where they each speak their truth about their grief, regrets, and the things they’ve been holding back. Each woman expresses the pain that has been driving her actions: Rose admits she’s been running from real connection because of her fears of failure, Emma acknowledges her fear of abandonment, Amy faces the unresolved hurt from her past relationships, and Brittany shares her struggle with addiction and the fear of relapse. Through this raw, honest conversation, they reach a place of understanding and reconciliation. The chapter ends on a hopeful note, with the women deciding to move forward together, more united than they’ve been since the beginning of the trip.</w:t>
      </w:r>
    </w:p>
    <w:p w:rsidR="0068375A" w:rsidRPr="0068375A" w:rsidRDefault="0068375A" w:rsidP="0068375A">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sz w:val="24"/>
          <w:szCs w:val="24"/>
        </w:rPr>
        <w:t>Candlelit conversation—this time, no one interrupts.</w:t>
      </w:r>
    </w:p>
    <w:p w:rsidR="0068375A" w:rsidRDefault="0068375A" w:rsidP="0068375A">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sz w:val="24"/>
          <w:szCs w:val="24"/>
        </w:rPr>
        <w:t>They share what Laura meant to each of them.</w:t>
      </w:r>
    </w:p>
    <w:p w:rsidR="00F04439" w:rsidRPr="006733AA" w:rsidRDefault="006733AA" w:rsidP="00B04F4D">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6733AA">
        <w:rPr>
          <w:rFonts w:ascii="Times New Roman" w:eastAsia="Times New Roman" w:hAnsi="Times New Roman" w:cs="Times New Roman"/>
          <w:sz w:val="24"/>
          <w:szCs w:val="24"/>
        </w:rPr>
        <w:t>Amy: “I hated her once. Really hated her.”</w:t>
      </w:r>
      <w:r w:rsidRPr="006733AA">
        <w:rPr>
          <w:rFonts w:ascii="Times New Roman" w:eastAsia="Times New Roman" w:hAnsi="Times New Roman" w:cs="Times New Roman"/>
          <w:sz w:val="24"/>
          <w:szCs w:val="24"/>
        </w:rPr>
        <w:t xml:space="preserve"> </w:t>
      </w:r>
      <w:r w:rsidRPr="006733AA">
        <w:rPr>
          <w:rFonts w:ascii="Times New Roman" w:eastAsia="Times New Roman" w:hAnsi="Times New Roman" w:cs="Times New Roman"/>
          <w:sz w:val="24"/>
          <w:szCs w:val="24"/>
        </w:rPr>
        <w:t>The room stills.</w:t>
      </w:r>
      <w:r w:rsidRPr="006733AA">
        <w:rPr>
          <w:rFonts w:ascii="Times New Roman" w:eastAsia="Times New Roman" w:hAnsi="Times New Roman" w:cs="Times New Roman"/>
          <w:sz w:val="24"/>
          <w:szCs w:val="24"/>
        </w:rPr>
        <w:t xml:space="preserve"> </w:t>
      </w:r>
      <w:r w:rsidRPr="006733AA">
        <w:rPr>
          <w:rFonts w:ascii="Times New Roman" w:eastAsia="Times New Roman" w:hAnsi="Times New Roman" w:cs="Times New Roman"/>
          <w:sz w:val="24"/>
          <w:szCs w:val="24"/>
        </w:rPr>
        <w:t>Amy: “She slept with my boyfriend. Years ago. The one I told you about — the only one who made me think maybe I wasn’t broken.”</w:t>
      </w:r>
      <w:r w:rsidRPr="006733AA">
        <w:rPr>
          <w:rFonts w:ascii="Times New Roman" w:eastAsia="Times New Roman" w:hAnsi="Times New Roman" w:cs="Times New Roman"/>
          <w:sz w:val="24"/>
          <w:szCs w:val="24"/>
        </w:rPr>
        <w:t xml:space="preserve"> </w:t>
      </w:r>
      <w:r w:rsidRPr="006733AA">
        <w:rPr>
          <w:rFonts w:ascii="Times New Roman" w:eastAsia="Times New Roman" w:hAnsi="Times New Roman" w:cs="Times New Roman"/>
          <w:sz w:val="24"/>
          <w:szCs w:val="24"/>
        </w:rPr>
        <w:t>“And the worst part? I still loved her. Even after that. When she got sick… I didn’t forgive her because she apologized. I forgave her because I couldn’t bear the idea of her dying without knowing I was still hers. Even after everything.”</w:t>
      </w:r>
    </w:p>
    <w:p w:rsidR="00542D5C" w:rsidRDefault="0068375A" w:rsidP="00F90FB1">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542D5C">
        <w:rPr>
          <w:rFonts w:ascii="Times New Roman" w:eastAsia="Times New Roman" w:hAnsi="Times New Roman" w:cs="Times New Roman"/>
          <w:sz w:val="24"/>
          <w:szCs w:val="24"/>
        </w:rPr>
        <w:t>Rose finally plays Laura’s voicemail: “</w:t>
      </w:r>
      <w:r w:rsidR="00ED1B7A" w:rsidRPr="00542D5C">
        <w:rPr>
          <w:rFonts w:ascii="Times New Roman" w:eastAsia="Times New Roman" w:hAnsi="Times New Roman" w:cs="Times New Roman"/>
          <w:sz w:val="24"/>
          <w:szCs w:val="24"/>
        </w:rPr>
        <w:t>So I had this dream last night where we were 80 years old and still arguing about pizza toppings. We were wearing matching housecoats. It was awful. And perfect. I miss you. Let’s plan something soon.</w:t>
      </w:r>
    </w:p>
    <w:p w:rsidR="00542D5C" w:rsidRPr="00542D5C" w:rsidRDefault="00542D5C" w:rsidP="005E69C8">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542D5C">
        <w:rPr>
          <w:rFonts w:ascii="Times New Roman" w:eastAsia="Times New Roman" w:hAnsi="Times New Roman" w:cs="Times New Roman"/>
          <w:sz w:val="24"/>
          <w:szCs w:val="24"/>
        </w:rPr>
        <w:t xml:space="preserve">Rose’s response: The message ends and the silence that follows is louder than Laura’s voice ever was. No one </w:t>
      </w:r>
      <w:r w:rsidRPr="00542D5C">
        <w:rPr>
          <w:rFonts w:ascii="Times New Roman" w:eastAsia="Times New Roman" w:hAnsi="Times New Roman" w:cs="Times New Roman"/>
          <w:sz w:val="24"/>
          <w:szCs w:val="24"/>
        </w:rPr>
        <w:lastRenderedPageBreak/>
        <w:t xml:space="preserve">speaks. Even Amy doesn’t crack a joke. Rose stares at her phone for a beat too long, like it might ring back. Then, quietly, without looking up: </w:t>
      </w:r>
      <w:r w:rsidRPr="00542D5C">
        <w:rPr>
          <w:rFonts w:ascii="Times New Roman" w:eastAsia="Times New Roman" w:hAnsi="Times New Roman" w:cs="Times New Roman"/>
          <w:bCs/>
          <w:sz w:val="24"/>
          <w:szCs w:val="24"/>
        </w:rPr>
        <w:t xml:space="preserve">“I knew what she said without listening to it.”  </w:t>
      </w:r>
      <w:r w:rsidRPr="00542D5C">
        <w:rPr>
          <w:rFonts w:ascii="Times New Roman" w:eastAsia="Times New Roman" w:hAnsi="Times New Roman" w:cs="Times New Roman"/>
          <w:sz w:val="24"/>
          <w:szCs w:val="24"/>
        </w:rPr>
        <w:t xml:space="preserve">She swallows hard. “I got it while I was in a boardroom. I saw her name and thought, ‘I’ll call her later.’ But I didn’t. I never did.”  She finally looks at them. </w:t>
      </w:r>
      <w:r w:rsidRPr="00542D5C">
        <w:rPr>
          <w:rFonts w:ascii="Times New Roman" w:eastAsia="Times New Roman" w:hAnsi="Times New Roman" w:cs="Times New Roman"/>
          <w:bCs/>
          <w:sz w:val="24"/>
          <w:szCs w:val="24"/>
        </w:rPr>
        <w:t xml:space="preserve">“She was dreaming about us growing old together. And I was too busy to dream back.” </w:t>
      </w:r>
      <w:r w:rsidRPr="00542D5C">
        <w:rPr>
          <w:rFonts w:ascii="Times New Roman" w:eastAsia="Times New Roman" w:hAnsi="Times New Roman" w:cs="Times New Roman"/>
          <w:sz w:val="24"/>
          <w:szCs w:val="24"/>
        </w:rPr>
        <w:t>Her voice breaks. “And the worst part? She still sounded happy. Like even if I didn’t call her back... she still loved me anyway.” She wipes her eyes. “I don’t want to be the person who misses the dream because she’s always chasing the next deadline. I want to earn the version of me she saw in that dream.”</w:t>
      </w:r>
    </w:p>
    <w:p w:rsidR="00542D5C" w:rsidRPr="0068375A" w:rsidRDefault="00542D5C" w:rsidP="00542D5C">
      <w:pPr>
        <w:pStyle w:val="ListParagraph"/>
        <w:spacing w:before="100" w:beforeAutospacing="1" w:after="100" w:afterAutospacing="1" w:line="240" w:lineRule="auto"/>
        <w:rPr>
          <w:rFonts w:ascii="Times New Roman" w:eastAsia="Times New Roman" w:hAnsi="Times New Roman" w:cs="Times New Roman"/>
          <w:sz w:val="24"/>
          <w:szCs w:val="24"/>
        </w:rPr>
      </w:pPr>
    </w:p>
    <w:p w:rsidR="004616D8" w:rsidRPr="004616D8" w:rsidRDefault="004616D8" w:rsidP="004616D8">
      <w:pPr>
        <w:spacing w:after="0" w:line="240" w:lineRule="auto"/>
        <w:rPr>
          <w:rFonts w:ascii="Times New Roman" w:eastAsia="Charis SIL Bold" w:hAnsi="Times New Roman" w:cs="Times New Roman"/>
          <w:b/>
          <w:color w:val="000000"/>
          <w:sz w:val="24"/>
          <w:szCs w:val="24"/>
        </w:rPr>
      </w:pPr>
      <w:r w:rsidRPr="004616D8">
        <w:rPr>
          <w:rFonts w:ascii="Times New Roman" w:eastAsia="Charis SIL Bold" w:hAnsi="Times New Roman" w:cs="Times New Roman"/>
          <w:b/>
          <w:color w:val="000000"/>
          <w:sz w:val="24"/>
          <w:szCs w:val="24"/>
        </w:rPr>
        <w:t>Chapter 23: The Final Leg</w:t>
      </w:r>
    </w:p>
    <w:p w:rsidR="004616D8" w:rsidRPr="004616D8" w:rsidRDefault="004616D8" w:rsidP="004616D8">
      <w:pPr>
        <w:spacing w:after="0" w:line="240" w:lineRule="auto"/>
        <w:rPr>
          <w:rFonts w:ascii="Times New Roman" w:eastAsia="Charis SIL Bold" w:hAnsi="Times New Roman" w:cs="Times New Roman"/>
          <w:color w:val="000000"/>
          <w:sz w:val="24"/>
          <w:szCs w:val="24"/>
        </w:rPr>
      </w:pPr>
      <w:r w:rsidRPr="004616D8">
        <w:rPr>
          <w:rFonts w:ascii="Times New Roman" w:eastAsia="Charis SIL Bold" w:hAnsi="Times New Roman" w:cs="Times New Roman"/>
          <w:color w:val="000000"/>
          <w:sz w:val="24"/>
          <w:szCs w:val="24"/>
        </w:rPr>
        <w:t>As the final stretch of the journey unfolds, the group begins to reflect on how far they’ve come. The road to the Pacific Ocean symbolizes the final push toward emotional freedom and acceptance. Each woman has made significant strides in addressing her grief and regret, and as they travel together toward the end of the journey, they feel the weight of their individual and shared experiences. The landscape changes from the arid expanses of the desert to the more lush, green areas as they approach the coast, mirroring their inner transformation. This chapter focuses on the calm before the final release, the acceptance of what has passed, and the acknowledgment of what is yet to come.</w:t>
      </w:r>
    </w:p>
    <w:p w:rsidR="00FE584D" w:rsidRDefault="00FE584D" w:rsidP="008675AF">
      <w:pPr>
        <w:spacing w:after="0" w:line="240" w:lineRule="auto"/>
        <w:rPr>
          <w:rFonts w:ascii="Times New Roman" w:hAnsi="Times New Roman" w:cs="Times New Roman"/>
          <w:sz w:val="24"/>
          <w:szCs w:val="24"/>
        </w:rPr>
      </w:pPr>
    </w:p>
    <w:p w:rsidR="00FE584D" w:rsidRDefault="00284F90" w:rsidP="008675AF">
      <w:pPr>
        <w:autoSpaceDE w:val="0"/>
        <w:autoSpaceDN w:val="0"/>
        <w:spacing w:after="0" w:line="240" w:lineRule="auto"/>
        <w:rPr>
          <w:rFonts w:ascii="Times New Roman" w:eastAsia="Charis SIL Regular" w:hAnsi="Times New Roman" w:cs="Times New Roman"/>
          <w:color w:val="000000"/>
          <w:sz w:val="24"/>
          <w:szCs w:val="24"/>
        </w:rPr>
      </w:pPr>
      <w:r w:rsidRPr="008675AF">
        <w:rPr>
          <w:rFonts w:ascii="Times New Roman" w:eastAsia="Charis SIL Bold" w:hAnsi="Times New Roman" w:cs="Times New Roman"/>
          <w:b/>
          <w:color w:val="000000"/>
          <w:sz w:val="24"/>
          <w:szCs w:val="24"/>
        </w:rPr>
        <w:t xml:space="preserve">Chapter </w:t>
      </w:r>
      <w:r w:rsidR="00C54B6A">
        <w:rPr>
          <w:rFonts w:ascii="Times New Roman" w:eastAsia="Charis SIL Bold" w:hAnsi="Times New Roman" w:cs="Times New Roman"/>
          <w:b/>
          <w:color w:val="000000"/>
          <w:sz w:val="24"/>
          <w:szCs w:val="24"/>
        </w:rPr>
        <w:t>24</w:t>
      </w:r>
      <w:r w:rsidRPr="008675AF">
        <w:rPr>
          <w:rFonts w:ascii="Times New Roman" w:eastAsia="Charis SIL Bold" w:hAnsi="Times New Roman" w:cs="Times New Roman"/>
          <w:b/>
          <w:color w:val="000000"/>
          <w:sz w:val="24"/>
          <w:szCs w:val="24"/>
        </w:rPr>
        <w:t xml:space="preserve">: Scattering the Ashes </w:t>
      </w:r>
      <w:r w:rsidRPr="008675AF">
        <w:rPr>
          <w:rFonts w:ascii="Times New Roman" w:hAnsi="Times New Roman" w:cs="Times New Roman"/>
          <w:sz w:val="24"/>
          <w:szCs w:val="24"/>
        </w:rPr>
        <w:br/>
      </w:r>
      <w:r w:rsidR="004616D8" w:rsidRPr="004616D8">
        <w:rPr>
          <w:rFonts w:ascii="Times New Roman" w:eastAsia="Charis SIL Regular" w:hAnsi="Times New Roman" w:cs="Times New Roman"/>
          <w:color w:val="000000"/>
          <w:sz w:val="24"/>
          <w:szCs w:val="24"/>
        </w:rPr>
        <w:t xml:space="preserve">At the Pacific Ocean, the group faces their final act of letting go. As they scatter Laura’s ashes into the sea, they each reflect on the journey they’ve shared and the emotional releases that have occurred along the way. The moment is deeply symbolic—not just as an act of honoring Laura’s memory, but as an emotional ritual that allows them to finally release their own burdens. For Rose, it’s the release of her guilt and professional obsession; for Emma, it’s </w:t>
      </w:r>
      <w:r w:rsidR="004616D8" w:rsidRPr="004616D8">
        <w:rPr>
          <w:rFonts w:ascii="Times New Roman" w:eastAsia="Charis SIL Regular" w:hAnsi="Times New Roman" w:cs="Times New Roman"/>
          <w:color w:val="000000"/>
          <w:sz w:val="24"/>
          <w:szCs w:val="24"/>
        </w:rPr>
        <w:lastRenderedPageBreak/>
        <w:t>the letting go of the facade of a perfect life; for Amy, it’s the release of her fears about love and commitment; and for Brittany, it’s the relinquishment of self-doubt and shame. The act of scattering the ashes becomes a collective release of the past, and the ocean represents the vast unknowns of the future. In this quiet, powerful moment, they each find a kind of peace.</w:t>
      </w:r>
    </w:p>
    <w:p w:rsidR="0068375A" w:rsidRPr="0068375A" w:rsidRDefault="0068375A" w:rsidP="0068375A">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sz w:val="24"/>
          <w:szCs w:val="24"/>
        </w:rPr>
        <w:t>At the ocean, they wade into the water, laughing, crying.</w:t>
      </w:r>
    </w:p>
    <w:p w:rsidR="0068375A" w:rsidRPr="0068375A" w:rsidRDefault="0068375A" w:rsidP="0068375A">
      <w:pPr>
        <w:pStyle w:val="ListParagraph"/>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sz w:val="24"/>
          <w:szCs w:val="24"/>
        </w:rPr>
        <w:t>They each release Laura’s ashes with whispered promises:</w:t>
      </w:r>
    </w:p>
    <w:p w:rsidR="0068375A" w:rsidRPr="0068375A" w:rsidRDefault="0068375A" w:rsidP="0068375A">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sz w:val="24"/>
          <w:szCs w:val="24"/>
        </w:rPr>
        <w:t>“I’ll live.”</w:t>
      </w:r>
    </w:p>
    <w:p w:rsidR="0068375A" w:rsidRPr="0068375A" w:rsidRDefault="0068375A" w:rsidP="0068375A">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sz w:val="24"/>
          <w:szCs w:val="24"/>
        </w:rPr>
        <w:t>“I’ll let go.”</w:t>
      </w:r>
    </w:p>
    <w:p w:rsidR="0068375A" w:rsidRPr="0068375A" w:rsidRDefault="0068375A" w:rsidP="0068375A">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sz w:val="24"/>
          <w:szCs w:val="24"/>
        </w:rPr>
        <w:t>“I’ll be brave.”</w:t>
      </w:r>
    </w:p>
    <w:p w:rsidR="0068375A" w:rsidRPr="0068375A" w:rsidRDefault="0068375A" w:rsidP="0068375A">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sz w:val="24"/>
          <w:szCs w:val="24"/>
        </w:rPr>
        <w:t xml:space="preserve">“I’ll </w:t>
      </w:r>
      <w:r w:rsidR="00C968E6">
        <w:rPr>
          <w:rFonts w:ascii="Times New Roman" w:eastAsia="Times New Roman" w:hAnsi="Times New Roman" w:cs="Times New Roman"/>
          <w:sz w:val="24"/>
          <w:szCs w:val="24"/>
        </w:rPr>
        <w:t>survive</w:t>
      </w:r>
      <w:bookmarkStart w:id="0" w:name="_GoBack"/>
      <w:bookmarkEnd w:id="0"/>
      <w:r w:rsidRPr="0068375A">
        <w:rPr>
          <w:rFonts w:ascii="Times New Roman" w:eastAsia="Times New Roman" w:hAnsi="Times New Roman" w:cs="Times New Roman"/>
          <w:sz w:val="24"/>
          <w:szCs w:val="24"/>
        </w:rPr>
        <w:t>.”</w:t>
      </w:r>
    </w:p>
    <w:p w:rsidR="004616D8" w:rsidRDefault="00284F90" w:rsidP="004616D8">
      <w:pPr>
        <w:rPr>
          <w:rFonts w:ascii="Times New Roman" w:eastAsia="Charis SIL Regular" w:hAnsi="Times New Roman" w:cs="Times New Roman"/>
          <w:color w:val="000000"/>
          <w:sz w:val="24"/>
          <w:szCs w:val="24"/>
        </w:rPr>
      </w:pPr>
      <w:r w:rsidRPr="008675AF">
        <w:rPr>
          <w:rFonts w:ascii="Times New Roman" w:eastAsia="Charis SIL Bold" w:hAnsi="Times New Roman" w:cs="Times New Roman"/>
          <w:b/>
          <w:color w:val="000000"/>
          <w:sz w:val="24"/>
          <w:szCs w:val="24"/>
        </w:rPr>
        <w:t xml:space="preserve">Chapter </w:t>
      </w:r>
      <w:r w:rsidR="00C54B6A">
        <w:rPr>
          <w:rFonts w:ascii="Times New Roman" w:eastAsia="Charis SIL Bold" w:hAnsi="Times New Roman" w:cs="Times New Roman"/>
          <w:b/>
          <w:color w:val="000000"/>
          <w:sz w:val="24"/>
          <w:szCs w:val="24"/>
        </w:rPr>
        <w:t>25</w:t>
      </w:r>
      <w:r w:rsidRPr="008675AF">
        <w:rPr>
          <w:rFonts w:ascii="Times New Roman" w:eastAsia="Charis SIL Bold" w:hAnsi="Times New Roman" w:cs="Times New Roman"/>
          <w:b/>
          <w:color w:val="000000"/>
          <w:sz w:val="24"/>
          <w:szCs w:val="24"/>
        </w:rPr>
        <w:t xml:space="preserve">: New Beginnings </w:t>
      </w:r>
      <w:r w:rsidRPr="008675AF">
        <w:rPr>
          <w:rFonts w:ascii="Times New Roman" w:hAnsi="Times New Roman" w:cs="Times New Roman"/>
          <w:sz w:val="24"/>
          <w:szCs w:val="24"/>
        </w:rPr>
        <w:br/>
      </w:r>
      <w:r w:rsidR="004616D8" w:rsidRPr="004616D8">
        <w:rPr>
          <w:rFonts w:ascii="Times New Roman" w:eastAsia="Charis SIL Regular" w:hAnsi="Times New Roman" w:cs="Times New Roman"/>
          <w:color w:val="000000"/>
          <w:sz w:val="24"/>
          <w:szCs w:val="24"/>
        </w:rPr>
        <w:t>The friends commit to a stronger, more honest friendship as they leave the ocean behind. They agree to not let time or distance come between them again and to prioritize connection over convenience. Brittany, now accepted fully by the group, finds herself opening up about her struggles with addiction and her desire to seek help. Rose, inspired by her journey and the clarity gained, decides to take a break from her career to focus on rebuilding her personal life and healing. Emma, having made the decision to stay in her marriage, now feels empowered to set clear boundaries and advocate for herself. Amy, having confronted her fears, decides to take a chance on love and commitment. The final moments of the book highlight a new chapter for each of the women, full of hope, possibility, and the understanding that, while their pasts will always shape them, they now have the strength to embrace new beginnings.</w:t>
      </w:r>
    </w:p>
    <w:p w:rsidR="0068375A" w:rsidRDefault="00056106">
      <w:pPr>
        <w:rPr>
          <w:rFonts w:ascii="Times New Roman" w:eastAsia="Charis SIL Regular" w:hAnsi="Times New Roman" w:cs="Times New Roman"/>
          <w:color w:val="000000"/>
          <w:sz w:val="24"/>
          <w:szCs w:val="24"/>
        </w:rPr>
      </w:pPr>
      <w:r>
        <w:rPr>
          <w:rFonts w:ascii="Times New Roman" w:eastAsia="Charis SIL Regular" w:hAnsi="Times New Roman" w:cs="Times New Roman"/>
          <w:color w:val="000000"/>
          <w:sz w:val="24"/>
          <w:szCs w:val="24"/>
        </w:rPr>
        <w:t xml:space="preserve">Last lines: </w:t>
      </w:r>
      <w:r w:rsidRPr="00056106">
        <w:rPr>
          <w:rFonts w:ascii="Times New Roman" w:eastAsia="Charis SIL Regular" w:hAnsi="Times New Roman" w:cs="Times New Roman"/>
          <w:color w:val="000000"/>
          <w:sz w:val="24"/>
          <w:szCs w:val="24"/>
        </w:rPr>
        <w:t>Rose’s blouse is wrinkled, her hair windswept. She doesn’t fix either.</w:t>
      </w:r>
      <w:r>
        <w:rPr>
          <w:rFonts w:ascii="Times New Roman" w:eastAsia="Charis SIL Regular" w:hAnsi="Times New Roman" w:cs="Times New Roman"/>
          <w:color w:val="000000"/>
          <w:sz w:val="24"/>
          <w:szCs w:val="24"/>
        </w:rPr>
        <w:t xml:space="preserve"> </w:t>
      </w:r>
      <w:r w:rsidRPr="00056106">
        <w:rPr>
          <w:rFonts w:ascii="Times New Roman" w:eastAsia="Charis SIL Regular" w:hAnsi="Times New Roman" w:cs="Times New Roman"/>
          <w:color w:val="000000"/>
          <w:sz w:val="24"/>
          <w:szCs w:val="24"/>
        </w:rPr>
        <w:t xml:space="preserve">She stands at the edge, heels in hand, toes in the </w:t>
      </w:r>
      <w:r w:rsidRPr="00056106">
        <w:rPr>
          <w:rFonts w:ascii="Times New Roman" w:eastAsia="Charis SIL Regular" w:hAnsi="Times New Roman" w:cs="Times New Roman"/>
          <w:color w:val="000000"/>
          <w:sz w:val="24"/>
          <w:szCs w:val="24"/>
        </w:rPr>
        <w:lastRenderedPageBreak/>
        <w:t>surf. The box is empty now — both literally and metaphorically.</w:t>
      </w:r>
      <w:r>
        <w:rPr>
          <w:rFonts w:ascii="Times New Roman" w:eastAsia="Charis SIL Regular" w:hAnsi="Times New Roman" w:cs="Times New Roman"/>
          <w:color w:val="000000"/>
          <w:sz w:val="24"/>
          <w:szCs w:val="24"/>
        </w:rPr>
        <w:t xml:space="preserve"> </w:t>
      </w:r>
      <w:r w:rsidRPr="00056106">
        <w:rPr>
          <w:rFonts w:ascii="Times New Roman" w:eastAsia="Charis SIL Regular" w:hAnsi="Times New Roman" w:cs="Times New Roman"/>
          <w:color w:val="000000"/>
          <w:sz w:val="24"/>
          <w:szCs w:val="24"/>
        </w:rPr>
        <w:t>She takes her phone out, opens the camera, and snaps a single photo of the sea.</w:t>
      </w:r>
      <w:r>
        <w:rPr>
          <w:rFonts w:ascii="Times New Roman" w:eastAsia="Charis SIL Regular" w:hAnsi="Times New Roman" w:cs="Times New Roman"/>
          <w:color w:val="000000"/>
          <w:sz w:val="24"/>
          <w:szCs w:val="24"/>
        </w:rPr>
        <w:t xml:space="preserve"> </w:t>
      </w:r>
      <w:r w:rsidRPr="00056106">
        <w:rPr>
          <w:rFonts w:ascii="Times New Roman" w:eastAsia="Charis SIL Regular" w:hAnsi="Times New Roman" w:cs="Times New Roman"/>
          <w:color w:val="000000"/>
          <w:sz w:val="24"/>
          <w:szCs w:val="24"/>
        </w:rPr>
        <w:t>Then she deletes every email notification, one by one. Slowly. On purpose.</w:t>
      </w:r>
      <w:r>
        <w:rPr>
          <w:rFonts w:ascii="Times New Roman" w:eastAsia="Charis SIL Regular" w:hAnsi="Times New Roman" w:cs="Times New Roman"/>
          <w:color w:val="000000"/>
          <w:sz w:val="24"/>
          <w:szCs w:val="24"/>
        </w:rPr>
        <w:t xml:space="preserve"> </w:t>
      </w:r>
      <w:r w:rsidRPr="00056106">
        <w:rPr>
          <w:rFonts w:ascii="Times New Roman" w:eastAsia="Charis SIL Regular" w:hAnsi="Times New Roman" w:cs="Times New Roman"/>
          <w:color w:val="000000"/>
          <w:sz w:val="24"/>
          <w:szCs w:val="24"/>
        </w:rPr>
        <w:t>She lifts her face to the sun and whispers, “No one’s waiting for me but me.”</w:t>
      </w:r>
      <w:r>
        <w:rPr>
          <w:rFonts w:ascii="Times New Roman" w:eastAsia="Charis SIL Regular" w:hAnsi="Times New Roman" w:cs="Times New Roman"/>
          <w:color w:val="000000"/>
          <w:sz w:val="24"/>
          <w:szCs w:val="24"/>
        </w:rPr>
        <w:t xml:space="preserve"> </w:t>
      </w:r>
      <w:r w:rsidRPr="00056106">
        <w:rPr>
          <w:rFonts w:ascii="Times New Roman" w:eastAsia="Charis SIL Regular" w:hAnsi="Times New Roman" w:cs="Times New Roman"/>
          <w:color w:val="000000"/>
          <w:sz w:val="24"/>
          <w:szCs w:val="24"/>
        </w:rPr>
        <w:t>And that finally feels like enough.</w:t>
      </w:r>
      <w:r>
        <w:rPr>
          <w:rFonts w:ascii="Times New Roman" w:eastAsia="Charis SIL Regular" w:hAnsi="Times New Roman" w:cs="Times New Roman"/>
          <w:color w:val="000000"/>
          <w:sz w:val="24"/>
          <w:szCs w:val="24"/>
        </w:rPr>
        <w:t xml:space="preserve"> </w:t>
      </w:r>
      <w:r w:rsidR="0068375A">
        <w:rPr>
          <w:rFonts w:ascii="Times New Roman" w:eastAsia="Charis SIL Regular" w:hAnsi="Times New Roman" w:cs="Times New Roman"/>
          <w:color w:val="000000"/>
          <w:sz w:val="24"/>
          <w:szCs w:val="24"/>
        </w:rPr>
        <w:br w:type="page"/>
      </w:r>
    </w:p>
    <w:p w:rsidR="0068375A" w:rsidRPr="0068375A" w:rsidRDefault="0068375A" w:rsidP="0068375A">
      <w:p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lastRenderedPageBreak/>
        <w:t>1. Rose Lancaster</w:t>
      </w:r>
    </w:p>
    <w:p w:rsidR="0068375A" w:rsidRPr="0068375A" w:rsidRDefault="0068375A" w:rsidP="0068375A">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Age</w:t>
      </w:r>
      <w:r w:rsidRPr="0068375A">
        <w:rPr>
          <w:rFonts w:ascii="Times New Roman" w:eastAsia="Times New Roman" w:hAnsi="Times New Roman" w:cs="Times New Roman"/>
          <w:sz w:val="24"/>
          <w:szCs w:val="24"/>
        </w:rPr>
        <w:t>: 38</w:t>
      </w:r>
    </w:p>
    <w:p w:rsidR="0068375A" w:rsidRPr="0068375A" w:rsidRDefault="0068375A" w:rsidP="0068375A">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Hair</w:t>
      </w:r>
      <w:r w:rsidRPr="0068375A">
        <w:rPr>
          <w:rFonts w:ascii="Times New Roman" w:eastAsia="Times New Roman" w:hAnsi="Times New Roman" w:cs="Times New Roman"/>
          <w:sz w:val="24"/>
          <w:szCs w:val="24"/>
        </w:rPr>
        <w:t>: Sleek dark brown, usually pulled into a low bun or ponytail</w:t>
      </w:r>
    </w:p>
    <w:p w:rsidR="0068375A" w:rsidRPr="0068375A" w:rsidRDefault="0068375A" w:rsidP="0068375A">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Eyes</w:t>
      </w:r>
      <w:r w:rsidRPr="0068375A">
        <w:rPr>
          <w:rFonts w:ascii="Times New Roman" w:eastAsia="Times New Roman" w:hAnsi="Times New Roman" w:cs="Times New Roman"/>
          <w:sz w:val="24"/>
          <w:szCs w:val="24"/>
        </w:rPr>
        <w:t>: Hazel with flecks of green</w:t>
      </w:r>
    </w:p>
    <w:p w:rsidR="0068375A" w:rsidRPr="0068375A" w:rsidRDefault="0068375A" w:rsidP="0068375A">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Occupation</w:t>
      </w:r>
      <w:r w:rsidRPr="0068375A">
        <w:rPr>
          <w:rFonts w:ascii="Times New Roman" w:eastAsia="Times New Roman" w:hAnsi="Times New Roman" w:cs="Times New Roman"/>
          <w:sz w:val="24"/>
          <w:szCs w:val="24"/>
        </w:rPr>
        <w:t>: Corporate crisis communications director for a Fortune 500 company in Chicago</w:t>
      </w:r>
    </w:p>
    <w:p w:rsidR="0068375A" w:rsidRPr="0068375A" w:rsidRDefault="0068375A" w:rsidP="0068375A">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Personality</w:t>
      </w:r>
      <w:r w:rsidRPr="0068375A">
        <w:rPr>
          <w:rFonts w:ascii="Times New Roman" w:eastAsia="Times New Roman" w:hAnsi="Times New Roman" w:cs="Times New Roman"/>
          <w:sz w:val="24"/>
          <w:szCs w:val="24"/>
        </w:rPr>
        <w:t>: Driven, emotionally guarded, hyper-rational</w:t>
      </w:r>
    </w:p>
    <w:p w:rsidR="0068375A" w:rsidRPr="0068375A" w:rsidRDefault="0068375A" w:rsidP="0068375A">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Backstory</w:t>
      </w:r>
      <w:r w:rsidRPr="0068375A">
        <w:rPr>
          <w:rFonts w:ascii="Times New Roman" w:eastAsia="Times New Roman" w:hAnsi="Times New Roman" w:cs="Times New Roman"/>
          <w:sz w:val="24"/>
          <w:szCs w:val="24"/>
        </w:rPr>
        <w:t>: Oldest of three daughters, raised in a demanding, achievement-oriented household. Her father was a university professor and her mother a high-powered attorney. Rose was the golden child who never failed, until a recent work scandal nearly cost her career. She’s been married to her work for over a decade and finds vulnerability deeply uncomfortable.</w:t>
      </w:r>
    </w:p>
    <w:p w:rsidR="0068375A" w:rsidRPr="0068375A" w:rsidRDefault="0068375A" w:rsidP="0068375A">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Taste in partners</w:t>
      </w:r>
      <w:r w:rsidRPr="0068375A">
        <w:rPr>
          <w:rFonts w:ascii="Times New Roman" w:eastAsia="Times New Roman" w:hAnsi="Times New Roman" w:cs="Times New Roman"/>
          <w:sz w:val="24"/>
          <w:szCs w:val="24"/>
        </w:rPr>
        <w:t>: Has dated mostly high-achieving, emotionally unavailable men. She’s had a few flings but nothing that lasted—commitment terrifies her more than failure.</w:t>
      </w:r>
    </w:p>
    <w:p w:rsidR="0068375A" w:rsidRPr="0068375A" w:rsidRDefault="0068375A" w:rsidP="0068375A">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Connection to Laura</w:t>
      </w:r>
      <w:r w:rsidRPr="0068375A">
        <w:rPr>
          <w:rFonts w:ascii="Times New Roman" w:eastAsia="Times New Roman" w:hAnsi="Times New Roman" w:cs="Times New Roman"/>
          <w:sz w:val="24"/>
          <w:szCs w:val="24"/>
        </w:rPr>
        <w:t>: College roommate and closest friend for years—until work took over. She drifted emotionally but always assumed she’d "make it up to her." She didn’t.</w:t>
      </w:r>
    </w:p>
    <w:p w:rsidR="0068375A" w:rsidRPr="0068375A" w:rsidRDefault="0068375A" w:rsidP="0068375A">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Symbol</w:t>
      </w:r>
      <w:r w:rsidRPr="0068375A">
        <w:rPr>
          <w:rFonts w:ascii="Times New Roman" w:eastAsia="Times New Roman" w:hAnsi="Times New Roman" w:cs="Times New Roman"/>
          <w:sz w:val="24"/>
          <w:szCs w:val="24"/>
        </w:rPr>
        <w:t>: An unopened voicemail from Laura</w:t>
      </w:r>
    </w:p>
    <w:p w:rsidR="0068375A" w:rsidRPr="0068375A" w:rsidRDefault="00C968E6" w:rsidP="0068375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t" fillcolor="#a0a0a0" stroked="f"/>
        </w:pict>
      </w:r>
    </w:p>
    <w:p w:rsidR="0068375A" w:rsidRPr="0068375A" w:rsidRDefault="0068375A" w:rsidP="0068375A">
      <w:p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2. Amy Moreno</w:t>
      </w:r>
    </w:p>
    <w:p w:rsidR="0068375A" w:rsidRPr="0068375A" w:rsidRDefault="0068375A" w:rsidP="0068375A">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Age</w:t>
      </w:r>
      <w:r w:rsidRPr="0068375A">
        <w:rPr>
          <w:rFonts w:ascii="Times New Roman" w:eastAsia="Times New Roman" w:hAnsi="Times New Roman" w:cs="Times New Roman"/>
          <w:sz w:val="24"/>
          <w:szCs w:val="24"/>
        </w:rPr>
        <w:t>: 37</w:t>
      </w:r>
    </w:p>
    <w:p w:rsidR="0068375A" w:rsidRPr="0068375A" w:rsidRDefault="0068375A" w:rsidP="0068375A">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Hair</w:t>
      </w:r>
      <w:r w:rsidRPr="0068375A">
        <w:rPr>
          <w:rFonts w:ascii="Times New Roman" w:eastAsia="Times New Roman" w:hAnsi="Times New Roman" w:cs="Times New Roman"/>
          <w:sz w:val="24"/>
          <w:szCs w:val="24"/>
        </w:rPr>
        <w:t>: Thick, curly auburn hair, worn free or in a messy bun</w:t>
      </w:r>
    </w:p>
    <w:p w:rsidR="0068375A" w:rsidRPr="0068375A" w:rsidRDefault="0068375A" w:rsidP="0068375A">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Eyes</w:t>
      </w:r>
      <w:r w:rsidRPr="0068375A">
        <w:rPr>
          <w:rFonts w:ascii="Times New Roman" w:eastAsia="Times New Roman" w:hAnsi="Times New Roman" w:cs="Times New Roman"/>
          <w:sz w:val="24"/>
          <w:szCs w:val="24"/>
        </w:rPr>
        <w:t>: Sharp green</w:t>
      </w:r>
    </w:p>
    <w:p w:rsidR="0068375A" w:rsidRPr="0068375A" w:rsidRDefault="0068375A" w:rsidP="0068375A">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Occupation</w:t>
      </w:r>
      <w:r w:rsidRPr="0068375A">
        <w:rPr>
          <w:rFonts w:ascii="Times New Roman" w:eastAsia="Times New Roman" w:hAnsi="Times New Roman" w:cs="Times New Roman"/>
          <w:sz w:val="24"/>
          <w:szCs w:val="24"/>
        </w:rPr>
        <w:t>: Freelance graphic designer and part-time bartender</w:t>
      </w:r>
    </w:p>
    <w:p w:rsidR="0068375A" w:rsidRPr="0068375A" w:rsidRDefault="0068375A" w:rsidP="0068375A">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lastRenderedPageBreak/>
        <w:t>Personality</w:t>
      </w:r>
      <w:r w:rsidRPr="0068375A">
        <w:rPr>
          <w:rFonts w:ascii="Times New Roman" w:eastAsia="Times New Roman" w:hAnsi="Times New Roman" w:cs="Times New Roman"/>
          <w:sz w:val="24"/>
          <w:szCs w:val="24"/>
        </w:rPr>
        <w:t>: Bold, sarcastic, fiercely loyal, but emotionally self-sabotaging</w:t>
      </w:r>
    </w:p>
    <w:p w:rsidR="0068375A" w:rsidRPr="0068375A" w:rsidRDefault="0068375A" w:rsidP="0068375A">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Backstory</w:t>
      </w:r>
      <w:r w:rsidRPr="0068375A">
        <w:rPr>
          <w:rFonts w:ascii="Times New Roman" w:eastAsia="Times New Roman" w:hAnsi="Times New Roman" w:cs="Times New Roman"/>
          <w:sz w:val="24"/>
          <w:szCs w:val="24"/>
        </w:rPr>
        <w:t>: Raised by a single mom who worked two jobs. Amy's dad left when she was young. She's never been good at trusting people, often sabotaging relationships before they get too close. She uses humor as armor. Despite everything, she was the one who stood by Laura through her illness, even when it got ugly.</w:t>
      </w:r>
    </w:p>
    <w:p w:rsidR="0068375A" w:rsidRPr="0068375A" w:rsidRDefault="0068375A" w:rsidP="0068375A">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Taste in partners</w:t>
      </w:r>
      <w:r w:rsidRPr="0068375A">
        <w:rPr>
          <w:rFonts w:ascii="Times New Roman" w:eastAsia="Times New Roman" w:hAnsi="Times New Roman" w:cs="Times New Roman"/>
          <w:sz w:val="24"/>
          <w:szCs w:val="24"/>
        </w:rPr>
        <w:t>: Falls for intense, creative types—musicians, writers—but can't handle emotional intimacy. She ghosts before they can leave her.</w:t>
      </w:r>
    </w:p>
    <w:p w:rsidR="0068375A" w:rsidRPr="0068375A" w:rsidRDefault="0068375A" w:rsidP="0068375A">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Connection to Laura</w:t>
      </w:r>
      <w:r w:rsidRPr="0068375A">
        <w:rPr>
          <w:rFonts w:ascii="Times New Roman" w:eastAsia="Times New Roman" w:hAnsi="Times New Roman" w:cs="Times New Roman"/>
          <w:sz w:val="24"/>
          <w:szCs w:val="24"/>
        </w:rPr>
        <w:t>: Became unexpectedly close to Laura during her cancer battle. Their bond became deeper than any she'd had before. Losing Laura destabilized her more than she lets on.</w:t>
      </w:r>
    </w:p>
    <w:p w:rsidR="0068375A" w:rsidRPr="0068375A" w:rsidRDefault="0068375A" w:rsidP="0068375A">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Symbol</w:t>
      </w:r>
      <w:r w:rsidRPr="0068375A">
        <w:rPr>
          <w:rFonts w:ascii="Times New Roman" w:eastAsia="Times New Roman" w:hAnsi="Times New Roman" w:cs="Times New Roman"/>
          <w:sz w:val="24"/>
          <w:szCs w:val="24"/>
        </w:rPr>
        <w:t>: A hospital bracelet Laura gave her</w:t>
      </w:r>
    </w:p>
    <w:p w:rsidR="0068375A" w:rsidRPr="0068375A" w:rsidRDefault="00C968E6" w:rsidP="0068375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6" style="width:0;height:1.5pt" o:hralign="center" o:hrstd="t" o:hr="t" fillcolor="#a0a0a0" stroked="f"/>
        </w:pict>
      </w:r>
    </w:p>
    <w:p w:rsidR="0068375A" w:rsidRPr="0068375A" w:rsidRDefault="0068375A" w:rsidP="0068375A">
      <w:p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3. Emma Caldwell</w:t>
      </w:r>
    </w:p>
    <w:p w:rsidR="0068375A" w:rsidRPr="0068375A" w:rsidRDefault="0068375A" w:rsidP="0068375A">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Age</w:t>
      </w:r>
      <w:r w:rsidRPr="0068375A">
        <w:rPr>
          <w:rFonts w:ascii="Times New Roman" w:eastAsia="Times New Roman" w:hAnsi="Times New Roman" w:cs="Times New Roman"/>
          <w:sz w:val="24"/>
          <w:szCs w:val="24"/>
        </w:rPr>
        <w:t>: 39</w:t>
      </w:r>
    </w:p>
    <w:p w:rsidR="0068375A" w:rsidRPr="0068375A" w:rsidRDefault="0068375A" w:rsidP="0068375A">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Hair</w:t>
      </w:r>
      <w:r w:rsidRPr="0068375A">
        <w:rPr>
          <w:rFonts w:ascii="Times New Roman" w:eastAsia="Times New Roman" w:hAnsi="Times New Roman" w:cs="Times New Roman"/>
          <w:sz w:val="24"/>
          <w:szCs w:val="24"/>
        </w:rPr>
        <w:t>: Honey blonde, always styled</w:t>
      </w:r>
    </w:p>
    <w:p w:rsidR="0068375A" w:rsidRPr="0068375A" w:rsidRDefault="0068375A" w:rsidP="0068375A">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Eyes</w:t>
      </w:r>
      <w:r w:rsidRPr="0068375A">
        <w:rPr>
          <w:rFonts w:ascii="Times New Roman" w:eastAsia="Times New Roman" w:hAnsi="Times New Roman" w:cs="Times New Roman"/>
          <w:sz w:val="24"/>
          <w:szCs w:val="24"/>
        </w:rPr>
        <w:t>: Soft blue, often rimmed with exhaustion</w:t>
      </w:r>
    </w:p>
    <w:p w:rsidR="0068375A" w:rsidRPr="0068375A" w:rsidRDefault="0068375A" w:rsidP="0068375A">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Occupation</w:t>
      </w:r>
      <w:r w:rsidRPr="0068375A">
        <w:rPr>
          <w:rFonts w:ascii="Times New Roman" w:eastAsia="Times New Roman" w:hAnsi="Times New Roman" w:cs="Times New Roman"/>
          <w:sz w:val="24"/>
          <w:szCs w:val="24"/>
        </w:rPr>
        <w:t>: Former marketing executive, now full-time suburban mom in Naperville, IL</w:t>
      </w:r>
    </w:p>
    <w:p w:rsidR="0068375A" w:rsidRPr="0068375A" w:rsidRDefault="0068375A" w:rsidP="0068375A">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Personality</w:t>
      </w:r>
      <w:r w:rsidRPr="0068375A">
        <w:rPr>
          <w:rFonts w:ascii="Times New Roman" w:eastAsia="Times New Roman" w:hAnsi="Times New Roman" w:cs="Times New Roman"/>
          <w:sz w:val="24"/>
          <w:szCs w:val="24"/>
        </w:rPr>
        <w:t>: Poised, perfectionist, people-pleaser</w:t>
      </w:r>
    </w:p>
    <w:p w:rsidR="0068375A" w:rsidRPr="0068375A" w:rsidRDefault="0068375A" w:rsidP="0068375A">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Backstory</w:t>
      </w:r>
      <w:r w:rsidRPr="0068375A">
        <w:rPr>
          <w:rFonts w:ascii="Times New Roman" w:eastAsia="Times New Roman" w:hAnsi="Times New Roman" w:cs="Times New Roman"/>
          <w:sz w:val="24"/>
          <w:szCs w:val="24"/>
        </w:rPr>
        <w:t>: Met her husband in college and married young. She left her career behind when their second child was born. On the outside, she has the ideal life—beautiful home, two kids, high-achieving husband. Inside, she’s crumbling. Her husband has likely been unfaithful, and she feels invisible in her own marriage.</w:t>
      </w:r>
    </w:p>
    <w:p w:rsidR="0068375A" w:rsidRPr="0068375A" w:rsidRDefault="0068375A" w:rsidP="0068375A">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Taste in partners</w:t>
      </w:r>
      <w:r w:rsidRPr="0068375A">
        <w:rPr>
          <w:rFonts w:ascii="Times New Roman" w:eastAsia="Times New Roman" w:hAnsi="Times New Roman" w:cs="Times New Roman"/>
          <w:sz w:val="24"/>
          <w:szCs w:val="24"/>
        </w:rPr>
        <w:t>: Used to want the "perfect guy"; now sees that as a trap. She yearns for someone who actually listens, who sees her.</w:t>
      </w:r>
    </w:p>
    <w:p w:rsidR="0068375A" w:rsidRPr="0068375A" w:rsidRDefault="0068375A" w:rsidP="0068375A">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lastRenderedPageBreak/>
        <w:t>Connection to Laura</w:t>
      </w:r>
      <w:r w:rsidRPr="0068375A">
        <w:rPr>
          <w:rFonts w:ascii="Times New Roman" w:eastAsia="Times New Roman" w:hAnsi="Times New Roman" w:cs="Times New Roman"/>
          <w:sz w:val="24"/>
          <w:szCs w:val="24"/>
        </w:rPr>
        <w:t>: College friend and bridesmaid in each other's weddings. Their friendship faded as Emma focused on family, but there was always mutual respect. Emma feels guilt for not being around more during Laura's illness.</w:t>
      </w:r>
    </w:p>
    <w:p w:rsidR="0068375A" w:rsidRPr="0068375A" w:rsidRDefault="0068375A" w:rsidP="0068375A">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Symbol</w:t>
      </w:r>
      <w:r w:rsidRPr="0068375A">
        <w:rPr>
          <w:rFonts w:ascii="Times New Roman" w:eastAsia="Times New Roman" w:hAnsi="Times New Roman" w:cs="Times New Roman"/>
          <w:sz w:val="24"/>
          <w:szCs w:val="24"/>
        </w:rPr>
        <w:t>: A photo strip of her, Laura, and the others at a college party</w:t>
      </w:r>
    </w:p>
    <w:p w:rsidR="0068375A" w:rsidRPr="0068375A" w:rsidRDefault="00C968E6" w:rsidP="0068375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7" style="width:0;height:1.5pt" o:hralign="center" o:hrstd="t" o:hr="t" fillcolor="#a0a0a0" stroked="f"/>
        </w:pict>
      </w:r>
    </w:p>
    <w:p w:rsidR="0068375A" w:rsidRPr="0068375A" w:rsidRDefault="0068375A" w:rsidP="0068375A">
      <w:p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4. Brittany Hayes</w:t>
      </w:r>
    </w:p>
    <w:p w:rsidR="0068375A" w:rsidRPr="0068375A" w:rsidRDefault="0068375A" w:rsidP="0068375A">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Age</w:t>
      </w:r>
      <w:r w:rsidRPr="0068375A">
        <w:rPr>
          <w:rFonts w:ascii="Times New Roman" w:eastAsia="Times New Roman" w:hAnsi="Times New Roman" w:cs="Times New Roman"/>
          <w:sz w:val="24"/>
          <w:szCs w:val="24"/>
        </w:rPr>
        <w:t>: 33</w:t>
      </w:r>
    </w:p>
    <w:p w:rsidR="0068375A" w:rsidRPr="0068375A" w:rsidRDefault="0068375A" w:rsidP="0068375A">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Hair</w:t>
      </w:r>
      <w:r w:rsidRPr="0068375A">
        <w:rPr>
          <w:rFonts w:ascii="Times New Roman" w:eastAsia="Times New Roman" w:hAnsi="Times New Roman" w:cs="Times New Roman"/>
          <w:sz w:val="24"/>
          <w:szCs w:val="24"/>
        </w:rPr>
        <w:t>: Jet black, cropped short, sometimes dyed with streaks of purple or red</w:t>
      </w:r>
    </w:p>
    <w:p w:rsidR="0068375A" w:rsidRPr="0068375A" w:rsidRDefault="0068375A" w:rsidP="0068375A">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Eyes</w:t>
      </w:r>
      <w:r w:rsidRPr="0068375A">
        <w:rPr>
          <w:rFonts w:ascii="Times New Roman" w:eastAsia="Times New Roman" w:hAnsi="Times New Roman" w:cs="Times New Roman"/>
          <w:sz w:val="24"/>
          <w:szCs w:val="24"/>
        </w:rPr>
        <w:t>: Dark brown, constantly scanning her surroundings</w:t>
      </w:r>
    </w:p>
    <w:p w:rsidR="0068375A" w:rsidRPr="0068375A" w:rsidRDefault="0068375A" w:rsidP="0068375A">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Occupation</w:t>
      </w:r>
      <w:r w:rsidRPr="0068375A">
        <w:rPr>
          <w:rFonts w:ascii="Times New Roman" w:eastAsia="Times New Roman" w:hAnsi="Times New Roman" w:cs="Times New Roman"/>
          <w:sz w:val="24"/>
          <w:szCs w:val="24"/>
        </w:rPr>
        <w:t>: Works part-time at a nonprofit thrift store and attends recovery meetings</w:t>
      </w:r>
    </w:p>
    <w:p w:rsidR="0068375A" w:rsidRPr="0068375A" w:rsidRDefault="0068375A" w:rsidP="0068375A">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Personality</w:t>
      </w:r>
      <w:r w:rsidRPr="0068375A">
        <w:rPr>
          <w:rFonts w:ascii="Times New Roman" w:eastAsia="Times New Roman" w:hAnsi="Times New Roman" w:cs="Times New Roman"/>
          <w:sz w:val="24"/>
          <w:szCs w:val="24"/>
        </w:rPr>
        <w:t>: Wry, defensive, deeply emotional beneath the surface</w:t>
      </w:r>
    </w:p>
    <w:p w:rsidR="0068375A" w:rsidRPr="0068375A" w:rsidRDefault="0068375A" w:rsidP="0068375A">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Backstory</w:t>
      </w:r>
      <w:r w:rsidRPr="0068375A">
        <w:rPr>
          <w:rFonts w:ascii="Times New Roman" w:eastAsia="Times New Roman" w:hAnsi="Times New Roman" w:cs="Times New Roman"/>
          <w:sz w:val="24"/>
          <w:szCs w:val="24"/>
        </w:rPr>
        <w:t>: Laura’s younger half-sister. After a childhood marked by neglect and chaos, Brittany turned to drugs in her late teens. In and out of rehab, she hit rock bottom just before Laura's diagnosis. Laura's illness gave her something to stay sober for. With Laura gone, she fears the darkness returning.</w:t>
      </w:r>
    </w:p>
    <w:p w:rsidR="0068375A" w:rsidRPr="0068375A" w:rsidRDefault="0068375A" w:rsidP="0068375A">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Taste in partners</w:t>
      </w:r>
      <w:r w:rsidRPr="0068375A">
        <w:rPr>
          <w:rFonts w:ascii="Times New Roman" w:eastAsia="Times New Roman" w:hAnsi="Times New Roman" w:cs="Times New Roman"/>
          <w:sz w:val="24"/>
          <w:szCs w:val="24"/>
        </w:rPr>
        <w:t>: Goes for charismatic bad boys and other broken souls. She sees herself as too damaged for something healthy.</w:t>
      </w:r>
    </w:p>
    <w:p w:rsidR="0068375A" w:rsidRPr="0068375A" w:rsidRDefault="0068375A" w:rsidP="0068375A">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Connection to Laura</w:t>
      </w:r>
      <w:r w:rsidRPr="0068375A">
        <w:rPr>
          <w:rFonts w:ascii="Times New Roman" w:eastAsia="Times New Roman" w:hAnsi="Times New Roman" w:cs="Times New Roman"/>
          <w:sz w:val="24"/>
          <w:szCs w:val="24"/>
        </w:rPr>
        <w:t>: Laura was her anchor, protector, and only real family. Losing her is like losing a lifeline.</w:t>
      </w:r>
    </w:p>
    <w:p w:rsidR="0068375A" w:rsidRPr="0068375A" w:rsidRDefault="0068375A" w:rsidP="0068375A">
      <w:pPr>
        <w:numPr>
          <w:ilvl w:val="0"/>
          <w:numId w:val="36"/>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Symbol</w:t>
      </w:r>
      <w:r w:rsidRPr="0068375A">
        <w:rPr>
          <w:rFonts w:ascii="Times New Roman" w:eastAsia="Times New Roman" w:hAnsi="Times New Roman" w:cs="Times New Roman"/>
          <w:sz w:val="24"/>
          <w:szCs w:val="24"/>
        </w:rPr>
        <w:t>: A worn-out coin from her first 90 days sober, which Laura gave her</w:t>
      </w:r>
    </w:p>
    <w:p w:rsidR="0068375A" w:rsidRPr="0068375A" w:rsidRDefault="00C968E6" w:rsidP="0068375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8" style="width:0;height:1.5pt" o:hralign="center" o:hrstd="t" o:hr="t" fillcolor="#a0a0a0" stroked="f"/>
        </w:pict>
      </w:r>
    </w:p>
    <w:p w:rsidR="0068375A" w:rsidRPr="0068375A" w:rsidRDefault="0068375A" w:rsidP="0068375A">
      <w:p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lastRenderedPageBreak/>
        <w:t>5. Laura Hayes</w:t>
      </w:r>
      <w:r w:rsidRPr="0068375A">
        <w:rPr>
          <w:rFonts w:ascii="Times New Roman" w:eastAsia="Times New Roman" w:hAnsi="Times New Roman" w:cs="Times New Roman"/>
          <w:sz w:val="24"/>
          <w:szCs w:val="24"/>
        </w:rPr>
        <w:t xml:space="preserve"> (Deceased)</w:t>
      </w:r>
    </w:p>
    <w:p w:rsidR="0068375A" w:rsidRPr="0068375A" w:rsidRDefault="0068375A" w:rsidP="0068375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Age at death</w:t>
      </w:r>
      <w:r w:rsidRPr="0068375A">
        <w:rPr>
          <w:rFonts w:ascii="Times New Roman" w:eastAsia="Times New Roman" w:hAnsi="Times New Roman" w:cs="Times New Roman"/>
          <w:sz w:val="24"/>
          <w:szCs w:val="24"/>
        </w:rPr>
        <w:t>: 38</w:t>
      </w:r>
    </w:p>
    <w:p w:rsidR="0068375A" w:rsidRPr="0068375A" w:rsidRDefault="0068375A" w:rsidP="0068375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Hair</w:t>
      </w:r>
      <w:r w:rsidRPr="0068375A">
        <w:rPr>
          <w:rFonts w:ascii="Times New Roman" w:eastAsia="Times New Roman" w:hAnsi="Times New Roman" w:cs="Times New Roman"/>
          <w:sz w:val="24"/>
          <w:szCs w:val="24"/>
        </w:rPr>
        <w:t>: Chestnut brown, usually in a braid or loose waves</w:t>
      </w:r>
    </w:p>
    <w:p w:rsidR="0068375A" w:rsidRPr="0068375A" w:rsidRDefault="0068375A" w:rsidP="0068375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Eyes</w:t>
      </w:r>
      <w:r w:rsidRPr="0068375A">
        <w:rPr>
          <w:rFonts w:ascii="Times New Roman" w:eastAsia="Times New Roman" w:hAnsi="Times New Roman" w:cs="Times New Roman"/>
          <w:sz w:val="24"/>
          <w:szCs w:val="24"/>
        </w:rPr>
        <w:t>: Warm brown, constantly smiling</w:t>
      </w:r>
    </w:p>
    <w:p w:rsidR="0068375A" w:rsidRPr="0068375A" w:rsidRDefault="0068375A" w:rsidP="0068375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Occupation</w:t>
      </w:r>
      <w:r w:rsidRPr="0068375A">
        <w:rPr>
          <w:rFonts w:ascii="Times New Roman" w:eastAsia="Times New Roman" w:hAnsi="Times New Roman" w:cs="Times New Roman"/>
          <w:sz w:val="24"/>
          <w:szCs w:val="24"/>
        </w:rPr>
        <w:t>: Pediatric nurse</w:t>
      </w:r>
    </w:p>
    <w:p w:rsidR="0068375A" w:rsidRPr="0068375A" w:rsidRDefault="0068375A" w:rsidP="0068375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Personality</w:t>
      </w:r>
      <w:r w:rsidRPr="0068375A">
        <w:rPr>
          <w:rFonts w:ascii="Times New Roman" w:eastAsia="Times New Roman" w:hAnsi="Times New Roman" w:cs="Times New Roman"/>
          <w:sz w:val="24"/>
          <w:szCs w:val="24"/>
        </w:rPr>
        <w:t>: Gentle, insightful, nurturing, quietly funny</w:t>
      </w:r>
    </w:p>
    <w:p w:rsidR="0068375A" w:rsidRPr="0068375A" w:rsidRDefault="0068375A" w:rsidP="0068375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Backstory</w:t>
      </w:r>
      <w:r w:rsidRPr="0068375A">
        <w:rPr>
          <w:rFonts w:ascii="Times New Roman" w:eastAsia="Times New Roman" w:hAnsi="Times New Roman" w:cs="Times New Roman"/>
          <w:sz w:val="24"/>
          <w:szCs w:val="24"/>
        </w:rPr>
        <w:t>: Raised by her grandmother alongside Brittany after their parents died young. Always the caretaker, she gravitated toward nursing. When diagnosed with Stage IV breast cancer, she focused on creating meaningful goodbyes rather than fear. She orchestrated the road trip in her will as her final gift to her friends—to help them heal from more than just her death.</w:t>
      </w:r>
    </w:p>
    <w:p w:rsidR="0068375A" w:rsidRPr="0068375A" w:rsidRDefault="0068375A" w:rsidP="0068375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Taste in partners</w:t>
      </w:r>
      <w:r w:rsidRPr="0068375A">
        <w:rPr>
          <w:rFonts w:ascii="Times New Roman" w:eastAsia="Times New Roman" w:hAnsi="Times New Roman" w:cs="Times New Roman"/>
          <w:sz w:val="24"/>
          <w:szCs w:val="24"/>
        </w:rPr>
        <w:t>: Fell for kind, humble people. Dated a paramedic for years but broke it off quietly when he couldn’t handle her illness.</w:t>
      </w:r>
    </w:p>
    <w:p w:rsidR="0068375A" w:rsidRPr="0068375A" w:rsidRDefault="0068375A" w:rsidP="0068375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Connection to each woman</w:t>
      </w:r>
      <w:r w:rsidRPr="0068375A">
        <w:rPr>
          <w:rFonts w:ascii="Times New Roman" w:eastAsia="Times New Roman" w:hAnsi="Times New Roman" w:cs="Times New Roman"/>
          <w:sz w:val="24"/>
          <w:szCs w:val="24"/>
        </w:rPr>
        <w:t>: The glue that held them all together, in different ways. Her absence is the silent fifth passenger on the trip.</w:t>
      </w:r>
    </w:p>
    <w:p w:rsidR="0068375A" w:rsidRPr="0068375A" w:rsidRDefault="0068375A" w:rsidP="0068375A">
      <w:pPr>
        <w:numPr>
          <w:ilvl w:val="0"/>
          <w:numId w:val="37"/>
        </w:numPr>
        <w:spacing w:before="100" w:beforeAutospacing="1" w:after="100" w:afterAutospacing="1" w:line="240" w:lineRule="auto"/>
        <w:rPr>
          <w:rFonts w:ascii="Times New Roman" w:eastAsia="Times New Roman" w:hAnsi="Times New Roman" w:cs="Times New Roman"/>
          <w:sz w:val="24"/>
          <w:szCs w:val="24"/>
        </w:rPr>
      </w:pPr>
      <w:r w:rsidRPr="0068375A">
        <w:rPr>
          <w:rFonts w:ascii="Times New Roman" w:eastAsia="Times New Roman" w:hAnsi="Times New Roman" w:cs="Times New Roman"/>
          <w:b/>
          <w:bCs/>
          <w:sz w:val="24"/>
          <w:szCs w:val="24"/>
        </w:rPr>
        <w:t>Symbol</w:t>
      </w:r>
      <w:r w:rsidRPr="0068375A">
        <w:rPr>
          <w:rFonts w:ascii="Times New Roman" w:eastAsia="Times New Roman" w:hAnsi="Times New Roman" w:cs="Times New Roman"/>
          <w:sz w:val="24"/>
          <w:szCs w:val="24"/>
        </w:rPr>
        <w:t>: Her ashes, in a small wooden box engraved with "Peaceful Sea"</w:t>
      </w:r>
    </w:p>
    <w:p w:rsidR="0068375A" w:rsidRPr="004616D8" w:rsidRDefault="0068375A" w:rsidP="004616D8">
      <w:pPr>
        <w:rPr>
          <w:rFonts w:ascii="Times New Roman" w:eastAsia="Charis SIL Regular" w:hAnsi="Times New Roman" w:cs="Times New Roman"/>
          <w:color w:val="000000"/>
          <w:sz w:val="24"/>
          <w:szCs w:val="24"/>
        </w:rPr>
      </w:pPr>
    </w:p>
    <w:p w:rsidR="00FE584D" w:rsidRPr="008675AF" w:rsidRDefault="00FE584D" w:rsidP="008675AF">
      <w:pPr>
        <w:autoSpaceDE w:val="0"/>
        <w:autoSpaceDN w:val="0"/>
        <w:spacing w:after="0" w:line="240" w:lineRule="auto"/>
        <w:rPr>
          <w:rFonts w:ascii="Times New Roman" w:hAnsi="Times New Roman" w:cs="Times New Roman"/>
          <w:sz w:val="24"/>
          <w:szCs w:val="24"/>
        </w:rPr>
      </w:pPr>
    </w:p>
    <w:sectPr w:rsidR="00FE584D" w:rsidRPr="008675AF" w:rsidSect="00034616">
      <w:pgSz w:w="8000" w:h="12000"/>
      <w:pgMar w:top="442" w:right="858" w:bottom="1440" w:left="6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haris SIL Bold">
    <w:altName w:val="Cambria"/>
    <w:panose1 w:val="00000000000000000000"/>
    <w:charset w:val="00"/>
    <w:family w:val="roman"/>
    <w:notTrueType/>
    <w:pitch w:val="default"/>
  </w:font>
  <w:font w:name="Charis SIL Regula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772404"/>
    <w:multiLevelType w:val="hybridMultilevel"/>
    <w:tmpl w:val="B28AD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40C722B"/>
    <w:multiLevelType w:val="multilevel"/>
    <w:tmpl w:val="503EA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963256"/>
    <w:multiLevelType w:val="multilevel"/>
    <w:tmpl w:val="8142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EC36F0"/>
    <w:multiLevelType w:val="hybridMultilevel"/>
    <w:tmpl w:val="AC803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740643"/>
    <w:multiLevelType w:val="multilevel"/>
    <w:tmpl w:val="C1882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F1307B"/>
    <w:multiLevelType w:val="hybridMultilevel"/>
    <w:tmpl w:val="4C9C8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1A4C3E"/>
    <w:multiLevelType w:val="hybridMultilevel"/>
    <w:tmpl w:val="59626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98B104B"/>
    <w:multiLevelType w:val="multilevel"/>
    <w:tmpl w:val="7614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677460"/>
    <w:multiLevelType w:val="hybridMultilevel"/>
    <w:tmpl w:val="A210B6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DBC728F"/>
    <w:multiLevelType w:val="hybridMultilevel"/>
    <w:tmpl w:val="43466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6E22EA"/>
    <w:multiLevelType w:val="multilevel"/>
    <w:tmpl w:val="3E84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7273AF"/>
    <w:multiLevelType w:val="hybridMultilevel"/>
    <w:tmpl w:val="8B969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8A4524"/>
    <w:multiLevelType w:val="multilevel"/>
    <w:tmpl w:val="8856CD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5912DC"/>
    <w:multiLevelType w:val="multilevel"/>
    <w:tmpl w:val="5E1AA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41177D"/>
    <w:multiLevelType w:val="multilevel"/>
    <w:tmpl w:val="96A22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B41EE2"/>
    <w:multiLevelType w:val="multilevel"/>
    <w:tmpl w:val="FC82A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442E53"/>
    <w:multiLevelType w:val="hybridMultilevel"/>
    <w:tmpl w:val="BFD28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9593956"/>
    <w:multiLevelType w:val="hybridMultilevel"/>
    <w:tmpl w:val="BA10B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A82A51"/>
    <w:multiLevelType w:val="hybridMultilevel"/>
    <w:tmpl w:val="5C106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14268D"/>
    <w:multiLevelType w:val="multilevel"/>
    <w:tmpl w:val="58D07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CB6C7C"/>
    <w:multiLevelType w:val="hybridMultilevel"/>
    <w:tmpl w:val="1E368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1891615"/>
    <w:multiLevelType w:val="hybridMultilevel"/>
    <w:tmpl w:val="B4C8D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435EA7"/>
    <w:multiLevelType w:val="multilevel"/>
    <w:tmpl w:val="D05E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1C7778"/>
    <w:multiLevelType w:val="hybridMultilevel"/>
    <w:tmpl w:val="0A805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26E31EF"/>
    <w:multiLevelType w:val="hybridMultilevel"/>
    <w:tmpl w:val="AF12C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FE3DED"/>
    <w:multiLevelType w:val="hybridMultilevel"/>
    <w:tmpl w:val="F402A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8B58FD"/>
    <w:multiLevelType w:val="hybridMultilevel"/>
    <w:tmpl w:val="633EB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5B247E"/>
    <w:multiLevelType w:val="hybridMultilevel"/>
    <w:tmpl w:val="43A224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21"/>
  </w:num>
  <w:num w:numId="11">
    <w:abstractNumId w:val="28"/>
  </w:num>
  <w:num w:numId="12">
    <w:abstractNumId w:val="33"/>
  </w:num>
  <w:num w:numId="13">
    <w:abstractNumId w:val="35"/>
  </w:num>
  <w:num w:numId="14">
    <w:abstractNumId w:val="9"/>
  </w:num>
  <w:num w:numId="15">
    <w:abstractNumId w:val="32"/>
  </w:num>
  <w:num w:numId="16">
    <w:abstractNumId w:val="12"/>
  </w:num>
  <w:num w:numId="17">
    <w:abstractNumId w:val="29"/>
  </w:num>
  <w:num w:numId="18">
    <w:abstractNumId w:val="20"/>
  </w:num>
  <w:num w:numId="19">
    <w:abstractNumId w:val="26"/>
  </w:num>
  <w:num w:numId="20">
    <w:abstractNumId w:val="14"/>
  </w:num>
  <w:num w:numId="21">
    <w:abstractNumId w:val="31"/>
  </w:num>
  <w:num w:numId="22">
    <w:abstractNumId w:val="18"/>
  </w:num>
  <w:num w:numId="23">
    <w:abstractNumId w:val="24"/>
  </w:num>
  <w:num w:numId="24">
    <w:abstractNumId w:val="36"/>
  </w:num>
  <w:num w:numId="25">
    <w:abstractNumId w:val="30"/>
  </w:num>
  <w:num w:numId="26">
    <w:abstractNumId w:val="16"/>
  </w:num>
  <w:num w:numId="27">
    <w:abstractNumId w:val="15"/>
  </w:num>
  <w:num w:numId="28">
    <w:abstractNumId w:val="27"/>
  </w:num>
  <w:num w:numId="29">
    <w:abstractNumId w:val="25"/>
  </w:num>
  <w:num w:numId="30">
    <w:abstractNumId w:val="34"/>
  </w:num>
  <w:num w:numId="31">
    <w:abstractNumId w:val="19"/>
  </w:num>
  <w:num w:numId="32">
    <w:abstractNumId w:val="17"/>
  </w:num>
  <w:num w:numId="33">
    <w:abstractNumId w:val="22"/>
  </w:num>
  <w:num w:numId="34">
    <w:abstractNumId w:val="13"/>
  </w:num>
  <w:num w:numId="35">
    <w:abstractNumId w:val="23"/>
  </w:num>
  <w:num w:numId="36">
    <w:abstractNumId w:val="10"/>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056E"/>
    <w:rsid w:val="00034616"/>
    <w:rsid w:val="00056106"/>
    <w:rsid w:val="0006063C"/>
    <w:rsid w:val="0015074B"/>
    <w:rsid w:val="00230283"/>
    <w:rsid w:val="00284F90"/>
    <w:rsid w:val="0029639D"/>
    <w:rsid w:val="00326F90"/>
    <w:rsid w:val="003542CF"/>
    <w:rsid w:val="00354C05"/>
    <w:rsid w:val="003A7420"/>
    <w:rsid w:val="004616D8"/>
    <w:rsid w:val="0049770F"/>
    <w:rsid w:val="00542D5C"/>
    <w:rsid w:val="00582B25"/>
    <w:rsid w:val="006733AA"/>
    <w:rsid w:val="0068375A"/>
    <w:rsid w:val="00723447"/>
    <w:rsid w:val="00774F89"/>
    <w:rsid w:val="008675AF"/>
    <w:rsid w:val="009A2F9A"/>
    <w:rsid w:val="00A75EF2"/>
    <w:rsid w:val="00AA1D8D"/>
    <w:rsid w:val="00AB3D1C"/>
    <w:rsid w:val="00B47730"/>
    <w:rsid w:val="00C54B6A"/>
    <w:rsid w:val="00C968E6"/>
    <w:rsid w:val="00CB0664"/>
    <w:rsid w:val="00CC32D0"/>
    <w:rsid w:val="00ED1B7A"/>
    <w:rsid w:val="00EF5E65"/>
    <w:rsid w:val="00F04439"/>
    <w:rsid w:val="00F17484"/>
    <w:rsid w:val="00F51E45"/>
    <w:rsid w:val="00FC693F"/>
    <w:rsid w:val="00FE58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4F0C55"/>
  <w14:defaultImageDpi w14:val="300"/>
  <w15:docId w15:val="{B000A1E4-F434-4BA1-A842-317050D7F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ED1B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15356">
      <w:bodyDiv w:val="1"/>
      <w:marLeft w:val="0"/>
      <w:marRight w:val="0"/>
      <w:marTop w:val="0"/>
      <w:marBottom w:val="0"/>
      <w:divBdr>
        <w:top w:val="none" w:sz="0" w:space="0" w:color="auto"/>
        <w:left w:val="none" w:sz="0" w:space="0" w:color="auto"/>
        <w:bottom w:val="none" w:sz="0" w:space="0" w:color="auto"/>
        <w:right w:val="none" w:sz="0" w:space="0" w:color="auto"/>
      </w:divBdr>
      <w:divsChild>
        <w:div w:id="331420860">
          <w:marLeft w:val="0"/>
          <w:marRight w:val="0"/>
          <w:marTop w:val="0"/>
          <w:marBottom w:val="0"/>
          <w:divBdr>
            <w:top w:val="none" w:sz="0" w:space="0" w:color="auto"/>
            <w:left w:val="none" w:sz="0" w:space="0" w:color="auto"/>
            <w:bottom w:val="none" w:sz="0" w:space="0" w:color="auto"/>
            <w:right w:val="none" w:sz="0" w:space="0" w:color="auto"/>
          </w:divBdr>
        </w:div>
        <w:div w:id="1354959980">
          <w:marLeft w:val="0"/>
          <w:marRight w:val="0"/>
          <w:marTop w:val="0"/>
          <w:marBottom w:val="0"/>
          <w:divBdr>
            <w:top w:val="none" w:sz="0" w:space="0" w:color="auto"/>
            <w:left w:val="none" w:sz="0" w:space="0" w:color="auto"/>
            <w:bottom w:val="none" w:sz="0" w:space="0" w:color="auto"/>
            <w:right w:val="none" w:sz="0" w:space="0" w:color="auto"/>
          </w:divBdr>
        </w:div>
        <w:div w:id="1791977109">
          <w:marLeft w:val="0"/>
          <w:marRight w:val="0"/>
          <w:marTop w:val="0"/>
          <w:marBottom w:val="0"/>
          <w:divBdr>
            <w:top w:val="none" w:sz="0" w:space="0" w:color="auto"/>
            <w:left w:val="none" w:sz="0" w:space="0" w:color="auto"/>
            <w:bottom w:val="none" w:sz="0" w:space="0" w:color="auto"/>
            <w:right w:val="none" w:sz="0" w:space="0" w:color="auto"/>
          </w:divBdr>
        </w:div>
        <w:div w:id="2109307859">
          <w:marLeft w:val="0"/>
          <w:marRight w:val="0"/>
          <w:marTop w:val="0"/>
          <w:marBottom w:val="0"/>
          <w:divBdr>
            <w:top w:val="none" w:sz="0" w:space="0" w:color="auto"/>
            <w:left w:val="none" w:sz="0" w:space="0" w:color="auto"/>
            <w:bottom w:val="none" w:sz="0" w:space="0" w:color="auto"/>
            <w:right w:val="none" w:sz="0" w:space="0" w:color="auto"/>
          </w:divBdr>
        </w:div>
      </w:divsChild>
    </w:div>
    <w:div w:id="51972490">
      <w:bodyDiv w:val="1"/>
      <w:marLeft w:val="0"/>
      <w:marRight w:val="0"/>
      <w:marTop w:val="0"/>
      <w:marBottom w:val="0"/>
      <w:divBdr>
        <w:top w:val="none" w:sz="0" w:space="0" w:color="auto"/>
        <w:left w:val="none" w:sz="0" w:space="0" w:color="auto"/>
        <w:bottom w:val="none" w:sz="0" w:space="0" w:color="auto"/>
        <w:right w:val="none" w:sz="0" w:space="0" w:color="auto"/>
      </w:divBdr>
    </w:div>
    <w:div w:id="128860803">
      <w:bodyDiv w:val="1"/>
      <w:marLeft w:val="0"/>
      <w:marRight w:val="0"/>
      <w:marTop w:val="0"/>
      <w:marBottom w:val="0"/>
      <w:divBdr>
        <w:top w:val="none" w:sz="0" w:space="0" w:color="auto"/>
        <w:left w:val="none" w:sz="0" w:space="0" w:color="auto"/>
        <w:bottom w:val="none" w:sz="0" w:space="0" w:color="auto"/>
        <w:right w:val="none" w:sz="0" w:space="0" w:color="auto"/>
      </w:divBdr>
    </w:div>
    <w:div w:id="170996132">
      <w:bodyDiv w:val="1"/>
      <w:marLeft w:val="0"/>
      <w:marRight w:val="0"/>
      <w:marTop w:val="0"/>
      <w:marBottom w:val="0"/>
      <w:divBdr>
        <w:top w:val="none" w:sz="0" w:space="0" w:color="auto"/>
        <w:left w:val="none" w:sz="0" w:space="0" w:color="auto"/>
        <w:bottom w:val="none" w:sz="0" w:space="0" w:color="auto"/>
        <w:right w:val="none" w:sz="0" w:space="0" w:color="auto"/>
      </w:divBdr>
    </w:div>
    <w:div w:id="172571048">
      <w:bodyDiv w:val="1"/>
      <w:marLeft w:val="0"/>
      <w:marRight w:val="0"/>
      <w:marTop w:val="0"/>
      <w:marBottom w:val="0"/>
      <w:divBdr>
        <w:top w:val="none" w:sz="0" w:space="0" w:color="auto"/>
        <w:left w:val="none" w:sz="0" w:space="0" w:color="auto"/>
        <w:bottom w:val="none" w:sz="0" w:space="0" w:color="auto"/>
        <w:right w:val="none" w:sz="0" w:space="0" w:color="auto"/>
      </w:divBdr>
    </w:div>
    <w:div w:id="181748277">
      <w:bodyDiv w:val="1"/>
      <w:marLeft w:val="0"/>
      <w:marRight w:val="0"/>
      <w:marTop w:val="0"/>
      <w:marBottom w:val="0"/>
      <w:divBdr>
        <w:top w:val="none" w:sz="0" w:space="0" w:color="auto"/>
        <w:left w:val="none" w:sz="0" w:space="0" w:color="auto"/>
        <w:bottom w:val="none" w:sz="0" w:space="0" w:color="auto"/>
        <w:right w:val="none" w:sz="0" w:space="0" w:color="auto"/>
      </w:divBdr>
    </w:div>
    <w:div w:id="256864496">
      <w:bodyDiv w:val="1"/>
      <w:marLeft w:val="0"/>
      <w:marRight w:val="0"/>
      <w:marTop w:val="0"/>
      <w:marBottom w:val="0"/>
      <w:divBdr>
        <w:top w:val="none" w:sz="0" w:space="0" w:color="auto"/>
        <w:left w:val="none" w:sz="0" w:space="0" w:color="auto"/>
        <w:bottom w:val="none" w:sz="0" w:space="0" w:color="auto"/>
        <w:right w:val="none" w:sz="0" w:space="0" w:color="auto"/>
      </w:divBdr>
    </w:div>
    <w:div w:id="366805568">
      <w:bodyDiv w:val="1"/>
      <w:marLeft w:val="0"/>
      <w:marRight w:val="0"/>
      <w:marTop w:val="0"/>
      <w:marBottom w:val="0"/>
      <w:divBdr>
        <w:top w:val="none" w:sz="0" w:space="0" w:color="auto"/>
        <w:left w:val="none" w:sz="0" w:space="0" w:color="auto"/>
        <w:bottom w:val="none" w:sz="0" w:space="0" w:color="auto"/>
        <w:right w:val="none" w:sz="0" w:space="0" w:color="auto"/>
      </w:divBdr>
    </w:div>
    <w:div w:id="379865730">
      <w:bodyDiv w:val="1"/>
      <w:marLeft w:val="0"/>
      <w:marRight w:val="0"/>
      <w:marTop w:val="0"/>
      <w:marBottom w:val="0"/>
      <w:divBdr>
        <w:top w:val="none" w:sz="0" w:space="0" w:color="auto"/>
        <w:left w:val="none" w:sz="0" w:space="0" w:color="auto"/>
        <w:bottom w:val="none" w:sz="0" w:space="0" w:color="auto"/>
        <w:right w:val="none" w:sz="0" w:space="0" w:color="auto"/>
      </w:divBdr>
    </w:div>
    <w:div w:id="463275062">
      <w:bodyDiv w:val="1"/>
      <w:marLeft w:val="0"/>
      <w:marRight w:val="0"/>
      <w:marTop w:val="0"/>
      <w:marBottom w:val="0"/>
      <w:divBdr>
        <w:top w:val="none" w:sz="0" w:space="0" w:color="auto"/>
        <w:left w:val="none" w:sz="0" w:space="0" w:color="auto"/>
        <w:bottom w:val="none" w:sz="0" w:space="0" w:color="auto"/>
        <w:right w:val="none" w:sz="0" w:space="0" w:color="auto"/>
      </w:divBdr>
    </w:div>
    <w:div w:id="817455609">
      <w:bodyDiv w:val="1"/>
      <w:marLeft w:val="0"/>
      <w:marRight w:val="0"/>
      <w:marTop w:val="0"/>
      <w:marBottom w:val="0"/>
      <w:divBdr>
        <w:top w:val="none" w:sz="0" w:space="0" w:color="auto"/>
        <w:left w:val="none" w:sz="0" w:space="0" w:color="auto"/>
        <w:bottom w:val="none" w:sz="0" w:space="0" w:color="auto"/>
        <w:right w:val="none" w:sz="0" w:space="0" w:color="auto"/>
      </w:divBdr>
    </w:div>
    <w:div w:id="887958188">
      <w:bodyDiv w:val="1"/>
      <w:marLeft w:val="0"/>
      <w:marRight w:val="0"/>
      <w:marTop w:val="0"/>
      <w:marBottom w:val="0"/>
      <w:divBdr>
        <w:top w:val="none" w:sz="0" w:space="0" w:color="auto"/>
        <w:left w:val="none" w:sz="0" w:space="0" w:color="auto"/>
        <w:bottom w:val="none" w:sz="0" w:space="0" w:color="auto"/>
        <w:right w:val="none" w:sz="0" w:space="0" w:color="auto"/>
      </w:divBdr>
    </w:div>
    <w:div w:id="908929200">
      <w:bodyDiv w:val="1"/>
      <w:marLeft w:val="0"/>
      <w:marRight w:val="0"/>
      <w:marTop w:val="0"/>
      <w:marBottom w:val="0"/>
      <w:divBdr>
        <w:top w:val="none" w:sz="0" w:space="0" w:color="auto"/>
        <w:left w:val="none" w:sz="0" w:space="0" w:color="auto"/>
        <w:bottom w:val="none" w:sz="0" w:space="0" w:color="auto"/>
        <w:right w:val="none" w:sz="0" w:space="0" w:color="auto"/>
      </w:divBdr>
    </w:div>
    <w:div w:id="931743205">
      <w:bodyDiv w:val="1"/>
      <w:marLeft w:val="0"/>
      <w:marRight w:val="0"/>
      <w:marTop w:val="0"/>
      <w:marBottom w:val="0"/>
      <w:divBdr>
        <w:top w:val="none" w:sz="0" w:space="0" w:color="auto"/>
        <w:left w:val="none" w:sz="0" w:space="0" w:color="auto"/>
        <w:bottom w:val="none" w:sz="0" w:space="0" w:color="auto"/>
        <w:right w:val="none" w:sz="0" w:space="0" w:color="auto"/>
      </w:divBdr>
    </w:div>
    <w:div w:id="1092166793">
      <w:bodyDiv w:val="1"/>
      <w:marLeft w:val="0"/>
      <w:marRight w:val="0"/>
      <w:marTop w:val="0"/>
      <w:marBottom w:val="0"/>
      <w:divBdr>
        <w:top w:val="none" w:sz="0" w:space="0" w:color="auto"/>
        <w:left w:val="none" w:sz="0" w:space="0" w:color="auto"/>
        <w:bottom w:val="none" w:sz="0" w:space="0" w:color="auto"/>
        <w:right w:val="none" w:sz="0" w:space="0" w:color="auto"/>
      </w:divBdr>
    </w:div>
    <w:div w:id="1111821736">
      <w:bodyDiv w:val="1"/>
      <w:marLeft w:val="0"/>
      <w:marRight w:val="0"/>
      <w:marTop w:val="0"/>
      <w:marBottom w:val="0"/>
      <w:divBdr>
        <w:top w:val="none" w:sz="0" w:space="0" w:color="auto"/>
        <w:left w:val="none" w:sz="0" w:space="0" w:color="auto"/>
        <w:bottom w:val="none" w:sz="0" w:space="0" w:color="auto"/>
        <w:right w:val="none" w:sz="0" w:space="0" w:color="auto"/>
      </w:divBdr>
    </w:div>
    <w:div w:id="1195727175">
      <w:bodyDiv w:val="1"/>
      <w:marLeft w:val="0"/>
      <w:marRight w:val="0"/>
      <w:marTop w:val="0"/>
      <w:marBottom w:val="0"/>
      <w:divBdr>
        <w:top w:val="none" w:sz="0" w:space="0" w:color="auto"/>
        <w:left w:val="none" w:sz="0" w:space="0" w:color="auto"/>
        <w:bottom w:val="none" w:sz="0" w:space="0" w:color="auto"/>
        <w:right w:val="none" w:sz="0" w:space="0" w:color="auto"/>
      </w:divBdr>
    </w:div>
    <w:div w:id="1330215006">
      <w:bodyDiv w:val="1"/>
      <w:marLeft w:val="0"/>
      <w:marRight w:val="0"/>
      <w:marTop w:val="0"/>
      <w:marBottom w:val="0"/>
      <w:divBdr>
        <w:top w:val="none" w:sz="0" w:space="0" w:color="auto"/>
        <w:left w:val="none" w:sz="0" w:space="0" w:color="auto"/>
        <w:bottom w:val="none" w:sz="0" w:space="0" w:color="auto"/>
        <w:right w:val="none" w:sz="0" w:space="0" w:color="auto"/>
      </w:divBdr>
    </w:div>
    <w:div w:id="1666399981">
      <w:bodyDiv w:val="1"/>
      <w:marLeft w:val="0"/>
      <w:marRight w:val="0"/>
      <w:marTop w:val="0"/>
      <w:marBottom w:val="0"/>
      <w:divBdr>
        <w:top w:val="none" w:sz="0" w:space="0" w:color="auto"/>
        <w:left w:val="none" w:sz="0" w:space="0" w:color="auto"/>
        <w:bottom w:val="none" w:sz="0" w:space="0" w:color="auto"/>
        <w:right w:val="none" w:sz="0" w:space="0" w:color="auto"/>
      </w:divBdr>
    </w:div>
    <w:div w:id="1724402265">
      <w:bodyDiv w:val="1"/>
      <w:marLeft w:val="0"/>
      <w:marRight w:val="0"/>
      <w:marTop w:val="0"/>
      <w:marBottom w:val="0"/>
      <w:divBdr>
        <w:top w:val="none" w:sz="0" w:space="0" w:color="auto"/>
        <w:left w:val="none" w:sz="0" w:space="0" w:color="auto"/>
        <w:bottom w:val="none" w:sz="0" w:space="0" w:color="auto"/>
        <w:right w:val="none" w:sz="0" w:space="0" w:color="auto"/>
      </w:divBdr>
    </w:div>
    <w:div w:id="1727602942">
      <w:bodyDiv w:val="1"/>
      <w:marLeft w:val="0"/>
      <w:marRight w:val="0"/>
      <w:marTop w:val="0"/>
      <w:marBottom w:val="0"/>
      <w:divBdr>
        <w:top w:val="none" w:sz="0" w:space="0" w:color="auto"/>
        <w:left w:val="none" w:sz="0" w:space="0" w:color="auto"/>
        <w:bottom w:val="none" w:sz="0" w:space="0" w:color="auto"/>
        <w:right w:val="none" w:sz="0" w:space="0" w:color="auto"/>
      </w:divBdr>
    </w:div>
    <w:div w:id="1763377375">
      <w:bodyDiv w:val="1"/>
      <w:marLeft w:val="0"/>
      <w:marRight w:val="0"/>
      <w:marTop w:val="0"/>
      <w:marBottom w:val="0"/>
      <w:divBdr>
        <w:top w:val="none" w:sz="0" w:space="0" w:color="auto"/>
        <w:left w:val="none" w:sz="0" w:space="0" w:color="auto"/>
        <w:bottom w:val="none" w:sz="0" w:space="0" w:color="auto"/>
        <w:right w:val="none" w:sz="0" w:space="0" w:color="auto"/>
      </w:divBdr>
    </w:div>
    <w:div w:id="1792241601">
      <w:bodyDiv w:val="1"/>
      <w:marLeft w:val="0"/>
      <w:marRight w:val="0"/>
      <w:marTop w:val="0"/>
      <w:marBottom w:val="0"/>
      <w:divBdr>
        <w:top w:val="none" w:sz="0" w:space="0" w:color="auto"/>
        <w:left w:val="none" w:sz="0" w:space="0" w:color="auto"/>
        <w:bottom w:val="none" w:sz="0" w:space="0" w:color="auto"/>
        <w:right w:val="none" w:sz="0" w:space="0" w:color="auto"/>
      </w:divBdr>
    </w:div>
    <w:div w:id="1823236362">
      <w:bodyDiv w:val="1"/>
      <w:marLeft w:val="0"/>
      <w:marRight w:val="0"/>
      <w:marTop w:val="0"/>
      <w:marBottom w:val="0"/>
      <w:divBdr>
        <w:top w:val="none" w:sz="0" w:space="0" w:color="auto"/>
        <w:left w:val="none" w:sz="0" w:space="0" w:color="auto"/>
        <w:bottom w:val="none" w:sz="0" w:space="0" w:color="auto"/>
        <w:right w:val="none" w:sz="0" w:space="0" w:color="auto"/>
      </w:divBdr>
    </w:div>
    <w:div w:id="2031368732">
      <w:bodyDiv w:val="1"/>
      <w:marLeft w:val="0"/>
      <w:marRight w:val="0"/>
      <w:marTop w:val="0"/>
      <w:marBottom w:val="0"/>
      <w:divBdr>
        <w:top w:val="none" w:sz="0" w:space="0" w:color="auto"/>
        <w:left w:val="none" w:sz="0" w:space="0" w:color="auto"/>
        <w:bottom w:val="none" w:sz="0" w:space="0" w:color="auto"/>
        <w:right w:val="none" w:sz="0" w:space="0" w:color="auto"/>
      </w:divBdr>
    </w:div>
    <w:div w:id="20330711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CBDC56-4503-4FB6-9C73-06E02872B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22</Pages>
  <Words>5106</Words>
  <Characters>29107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34145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Tommy Comer</cp:lastModifiedBy>
  <cp:revision>16</cp:revision>
  <dcterms:created xsi:type="dcterms:W3CDTF">2025-03-19T11:54:00Z</dcterms:created>
  <dcterms:modified xsi:type="dcterms:W3CDTF">2025-03-27T02:06:00Z</dcterms:modified>
  <cp:category/>
</cp:coreProperties>
</file>