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190"/>
        <w:ind w:left="0" w:right="0"/>
      </w:pPr>
    </w:p>
    <w:p>
      <w:pPr>
        <w:autoSpaceDN w:val="0"/>
        <w:autoSpaceDE w:val="0"/>
        <w:widowControl/>
        <w:spacing w:line="658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44"/>
        </w:rPr>
        <w:t>Fore The Family</w:t>
      </w:r>
    </w:p>
    <w:p>
      <w:pPr>
        <w:sectPr>
          <w:pgSz w:w="8000" w:h="12000"/>
          <w:pgMar w:top="412" w:right="1440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Dedication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my own chosen family—those who have offered unwavering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love, support, and laughter throughout the years. Your presence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my life has been the greatest gift, a constant reminder that family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transcends blood and is built on shared experiences, mutual respect,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a bond that deepens with each passing year. This book is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testament to the enduring power of connection and the strength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found in the hearts of those we choose to call family. It is dedicated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you, with immense gratitude and unwavering affection. To 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friends who have been my bedrock during times of uncertainty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have provided both practical assistance and immeasurable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emotional support, thank you for being you. To the unsung heroes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—single parents, working mothers and fathers, community leaders,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social workers—who tirelessly support their families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communities despite immense challenges, this book is a small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tribute to your incredible strength and resilience. Your dedication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inspires me every day. And finally, to those who have experienced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loss and grief, may this story offer a small measure of comfort,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understanding, and hope.</w:t>
      </w:r>
    </w:p>
    <w:p>
      <w:pPr>
        <w:sectPr>
          <w:pgSz w:w="8000" w:h="12000"/>
          <w:pgMar w:top="442" w:right="664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Preface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This book began as a seed of an idea, a collection of fragments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stories and observations drawn from both my personal life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years spent immersing myself in the lives of others through my non-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fiction work. I’ve had the privilege of witnessing the extraordinary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resilience of families facing immense challenges—financial strain,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illness, grief, and the constant pressure to maintain balance in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world that often feels chaotic and overwhelming. These experiences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fueled my desire to craft a narrative that explored the complexities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modern family life with honesty, compassion, and a touch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humor. In writing</w:t>
      </w:r>
      <w:r>
        <w:rPr>
          <w:rFonts w:ascii="Charis SIL Italic" w:hAnsi="Charis SIL Italic" w:eastAsia="Charis SIL Italic"/>
          <w:b w:val="0"/>
          <w:i/>
          <w:color w:val="000000"/>
          <w:sz w:val="22"/>
        </w:rPr>
        <w:t xml:space="preserve"> Fore The Family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 I wanted to create characters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felt real, flawed, and deeply human; characters who grapple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everyday struggles and find strength in unexpected places. I hope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highlight the often overlooked power of community, the support we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offer each other, and the profound impact of chosen family on our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lives. This novel is not simply a story about grief and resilience; it's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celebration of the enduring human spirit, the power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connection, and the profound beauty of chosen family. The journey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writing this book has been as rewarding as it has been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challenging, a reflection of the ups and downs of life itself. I trust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the reader will find something relatable, meaningful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perhaps even a little bit hopeful within these pages.</w:t>
      </w:r>
    </w:p>
    <w:p>
      <w:pPr>
        <w:sectPr>
          <w:pgSz w:w="8000" w:h="12000"/>
          <w:pgMar w:top="442" w:right="664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Introduction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story you are about to read centers around Jamal, a recently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bereaved father, and Mei Lynn, a hardworking single mother.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paths cross unexpectedly when Jamal moves to an affluent suburb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support his son Malik's promising golf career and seeks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roommate to alleviate the financial strain. Mei Lynn, with her two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children, Kai and Lily, becomes his unlikely housemate, creating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vibrant, albeit initially unconventional, family unit. Through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series of interwoven narratives, we will explore their individual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journeys – Jamal navigating grief and a new, challenging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environment; Mei Lynn balancing work and motherhood;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Malik, Kai, and Lily finding their places within this evolving family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structure.</w:t>
      </w:r>
      <w:r>
        <w:rPr>
          <w:rFonts w:ascii="Charis SIL Italic" w:hAnsi="Charis SIL Italic" w:eastAsia="Charis SIL Italic"/>
          <w:b w:val="0"/>
          <w:i/>
          <w:color w:val="000000"/>
          <w:sz w:val="22"/>
        </w:rPr>
        <w:t xml:space="preserve"> Fore The Family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 is not simply a story about two families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merging; it's a detailed exploration of the complex dynamics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grief, ambition, socio-economic disparity, and the transformative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power of chosen family. We will witness the children forging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unexpected bonds despite differences in background, parenting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styles, and life experiences. We’ll see how they confront prejudice,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manage expectations, navigate the intricacies of adolescence,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eventually discover that family, in its truest sense, transcends blood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embraces the strength found in shared experiences, unwavering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support, and the love that blossoms in the most unexpected places.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Prepare to embark on a journey filled with laughter, tears,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heartwarming discoveries as we delve into the hearts and lives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these richly drawn characters. Their story offers a powerful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reminder that love, hope, and resilience can thrive even amidst life's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most profound challenges.</w:t>
      </w:r>
    </w:p>
    <w:p>
      <w:pPr>
        <w:sectPr>
          <w:pgSz w:w="8000" w:h="12000"/>
          <w:pgMar w:top="442" w:right="642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Jamals Loss and the Move to Suburbia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Jamal’s world had shrunk to the size of a worn photograph –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faded image of his wife, Aisha, her smile a vibrant counterpoint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muted hues of the picture. Her laughter, once a constant melody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their small, vibrant home, was now a phantom echo in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echoing silence. The loss had cleaved him in two, leaving him adrift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a sea of grief. The vibrant tapestry of their life together, woven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threads of shared dreams and quiet moments, had been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brutally unraveled, leaving behind only frayed ends and a gaping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hole in his heart.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decision to move to Relocating to Willow Creek, a community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meticulously landscaped lawns and flawless homes that cruelly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underscored his inner conflict, proved agonizing. The transition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jarring, a brutal severing of ties deeply embedded in the familiar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earth of their former residence. The opulence of Willow Creek held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 allure; rather, the move was a frantic bid to guarantee Malik's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future, his son, a remarkably gifted golfer whose talent illuminated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bleakness of Jamal's sorrow. The esteemed golf academy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Willow Creek offered Malik his optimal opportunity, a path toward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future Jamal desperately yearned to create. It was a future Aisha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would have cherished, a future that felt both urgently vital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heartbreakingly remote., a suburb whose manicured lawns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pristine houses seemed to mock his inner turmoil, hadn't been easy.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It was a wrench, a severing of roots that had sunk deep into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familiar soil of their old neighborhood. The move wasn't driven by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desire for the opulent lifestyle Willow Creek offered; it was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desperate attempt to secure a future for Malik, his son, a prodigious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young golfer whose talent shone like a beacon in the darkness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Jamal's grief. The prestigious golf academy in Willow Creek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represented Malik’s best chance, a pathway to a future Jamal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desperately wanted to pave for him. It was a future Aisha would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have wanted, too, a future that felt both desperately necessary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impossibly distant.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financial strain of the move pressed heavily upon him.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modest savings, carefully accumulated over years of diligent work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as a The relocation's financial burden was crushing. His meager</w:t>
      </w:r>
    </w:p>
    <w:p>
      <w:pPr>
        <w:sectPr>
          <w:pgSz w:w="8000" w:h="12000"/>
          <w:pgMar w:top="442" w:right="648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savings, painstakingly amassed from years of dedicated IT work,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rapidly diminished. The expansive house's rent, a hollow shell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barely concealing his sorrow, felt like a lead weight on his soul.</w:t>
      </w: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Mortgage payments, combined with Malik's educational costs,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materials, and travel, engendered an oppressive financial strain,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palpable pressure mirroring the persistent ache in his heart. He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consumed by endless calculations, budgetary constraints,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desperate searches for income, his days a whirlwind of mechanical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tasks and financial anxieties. The gentle drone of his tools 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garage seemed to echo the relentless rhythm of his inner turmoil. l,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were quickly dwindling. The rent for the spacious house, barely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large enough to contain his own grief, felt like a constant weight 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chest. The mortgage payments, coupled with Malik's academy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fees, equipment, and travel expenses, created a suffocating financial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pressure that was as tangible as the ever-present ache in his heart.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found himself constantly calculating, budgeting, and searching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 ways to make ends meet, his days a blur of mechanics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money worries. The quiet hum of his tools in the garage seemed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almost to mimic the rhythm of his own relentless anxieties.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culture shock was profound. Willow Creek was a world apart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from the diverse, vibrant community Jamal had left behind. Here,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neatly trimmed hedges replaced overflowing flowerbeds,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hushed conversations replaced boisterous laughter. The faces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saw each day were predominantly white, affluent, and a landscape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starkly contrasted with the multicultural richness of his old life.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felt the weight of being an outsider, a constant observer looking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 on a world of privilege that remained distant and unattainable.</w:t>
      </w:r>
    </w:p>
    <w:p>
      <w:pPr>
        <w:autoSpaceDN w:val="0"/>
        <w:autoSpaceDE w:val="0"/>
        <w:widowControl/>
        <w:spacing w:line="264" w:lineRule="exact" w:before="58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old work clothes, perpetually stained with grease and oil, felt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like a mark of his difference, a silent protest against the sterile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neatness of his surroundings. He wondered often if he belonged, if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could ever truly belong in this meticulously constructed, almost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artificial, paradise.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Evenings were the hardest. The silence in the house was deafening,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amplifying the absence of Aisha's presence. Malik, though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understandably focused on his golf, seemed distant, preoccupied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the pressures of his training and competitions. The weight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father's grief hung silently in the air, an unspoken elephant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their meticulously clean, carefully furnished new home. Jamal tried</w:t>
      </w:r>
    </w:p>
    <w:p>
      <w:pPr>
        <w:sectPr>
          <w:pgSz w:w="8000" w:h="12000"/>
          <w:pgMar w:top="296" w:right="646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be present, to engage, but the chasm of his grief remained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powerful, unseen barrier between them. He found himself drawn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quiet spaces, the places where the absence of Aisha was less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acutely felt; the garage, where the familiar smells and sounds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provided a brief respite, or late-night walks where the silent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companionship of the moon softened the sharp edges of his sorrow.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decision to take in a roommate had been born out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desperation. He needed the extra income, the added security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another adult presence in the house, a counterpoint to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loneliness that threatened to overwhelm him. Mei Lynn's arrival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unexpected, a whirlwind of energy and practicality that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momentarily disrupted the quiet, suffocating grief that had settled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over the house. Her presence, a comforting warmth in the vast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space, injected a much-needed dose of reality into his life. Yet,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amidst this practicality, Jamal found a reluctant acknowledgment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own vulnerability, the unspoken admission that he needed help,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he could not, and should not, carry this burden alone.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shared space, the merging of their lives in this unlikely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circumstance, was a precarious bridge spanning the chasms of loss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the uncertainties of the future, a bridge built not of strong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materials but of a hesitant, fragile hope.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contrast between their lives was striking. Mei Lynn,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hardworking single mother, navigated the complexities of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demanding job and raising two children, all while trying to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maintain a semblance of normalcy in the midst of her own recent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divorce. Her experiences were a stark contrast to the carefully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cultivated privilege of the Willow Creek community. Her children,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Kai and Lily, brought with them their own set of challenges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complexities that mirrored but also contrasted with Malik's focused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ambition. While Malik’s drive was channeled through the structured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world of competitive golf, Kai’s casual approach to tennis reflected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different kind of resilience, a quiet strength born out of adaptation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independence. Lily, on the other hand, carried the quiet weight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her own anxieties, a shyness that seemed amplified within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hushed, controlled environment of Willow Creek.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first encounters between Jamal and Mei Lynn were marked by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 cautious politeness, a polite distance born of shared circumstances</w:t>
      </w:r>
    </w:p>
    <w:p>
      <w:pPr>
        <w:sectPr>
          <w:pgSz w:w="8000" w:h="12000"/>
          <w:pgMar w:top="296" w:right="642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yet deeply individual experiences. The initial conversations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were tentative, carefully constructed, avoiding any topics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might reveal the depths of their individual sorrows.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practicalities of sharing a house dominated early interactions;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discussions centered on chores, schedules, and the division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shared responsibilities. The shared kitchen became a neutral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ground, a space where they could meet without the pressure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deeper conversation. Yet beneath the surface, a gradual recognition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began to form; a shared understanding of the burdens of single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parenthood, the weight of financial strain, the commonalities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surviving and navigating life's unexpected upheavals. An unspoken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bond began to emerge, a fragile thread of connection woven 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midst of their quiet, careful interactions. It was a bond born not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intimacy, but of shared survival, a silent recognition of resilience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face of loss. The air was thick with the unspoken, the shared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silences revealing more than any words could ever articulate. 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quiet moments, in the shared responsibilities, a foundation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being laid, a foundation for something unexpected, something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perhaps beautiful, amidst the ruins of their pasts. The shared space,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once a symbol of his desperate need, had become, unexpectedly,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space of potential connection.</w:t>
      </w:r>
    </w:p>
    <w:p>
      <w:pPr>
        <w:sectPr>
          <w:pgSz w:w="8000" w:h="12000"/>
          <w:pgMar w:top="296" w:right="692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Maliks Ambitions and Pressures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Malik’s world revolved around the green. It wasn't just a passion; 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a consuming force, shaping his days, his nights, even his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dreams. The manicured lawns of Willow Creek’s prestigious golf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academy had become his sanctuary, a place where the weight of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father's grief felt momentarily lighter, replaced by the familiar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weight of his golf bag and the satisfying thud of the club against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ball. His talent was undeniable, a raw power and precision that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garnered him attention beyond his years. He was a rising star,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name whispered with respect and anticipation in the hushed tones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 junior golf circuit. Yet, beneath the surface of this promising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career lay a simmering tension, a pressure cooker of expectations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and anxieties that threatened to boil over.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Jamal’s hopes, like tenacious vines, had wrapped themselves around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Malik’s burgeoning talent. The move to Willow Creek, the financial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strain, the sacrifices – all were anchored to the belief in his son's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potential. For Jamal, Malik’s success was not just about a promising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career; it was a lifeline, a way to honor Aisha’s memory and build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future that felt both tangible and desperately needed. He saw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Malik's focused ambition a reflection of Aisha's own drive,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continuation of a legacy he was determined to protect. This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unspoken expectation hung heavy in the air, a silent pressure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accompanied Malik on every swing, every putt, every tournament.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pressure wasn’t solely from his father. The competitive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landscape of junior golf was brutal, a cutthroat world where talent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alone wasn’t enough. Malik found himself surrounded by other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prodigies, children who, like him, had dedicated their lives to this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single pursuit. Each tournament was a battleground, a relentless test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skill and endurance, where victory felt fleeting and defeat could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 crushing. The relentless cycle of practice, competition, and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constant pursuit of self-improvement fostered a culture of intense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pressure, an atmosphere where mistakes were magnified and self-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doubt was a constant companion.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center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witnessed firsthand the corrosive effect of this pressure on some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of his peers. He saw boys his age, consumed by the relentless drive</w:t>
      </w:r>
    </w:p>
    <w:p>
      <w:pPr>
        <w:sectPr>
          <w:pgSz w:w="8000" w:h="12000"/>
          <w:pgMar w:top="442" w:right="640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 perfection, losing sight of everything else—their friendships,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studies, even their joy for the game itself. He'd seen talented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players succumb to burnout, their passion extinguished under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weight of expectation. The stories served as both cautionary tales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a grim reminder of the sacrifices demanded by this particular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path. Malik, despite his talent and dedication, wasn't immune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these pressures. He found himself increasingly isolated, his social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life diminishing as his training intensified. Friendships, once vibrant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easy, became strained, casualties of his relentless pursuit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excellence.</w:t>
      </w:r>
    </w:p>
    <w:p>
      <w:pPr>
        <w:autoSpaceDN w:val="0"/>
        <w:autoSpaceDE w:val="0"/>
        <w:widowControl/>
        <w:spacing w:line="324" w:lineRule="exact" w:before="20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academic demands added another layer of complexity.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Balancing the rigorous training schedule with schoolwork felt like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 impossible task. Sleep-deprived nights were common, spent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juggling textbooks and golf manuals, the weight of both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responsibilities pressing down on him. The pressure to maintain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good grades, alongside the intense pressure to excel on the golf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course, created an almost unbearable strain. He’d often find himself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exhausted, both mentally and physically, caught in a vicious cycle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of pressure, exhaustion, and guilt.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subtle racism he encountered occasionally added another layer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pressure. While the academy itself promoted diversity, the wider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world of professional golf, to which Malik aspired, was still largely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homogenous. He felt the weight of representing not just himself, but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also his community, the awareness that every victory or defeat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carried a symbolic significance beyond his personal ambitions.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added pressure of being a role model, of embodying success for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community often underrepresented in the sport, was a burden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carried quietly, but felt deeply.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relationship with his father, despite the love and unwavering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support, became strained under this pressure. Jamal, consumed by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own grief and anxieties, inadvertently added to the weight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Malik already carried. His well-intentioned advice sometimes felt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like criticism, his constant encouragement occasionally morphed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into subtle, unspoken expectations. Malik found himself struggling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communicate the extent of the pressure he was under, caught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between the desire to please his father and the need to protect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own emotional well-being. Their shared silences, once a comfort,</w:t>
      </w:r>
    </w:p>
    <w:p>
      <w:pPr>
        <w:sectPr>
          <w:pgSz w:w="8000" w:h="12000"/>
          <w:pgMar w:top="296" w:right="646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322" w:lineRule="exact" w:before="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now reflected the unspoken tensions between them.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quiet moments, the ones he once treasured, now felt precious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rare. He would retreat to the solitude of the golf course, seeking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solace that the familiar rhythm of his swing provided, a brief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respite from the constant noise of expectations. The greens became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refuge, a place where he could connect with the only constant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life, the game that had both elevated him and burdened him.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would spend hours practicing, honing his skills, seeking perfection,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not just to win tournaments, but to find a sense of control amidst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chaos.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It wasn't just the competition that weighed on him. He carried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weight of his father's hopes, his community's expectations, and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relentless pressure of self-improvement. He struggled with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balancing academics, social life, and the grueling demands of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training. The subtle racism he encountered, the constant reminder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his position as an outsider in a predominantly white sport, added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another layer of complexity. His life wasn't just about golf; it was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complex tapestry woven with threads of ambition, grief,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expectation, and the quiet determination to succeed against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odds. It was a burden he carried with the silent resilience of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young man striving for a future as uncertain as it was promising.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path ahead was fraught with challenges, yet the gleam in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eye, the focused intensity in his swing, hinted at a spirit that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refused to be broken, a determination forged in the crucible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ambition and loss. He was, after all, the son of a resilient father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legacy waiting to be fulfilled, even amidst the complexities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Willow Creek's manicured perfection.</w:t>
      </w:r>
    </w:p>
    <w:p>
      <w:pPr>
        <w:sectPr>
          <w:pgSz w:w="8000" w:h="12000"/>
          <w:pgMar w:top="296" w:right="640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Mei Lynns Journey Divorce and Single Parenthood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rhythmic thump of the washing machine was a familiar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soundtrack to Mei Lynn’s evenings. It was a constant, a low hum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punctuated the quiet moments between homework help, dinner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prep, and the inevitable bedtime battles with her two children, Kai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Lily. The hum, however, was more than just background noise;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it was a symbol of the relentless cycle of domesticity that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become her life since her divorce. It was a cycle that demanded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attention, her energy, and often, a significant portion of her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emotional reserves.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Financially, things were tight. The single income she earned 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paralegal barely covered rent, groceries, and the ever-growing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mountain of school expenses. She'd meticulously planned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budget, tracking every penny, but even the smallest unforeseen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expense felt like a blow. A sudden illness, an unexpected repair, 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even a slightly more extravagant school project could easily throw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meticulously crafted budget into disarray, leaving her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scrambling to make ends meet. This financial precariousness was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constant source of stress and anxiety, a shadow that lingered over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every decision she made, both large and small.</w:t>
      </w:r>
    </w:p>
    <w:p>
      <w:pPr>
        <w:autoSpaceDN w:val="0"/>
        <w:autoSpaceDE w:val="0"/>
        <w:widowControl/>
        <w:spacing w:line="324" w:lineRule="exact" w:before="20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emotional toll of single parenthood was equally demanding.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Mei Lynn missed the camaraderie of a partner, the shared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responsibility of childcare, the simple comfort of another adult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share the weight of daily anxieties with. The loneliness, once 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occasional pang, had become a persistent ache, a constant reminder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 gaping hole in her life. The silence in the house, once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welcome respite, now felt oppressive, a stark contrast to the vibrant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chaos that once characterized her life as a married woman.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Co-parenting with her ex-husband, David, proved to be a minefield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its own. The initial negotiations surrounding custody and child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support had been fraught with tension and hurt feelings. While they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had managed to establish a somewhat functional co-parenting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arrangement, the underlying resentment and lingering bitterness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still simmered beneath the surface. Simple decisions regarding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children—school events, extracurricular activities, even weekend</w:t>
      </w:r>
    </w:p>
    <w:p>
      <w:pPr>
        <w:sectPr>
          <w:pgSz w:w="8000" w:h="12000"/>
          <w:pgMar w:top="442" w:right="658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plans—often became points of contention, requiring careful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negotiation and diplomacy. The constant communication, the need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constantly coordinate schedules and decisions, added another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layer of complexity to her already burdened life. It was a constant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juggling act, a never-ending dance between maintaining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functional relationship with her ex-husband for the sake of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children and protecting her own emotional well-being from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residual pain of their broken marriage.</w:t>
      </w:r>
    </w:p>
    <w:p>
      <w:pPr>
        <w:autoSpaceDN w:val="0"/>
        <w:autoSpaceDE w:val="0"/>
        <w:widowControl/>
        <w:spacing w:line="264" w:lineRule="exact" w:before="26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Navigating societal expectations added to the pressure. She found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herself constantly battling the societal narrative that cast single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mothers as somehow less capable, less competent, or less worthy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than their married counterparts. The subtle judgments,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unsolicited advice, the pitying glances – all served as a constant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reminder of her status as an outlier in a society that still largely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prioritized the traditional nuclear family structure. She often found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herself justifying her choices, defending her parenting decisions,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explaining her life circumstances to those who seemed to feel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need to offer their unsolicited opinions. The weight of these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unspoken judgments, the feeling of being constantly scrutinized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judged, was a silent burden that she carried with quiet dignity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determination. This internal battle against societal expectations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contributed to her sense of isolation, reinforcing the need for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supportive network of friends and family who understood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accepted her choices.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Mei Lynn’s professional life, too, was a struggle. Balancing her work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 a paralegal with her responsibilities as a mother was a constant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balancing act. She often worked late into the night, catching up 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paperwork and emails after the children were asleep, sacrificing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personal time and energy to meet both her professional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maternal obligations. She longed for the flexibility that would allow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to fully engage with both aspects of her life without feeling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constantly stretched thin, constantly on the verge of collapse.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sometimes wondered if she had made the right decision pursuing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demanding professional career while simultaneously raising two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children alone. The guilt gnawed at her occasionally – guilt at not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being able to attend every school event, guilt at not having more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time to dedicate to her children’s individual needs, guilt at not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being able to fully relax and recharge. These feelings were common</w:t>
      </w:r>
    </w:p>
    <w:p>
      <w:pPr>
        <w:sectPr>
          <w:pgSz w:w="8000" w:h="12000"/>
          <w:pgMar w:top="296" w:right="668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 many single mothers, the constant tension between fulfilling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one's professional ambitions and the responsibilities of parenting.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found solace in unexpected places. A supportive group of single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mothers at her children's school provided a crucial outlet, a space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where she could share her struggles and triumphs without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judgment. These women, each with their unique challenges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experiences, understood her struggles in a way that few others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could. They created a shared support network, a lifeline in the face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relentless demands and societal pressures. They swapped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babysitting duties, offered advice, and provided a much-needed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sense of camaraderie and understanding.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Another source of unexpected support came from her own parents.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While they had initially struggled to accept her divorce, they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gradually come around, offering practical and emotional support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whenever she needed it. They helped with childcare, provided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financial assistance whenever possible, and offered a listening ear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during those times when she felt overwhelmed and alone. This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support was crucial, a testament to the resilience and love that can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bind families together even during difficult times.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children, too, became sources of both challenge and comfort.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Kai, her older son, was relatively independent, capable of managing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own daily schedule and homework. His easygoing nature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natural empathy helped her navigate her daily frustrations.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sometimes took on small responsibilities around the house, showing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maturity that surprised and deeply touched her. Lily, her younger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daughter, was more reserved and required more of her attention.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Lily’s quiet strength and resilience, her quiet capacity to cope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disruption of her family, humbled and inspired Mei Lynn. Each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their personalities, their strengths and vulnerabilities, added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unique colors to the tapestry of their family life.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financial strain, however, remained a constant undercurrent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life. She had considered taking on a second job, a night shift 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weekend gig, but the thought of further sacrificing her limited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time with her children felt too overwhelming. The societal pressures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conform to traditional family structures, the subtle judgments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that she frequently faced, and the sheer exhaustion from balancing</w:t>
      </w:r>
    </w:p>
    <w:p>
      <w:pPr>
        <w:sectPr>
          <w:pgSz w:w="8000" w:h="12000"/>
          <w:pgMar w:top="296" w:right="648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work and motherhood continued to weigh on her heavily.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found herself constantly seeking creative solutions to manage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finances, from meticulously planning her weekly grocery shopping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exploring affordable childcare options and seeking assistance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from local community programs.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But amidst these challenges, a quiet strength began to emerge. Mei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Lynn found a newfound resilience within herself, a determination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overcome the obstacles and build a stable and loving home for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children. She recognized the importance of prioritizing her mental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health, setting aside small moments each day for self-care, activities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refreshed her spirit and gave her moments of peace. She started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taking long walks alone, listening to music, reading books,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connecting with friends whenever possible. These small acts of self-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care, often overlooked amidst the overwhelming demands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motherhood, proved to be crucial in maintaining her mental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emotional well-being.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journey wasn't easy, but it was hers. It was a testament 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unwavering love of a mother who, despite the challenges, refused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 defined by her circumstances. It was a story of strength,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resilience, and the quiet dignity of a woman who faced adversity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head-on and emerged with an even deeper appreciation for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unconditional love that bound her family together. It was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narrative of a single mother who, through sheer willpower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unwavering determination, forged a life filled with love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laughter amidst the often overwhelming realities of divorce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single parenthood. And in this journey, she found not only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strength she never knew she possessed but also an undeniable sense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pride in the family she had created. The hum of the washing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machine, once a symbol of her endless responsibilities, now seemed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less a burden and more a quiet, comforting background noise 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beautiful chaos of her life.</w:t>
      </w:r>
    </w:p>
    <w:p>
      <w:pPr>
        <w:sectPr>
          <w:pgSz w:w="8000" w:h="12000"/>
          <w:pgMar w:top="296" w:right="648" w:bottom="1316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Kai and Lily Sibling Dynamics and Individual Challenges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Kai, Mei Lynn’s older son, possessed a certain nonchalance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often bordered on indifference. At fifteen, he was already six feet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tall, with a lanky frame and a perpetually amused expression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hinted at a quiet intelligence. He treated life with a casualness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both charmed and frustrated his mother. While he excelled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academically, maintaining a comfortable B average without any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apparent effort, his approach to tennis mirrored his general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demeanor: relaxed, almost languid. He had natural talent, a fluid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grace on the court that suggested years of dedicated practice. Yet,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lacked the fierce competitiveness, the burning ambition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drove many of his peers. He played for the sheer enjoyment of it,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refreshing contrast to the intense pressure he saw his friends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endure.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Mei Lynn often wondered if his relaxed attitude stemmed from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subconscious reaction to the upheaval of his parents' divorce.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Unlike Lily, who had internalized her emotions, Kai seemed to have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adopted a strategy of emotional detachment, a way of shielding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himself from the painful realities of his fractured family. His casual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dismissal of setbacks, both on and off the court, sometimes felt like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mask, a way of masking a deeper vulnerability. He’d shrug off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lost match with a nonchalant “It is what it is,” a phrase that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become his mantra. While it spoke to a certain resilience, it also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hinted at a reluctance to engage fully with his emotions. His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emotional reserve was both a source of worry and a quiet comfort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Mei Lynn. She often saw him as the anchor of the family,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soothing presence amidst the turbulence of their lives.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While his easygoing nature made him a relatively easy child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manage, his lack of ambition occasionally concerned Mei Lynn.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worried about his future, the potential consequences of his lack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drive. She would gently encourage him to set goals, to think about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future plans, reminding him of the importance of ambition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striving for excellence. He’d listen patiently, nodding politely,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expression unchanging, before returning to his video games or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book with quiet contentment. His acceptance, while a testament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his strength and empathy, sometimes made her feel frustrated in</w:t>
      </w:r>
    </w:p>
    <w:p>
      <w:pPr>
        <w:sectPr>
          <w:pgSz w:w="8000" w:h="12000"/>
          <w:pgMar w:top="442" w:right="700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attempts to push him towards a more focused approach to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future.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Lily, on the other hand, was the exact opposite of Kai. Two years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younger, she was a study in contrasts to her brother’s laid-back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nature. Shy and introverted, Lily wore her emotions on her sleeve.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divorce had hit her harder than Kai, leaving her withdrawn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anxious. She struggled to adjust to the new routine, to the changes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their family dynamic. The once vibrant and outgoing child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retreated into herself, finding solace in solitary activities like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drawing and reading. Her quiet demeanor, her hesitancy to engage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with new people, were clear signs of her emotional struggles.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Lily’s shyness wasn’t simply a personality trait; it was a defense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mechanism, a way to protect herself from the hurt and uncertainty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surrounded her. School was a particularly challenging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environment for her, a constant reminder of the changes in her life.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While she excelled academically, her social interactions were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limited. Making friends felt like a monumental task, an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insurmountable obstacle in her path. She would cling to her mother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crowded places, her small hand wrapped tightly around Mei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Lynn's, her gaze fixed on the ground, avoiding eye contact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strangers.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contrast between Kai and Lily’s personalities created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fascinating sibling dynamic, a delicate balance of contrasts. While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Kai offered his younger sister a quiet, steady presence, a constant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source of support without being intrusive, their interactions were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often marked by a subtle undercurrent of tension. They understood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each other implicitly, a shared experience of loss and adjustment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uniting them in a silent bond. Yet, their distinct coping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mechanisms, their vastly different approaches to life, created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subtle distance between them. Kai’s casual detachment sometimes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felt dismissive to Lily, who craved reassurance and affection. Lily’s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clinginess, her need for constant validation, occasionally frustrated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Kai, who found her need for emotional support overwhelming.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Mei Lynn observed their interactions with a mixture of concern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pride. She recognized the unique challenges each child faced,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individual ways in which they navigated their grief and adjusted to</w:t>
      </w:r>
    </w:p>
    <w:p>
      <w:pPr>
        <w:sectPr>
          <w:pgSz w:w="8000" w:h="12000"/>
          <w:pgMar w:top="296" w:right="662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new reality. She understood the inherent complexities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sibling relationships, the ebb and flow of affection and frustration,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constant negotiation of boundaries and shared space. She knew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their bond was strong, forged in the crucible of shared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experience and unwavering loyalty. Despite their differences,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connection was palpable, a testament to the resilience of the human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spirit, a quiet affirmation of the enduring power of familial love.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differences were also reflected in their interactions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Jamal and Malik. Kai, ever the easy-going one, quickly forged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bond with Malik, the two boys bonding over their shared interest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sports and gaming. They spent hours practicing their respective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skills, their rivalry playful and good-natured. Kai’s acceptance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Malik’s privileged background was noteworthy, a reflection of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own emotionally detached nature. He saw Malik’s affluence not 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source of envy or resentment, but simply as a difference, something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to be acknowledged but not judged.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Lily’s relationship with Jamal was far more complex. Initially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hesitant, even fearful, Lily slowly warmed up to Jamal’s gentle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nature and quiet kindness. Jamal, with his own experiences of loss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grief, possessed an intuitive understanding of Lily’s quiet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suffering. He offered her a patient ear, a listening presence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allowed her to express her emotions without judgment. He spent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hours talking to Lily, drawing her out of her shell with gentle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encouragement and a steady stream of captivating stories.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connection was a silent testament to the power of empathy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shared understanding.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contrasting relationships illustrated how differently children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respond to shared adversity. While Kai’s relaxed demeanor allowed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him to adapt easily to new environments and build relationships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effortlessly, Lily’s need for stability and reassurance required a more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nurturing approach. Mei Lynn recognized the need to cater to each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child’s individual needs, providing the emotional support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guidance that allowed each to thrive in their own way.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move to the affluent suburb had presented both opportunities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challenges. While the move offered Malik better access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quality training facilities, it also heightened the contrast between</w:t>
      </w:r>
    </w:p>
    <w:p>
      <w:pPr>
        <w:sectPr>
          <w:pgSz w:w="8000" w:h="12000"/>
          <w:pgMar w:top="296" w:right="644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lives and the lives of their wealthier neighbors. The social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dynamics of the new school created additional pressures. While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Kai’s natural charisma allowed him to navigate the social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complexities of the new environment with relative ease, Lily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remained withdrawn, struggling to fit in. She felt acutely aware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differences in their backgrounds, feeling the weight of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mother’s financial constraints and the unspoken pressures of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new surroundings.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financial anxieties continued to cast a long shadow over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lives. While Jamal’s income helped ease the burden, the financial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instability still hung over Mei Lynn like a dark cloud. The subtle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differences between their living standards and those of their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wealthier neighbors served as a constant reminder of their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precarious position. Mei Lynn did her best to shield her children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from the harsh realities of their financial struggles, but their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awareness of the family’s financial pressures was apparent in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behaviors. Lily, acutely sensitive, often made sacrifices, foregoing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extra-curricular activities or new clothes to help alleviate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financial strain. Kai, while seemingly detached, also exhibited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subtle behaviors that betrayed his understanding of the financial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realities. He began taking on odd jobs around the neighborhood,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casual attitude masking a deeper sense of responsibility.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subtle signs of their financial burdens, however, did not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diminish the warmth and affection that permeated their family life.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Mei Lynn was a force of nature, her love and resilience a constant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beacon amidst the storms of their lives. The daily rituals, the shared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meals, the moments of laughter and affection, all these forged 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unbreakable bond between the four of them, a testament 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enduring power of family, love, and resilience. Their new home,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while different, was becoming more than just a residence; it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slowly transforming into a sanctuary, a place of love, laughter,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unwavering support, a haven built on the foundations of shared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experiences, unexpected friendships, and the unyielding strength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 chosen family.</w:t>
      </w:r>
    </w:p>
    <w:p>
      <w:pPr>
        <w:sectPr>
          <w:pgSz w:w="8000" w:h="12000"/>
          <w:pgMar w:top="296" w:right="668" w:bottom="92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The Unexpected Roommate Situation First Encounters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classified ad had seemed too good to be true: a spacious room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a desirable neighborhood, offered at a price Jamal could barely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believe. His financial anxieties, a constant companion since Aisha's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passing, had intensified with Malik's burgeoning golf career.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elite training facilities demanded significant investment, a financial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burden Jamal was struggling to shoulder alone. The move to this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affluent suburb, a necessary sacrifice for Malik's future, had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stretched his resources thin. The room, therefore, represented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lifeline.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Mei Lynn, on the other hand, had found herself in a different, yet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equally precarious, situation. The divorce had been amicable, but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financial fallout had been brutal. Maintaining her comfortable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lifestyle in the city was becoming increasingly challenging,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especially with the soaring costs of education for Kai and Lily.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suburban house felt too large and too expensive for her own.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classified ad, she admitted, represented more than just a financial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solution; it represented a strategic retreat. It was a way to reduce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financial burdens and provide a more stable environment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her children.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initial encounter was a study in contrasts. Jamal, a quiet,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reserved man still grappling with his grief, arrived with a carefully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packed suitcase and a hesitant smile. Mei Lynn, dynamic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pragmatic, greeted him with an efficient handshake and a brisk,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businesslike manner. The initial conversation felt stiff, polite,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somewhat awkward, a dance of carefully chosen words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unspoken reservations. The shared space was large, spacious,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elegant, a stark contrast to the modest apartment Jamal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previously occupied. He couldn’t help but feel a slight sense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intimidation.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house, a testament to the neighborhood's affluence, radiated 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air of silent prosperity. The manicured lawns, the gleaming cars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parked in the driveways, the expensive-looking landscaping—these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outward signs of success created a feeling of disparity that Jamal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found hard to ignore. He had always preferred modest living, a</w:t>
      </w:r>
    </w:p>
    <w:p>
      <w:pPr>
        <w:sectPr>
          <w:pgSz w:w="8000" w:h="12000"/>
          <w:pgMar w:top="442" w:right="702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simple existence unburdened by extravagance. This house felt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foreign, almost alien. Mei Lynn, accustomed to a life of comfort,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barely registered the grandeur of the surroundings, her focus solely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on the practical details of the shared living arrangement.</w:t>
      </w:r>
    </w:p>
    <w:p>
      <w:pPr>
        <w:autoSpaceDN w:val="0"/>
        <w:autoSpaceDE w:val="0"/>
        <w:widowControl/>
        <w:spacing w:line="264" w:lineRule="exact" w:before="266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They discussed the practicalities with a clinical efficiency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belied the underlying tensions. Rent payments, utility bills, shared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responsibilities – these seemingly mundane details formed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bedrock of their agreement, a fragile structure built upon shared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necessity. The silence between their carefully worded exchanges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seemed to hum with unspoken anxieties, a palpable sense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apprehension that neither seemed eager to address.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"I'll keep to myself," Jamal offered, his voice low and hesitant,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betraying a deep-seated insecurity. His experience with loss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made him instinctively cautious, wary of forming close connections.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Mei Lynn, however, offered a surprisingly warm smile. "Don't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worry, I'm pretty low-key myself. I work long hours, and the kids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have their own routines. We should get along just fine." Her tone,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while friendly, was still laced with a certain reserve. She was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pragmatist at heart, valuing efficiency and clear boundaries.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initial days were a series of quiet encounters, punctuated by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brief, polite interactions. Jamal kept mostly to his room, his routine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carefully constructed shield against his grief. He spent hours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reviewing Malik's golf stats, trying to suppress the constant gnawing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feeling that he wasn’t doing enough. He found solace in the familiar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rhythm of routines – practicing his own golfing, spending time 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phone with Malik, and researching strategies that might help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young man excel.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Mei Lynn, on the other hand, was a whirlwind of activity. Her days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were a carefully choreographed dance between her demanding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career and the myriad of responsibilities associated with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motherhood. Her energy was infectious, yet her focus was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unwavering, her approach practical and decisive. He watched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from a distance, a silent observer of her efficient movements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her unwavering dedication to her children.</w:t>
      </w:r>
    </w:p>
    <w:p>
      <w:pPr>
        <w:sectPr>
          <w:pgSz w:w="8000" w:h="12000"/>
          <w:pgMar w:top="296" w:right="658" w:bottom="52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children, too, exhibited a similar sense of reserve. Kai and Lily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seemed wary of the new housemate. Their initial encounters were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series of fleeting glances and polite but distant nods. Kai, the older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brother, maintained his usual nonchalant demeanor, neither hostile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nor welcoming, just passively observant. Lily, the younger, more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sensitive one, retreated even further into her shell, her shyness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amplified by the unfamiliar surroundings and the presence of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stranger.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Jamal found himself drawn to Lily's quiet grace. He found ways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subtly interact, leaving a book near her usual reading spot 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offering a small, quiet smile when their paths crossed. 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understood her quiet suffering; loss had taught him the language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silent grief.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turning point came unexpectedly, during a shared evening meal.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Mei Lynn had prepared a simple meal—pasta, a family favorite,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comfortable culinary familiarity in their otherwise turbulent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circumstances. While it might have lacked the culinary artistry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previous attempts, it was a heartwarming, genuine effort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include him in their family routines. The shared meal, a seemingly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simple act, was a bridging gesture. In the shared act of eating,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 the soft glow of the table lamp, a hesitant sense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camaraderie began to emerge. The awkwardness that had defined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initial interactions began to slowly dissipate, replaced by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tentative sense of community.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meal was filled with quiet moments of conversation, tentative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smiles, and shared laughter. Kai made a funny remark about Lily's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preference for a certain cartoon character, a comment that broke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tension between them. Lily, surprised by her brother’s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lightheartedness, managed a small smile, her eyes betraying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glimpse of her usual carefree spirit. Jamal, touched by the family's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warmth, found himself offering a small anecdote about his own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childhood, an act of sharing that further chipped away at the walls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of their carefully constructed reserve.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house was still a large, imposing space, but the atmosphere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gradually changing, becoming less like a shared accommodation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and more like a nascent family unit, a family forged in the fires of</w:t>
      </w:r>
    </w:p>
    <w:p>
      <w:pPr>
        <w:sectPr>
          <w:pgSz w:w="8000" w:h="12000"/>
          <w:pgMar w:top="296" w:right="666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mutual need and shared resilience. The practicalities of shared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living gradually started to take a back seat to something larger,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mutual respect, an unspoken understanding of shared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vulnerabilities. They weren't just roommates; they were slowly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becoming a community, united by shared experiences of loss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hope, a patchwork family bound by the invisible threads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empathy and unspoken understanding. The anxieties were not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completely gone, but they were receding, overshadowed by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quiet promise of something new and unexpected. The shared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experiences of daily life, the simple rituals of cooking, eating,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quiet conversation, slowly paved the way for a deeper, more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meaningful connection. This shared home, once a symbol of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individual needs, was gradually evolving into a sanctuary of shared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resilience.</w:t>
      </w:r>
    </w:p>
    <w:p>
      <w:pPr>
        <w:sectPr>
          <w:pgSz w:w="8000" w:h="12000"/>
          <w:pgMar w:top="296" w:right="734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Childrens First Interactions Initial Impressions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initial interactions between Malik, Kai, and Lily were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fascinating study in contrasts. Malik, focused and driven,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approached everything with the intense concentration of a young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athlete honing his skills. His world revolved around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meticulously planned schedule of his golf training, his every waking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moment dedicated to perfecting his swing, mastering his technique.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quiet demeanor, born partly from innate shyness and partly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from the intense focus required for his sport, often masked a deep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well of emotion, a quiet intensity that betrayed his outwardly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reserved nature. He carried the weight of his father's expectations,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silent pressure that spurred him onward yet simultaneously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weighed heavily on his young shoulders. He was polite, even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courteous, to Kai and Lily, but his interactions remained brief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formal, his attention always drifting back to the next practice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session, the next tournament, the next step on his carefully charted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path to golfing greatness. The opulence of their new surroundings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didn't seem to faze him; his gaze remained firmly fixed on the prize.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saw the sprawling houses, the manicured lawns, and the luxury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cars not as symbols of wealth but as a backdrop to his own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ambition, a landscape to be conquered rather than admired.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Kai, in stark contrast, presented a relaxed, almost nonchalant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attitude. He possessed the effortless grace and casual charm of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natural athlete, his movements fluid and relaxed, his tennis prowess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suggesting a carefree spirit. He was older than Malik, possessing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certain world-weariness born from a more relaxed upbringing.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move to the suburbs seemed less of a seismic shift and more of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minor inconvenience. He saw the change as a simple alteration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routine, a change of scenery to his regular tennis matches.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comfortable in his own skin, unconcerned with the pressures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expectations that seemed to weigh heavily on Malik. While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polite, his interactions lacked the intensity of Malik's focused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exchanges. He treated Malik with a casual camaraderie, neither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overly friendly nor overtly distant, more a passive observation than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 active engagement. There was a sense of underlying confidence,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self-assuredness born of effortless talent and a laid-back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temperament. His disinterest in the material aspects of their new</w:t>
      </w:r>
    </w:p>
    <w:p>
      <w:pPr>
        <w:sectPr>
          <w:pgSz w:w="8000" w:h="12000"/>
          <w:pgMar w:top="442" w:right="666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surroundings was palpable; for him, the change of address signified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little more than a new tennis club. His primary focus was on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maintaining his existing social circles and his usual schedule,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new environment barely registering on his radar.</w:t>
      </w:r>
    </w:p>
    <w:p>
      <w:pPr>
        <w:autoSpaceDN w:val="0"/>
        <w:autoSpaceDE w:val="0"/>
        <w:widowControl/>
        <w:spacing w:line="264" w:lineRule="exact" w:before="266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Lily, the youngest of the three, presented a different challenge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entirely. Her quiet shyness was amplified by the unfamiliar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surroundings and the presence of two new faces. She was initially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hesitant, her eyes darting nervously from Malik to Kai, her body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language communicating a sense of discomfort and uncertainty.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Unlike Malik and Kai, she seemed acutely aware of the unspoken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social dynamics, the subtle shifts in power and privilege that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defined their new surroundings. She possessed a quiet sensitivity,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keen awareness of others’ emotions, which made her keenly attuned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the undercurrents of tension between the two families.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retreated into her shell, her usual carefree spirit momentarily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eclipsed by a sense of displacement and uncertainty. The move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disrupted her routines, her familiar social circles, her comfortable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sense of place. She missed the close-knit community of their old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neighborhood, the friendly faces she knew, the sense of belonging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had taken for granted. The opulence of their new home seemed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heighten her sense of displacement, reinforcing her feelings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being an outsider. She clung to the familiar comfort of books,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seeking solace in the pages of her favorite stories, a world far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removed from the uncertainties of her new reality. Her initial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silence was not a refusal to engage, but rather a cautious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observation, a careful assessment of her new environment and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fellow inhabitants.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initial days were filled with an awkward silence punctuated by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brief, polite interactions. The children often passed each other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hallways or the garden, their encounters marked by fleeting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glances and hesitant smiles. There were no outright clashes, no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overt displays of hostility, simply a cautious dance around each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other, a careful testing of boundaries. Malik continued with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rigorous golf training, his attention entirely consumed by his sport.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Kai practiced his tennis shots, his movements relaxed and fluid. Lily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retreated into her books, seeking refuge from the unfamiliar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atmosphere.</w:t>
      </w:r>
    </w:p>
    <w:p>
      <w:pPr>
        <w:sectPr>
          <w:pgSz w:w="8000" w:h="12000"/>
          <w:pgMar w:top="296" w:right="658" w:bottom="52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gradual change began to occur during shared meals. Mei Lynn's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efforts to create a sense of community were crucial. Her simple yet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lovingly prepared meals became a focal point for tentative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interactions. The shared act of eating, the simple ritual of gathering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around the dining table, created a sense of normalcy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togetherness, breaking down some of the initial barriers.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conversations were initially stilted, filled with polite inquiries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cautious remarks. But as days turned into weeks, the shared meals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became a haven for casual banter, a space for the children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discover common interests.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Kai's laid-back humor, previously reserved, began to emerge,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eliciting surprised giggles from Lily. Malik, prompted by a shared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interest in sports, began exchanging anecdotes with Kai,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conversations focusing on the intricacies of their respective sports.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subtle shifts in their dynamics were mirrored in Lily's behavior.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gradually started participating in the conversations, her earlier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shyness slowly receding as she found common ground with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newfound companions. The discovery of shared interests—a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common love for a particular video game, a shared appreciation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particular author—helped break down the initial barriers,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fostering a sense of camaraderie that transcended their initially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different backgrounds.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casual conversation about their hobbies and interests led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deeper discussions. Malik revealed his vulnerability, hinting at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pressure he felt to succeed in golf, the weight of his father's silent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expectations. Kai, in turn, shared his own experiences, his struggles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balance athletic ambitions with academic pursuits. Lily,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encouraged by their vulnerability, spoke of her fear of fitting in 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new school. This sharing of vulnerabilities created an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unspoken bond, fostering a sense of mutual understanding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empathy.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shared experiences of navigating a new environment, adjusting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new schools, and managing the pressures of athletic careers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created a unique camaraderie. The initially polite exchanges slowly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morphed into genuine conversations, the hesitant smiles becoming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genuine expressions of friendship. The common ground discovered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amidst their differences helped them connect on a deeper level,</w:t>
      </w:r>
    </w:p>
    <w:p>
      <w:pPr>
        <w:sectPr>
          <w:pgSz w:w="8000" w:h="12000"/>
          <w:pgMar w:top="296" w:right="700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100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creating a sense of community that extended beyond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individual ambitions.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process wasn’t without its bumps. There were moments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frustration, of misunderstandings, and of unspoken tensions.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cultural differences, the varying expectations, and the contrasting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parenting styles occasionally led to friction. But these were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temporary setbacks in a larger, overarching theme of growing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friendship and mutual respect. The challenges simply reinforced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importance of their shared experiences, their mutual need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companionship and support, in the face of individual struggles.</w:t>
      </w:r>
    </w:p>
    <w:p>
      <w:pPr>
        <w:autoSpaceDN w:val="0"/>
        <w:autoSpaceDE w:val="0"/>
        <w:widowControl/>
        <w:spacing w:line="324" w:lineRule="exact" w:before="20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By the end of the summer, an unexpected family had been formed.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children, initially strangers, had become friends, their shared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experiences forging a bond that transcended their initial differences.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initial awkwardness and reserve had given way to laughter,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shared secrets, and a budding friendship that would shape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lives in unexpected ways. The house, once a symbol of individual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needs, had transformed into a sanctuary of shared experiences,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testament to the resilience of human connection. The shared meals,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casual conversations, the subtle gestures of kindness, all played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part in the construction of a vibrant, unexpected family unit.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invisible threads of empathy and shared resilience had woven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tapestry of connection, a testament to the power of friendship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enduring strength of the human spirit.</w:t>
      </w:r>
    </w:p>
    <w:p>
      <w:pPr>
        <w:sectPr>
          <w:pgSz w:w="8000" w:h="12000"/>
          <w:pgMar w:top="296" w:right="646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Navigating Cultural Differences and Social Dynamics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initial interactions between Jamal and Mei Lynn highlighted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fascinating contrast in cultural backgrounds and parenting styles.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Jamal, a man of quiet dignity and reserved demeanor, carried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weight of his grief subtly, his quiet strength a testament to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resilience. His approach to parenting Malik reflected this reserved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nature; he encouraged his son's ambition through quiet support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unwavering belief, a subtle guidance rather than overt direction.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communication style, reflecting his cultural background,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prioritized directness and a clear expression of expectations, a style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sometimes clashed with Mei Lynn's more nurturing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emotionally expressive approach.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Mei Lynn, on the other hand, embodied a vibrant energy and open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communication style, reflecting her own cultural heritage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personal experiences. Her approach to parenting Kai and Lily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characterized by warmth, open dialogue, and a willingness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engage in emotional expression. She fostered a strong sense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community within her own family, placing a high value on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emotional connection and collaborative problem-solving. This open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communication style, while effective within her family, sometimes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clashed with Jamal’s more reserved nature, leading to initial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misunderstandings and communication gaps.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These differences were further highlighted in their approaches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discipline and conflict resolution. Jamal tended towards a more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traditional, authoritative style, emphasizing clear boundaries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consequences. Mei Lynn, influenced by her own experiences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cultural background, favored a more collaborative approach,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engaging her children in discussions and encouraging them to take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ownership of their actions and their consequences. This difference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approach sometimes led to disagreements, especially when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dealing with the children's behavior. The contrasting viewpoints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occasionally resulted in subtle friction, a tension born not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animosity, but of differing perspectives and cultural norms.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center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children’s interactions reflected and sometimes amplified these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differences. Malik, accustomed to Jamal’s direct and reserved style,</w:t>
      </w:r>
    </w:p>
    <w:p>
      <w:pPr>
        <w:sectPr>
          <w:pgSz w:w="8000" w:h="12000"/>
          <w:pgMar w:top="442" w:right="708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initially found Kai’s laid-back demeanor challenging to decipher.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unsure of how to interpret Kai's casual interactions and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relaxed approach to schoolwork and athletic training. This led to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period of cautious observation, a tentative exploration of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nascent friendship. Meanwhile, Lily’s initial shyness reflected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own sensitivity to the cultural differences and the unspoken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pressures of their new environment. She observed the interactions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between the adults, keenly aware of the subtle nuances in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communication styles, the unspoken expectations, and the varying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expressions of affection and emotional support.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One significant area of cultural difference manifested in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approaches to food and mealtimes. Jamal’s culinary traditions,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rooted in his heritage, emphasized simple, hearty meals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prioritized nourishment and family togetherness. Mei Lynn's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culinary expertise, influenced by her own diverse cultural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background, introduced a wider range of flavors and culinary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traditions to the table. This introduction of new tastes and food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traditions led to numerous opportunities for cultural exchange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exploration. The children, initially hesitant to try new foods,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gradually embraced the culinary adventures, their palates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expanding to encompass new flavors and textures. These shared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meals became a significant cultural exchange, a testament 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unifying power of food and the cross-cultural connections it can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foster.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differing approaches to education also highlighted the cultural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gaps. Jamal, valuing education as a means to secure a stable future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 Malik, emphasized academic achievement and discipline. Mei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Lynn, while equally valuing education, placed a greater emphasis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 a balanced approach, encouraging her children to pursue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passions while maintaining a healthy academic record. This subtle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difference in emphasis occasionally led to minor disagreements over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homework, extracurricular activities, and study schedules.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However, this difference ultimately led to a more holistic approach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education, blending Jamal's emphasis on academic success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Mei Lynn's approach to fostering creativity and pursuing personal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interests. This blend of approaches enriched the children's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education and broadened their perspectives.</w:t>
      </w:r>
    </w:p>
    <w:p>
      <w:pPr>
        <w:sectPr>
          <w:pgSz w:w="8000" w:h="12000"/>
          <w:pgMar w:top="296" w:right="654" w:bottom="52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Religious and spiritual differences were another aspect of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diverse backgrounds. Jamal's religious observance was a significant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part of his life, reflecting his cultural and familial values. Mei Lynn,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while not adhering to the same religious practices, valued spiritual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growth and personal reflection. Instead of conflict, these differences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fostered a mutual respect for differing beliefs, enhancing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understanding and appreciation of diverse perspectives. These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respectful differences provided an enriching environment for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children, broadening their understanding of diverse spiritual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traditions and encouraging tolerance and mutual respect.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Despite these initial challenges, the families demonstrated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remarkable resilience and adaptability in navigating these cultural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social differences. The shared experience of grief, the common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goal of supporting their children, and the innate human need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connection gradually created a bond that transcended their initial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differences. Shared meals, casual conversations, and collaborative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problem-solving became the building blocks of their new, unlikely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family. The children's friendships evolved organically, mirroring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slow and steady development of understanding and respect between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adults.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Over time, they learned to appreciate the value of diverse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perspectives and the enriching aspects of differing cultural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backgrounds. They learned to understand each other’s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communication styles, to respect their differing parenting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philosophies, and to value the contributions of each individual’s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unique heritage. The differences, once potential sources of conflict,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transformed into strengths, enhancing their lives and forging a bond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was stronger and richer for the diversity of experience it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encompassed.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process was not without its challenges. There were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misunderstandings, occasional disagreements, and moments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frustration. However, the families consistently demonstrated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willingness to communicate openly, to listen actively, and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approach conflicts with empathy and understanding. Their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commitment to mutual respect and their shared dedication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creating a supportive environment for their children ultimately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helped them overcome these challenges and build a stronger, more</w:t>
      </w:r>
    </w:p>
    <w:p>
      <w:pPr>
        <w:sectPr>
          <w:pgSz w:w="8000" w:h="12000"/>
          <w:pgMar w:top="296" w:right="652" w:bottom="392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resilient family unit. The journey was a testament to the power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communication, the significance of empathy, and the unwavering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resilience of the human spirit in the face of adversity.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integration of distinct cultural values, once seemingly disparate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elements, gradually coalesced, forming a unique and enriching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cultural mosaic within their shared home.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This unlikely family, born from loss and forged in the crucible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grief, became a testament to the power of human connection.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blending of their distinct cultures and personal experiences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demonstrated that differences are not barriers but rather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opportunities for growth, learning, and the creation of a vibrant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diverse family unit. This unexpected family, bound together by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shared experiences and mutual respect, became a living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embodiment of the strength, resilience, and love that can arise from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most unlikely circumstances. Their journey served as a powerful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testament to the human capacity for adaptation, empathy, and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creation of meaningful connections that transcend cultural divides.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challenges they faced served to reinforce their commitment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understanding, acceptance, and the cultivation of a strong,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supportive, and loving family unit.</w:t>
      </w:r>
    </w:p>
    <w:p>
      <w:pPr>
        <w:sectPr>
          <w:pgSz w:w="8000" w:h="12000"/>
          <w:pgMar w:top="296" w:right="648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Shared Activities and Unexpected Bonds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initial tentative friendships between Malik and Kai, and Lily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Malik, blossomed surprisingly quickly, fueled by shared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activities and a surprising amount of mutual respect. Their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connection wasn't born from immediate understanding, but from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shared experience of navigating a new environment and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unspoken anxieties that accompanied it. The golf course, initially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symbol of Malik's ambitions, became a surprisingly common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ground. Kai, while not a golfer himself, frequently accompanied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Malik to practice, offering a quiet support and companionship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transcended their different sporting pursuits. He’d bring along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tennis racquet, and they’d often end their afternoon at the driving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range with a friendly game of tennis on a nearby court, a playful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competition that underscored their growing camaraderie.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competitive spirit that initially divided them became a shared space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for lighthearted competition and mutual admiration.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These informal games expanded to include Lily, whose shyness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gradually melted away in the presence of Malik's quiet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determination and Kai’s easygoing nature. Initially hesitant to join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in, Lily would often sit on the sidelines, quietly observing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interaction. But Kai, with his inherent sensitivity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understanding, saw through her initial reserve, offering her a tennis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racquet and encouraging her to participate. To her surprise,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found a natural aptitude for the game. Malik, witnessing her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emerging confidence, began to offer encouragement and advice,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own reserved nature softening in her presence. Their shared passion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 sports, initially a source of subtle difference, became a catalyst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for their bond.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School provided another arena for connection. While attending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different schools, the children had opportunities to interact 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shared events: school plays, athletic competitions, and community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festivals. These gatherings offered a different context for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relationships, allowing for a different kind of interaction. At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school play, where Kai had a small role, Malik and Lily both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attended to show their support. The shared experience of seeing Kai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on stage, the nervous anticipation, the collective relief and joy of a</w:t>
      </w:r>
    </w:p>
    <w:p>
      <w:pPr>
        <w:sectPr>
          <w:pgSz w:w="8000" w:h="12000"/>
          <w:pgMar w:top="442" w:right="672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successful performance, cemented their collective bond. The post-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play celebrations, filled with laughter and shared pizza, were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testament to their growing friendship.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school's annual charity fundraiser became another significant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shared event. The children, encouraged by their parents, decided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participate together. Malik, leveraging his golfing skills, organized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mini-golf tournament, while Kai and Lily showcased their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collaborative efforts in designing and creating a unique fundraising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item. The collective effort and the planning sessions, marked by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disagreements, compromises, and a lot of laughter, were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instrumental in solidifying their newfound connection. The event's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success, marked by exceeding the fundraising goal and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collective pride they felt in their accomplishment, further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strengthened their bond.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Beyond structured events, casual hangouts at each other's houses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became a regular occurrence. Their interactions revealed different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facets of their personalities and their families. At Jamal’s house,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there were relaxed evenings filled with Jamal’s quiet storytelling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Malik's quiet demonstrations of his golfing prowess. Mei Lynn's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house buzzed with a constant energy, marked by laughter, culinary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experiments, and the lively chatter of two siblings interacting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friends. The contrasts in these family environments only enriched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interactions and fostered a deep sense of acceptance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understanding.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shared activities weren't limited to structured events or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organized games. Spontaneous adventures, often born from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impromptu decisions, defined a significant part of their interactions.</w:t>
      </w: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These unscheduled excursions included bike rides along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neighborhood trails, impromptu trips to the local ice cream parlor,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late-night stargazing sessions in Kai's backyard. These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unplanned moments of shared joy were significant, providing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opportunities for organic connection and deeper understanding.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freedom to be themselves, unburdened by expectations or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structured activities, strengthened their bonds.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However, their burgeoning friendships weren't without challenges.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Differences in personality, communication styles, and even their</w:t>
      </w:r>
    </w:p>
    <w:p>
      <w:pPr>
        <w:sectPr>
          <w:pgSz w:w="8000" w:h="12000"/>
          <w:pgMar w:top="296" w:right="652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respective approaches to resolving conflicts occasionally created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friction. Malik’s quiet intensity, Kai's laid-back approach, and Lily's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occasional shyness created moments of misunderstanding and subtle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conflict. For instance, a disagreement over a game of tennis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highlighted these differences. Malik’s intense competitive spirit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clashed with Kai’s more casual approach, leading to a brief period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tension. Lily, caught in the middle, found herself navigating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delicate dynamics of their friendship, mediating between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different approaches to competition. But even these disagreements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served as opportunities for growth and understanding. Through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these experiences, they learned to communicate their needs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perspectives, and to value each other's distinct approaches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personalities.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These conflicts, far from destroying their friendships, actually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strengthened them. They learned to compromise, to find common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ground, and to value each other's unique perspectives. The process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fostered a deeper appreciation for individual differences and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shared understanding of mutual respect. Their journey highlighted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importance of open communication, mutual respect, and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willingness to navigate disagreements with empathy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understanding. The process of navigating conflicts and resolving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differences became a bonding experience in itself. It taught them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valuable lessons about communication, negotiation, and empathy.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Through their shared activities, the children discovered a common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ground that transcended their differences in race, background,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parenting styles. These shared experiences, ranging from structured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events to spontaneous adventures, became the foundation of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unlikely friendships. The laughter, the shared successes, and even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occasional disagreements, contributed to their growing bond.</w:t>
      </w:r>
    </w:p>
    <w:p>
      <w:pPr>
        <w:autoSpaceDN w:val="0"/>
        <w:autoSpaceDE w:val="0"/>
        <w:widowControl/>
        <w:spacing w:line="264" w:lineRule="exact" w:before="58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quiet moments of companionship, the shared joy of victory,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the collective efforts in times of challenge, served as catalysts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for growth, understanding, and a profound sense of belonging.</w:t>
      </w:r>
    </w:p>
    <w:p>
      <w:pPr>
        <w:autoSpaceDN w:val="0"/>
        <w:autoSpaceDE w:val="0"/>
        <w:widowControl/>
        <w:spacing w:line="264" w:lineRule="exact" w:before="58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These friendships, forged in the crucible of shared experience,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became an essential element in the narrative of their families'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unlikely and heartwarming connection. They represented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testament to the power of shared experiences in bridging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differences and forming lasting bonds, a reality that resonated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deeply with the adults observing their gradual development. The</w:t>
      </w:r>
    </w:p>
    <w:p>
      <w:pPr>
        <w:sectPr>
          <w:pgSz w:w="8000" w:h="12000"/>
          <w:pgMar w:top="296" w:right="640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children’s growing friendships became a source of hope,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symbolizing the potential for connection and belonging in a world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often characterized by division and misunderstanding.</w:t>
      </w:r>
    </w:p>
    <w:p>
      <w:pPr>
        <w:sectPr>
          <w:pgSz w:w="8000" w:h="12000"/>
          <w:pgMar w:top="296" w:right="850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Jamal and Mei Lynns Growing Friendship</w:t>
      </w:r>
    </w:p>
    <w:p>
      <w:pPr>
        <w:autoSpaceDN w:val="0"/>
        <w:autoSpaceDE w:val="0"/>
        <w:widowControl/>
        <w:spacing w:line="264" w:lineRule="exact" w:before="286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initial awkwardness of sharing a house quickly dissipated,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replaced by a comfortable familiarity born from shared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responsibilities and unspoken understanding. Jamal, a man of few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words, found himself drawn to Mei Lynn's vibrant energy and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ability to find humor in even the most challenging situations. He'd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often find himself lingering in the kitchen, drawn by the aroma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cooking and the comforting rhythm of her laughter as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juggled dinner preparation with homework supervision. These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seemingly mundane moments – shared meals, casual conversations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over coffee, the quiet hum of activity in the house – formed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bedrock of their burgeoning friendship.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Mei Lynn, in turn, appreciated Jamal's quiet strength and his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unwavering dedication to his son. His calm demeanor was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welcome contrast to the whirlwind of activity that characterized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own life. She found solace in his quiet presence, a comforting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counterpoint to the constant demands of single motherhood.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appreciated his willingness to help out with childcare, offering her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precious few moments of respite in her busy schedule. These acts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support weren't grand gestures, but small, everyday kindnesses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spoke volumes about their growing connection. A helping hand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homework, a quick errand run, a willingness to listen without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judgment – these were the building blocks of their friendship.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One evening, as they sat sharing a simple meal of takeout,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conversation drifted to their shared experiences of loss. Mei Lynn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spoke openly about the dissolution of her marriage, the pain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separation, and the challenges of raising two children alone. Jamal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listened attentively, his own grief for his wife finding an unexpected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outlet in Mei Lynn's vulnerability. He shared his own story,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voice low and measured, revealing the depth of his sadness and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difficulty of navigating life without his partner. This shared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vulnerability, this mutual recognition of shared pain, created 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unbreakable bond between them. The unspoken understanding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transcended words forged a connection deeper than mere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friendship; it was a shared journey through the labyrinth of grief,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testament to the resilience of the human spirit.</w:t>
      </w:r>
    </w:p>
    <w:p>
      <w:pPr>
        <w:sectPr>
          <w:pgSz w:w="8000" w:h="12000"/>
          <w:pgMar w:top="442" w:right="644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10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shared experiences extended beyond the realm of personal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loss. They found common ground in their struggles to balance work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family, their anxieties about their children's futures, and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shared aspirations for a better life. The financial pressures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weighed on both of them became a shared burden, eased by mutual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support and understanding. They discussed budgeting strategies,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shared helpful resources, and offered each other words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encouragement during particularly stressful times. This practical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support, this tangible demonstration of caring, solidified their bond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transformed their roommate relationship into something much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deeper.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friendship evolved organically, unscripted and unforced. 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wasn’t marked by grand gestures or extravagant displays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affection. Instead, it was built on the small, seemingly insignificant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moments: a shared cup of coffee, a helping hand with a household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chore, a listening ear during a difficult day. These seemingly trivial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moments accumulated, forming a rich tapestry of shared experience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that strengthened their bond with each passing day.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children played a significant role in this evolution. Watching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children interact, their laughter echoing through the house,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brought them closer together. The shared responsibility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parenting, the mutual concern for their children's well-being,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created a sense of shared purpose and strengthened their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connection. They found themselves exchanging parenting tips,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offering each other words of encouragement, and celebrating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children's successes as if they were one big, unconventional family.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Beyond practical support, they offered each other emotional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sustenance. Mei Lynn, ever the pragmatist, found herself leaning 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Jamal's quiet strength during moments of doubt and uncertainty.</w:t>
      </w: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Jamal, in turn, appreciated Mei Lynn's unwavering optimism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ability to see the silver lining in even the darkest clouds. They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became each other's confidantes, sharing their anxieties,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hopes, and their dreams without fear of judgment or criticism.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conversations often extended late into the night, marked by shared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laughter, quiet understanding, and the comforting silence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spoke volumes about their growing trust.</w:t>
      </w:r>
    </w:p>
    <w:p>
      <w:pPr>
        <w:sectPr>
          <w:pgSz w:w="8000" w:h="12000"/>
          <w:pgMar w:top="428" w:right="644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10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house they shared became more than just a place to live; 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became a sanctuary, a haven where they could be themselves,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without pretense or pretense. It was a space where vulnerability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embraced, where laughter was freely shared, and where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simple act of being together offered comfort and solace.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evolution of their relationship wasn't without its challenges.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Differences in personality and parenting styles occasionally led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minor disagreements. However, these conflicts, rather than driving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them apart, served to deepen their understanding of each other.</w:t>
      </w: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They learned to navigate their differences with patience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understanding, valuing each other's perspectives and striving to find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common ground.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 their friendship blossomed, they began to venture out together,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beyond the confines of their shared home. They went for walks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park, attended community events, and even shared a few quiet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evenings at local restaurants. These shared experiences reinforced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bond, offering opportunities for further connection and deeper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understanding.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evolving friendship wasn't just a personal journey; it also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impacted the children. Witnessing the support and affection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between their parents, the children gradually developed a greater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appreciation for the importance of chosen family and the power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unexpected connections. Their own burgeoning friendships,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facilitated by the adults’ shared acceptance and mutual respect,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became a testament to the ripple effect of their parents' unlikely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bond.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unlikely friendship defied societal expectations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preconceived notions about family and community. It was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testament to the resilience of the human spirit, the power of human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connection, and the beauty of chosen family. It was a story of two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individuals, scarred by loss, finding solace and companionship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most unexpected of places. Their shared journey, fraught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challenges but ultimately filled with love, laughter, and profound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understanding, became a testament to the enduring strength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human heart. Their friendship was a beacon of hope, demonstrating</w:t>
      </w:r>
    </w:p>
    <w:p>
      <w:pPr>
        <w:sectPr>
          <w:pgSz w:w="8000" w:h="12000"/>
          <w:pgMar w:top="428" w:right="660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family transcends blood and that love can blossom in the most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unforeseen of circumstances, a heartwarming narrative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unexpected connection and unwavering support. The foundation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friendship, built on mutual respect, shared experiences, and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willingness to support each other, offered a powerful message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hope, resilience, and the transformative power of human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connection.</w:t>
      </w:r>
    </w:p>
    <w:p>
      <w:pPr>
        <w:sectPr>
          <w:pgSz w:w="8000" w:h="12000"/>
          <w:pgMar w:top="296" w:right="758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Overcoming Obstacles Financial and Emotional Support</w:t>
      </w:r>
    </w:p>
    <w:p>
      <w:pPr>
        <w:autoSpaceDN w:val="0"/>
        <w:autoSpaceDE w:val="0"/>
        <w:widowControl/>
        <w:spacing w:line="264" w:lineRule="exact" w:before="286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initial weeks were a blur of unpacking, settling in, and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quiet adjustments of shared living. But beyond the logistics,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deeper rhythm began to emerge, a comfortable cadence built 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mutual respect and unspoken understanding. The financial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pressures, a constant undercurrent in both their lives, became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shared burden, eased by their collaborative approach. Jamal,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accustomed to meticulously budgeting, shared his financial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strategies with Mei Lynn, helping her navigate the complexities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single parenthood and limited resources. He helped her identify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areas for potential savings, suggesting strategies for reducing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expenses without sacrificing essential needs. This wasn’t about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judgment or criticism, but about shared problem-solving,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pragmatic collaboration born from mutual respect and a desire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help each other succeed.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One evening, after a particularly stressful day at work, Mei Lynn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confessed her anxieties about covering the upcoming school fees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Lily and Kai. The weight of financial responsibility, constantly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looming, had left her feeling overwhelmed and discouraged. Jamal,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turn, admitted that he was also facing a period of uncertainty,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a recent dip in his golf instruction business threatening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derail Malik's upcoming tournament participation. The vulnerability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their shared confession was a turning point, solidifying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nascent friendship. They weren’t merely roommates sharing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expenses; they were allies, navigating life’s complexities together.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collaboration extended beyond mere finances. They began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strategically plan their grocery shopping, combining their lists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take advantage of bulk discounts and optimize their spending. This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simple act of shared responsibility became a symbol of their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evolving bond, a testament to their willingness to work together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betterment of their families. They also organized a weekly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"family potluck," alternating between their home-cooked meals,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providing a fun and affordable way to keep the cost of food down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while enjoying each other's company and fostering a stronger bond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between the children. These seemingly small gestures—shared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meals, collaborative shopping trips—were the building blocks of a</w:t>
      </w:r>
    </w:p>
    <w:p>
      <w:pPr>
        <w:sectPr>
          <w:pgSz w:w="8000" w:h="12000"/>
          <w:pgMar w:top="442" w:right="662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322" w:lineRule="exact" w:before="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stronger, more resilient community within their household.</w:t>
      </w:r>
    </w:p>
    <w:p>
      <w:pPr>
        <w:autoSpaceDN w:val="0"/>
        <w:autoSpaceDE w:val="0"/>
        <w:widowControl/>
        <w:spacing w:line="264" w:lineRule="exact" w:before="264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challenges weren’t only financial. The demands of single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parenthood, especially with two children with very different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personalities and needs, were often overwhelming for Mei Lynn.</w:t>
      </w: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found herself struggling to balance work, childcare,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household responsibilities, leaving little time for self-care or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relaxation. Jamal, having experienced the demands of raising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child alone, offered practical support, helping with homework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supervision, bedtime routines, and even occasional weekend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errands. He understood the burden of single parenthood, having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faced similar pressures following his wife’s passing. This empathy,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born from shared experience, formed the bedrock of their emotional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support system.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shared responsibility extended to the children. Malik and Kai,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initially hesitant to integrate with each other’s lives, found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themselves drawn together by a shared interest in competitive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sports. They spent hours practicing together, sharing tips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encouragement, their sibling-like rivalry often giving way to shared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laughter and mutual respect. Lily, initially shy and withdrawn,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found an unexpected mentor in Jamal. He patiently taught her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play chess, sharing stories and wisdom while patiently guiding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through the complexities of the game. Their quiet moments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together became a testament to the power of intergenerational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connections, the unexpected bonds formed through shared activities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and mutual respect.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emotional support extended beyond practical assistance. They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became each other’s confidantes, sharing their anxieties, fears,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hopes without judgment or reservation. Long evenings were often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spent in quiet conversation, punctuated by shared laughter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moments of profound understanding. They found solace in each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other’s company, drawing strength from their shared experiences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mutual encouragement. The shared grief over their losses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anxieties of navigating their challenging circumstances became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powerful bonding agent. They learned to lean on each other,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creating a safe space where vulnerability was not only acceptable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but celebrated.</w:t>
      </w:r>
    </w:p>
    <w:p>
      <w:pPr>
        <w:sectPr>
          <w:pgSz w:w="8000" w:h="12000"/>
          <w:pgMar w:top="296" w:right="656" w:bottom="526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house they shared transformed from a simple dwelling into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sanctuary, a haven of shared experiences and mutual support. 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wasn’t just a house; it was a testament to the power of community,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space where families, despite their differences in background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experience, could thrive. The children, witnessing the warmth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support between their parents, learned valuable lessons about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resilience, empathy, and the transformative power of human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connection. They learned the importance of chosen family,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understanding that love and support could be found in the most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unexpected places. The bond between Jamal and Mei Lynn wasn't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just personal; it extended to their children, forming a new,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unconventional family unit.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One instance particularly highlighted this bond. Malik was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struggling with a particularly difficult golf tournament, his nerves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getting the better of his game. He confided in Mei Lynn, who,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understanding his anxieties, shared her own experiences with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overcoming performance-related stress. She offered practical advice,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drawing parallels with Kai's tennis matches, reminding him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importance of focus and self-belief. Jamal, observing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interaction, offered his support through gentle encouragement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practical tips gleaned from his years of coaching. The situation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underscored the interconnectedness of their families, the shared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investment in each other’s well-being, and the power of their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collective support system.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There were moments of friction, of course. Differences in parenting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styles and personalities occasionally led to minor disagreements,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but these conflicts never threatened their friendship. Instead, they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served as opportunities for growth and deeper understanding,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allowing them to learn from each other’s perspectives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strengthen their bond through compromise and mutual respect.</w:t>
      </w:r>
    </w:p>
    <w:p>
      <w:pPr>
        <w:autoSpaceDN w:val="0"/>
        <w:autoSpaceDE w:val="0"/>
        <w:widowControl/>
        <w:spacing w:line="264" w:lineRule="exact" w:before="58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ability to navigate these challenges with grace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understanding was a testament to their growing maturity and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commitment to their shared community.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journey was a testament to the resilience of the human spirit,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showcasing how unexpected connections can blossom into enduring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friendships. Their shared grief, their financial struggles, and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diverse parenting styles never diminished the strength of their</w:t>
      </w:r>
    </w:p>
    <w:p>
      <w:pPr>
        <w:sectPr>
          <w:pgSz w:w="8000" w:h="12000"/>
          <w:pgMar w:top="296" w:right="644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bond. Instead, these challenges served to strengthen their resolve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deepen their appreciation for each other's strengths. They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demonstrated the power of chosen family, demonstrating that love,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support, and community can flourish beyond traditional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boundaries. Their story became a beacon of hope, showing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healing, growth, and fulfillment are possible even in the face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adversity. Their journey underscored the simple truth that true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family is about shared experiences, mutual support, and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unwavering commitment to each other's well-being. The strength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they discovered in their shared journey stands as an inspiring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example of how human connection can overcome even the most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daunting obstacles. The support, both practical and emotional,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they offered each other, became the foundation upon which they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built a life characterized by resilience, hope, and a profound sense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of belonging.</w:t>
      </w:r>
    </w:p>
    <w:p>
      <w:pPr>
        <w:sectPr>
          <w:pgSz w:w="8000" w:h="12000"/>
          <w:pgMar w:top="296" w:right="752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Maliks Struggles with Pressure and Expectations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weight of expectation pressed down on Malik like a physical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burden. It wasn't just the pressure to perform well on the golf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course; it was the pervasive sense that his success or failure defined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worth, a sentiment subtly, yet powerfully, conveyed by those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around him. His father, Jamal, though outwardly supportive,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carried a quiet anxiety about Malik's future. The move to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affluent suburb, the financial strain of private lessons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tournament fees, all underscored the immense investment riding 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Malik's golfing prowess. It was a silent pressure, a shared unspoken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understanding that hung heavy in the air.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Jamal’s own grief, still a raw wound despite the passage of time,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played a significant role in his investment in Malik's golf career.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saw in his son's potential a chance to reclaim something lost, a way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honor his wife's memory and channel his grief into something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positive and productive. This unconscious expectation added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another layer to the pressure Malik felt, making it harder for him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separate his performance from his father's emotional well-being.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unspoken implication was clear: Malik's success would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somehow alleviate Jamal's pain, a burden no teenager should bear.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This pressure manifested in several ways. Malik, once a naturally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gifted and enthusiastic golfer, started experiencing performance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anxiety. His usually fluid swing became hesitant, his shots less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precise. He would spend hours analyzing his game, meticulously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reviewing videos of his matches, obsessing over minute details.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joy of the game, once his primary motivation, was slowly being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replaced by a gnawing fear of failure. Sleep became elusive,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replaced by restless nights filled with anxious dreams of missed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putts and crucial errors. His appetite diminished, and his once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vibrant energy was replaced by a persistent fatigue. The vibrant,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joyful boy was slowly fading under the weight of expectation.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schoolwork suffered. The hours he once dedicated to studying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were now spent agonizing over his golf performance. Grades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were once a source of pride began to slip, reflecting the internal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turmoil he was struggling to manage. His teachers, noticing the</w:t>
      </w:r>
    </w:p>
    <w:p>
      <w:pPr>
        <w:sectPr>
          <w:pgSz w:w="8000" w:h="12000"/>
          <w:pgMar w:top="442" w:right="698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change in his demeanor and academic performance, tried to offer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support, but Malik often brushed off their concerns, reluctant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admit the extent of his struggle.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pressure also affected his relationships. His interactions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Kai, once marked by playful rivalry and shared laughter, became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strained. Kai, unburdened by similar pressures, simply couldn’t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understand Malik’s anxieties. Malik resented this lack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understanding, viewing Kai's nonchalant attitude toward tennis 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form of privilege. He interpreted Kai's easygoing nature as a lack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empathy, failing to appreciate the immense pressure that weighed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heavily on his own shoulders. This led to frequent arguments and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growing distance between the two boys, a sad erosion of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friendship that had been developing.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Even his relationship with his father was impacted. While Jamal’s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intentions were purely supportive, his constant, albeit well-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meaning, advice and reminders about upcoming tournaments only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served to intensify Malik's anxiety. He felt smothered by his father's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concern, yearning for an unconditional acceptance that transcended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golfing achievements. He wanted his father to see him, not 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potential golfing champion, but as a son struggling to cope with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weight of expectation. Their interactions, once filled with warmth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laughter, became increasingly tense and fraught with unspoken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resentment.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It was Mei Lynn who first noticed the depth of Malik's struggle.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own experiences with balancing work, children, and personal life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gave her a keen understanding of the pressures he faced. She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observed his withdrawn demeanor, his strained relationships,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declining academic performance. She saw beyond the surface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and recognized the distress hidden beneath his outward composure.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Mei Lynn’s approach was different from Jamal's. Instead of offering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direct advice or piling on more pressure, she offered quiet support,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listening empathetically as Malik confided in her about his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anxieties. She validated his feelings, assuring him that it was okay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feel overwhelmed and stressed, that his struggles were normal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understandable. She shared her own experiences with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overcoming challenges, reminding him of his inherent resilience</w:t>
      </w:r>
    </w:p>
    <w:p>
      <w:pPr>
        <w:sectPr>
          <w:pgSz w:w="8000" w:h="12000"/>
          <w:pgMar w:top="296" w:right="688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ability to cope. She encouraged him to find healthy outlets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stress, suggesting activities like meditation, spending time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nature, or simply relaxing with a good book.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also subtly encouraged a shift in focus. She reminded Malik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joy he once found in golf, encouraging him to reconnect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intrinsic motivation that had originally drawn him to the sport.</w:t>
      </w:r>
    </w:p>
    <w:p>
      <w:pPr>
        <w:autoSpaceDN w:val="0"/>
        <w:autoSpaceDE w:val="0"/>
        <w:widowControl/>
        <w:spacing w:line="264" w:lineRule="exact" w:before="58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helped him reframe his perspective, emphasizing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importance of enjoying the game, regardless of the outcome.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encouraged him to approach his matches not with a sense of fear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and pressure, but with a renewed sense of purpose and self-belief.</w:t>
      </w:r>
    </w:p>
    <w:p>
      <w:pPr>
        <w:autoSpaceDN w:val="0"/>
        <w:autoSpaceDE w:val="0"/>
        <w:widowControl/>
        <w:spacing w:line="322" w:lineRule="exact" w:before="20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turning point came during a particularly stressful tournament.</w:t>
      </w: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Malik was on the verge of a complete meltdown, his nerves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threatening to derail his entire game. Mei Lynn, observing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distress from the sidelines, quietly approached him. She didn't offer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technical advice or strategical tips; instead, she simply reminded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him to breathe, to focus on the present moment, and to trust in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abilities. She spoke to him not as a coach, but as a friend, a fellow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human being who understood the challenges he faced.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gentle encouragement had a profound impact. Malik found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renewed sense of calm, his anxious energy transforming into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focused determination. He played the remainder of the tournament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a newfound confidence, not preoccupied with the pressure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succeed, but with the simple joy of playing the game he loved.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didn't win the tournament, but his performance was significantly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improved, marking a significant victory in his personal battle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against the crushing weight of expectation.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experience taught Malik valuable lessons about managing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stress, prioritizing self-care, and the importance of seeking support.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It reinforced his understanding of the difference between his father's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well-meaning anxieties and his own need for self-compassion.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began to actively seek out strategies for managing his stress,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incorporating regular exercise, meditation, and time in nature into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routine. He learned to value self-care not as a luxury but 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necessity, a vital component of his well-being.</w:t>
      </w:r>
    </w:p>
    <w:p>
      <w:pPr>
        <w:autoSpaceDN w:val="0"/>
        <w:autoSpaceDE w:val="0"/>
        <w:widowControl/>
        <w:spacing w:line="322" w:lineRule="exact" w:before="20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His relationships also began to mend. He and Kai found common</w:t>
      </w:r>
    </w:p>
    <w:p>
      <w:pPr>
        <w:sectPr>
          <w:pgSz w:w="8000" w:h="12000"/>
          <w:pgMar w:top="296" w:right="644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ground, sharing stories about their respective struggles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triumphs. They discovered a mutual respect for each other's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experiences, recognizing that the pressures they faced, although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different in nature, were equally valid. His relationship with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father also improved, becoming less about the pressure to succeed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more about shared experiences and unconditional love. Jamal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learned to step back and offer support without imposing his own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anxieties. He realized that his son's happiness was far more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important than his golfing achievements.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Malik's journey wasn't an easy one. It was a process of self-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discovery, a gradual realization that his worth as a person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independent of his performance on the golf course. It was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testament to his resilience, his ability to overcome adversity,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supportive network that helped him find his way. His story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served as a powerful reminder that while success is important, it's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not the only measure of a person's worth, and that genuine support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understanding are vital for navigating the pressures of life.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struggles had helped shape him, making him stronger, more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resilient, and more appreciative of the people who cared for him.</w:t>
      </w:r>
    </w:p>
    <w:p>
      <w:pPr>
        <w:sectPr>
          <w:pgSz w:w="8000" w:h="12000"/>
          <w:pgMar w:top="296" w:right="732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Lilys Journey to SelfConfidence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Lily, Mei Lynn's daughter, initially presented a stark contrast 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outgoing personalities of Malik and Kai. While Malik grappled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pressure of his golf career and Kai enjoyed the relative freedom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his tennis pursuits, Lily retreated into a world of quiet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observation. Her shyness wasn't simply a childhood phase; it was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deep-seated anxiety that colored her interactions with others,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leaving her feeling perpetually on the outside looking in. The move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the affluent suburb, with its unfamiliar faces and unspoken social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codes, only amplified her anxieties.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opulence surrounding her felt less like a welcoming embrace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more like a stark reminder of her own perceived inadequacies.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While Malik and Kai navigated the complexities of their respective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sports within a framework of established peer groups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competitive structures, Lily lacked that same sense of belonging.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struggled to find her place in the social landscape of the new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community, her quiet demeanor often misinterpreted as aloofness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or indifference. The vibrant social scene of the suburb, with its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seemingly effortless social interactions, presented a formidable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challenge to her introverted nature.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Lily's shyness wasn't rooted in a lack of intelligence or personality;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quite the contrary. She possessed a sharp wit, a creative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imagination, and a deep well of empathy. However, her anxiety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acted as a barrier, preventing her from fully expressing herself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connecting with others. She observed the world around her with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keen eye, her quiet contemplation revealing a perceptive nature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often overlooked by those who mistook her silence for apathy.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possessed a rich inner life, filled with vivid dreams, insightful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observations, and a quietly bubbling creativity, all hidden behind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carefully constructed wall of shyness.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turning point in Lily's journey began with Jamal. He wasn't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boisterous or overly demonstrative person, but he possessed a quiet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strength and gentle empathy that resonated with Lily. He noticed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quiet observation, her hesitant smile, and the subtle ways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which she expressed her longing to connect. He didn't attempt to</w:t>
      </w:r>
    </w:p>
    <w:p>
      <w:pPr>
        <w:sectPr>
          <w:pgSz w:w="8000" w:h="12000"/>
          <w:pgMar w:top="442" w:right="676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force her out of her shell or overwhelm her with attention; instead,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offered a safe space for her to be herself, acknowledging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quiet strength and respecting her need for personal space.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started by including her in small, low-pressure activities. He’d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invite her to join him and Malik on walks, offering casual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conversation about the neighborhood, the birds, or the changing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seasons. These seemingly insignificant interactions fostered a sense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trust and comfort. He treated her as an equal, valuing her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opinions and listening attentively to her quiet observations. He saw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beyond her shyness, recognizing the bright and intelligent young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woman hidden beneath the surface. This simple act of acceptance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began to chip away at the walls Lily had built around herself.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shared grief and understanding between Jamal and Mei Lynn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provided a foundation of trust that inadvertently benefited Lily.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Witnessing their mutual support and acceptance helped Lily to feel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secure and accepted, gradually easing her anxiety around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expressing her emotions. Observing their relationship modeled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healthy dynamic, showcasing how vulnerability and shared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experiences could strengthen bonds. This, in turn, gave her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courage to be more open and vulnerable herself.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Malik, despite his own struggles, played an unexpected role in Lily's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journey. Initially, he viewed her shyness with a mixture of curiosity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slight apprehension. However, as he began to understand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struggles, his own experiences with anxiety and pressure allowed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him to empathize with her. He started including her in his golf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practices, not as a participant, but as a companion. He'd share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stories about his matches, explaining the strategies and the mental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challenges involved, showing her his vulnerability and his human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side. This inadvertently helped break down her social barriers.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saw beyond her introverted nature to the perceptive and intelligent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girl she was.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Kai, ever the outgoing one, offered a different kind of influence.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jovial nature and easygoing personality helped Lily to relax and be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more comfortable in social settings. He didn't try to force her into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participating in activities, but he consistently included her, making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her feel valued and a part of their group. His presence provided a</w:t>
      </w:r>
    </w:p>
    <w:p>
      <w:pPr>
        <w:sectPr>
          <w:pgSz w:w="8000" w:h="12000"/>
          <w:pgMar w:top="296" w:right="688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sense of lightheartedness, counteracting the intensity of Malik's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anxieties. Lily found comfort in Kai’s easy-going nature, helping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find her way into social situations less overwhelming. His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acceptance of her quiet nature was incredibly important in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development.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Lily’s participation in group activities, initially hesitant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cautious, gradually became more confident. She started by joining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Mei Lynn’s book club meetings, her quiet participation gradually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expanding into meaningful conversations and shared experiences.</w:t>
      </w:r>
    </w:p>
    <w:p>
      <w:pPr>
        <w:autoSpaceDN w:val="0"/>
        <w:autoSpaceDE w:val="0"/>
        <w:widowControl/>
        <w:spacing w:line="264" w:lineRule="exact" w:before="58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books themselves served as a bridge, providing a common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ground for shared discussion and intellectual engagement. It gave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the confidence to express her opinions within a supportive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setting, a crucial step in overcoming her shyness.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Later, she joined a community art class. The creative expression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allowed her to communicate her thoughts and feelings non-verbally,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powerful outlet for her anxieties. The shared focus on creativity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created a sense of community, allowing her to connect with others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without the pressure of direct verbal interaction. The artistic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process was therapeutic; each brushstroke, each sketch, brought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closer to self-acceptance.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shared experiences of the two families, navigating their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individual challenges, created a supportive environment for Lily's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growth. They fostered a sense of belonging, providing a safety net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 her to explore her potential and express herself without fear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judgment. This environment of unconditional love and support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allowed her to slowly but surely build confidence. The process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gradual, marked by small victories and occasional setbacks, but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progress was undeniable.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Lily's journey wasn't about curing her shyness; it was about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accepting it as a part of herself and finding ways to navigate it.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learned to value her quiet contemplation, recognizing it as a source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strength and creativity. She learned to communicate her needs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boundaries effectively, setting limits on social engagements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when necessary. This was as much a part of self-care as attending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art classes or book club meetings.</w:t>
      </w:r>
    </w:p>
    <w:p>
      <w:pPr>
        <w:sectPr>
          <w:pgSz w:w="8000" w:h="12000"/>
          <w:pgMar w:top="296" w:right="642" w:bottom="526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family dynamic, initially a source of anxiety, became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wellspring of support and understanding. The shared experiences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grief, challenges, and triumphs created a bond of resilience,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collective understanding of human vulnerability. Lily’s quiet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strength and quiet observations became assets, providing unique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perspectives and insights to the family dynamic. Her empathy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became a source of strength for those around her, demonstrating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her innate ability to connect despite her shyness.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changes were subtle at first, almost imperceptible. A slightly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more confident smile, a slightly longer conversation, a slightly more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active participation in group activities. However, over time,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cumulative effect was significant. Lily blossomed into a young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woman of quiet strength and thoughtful expression, her unique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personality finally unleashed. Her journey highlighted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importance of supportive relationships, the power of self-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acceptance, and the unexpected ways in which shared experiences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chosen families can help us overcome adversity and embrace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life's challenges. It was a journey of self-discovery, a gradual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unfolding of her potential, all propelled by the unwavering support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those around her and fueled by her own quiet determination.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story became a testament to the resilience of the human spirit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transformative power of connection.</w:t>
      </w:r>
    </w:p>
    <w:p>
      <w:pPr>
        <w:sectPr>
          <w:pgSz w:w="8000" w:h="12000"/>
          <w:pgMar w:top="296" w:right="662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Mei Lynns Workplace Conflicts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Mei Lynn’s life, even with the nascent sense of belonging she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finding in her new community, wasn't without its significant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stressors. The comforting embrace of Jamal’s friendship and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budding connections within the blended family offered a much-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needed respite, but the demands of her professional life continued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exert a relentless pressure. She worked as a project manager for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large software company, a position that demanded long hours,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unwavering focus, and a constant juggling act between competing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priorities. The transition to the affluent suburb had not eased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workload; rather, it had added another layer of complexity to 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already demanding schedule.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commute alone was a significant drain on her time and energy.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seemingly endless stretches of highway, clogged with traffic,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often left her feeling frustrated and depleted before she even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arrived at the office. This added pressure was further compounded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by the expectations of her high-powered position. Her role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demanded that she meet tight deadlines, manage demanding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clients, and maintain a consistently high level of performance,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challenge made even more acute by her desire to remain an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involved and present mother to Kai and Lily.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One of Mei Lynn’s primary struggles stemmed from the pervasive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culture of presenteeism within her company. The unspoken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expectation was that employees should be available around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clock, responding to emails and calls at all hours, blurring the lines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between work and personal life. Mei Lynn found herself constantly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checking her phone, even during family dinners or while helping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Lily with her homework, a habit that created a sense of persistent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unease and guilt. She felt the pressure to demonstrate her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commitment and dedication to her job, fearing that any deviation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from the expected level of availability might jeopardize her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position.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This relentless pressure often manifested itself in conflicts with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colleagues. Mei Lynn, known for her efficiency and attention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detail, frequently clashed with colleagues who prioritized</w:t>
      </w:r>
    </w:p>
    <w:p>
      <w:pPr>
        <w:sectPr>
          <w:pgSz w:w="8000" w:h="12000"/>
          <w:pgMar w:top="442" w:right="664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networking and self-promotion over actual productivity. She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recalled one particularly frustrating incident involving a team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member who consistently missed deadlines, then attempted to shift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blame onto Mei Lynn. This individual, adept at cultivating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relationships with senior management, frequently succeeded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deflecting responsibility, despite Mei Lynn's documented efforts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ensure project deliverables were met. The frustration was palpable,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but Mei Lynn, mindful of her career progression and the need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maintain professional decorum, chose to address the issue directly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but diplomatically, meticulously documenting all instances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team member's negligence and ensuring she presented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comprehensive report to her manager. The incident, however,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underscored the pervasive issue of favoritism and the challenges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faced by hardworking individuals who didn't prioritize office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politics above productivity.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Another recurring conflict arose from the inherent ambiguity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shifting priorities within her role. Project requirements often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changed unexpectedly, leading to late nights and stressful revisions.</w:t>
      </w: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Mei Lynn's perfectionism frequently led her to take on additional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responsibilities, believing she was the only one capable of ensuring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project's success. While her dedication was admirable, it also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left her vulnerable to burnout and resentment. One particularly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taxing project involved navigating a complex regulatory landscape,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constant revisions and unexpected delays. This demanding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project stretched her to her limits, and resulted in a significant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amount of personal sacrifice, both in time spent at the office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emotional toll it took on her and her family.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Navigating these professional challenges while also managing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demands of motherhood proved extraordinarily difficult. Mei Lynn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felt the constant pull between her professional obligations and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desire to be a fully present and engaged parent. She found herself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feeling guilty when she missed school events or couldn’t participate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Kai’s tennis matches. Similarly, she felt overwhelmed by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pressure of creating a balanced life for both herself and her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children. She often felt guilty when she had to spend long hours 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office, leaving the children with a caregiver or relying heavily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on her roommate Jamal's support.</w:t>
      </w:r>
    </w:p>
    <w:p>
      <w:pPr>
        <w:sectPr>
          <w:pgSz w:w="8000" w:h="12000"/>
          <w:pgMar w:top="296" w:right="694" w:bottom="526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tried several strategies to improve the work-life balance.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experimented with time management techniques, creating detailed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schedules and prioritizing tasks. She also tried to delegate more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responsibilities at work, but often found that her colleagues lacked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same level of commitment or attention to detail as herself.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recognized this was partially due to her tendency to overcommit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herself, but also because she was consistently taking on tasks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were beyond the purview of her role, yet were perceived as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necessary for the projects' success. This further reinforced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systemic issues within the company culture she was struggling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navigate.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addition to time management strategies, she experimented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different communication styles at work. She consciously tried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avoid aggressive or passive-aggressive tactics, recognizing that clear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direct communication, when possible, was usually the most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effective, even when addressing delicate or stressful situations. This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sometimes meant choosing diplomacy over immediate gratification,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difficult approach when dealing with conflicting personalities,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especially those who utilized politics rather than productivity 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their means of advancement.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Despite her best efforts, Mei Lynn still felt the pressure to perform.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sometimes felt inadequate, comparing herself to colleagues who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seemed to effortlessly balance work and family, masking the truth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behind their outwardly perfect appearances. She recognized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this comparison was not healthy, but she still found herself falling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prey to its allure, leading to feelings of inadequacy and self-doubt.</w:t>
      </w:r>
    </w:p>
    <w:p>
      <w:pPr>
        <w:autoSpaceDN w:val="0"/>
        <w:autoSpaceDE w:val="0"/>
        <w:widowControl/>
        <w:spacing w:line="264" w:lineRule="exact" w:before="58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This further fueled her already intense work ethic, leading her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take on even more than she could realistically handle.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Mei Lynn’s experiences highlight the pervasive challenges faced by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working mothers, particularly in high-pressure professional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environments. The societal expectations, coupled with the often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inflexible nature of corporate cultures, create a constant struggle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find equilibrium between career aspirations and the need to be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present and engaged in family life. Her journey reveals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complexities of balancing competing demands, the struggles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managing conflicting personalities in the workplace, and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enduring need to prioritize both personal well-being and</w:t>
      </w:r>
    </w:p>
    <w:p>
      <w:pPr>
        <w:sectPr>
          <w:pgSz w:w="8000" w:h="12000"/>
          <w:pgMar w:top="296" w:right="662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professional success. It is a story of navigating a system not always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designed to support the needs of working mothers, a story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resonates with many women navigating similar challenges,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showcasing both the resilience and the inherent vulnerability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present in striking a balance between professional and familial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responsibilities. The narrative highlights the systemic nature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work-life conflict, pushing beyond individual failures and instead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emphasizing systemic issues such as inflexible work cultures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pervasive pressure to always be available. Mei Lynn's story is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testament to the strength of women striving to maintain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ambitions whilst still nurturing loving and supportive relationships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their families. It is also a poignant reflection on the enduring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human need for balance, support, and community, demonstrating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how interconnected these things are and how necessary they are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navigate the often-turbulent landscape of modern life.</w:t>
      </w:r>
    </w:p>
    <w:p>
      <w:pPr>
        <w:sectPr>
          <w:pgSz w:w="8000" w:h="12000"/>
          <w:pgMar w:top="296" w:right="766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Financial Strain and Community Support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initial euphoria of their new life in the affluent suburb began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fade as the reality of their financial situation settled in. Jamal's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freelance graphic design work, while creatively fulfilling,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inconsistent. The income was sporadic, leaving them constantly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juggling bills and anxieties about covering Malik’s ever-increasing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golf expenses. The seemingly endless stream of tournament fees,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travel costs, and specialized equipment were a significant drain 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resources, a stark contrast to the comfortable financial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stability they'd envisioned. Mei Lynn's demanding job, while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providing a steady income, wasn't without its own set of financial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pressures. The high cost of living in the suburb, coupled with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long commute and the constant pressure to maintain a high level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performance, left her feeling perpetually stretched thin. Adding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this pressure, her health insurance premiums were exorbitant,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constant reminder of the precarious nature of their combined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financial situation.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Initially, they had tackled their financial strain with a carefully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crafted budget, a shared spreadsheet meticulously tracking every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expense and income stream. They slashed unnecessary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expenditures, opting for home-cooked meals instead of frequent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restaurant visits, and minimizing entertainment costs. They even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embraced the thrill of couponing, strategically timing grocery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shopping to maximize savings. Yet, despite their collective efforts,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financial pressures mounted. Malik's golf aspirations, while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promising, remained a significant financial burden. The cost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lessons, travel to tournaments, and specialized equipment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simply enormous, consistently exceeding their planned allocation.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unexpected illness of Lily, requiring several expensive medical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visits, further strained their financial resources. While their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insurance covered a significant portion of the costs, the out-of-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pocket expenses, coupled with Mei Lynn having to take time off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work, created a domino effect of missed payments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accumulating debt. The weight of responsibility pressed heavily 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both Jamal and Mei Lynn, creating additional stress in an already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challenging situation.</w:t>
      </w:r>
    </w:p>
    <w:p>
      <w:pPr>
        <w:sectPr>
          <w:pgSz w:w="8000" w:h="12000"/>
          <w:pgMar w:top="442" w:right="670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10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Recognizing the limitations of their individual efforts, they began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exploring community resources. Jamal, initially reluctant to seek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outside help, found himself humbled by the need to access support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programs available in their new community. He researched local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charities and community assistance organizations, discovering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network of support he hadn't anticipated. This initial hesitation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stemmed from his inherent pride and the ingrained belief in self-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sufficiency, but the overwhelming financial strain eventually forced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him to acknowledge the importance of seeking assistance.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discovered that far from being stigmatized, utilizing community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resources was commonly practiced, alleviating the guilt he initially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felt.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Mei Lynn, ever the pragmatist, had already initiated a process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streamlining their spending habits. She meticulously tracked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expenses, identifying areas where they could reduce spending. They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eliminated their cable television subscription, opting instead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streaming services. They consolidated their debts by securing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lower interest loan, and they began actively saving small amounts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each month, creating an emergency fund. This financial discipline,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coupled with Jamal’s newfound initiative in seeking external help,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began to alleviate some of the intense financial pressure.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efforts to address the financial burden were not limited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individual actions. They also found strength in collaborative efforts,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pooling their resources and supporting each other. Jamal, with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creative flair, proposed a unique fundraising idea: a community art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auction. He designed visually appealing posters and flyers,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advertising the event throughout the neighborhood, incorporating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local businesses and community centers. Mei Lynn used her project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management skills to coordinate the logistics of the event, skillfully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organizing the artwork submissions, handling registration,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managing the auction process.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art auction proved to be a resounding success. The event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attended by a wide array of community members, including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neighbors, local businesses, and even some of the children's school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teachers. It showcased the talents of residents and fostered a strong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sense of community. The auction generated a significant sum of</w:t>
      </w:r>
    </w:p>
    <w:p>
      <w:pPr>
        <w:sectPr>
          <w:pgSz w:w="8000" w:h="12000"/>
          <w:pgMar w:top="428" w:right="684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money, which helped alleviate some of the immediate financial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pressures, providing a temporary cushion against the overwhelming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weight of their expenses. The event wasn't merely about raising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money; it also created a deeper connection with their neighbors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reaffirmed their sense of belonging.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addition to the art auction, Jamal leveraged his skills in another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creative manner. He used his graphic design abilities to create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custom logos and marketing materials for local small businesses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exchange for either financial contributions or bartering services like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house cleaning or yard maintenance. This resourceful approach not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only generated income but also strengthened his connections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community, highlighting the interconnectedness of community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support and personal well-being.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Furthermore, their children became actively involved in the family's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efforts. Malik, ever focused on his golf game, started offering golf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lessons to younger children in the neighborhood, earning additional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income and sharing his passion with others. Kai, with his laid-back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demeanor, pitched in with odd jobs around the neighborhood,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offering lawn mowing and yard work services. Even shy Lily,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inspired by her newfound sense of belonging, participated by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creating and selling handmade crafts at local community events.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financial struggles, while challenging, served as a catalyst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family bonding and community building. They learned to rely 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each other, sharing responsibilities and supporting each other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through difficult times. The experience also underscored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importance of community and the unexpected ways in which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neighbors could support each other. The combined efforts –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budgeting, resourcefulness, community involvement, and family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collaboration – helped the families navigate the turbulent waters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financial instability. They demonstrated a remarkable resilience,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adapting to challenges and reinforcing the bond they had forged.</w:t>
      </w: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shared experience served not just as a financial lesson, but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poignant reminder that even in the face of adversity, the strength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family and community can provide an unwavering support system,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navigating the rough patches of life together and emerging stronger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 the journey. Their journey emphasized not only financial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management but also the immeasurable value of human connection</w:t>
      </w:r>
    </w:p>
    <w:p>
      <w:pPr>
        <w:sectPr>
          <w:pgSz w:w="8000" w:h="12000"/>
          <w:pgMar w:top="296" w:right="662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the unwavering power of collective support in overcoming life's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challenges. This experience cemented their chosen family bonds,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making them stronger and more resilient than ever before.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shared struggles forged an unbreakable bond, transforming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shared hardship into a testament to the enduring power of human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connection and the unyielding strength found in facing challenges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together.</w:t>
      </w:r>
    </w:p>
    <w:p>
      <w:pPr>
        <w:sectPr>
          <w:pgSz w:w="8000" w:h="12000"/>
          <w:pgMar w:top="296" w:right="676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Navigating Differences in Parenting Styles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financial pressures, while significantly eased by their collective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efforts, hadn't entirely vanished. The lingering anxieties, however,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were subtly shifting, morphing from purely financial worries into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new set of challenges: the contrasting parenting styles of Jamal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Mei Lynn. Their children, Malik and Kai, in particular, highlighted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these differences.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Jamal, a product of a less privileged upbringing, instilled in Malik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strong work ethic and a deep appreciation for earned rewards.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believed in discipline and structure, often using the metaphor of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golf game – planning, precision, and the relentless pursuit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perfection – to guide Malik's academic and personal life. 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emphasized the importance of resilience, using his own experiences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loss and hardship to teach Malik about perseverance and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importance of not giving up. While he showered his son with love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and affection, his approach was rooted in a pragmatic and results-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oriented philosophy. He stressed the importance of self-reliance,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frequently reminding Malik that his success wouldn't be handed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him on a silver platter.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Mei Lynn, on the other hand, favored a more nurturing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emotionally-focused approach. Her parenting style was rooted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open communication and emotional support. She encouraged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children, Kai and Lily, to express their feelings freely, fostering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sense of emotional security and understanding within the family.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valued creativity and self-expression, often prioritizing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emotional well-being over strict adherence to schedules or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academic achievements. While she also understood the significance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discipline, her methods were more collaborative and less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authoritarian than Jamal's. She prioritized open dialogue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compromise, allowing her children to contribute to family decisions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and participate in setting boundaries.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These contrasting approaches initially led to minor friction. Jamal's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emphasis on structured schedules and academic achievement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sometimes clashed with Mei Lynn’s more relaxed and flexible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approach. While Jamal encouraged Malik to practice his golf swing</w:t>
      </w:r>
    </w:p>
    <w:p>
      <w:pPr>
        <w:sectPr>
          <w:pgSz w:w="8000" w:h="12000"/>
          <w:pgMar w:top="442" w:right="690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 hours, sometimes sacrificing other activities, Mei Lynn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prioritized a holistic approach, advocating for a balance between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academics, sports, and leisure activities. She encouraged Kai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explore diverse interests, even if they deviated from conventional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expectations, believing in the power of nurturing individual talents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and passions.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One instance that highlighted this difference was Malik's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involvement in a school play. Jamal, initially hesitant about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time commitment, worried it would detract from Malik's golf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training. Mei Lynn, however, saw it as an opportunity for Malik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explore his creativity and build confidence outside of his sporting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world. The conflict was resolved through a compromise, with both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agreeing to ensure Malik could balance his rehearsals with his golf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practice schedule, demonstrating their capacity to negotiate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differences for their children’s benefit.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differences also extended to discipline. Jamal favored a more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direct approach, emphasizing consequences for misbehavior. Mei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Lynn, though also firm in her discipline, preferred methods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fostered understanding and empathy. She would explain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rationale behind rules and encourage her children to understand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impact of their actions, working collaboratively with them 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solutions and restorative measures.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These differences weren't always easy to navigate. There were times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when Jamal felt Mei Lynn was being too lenient, while Mei Lynn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felt Jamal was too rigid. Yet, through open communication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mutual respect, they gradually learned to appreciate and even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embrace the nuances of each other's approaches. They realized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distinct parenting styles, while seemingly contrasting,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complemented each other.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Jamal acknowledged that Mei Lynn’s focus on emotional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intelligence provided a valuable counterpoint to his more results-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driven approach. Mei Lynn, in turn, recognized the importance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Jamal's emphasis on discipline and hard work. They found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children benefited from exposure to both perspectives,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acquiring a balanced understanding of expectations, responsibilities,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and self-expression.</w:t>
      </w:r>
    </w:p>
    <w:p>
      <w:pPr>
        <w:sectPr>
          <w:pgSz w:w="8000" w:h="12000"/>
          <w:pgMar w:top="296" w:right="644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10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children, too, adjusted to this blended parenting style. Malik,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initially resistant to Mei Lynn's more relaxed approach, gradually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came to appreciate her encouragement of his other interests,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realizing that a well-rounded personality enhanced his overall well-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being. Kai, initially somewhat intimidated by Jamal’s stricter rules,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discovered a respect for Jamal's clear expectations and his emphasis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on accountability.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Lily, the shyest of the three, benefited most from the combined care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both adults. She had always been more comfortable with quiet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activities, and while Mei Lynn nurtured her creativity, Jamal helped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overcome her shyness by encouraging her to participate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small group activities and gradually exposing her to larger social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settings.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This blended family dynamic taught valuable lessons. It revealed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there isn't one 'right' way to raise children. The process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underscored the importance of flexibility, adaptation, and mutual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respect in co-parenting, especially in situations with differing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backgrounds and perspectives. Jamal and Mei Lynn's journey served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 a testament to the power of collaboration and the ability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navigate differences for the benefit of their children. They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discovered that their diverse parenting styles, while initially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presenting challenges, ultimately created a rich and supportive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environment for their children to thrive. Their commitment to open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communication and mutual respect paved the way for a healthy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harmonious blended family, highlighting the importance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understanding and appreciating the unique strengths of different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parenting approaches. The children, in turn, learned to respect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appreciate the unique perspectives of both their parents, developing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well-rounded and nuanced understanding of the world around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them.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process of navigating their diverse parenting styles also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reinforced their chosen family bond. It wasn't just about raising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children; it was about creating a shared environment where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everyone felt safe, supported, and valued. This journey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demonstrated the strength of their commitment to each other and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well-being of their children. It highlighted the importance of</w:t>
      </w:r>
    </w:p>
    <w:p>
      <w:pPr>
        <w:sectPr>
          <w:pgSz w:w="8000" w:h="12000"/>
          <w:pgMar w:top="428" w:right="640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teamwork and compromise in creating a positive and stable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environment, emphasizing that a family's strength lies not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uniformity, but in the ability to embrace and celebrate diversity.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experience serves as a valuable lesson: that the challenges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inherent in differing parenting styles can be overcome through open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communication, mutual respect, and a willingness to compromise.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resulting strength of their blended family stands as a testament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the power of collaboration and the enriching effect of diverse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perspectives in raising children. Their story highlights the fact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blended family's success lies not in a perfectly homogenous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approach, but in the ability of the adults to work together,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respecting each other's individual strengths and creating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harmonious environment that fosters growth and well-being for all.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It's a reminder that family is not defined by blood, but by the bonds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love, support, and shared experiences. The journey of these two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families demonstrated that flexibility, mutual understanding,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shared commitment can overcome any differences and create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family stronger and richer than the sum of its parts. Their shared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experience underscores the transformative power of chosen family,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highlighting how support, understanding, and mutual respect can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build strong and resilient connections that ultimately transcend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challenges of disparate backgrounds and parenting styles.</w:t>
      </w:r>
    </w:p>
    <w:p>
      <w:pPr>
        <w:sectPr>
          <w:pgSz w:w="8000" w:h="12000"/>
          <w:pgMar w:top="296" w:right="654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Unexpected Illness and Emotional Fallout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late summer sun cast long shadows across the manicured lawns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their affluent neighborhood, a stark contrast to the storm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brewing inside their seemingly idyllic lives. It began subtly,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persistent cough that Mei Lynn initially dismissed as a lingering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summer cold. Kai, ever the nonchalant one, brushed it off, his usual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easygoing demeanor masking any discomfort. But the cough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persisted, growing more insistent, accompanied by a fatigue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kept him from his beloved tennis matches. A visit to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pediatrician revealed the unsettling truth: Kai had contracted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pneumonia, a severe case requiring hospitalization.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news hit the families like a physical blow. The comfortable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rhythm of their lives, the carefully orchestrated schedules,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burgeoning sense of familial harmony—all shattered in an instant.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vibrant energy that had filled their shared home was replaced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by a suffocating silence, punctuated by the beeping of hospital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monitors and the hushed whispers of concerned adults.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Jamal, ever the pragmatist, immediately sprang into action.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grief-honed resilience kicked in, directing his focus towards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practical matters: arranging hospital visits, coordinating schedules,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managing the logistical chaos that invariably accompanies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serious illness. He brought his usual methodical approach 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situation, meticulously organizing a rota for hospital visits, ensuring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everyone had a chance to see Kai and provide support to Mei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Lynn. His unwavering dedication to order and structure provided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sense of stability amidst the uncertainty. He quietly took on the role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logistical manager, coordinating meals, transportation,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keeping everyone informed. It was a familiar role for him – he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always been the provider, the steady hand guiding his family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through turbulent waters. This time, however, the waters were far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deeper and more treacherous than anything he had ever faced.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Mei Lynn, on the other hand, was overwhelmed by a wave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emotions she hadn’t anticipated. The pragmatic strength she usually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displayed crumbled under the weight of fear and helplessness.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fiercely independent woman, accustomed to handling life's</w:t>
      </w:r>
    </w:p>
    <w:p>
      <w:pPr>
        <w:sectPr>
          <w:pgSz w:w="8000" w:h="12000"/>
          <w:pgMar w:top="442" w:right="658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challenges with quiet determination, found herself utterly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vulnerable. The sterile environment of the hospital, the constant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beeping, the anxious faces of doctors and nurses, it all contributed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a sense of overwhelming anxiety. The stoicism she usually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exhibited vanished, replaced by a raw, visceral fear for her son.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normally composed exterior cracked, revealing the deep well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maternal worry beneath. She found herself clinging to Jamal,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usually independent spirit seeking solace in his steady presence.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previously contrasting parenting styles faded into insignificance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as they united, facing a common enemy—Kai's illness.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Malik, initially confused and somewhat detached from the gravity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 situation, began to understand the true depth of the crisis.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saw his usually strong mother reduced to tears, her resilience tested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its limits. He witnessed Jamal, a man who rarely showed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vulnerability, battling his own internal turmoil while maintaining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façade of composure for the sake of the family. The experience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profoundly shifted his perspective, eroding his previous perception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his parents' strengths and weaknesses. He learned that even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most seemingly unflappable people possess vulnerabilities, and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strength often lies in acknowledging and accepting those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vulnerabilities. He began to offer support in his own quiet way,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providing a much-needed distraction with his stories of golf,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occasionally simply sitting by his mother’s side, offering silent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comfort.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Lily, usually withdrawn and quiet, surprised everyone with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unwavering support. She drew pictures for Kai, filling the hospital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room with splashes of color, her shy demeanor momentarily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forgotten in her desire to bring joy to her brother. She showed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level of empathy and maturity far beyond her years. The experience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forced her to step out of her shell, bringing her closer to her family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a way that no planned activity could have achieved. She saw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mother and father united in their worry, and felt, in the depths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shared anxiety, an unprecedented feeling of connection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belonging.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days that followed were a blur of anxious waiting, hopeful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prayers, and agonizing uncertainty. The hospital became a second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home, its sterile corridors echoing with the collective anxieties of</w:t>
      </w:r>
    </w:p>
    <w:p>
      <w:pPr>
        <w:sectPr>
          <w:pgSz w:w="8000" w:h="12000"/>
          <w:pgMar w:top="296" w:right="660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two families. The initial shock gave way to a quiet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determination. The children, despite their initial confusion and fear,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found a renewed sense of purpose in supporting their parents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each other. They provided comfort, distraction, and a much needed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sense of normalcy amid the chaos of the hospital setting.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During those long hospital days, the families' bond deepened.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initial anxieties about parenting styles faded into insignificance.</w:t>
      </w: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What mattered now was their collective strength, their shared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determination to support Kai, and their unwavering loyalty to each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other. They cooked meals together, sharing stories and providing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comfort. They held each other up, bearing the weight of worry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uncertainty as a team. They shared laughter amidst the tears,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finding moments of levity in the midst of the crisis. This shared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adversity forged an unbreakable bond, strengthening their chosen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family far beyond the boundaries of blood ties.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 Kai gradually recovered, the hospital visits became less frequent,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replaced by the quiet joy of having him home. The trauma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illness, however, left its mark. It wasn't merely a physical recovery;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it was an emotional one too, requiring healing and adjustment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all involved. The family had weathered the storm together,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emerging stronger, their bond strengthened by the shared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experience of overcoming adversity. The experience served 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poignant reminder that family transcends blood; it's about shared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experiences, unwavering support, and the power of chosen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connections in navigating life's toughest moments. It reinforced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essential truth that genuine connection and love offer far more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profound strength than any individual capacity for resilience.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shared ordeal revealed the unwavering strength of their chosen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family, demonstrating that family is not merely a biological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construct, but a testament to the enduring power of love, support,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shared experience in the face of adversity. The healing process,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both physical and emotional, was a testament to the enduring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strength of their chosen family, a family that had redefined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meaning of kinship and the significance of support in times of crisis.</w:t>
      </w: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shared journey underscores the enduring power of chosen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family and the transformative impact of love, resilience, and shared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experiences in the face of unexpected challenges. It is a reminder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that amidst life's storms, the strength of human connection can</w:t>
      </w:r>
    </w:p>
    <w:p>
      <w:pPr>
        <w:sectPr>
          <w:pgSz w:w="8000" w:h="12000"/>
          <w:pgMar w:top="296" w:right="654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322" w:lineRule="exact" w:before="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weather any adversity.</w:t>
      </w:r>
    </w:p>
    <w:p>
      <w:pPr>
        <w:sectPr>
          <w:pgSz w:w="8000" w:h="12000"/>
          <w:pgMar w:top="296" w:right="1440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Financial Crisis and Resourcefulness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Kai's recovery, while joyous, unveiled a harsh reality: a significant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financial burden. The extended hospital stay, coupled with Mei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Lynn's inability to work, had depleted their savings. The mountain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medical bills loomed large, a stark reminder of their precarious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financial position. Jamal, despite his meticulous budgeting, found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himself facing a crisis he hadn't foreseen. His own financial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reserves, carefully accumulated over years of diligent saving, were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dwindling rapidly. The pressure was immense, a weight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threatened to crush the newfound harmony they had painstakingly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built.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initial shock gave way to a flurry of activity. Jamal, ever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pragmatist, immediately began navigating the complex maze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insurance claims, meticulously documenting every expense, every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doctor's visit, every prescription. He spent countless hours on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phone, battling with insurance companies, fighting for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reimbursements, and meticulously tracking every penny. His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methodical approach, honed over years of navigating life's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complexities, served him well. He understood the importance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documentation, the power of persistence, and the necessity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leaving no stone unturned. He knew that meticulous record-keeping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not just about claiming money; it was about asserting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right to access healthcare, a right that was not always easily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obtained.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Mei Lynn, meanwhile, grappled with the guilt of being unable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contribute financially. Her usual self-reliance crumbled under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weight of the situation. The fierce independence that had defined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life felt like a cruel irony, as she found herself relying on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kindness and support of others. The emotional toll was immense,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she found herself wrestling with feelings of inadequacy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helplessness. She had always prided herself on her self-sufficiency,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the current circumstances felt like a profound betrayal of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self-image. It took time, and gentle encouragement from Jamal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children, for her to recognize that seeking help wasn't a sign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weakness, but a testament to the strength of their chosen family.</w:t>
      </w:r>
    </w:p>
    <w:p>
      <w:pPr>
        <w:sectPr>
          <w:pgSz w:w="8000" w:h="12000"/>
          <w:pgMar w:top="442" w:right="680" w:bottom="498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Malik, witnessing his parents' struggles, felt a surge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responsibility. He decided to take on extra work at the local golf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course, his youthful enthusiasm tempered with a newfound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understanding of the weight of financial responsibility. He juggled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practice schedule with his work hours, his dedication to his golf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career now intertwined with the urgent need to contribute 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family’s financial well-being. The once carefree teenager now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carried the weight of his family’s burden, his adolescent anxieties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overshadowed by the pressing need to alleviate the pressure on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parents.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Lily, despite her youth, also found ways to contribute. She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organized a small bake sale in the neighborhood, her shy nature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melting away as she engaged with their neighbors, her youthful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energy infectious. The small profits she earned, while insignificant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compared to the total debt, represented a powerful symbol of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determination to help her family. She found solace and a sense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purpose in supporting those she cared for, her actions a quiet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testament to the resilience of her spirit. It marked a significant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turning point in her self-esteem, allowing her to contribute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tangible ways to the family’s struggle and developing a sense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confidence and self-worth.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neighbors, aware of their situation, rallied around them,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offering tangible support. A community fundraiser was organized,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bringing together the families' diverse social circles. The event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transcended simple charity, becoming a powerful demonstration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community spirit and interconnectedness. It served as a testament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their newfound sense of belonging, reinforcing the strength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community support and reminding them that they were not alone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facing this adversity. The community support extended beyond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fundraiser, with neighbors providing meals, offering childcare,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simply lending a listening ear. These acts of kindness became pillars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resilience and a reminder that the true strength lies in the bonds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of human connection.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support extended beyond their immediate neighborhood.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Jamal, having established a strong network of contacts through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non-profit work, reached out to various organizations that provided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financial assistance to families facing medical emergencies. He</w:t>
      </w:r>
    </w:p>
    <w:p>
      <w:pPr>
        <w:sectPr>
          <w:pgSz w:w="8000" w:h="12000"/>
          <w:pgMar w:top="296" w:right="644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navigated the intricate process of applying for grants and aid,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meticulously completing application forms and providing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documentation. His diligence and perseverance paid off, and they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received several grants and donations that eased their financial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burden. These experiences allowed him to delve deeper into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professional network, utilizing his contacts not only for material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assistance, but also for moral support, showcasing the true essence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community. The grants were not only monetary but also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manifestation of hope, signifying a community working to heal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support each other.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insurance claims process, as expected, proved to be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protracted and stressful ordeal. Jamal, armed with his meticulous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documentation, engaged in a series of negotiations with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insurance company. He tirelessly followed up on every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correspondence, persistently pursuing reimbursements for every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justified expense. He did so not only as a father but also 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committed individual dedicated to the process, demonstrating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extent to which an individual could go for their family's wellbeing.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journey was not without its emotional toll. There were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moments of despair, of doubt, and of overwhelming exhaustion. But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amidst the struggles, their chosen family found strength in its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shared commitment. They supported each other, offering comfort,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encouragement, and understanding. They shared meals together,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engaging in laughter and heartfelt conversations, finding solace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simple act of being together. The challenges strengthened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bonds, forging an unbreakable connection built on mutual support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unwavering loyalty. They learned to rely on each other, not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only for financial stability but also for emotional support.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experience served as a powerful lesson in resilience,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resourcefulness, and the transformative power of community. They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emerged from the crisis not only financially stronger but also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emotionally fortified. Their shared adversity had forged an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unbreakable bond, a testament to the strength of their chosen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family and a heartwarming reminder that true wealth lies not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material possessions but in the unwavering support of loved ones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the compassion of a caring community. The ordeal reinforced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depth of their familial ties, reaffirming the power of human</w:t>
      </w:r>
    </w:p>
    <w:p>
      <w:pPr>
        <w:sectPr>
          <w:pgSz w:w="8000" w:h="12000"/>
          <w:pgMar w:top="296" w:right="674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connections in surmounting life’s unexpected challenges. It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transformed the manner in which they approach the future,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strengthening their resilience and empowering them to face future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challenges as a unified family unit.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experience illuminated the stark realities of healthcare costs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the financial vulnerability of families in even affluent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communities. It highlighted the critical importance of community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support, the power of persistence in navigating bureaucratic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systems, and the unwavering strength found in family, chosen 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biological. It was a journey that tested their limits, stretched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resources, and ultimately strengthened their bonds, leading them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emerge wiser, stronger, and more deeply connected than ever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before. Their resilience was a testament to the human spirit’s ability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endure, adapt, and thrive amidst adversity, leaving an indelible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mark on their lives and their understanding of family, community,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the true meaning of resilience. The experience served 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catalyst for growth, fostering a deeper appreciation for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importance of community, resourcefulness, and the enduring power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human connection. The journey, though arduous, transformed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them into a stronger, more unified, and resilient family unit,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emphasizing the profound impact of chosen family and the inherent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strength within human relationships.</w:t>
      </w:r>
    </w:p>
    <w:p>
      <w:pPr>
        <w:sectPr>
          <w:pgSz w:w="8000" w:h="12000"/>
          <w:pgMar w:top="296" w:right="672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Navigating Healthcare System Challenges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initial euphoria of Kai's recovery was quickly overshadowed by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stark reality of medical bills. The sheer volume of paperwork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alone felt overwhelming. Pre-authorization forms, claim denials,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endless phone calls to insurance representatives became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new normal. Each interaction was a battle, a tedious negotiation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where Jamal had to meticulously justify every expense, providing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detailed medical records, receipts, and explanations that often felt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like writing a legal brief. This wasn't simply about money; it was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fight for access to healthcare, a right that felt increasingly elusive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within the labyrinthine system.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Mei Lynn's frustration mounted as she witnessed Jamal's tireless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efforts. She felt helpless, the weight of the financial burden pressing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down on her, even as she tried to support Jamal emotionally.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own experiences with the system, years prior, had involved similar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bureaucratic hurdles. She remembered the constant stress,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feeling of being adrift in a sea of medical jargon and confusing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processes. That earlier experience had been intensely isolating; this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time, the shared burden eased the emotional weight somewhat, yet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anxiety still gnawed at her.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One particularly frustrating incident involved a denied claim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Kai's physiotherapy. The insurance company cited a technicality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pre-authorization process, a minor discrepancy that felt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disproportionately impactful. Jamal's appeals were initially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dismissed. He spent hours researching the relevant regulations,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finding loopholes in the insurer’s argument. He eventually found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sympathetic caseworker who, after reviewing the evidence,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overturned the denial. This victory, however, came at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considerable emotional cost. The time, energy, and stress invested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this single claim were immense, a stark reminder of the hurdles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faced by many navigating the healthcare system without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resources or expertise to advocate effectively.</w:t>
      </w:r>
    </w:p>
    <w:p>
      <w:pPr>
        <w:autoSpaceDN w:val="0"/>
        <w:autoSpaceDE w:val="0"/>
        <w:widowControl/>
        <w:spacing w:line="264" w:lineRule="exact" w:before="264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experience highlighted the disparity in access to quality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healthcare based on financial resources. Jamal’s diligent record-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keeping and his persistence were key to their success in this</w:t>
      </w:r>
    </w:p>
    <w:p>
      <w:pPr>
        <w:sectPr>
          <w:pgSz w:w="8000" w:h="12000"/>
          <w:pgMar w:top="442" w:right="686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instance, but many families, lacking the time, knowledge,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energy, simply accepted denials, leaving them with crippling debt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inadequate care. This isn't a problem isolated to affluent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suburbs; it's a systemic issue that affects countless families across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country, regardless of socioeconomic status. Even with private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insurance, navigating the complex maze of claims, authorizations,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and appeals is often an overwhelming task.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Malik, initially shocked by the scope of their financial difficulties,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became an unexpected advocate. His research into patient advocacy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organizations and his interactions with healthcare professionals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helped him to understand the system's complexities, fostering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empathy and strengthening his resolve to contribute to finding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solutions. He saw firsthand how the system's flaws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disproportionately affected vulnerable populations. His newfound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maturity provided a much-needed support system for his parents.</w:t>
      </w:r>
    </w:p>
    <w:p>
      <w:pPr>
        <w:autoSpaceDN w:val="0"/>
        <w:autoSpaceDE w:val="0"/>
        <w:widowControl/>
        <w:spacing w:line="264" w:lineRule="exact" w:before="58" w:after="0"/>
        <w:ind w:left="0" w:right="432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also broadened his understanding of the challenges faced by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individuals navigating the healthcare system.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Lily's involvement was more subtle but equally profound. The bake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sale, initially conceived as a simple way to contribute financially,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became a learning experience. Her interactions with neighbors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during that initiative sparked conversations about healthcare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access, affordability, and the shared struggles of many in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community. She learned about the various resources available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families facing similar challenges and the importance of collective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action.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Jamal's background in non-profit work proved invaluable during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this crisis. He knew where to look for assistance, accessing networks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support that extended beyond their immediate community.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connected with several patient advocacy groups, who provided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invaluable information and guidance. These organizations offered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not only practical advice but also crucial emotional support.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sense of community, the knowledge that others understood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struggles, became a vital source of strength.</w:t>
      </w:r>
    </w:p>
    <w:p>
      <w:pPr>
        <w:autoSpaceDN w:val="0"/>
        <w:autoSpaceDE w:val="0"/>
        <w:widowControl/>
        <w:spacing w:line="264" w:lineRule="exact" w:before="264" w:after="0"/>
        <w:ind w:left="0" w:right="432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learned about patient assistance programs offered by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pharmaceutical companies, which could help reduce the cost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Kai's medications. He researched state and federal programs</w:t>
      </w:r>
    </w:p>
    <w:p>
      <w:pPr>
        <w:sectPr>
          <w:pgSz w:w="8000" w:h="12000"/>
          <w:pgMar w:top="296" w:right="652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designed to assist low-income families with medical expenses.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discovered the intricate web of resources designed to help, but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process of accessing them often felt like navigating a bureaucratic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labyrinth. The sheer complexity of applications, eligibility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requirements, and documentation demands posed significant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challenges. The exhaustion from juggling his emotional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financial concerns with the administrative burden of securing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right assistance was palpable.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experience underscored the importance of strong advocacy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networks and the role that community organizations play in filling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gaps left by a complex and often inaccessible healthcare system.</w:t>
      </w:r>
    </w:p>
    <w:p>
      <w:pPr>
        <w:autoSpaceDN w:val="0"/>
        <w:autoSpaceDE w:val="0"/>
        <w:widowControl/>
        <w:spacing w:line="264" w:lineRule="exact" w:before="58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support they received was not merely financial; it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emotional, practical, and informational. It was the human touch,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empathy, and the shared experience that made a profound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difference.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One evening, after a particularly frustrating call with the insurance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company, Jamal sat with Mei Lynn, sharing his frustrations.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spoke about the families he'd encountered over the years who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been forced into bankruptcy by medical bills, families who lacked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resources or the knowledge to navigate the system successfully.</w:t>
      </w: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Mei Lynn shared similar memories, stories of friends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acquaintances who had faced similar situations. Their conversation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transcended the immediate crisis, becoming a reflection on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systemic issues within the healthcare system.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These conversations underscored the inherent inequalities within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system. Access to healthcare is not simply a matter of having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insurance; it requires the knowledge, resources, and persistence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navigate a complex bureaucracy. For many, these are significant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barriers. The lack of transparency, confusing terminology, and often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unsympathetic interactions with insurance companies created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undue stress and anxiety. It added to the emotional weight of 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already difficult situation.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experience also brought them into contact with individuals who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worked within the system—doctors, nurses, social workers,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case managers— who displayed immense compassion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dedication. They witnessed acts of kindness and extraordinary</w:t>
      </w:r>
    </w:p>
    <w:p>
      <w:pPr>
        <w:sectPr>
          <w:pgSz w:w="8000" w:h="12000"/>
          <w:pgMar w:top="296" w:right="644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efforts made by individuals who are dedicated to improving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patients' lives. These positive encounters were vital in preserving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hope and reaffirming their belief that the system, despite its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flaws, was not entirely devoid of humanity. These were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moments that reinforced their belief that change is possible and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value of collaborative efforts to bring about meaningful reforms.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crisis forced them to confront difficult questions about access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healthcare, the escalating costs of medical treatment, and the need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 systemic change. It was a wake-up call, prompting them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become more actively engaged in advocating for healthcare reform.</w:t>
      </w: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They found strength in sharing their experiences with others,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creating a sense of community and solidarity among those facing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similar challenges. Their shared struggle became a catalyst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collective action, a powerful force for change within their network.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Through it all, they discovered an unexpected strength within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themselves and their community. The financial challenges were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substantial, the emotional toll significant, but the experience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ultimately strengthened their bond as a family. They emerged from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this trial not just with a clearer understanding of the healthcare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system's complexities but with a deeper appreciation for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unwavering support of family, friends, and community, and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shared commitment to fighting for a more equitable and accessible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system.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story, while specific to their circumstances, is reflective of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much larger problem. It's a testament to the resilience of the human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spirit, the power of community, and the unwavering need for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more just and equitable healthcare system. The experience shaped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perspectives, informing their understanding of advocacy,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community, and the enduring strength of human connection.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lessons learned would remain a potent source of strength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resilience for the future. The struggles faced transformed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perceptions, leading to a more profound appreciation for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community, resourcefulness, and the inherent strength of human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relationships.</w:t>
      </w:r>
    </w:p>
    <w:p>
      <w:pPr>
        <w:sectPr>
          <w:pgSz w:w="8000" w:h="12000"/>
          <w:pgMar w:top="296" w:right="654" w:bottom="79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Strengthening Bonds Through Adversity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shared adversity forged a deeper connection between Jamal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Mei Lynn, extending beyond the initial pragmatic arrangement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shared living expenses. The constant pressure of Kai's medical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bills transformed their landlord-tenant relationship into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partnership built on mutual reliance and understanding. Their late-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night conversations, initially focused on logistical concerns like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insurance paperwork and medical appointments, evolved into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intimate discussions about their hopes, fears, and vulnerabilities.</w:t>
      </w:r>
    </w:p>
    <w:p>
      <w:pPr>
        <w:autoSpaceDN w:val="0"/>
        <w:autoSpaceDE w:val="0"/>
        <w:widowControl/>
        <w:spacing w:line="264" w:lineRule="exact" w:before="60" w:after="0"/>
        <w:ind w:left="0" w:right="86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They shared stories from their pasts, revealing the personal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struggles that shaped their present lives.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Mei Lynn, a naturally pragmatic individual, found herself relying 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Jamal's emotional intelligence. His background in non-profit work,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coupled with his experience of grief, gave him an empathy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transcended the superficial. He recognized the exhaustion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underlying Mei Lynn’s forced cheerfulness, the silent worry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lurked beneath her practical demeanor. He understood her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unspoken anxieties about Kai's future, her concern about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emotional impact of his illness on her daughter, Lily. He offered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support not just with paperwork but with quiet acts of kindness –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shared meal, a listening ear, a helping hand with household chores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when she looked overwhelmed.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Jamal, in turn, discovered a resilience in Mei Lynn he hadn't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anticipated. While initially hesitant to share her own vulnerabilities,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Mei Lynn gradually opened up, revealing a strength born from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years of navigating life as a single mother. She’d faced financial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hardship before, navigated the complexities of divorce, and raised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two children with unwavering dedication. Her experiences offered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Jamal a powerful counterpoint to his own grief, demonstrating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resilience is not the absence of pain but the ability to find strength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amidst adversity.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children, too, found solace and strength in their shared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experience. Malik, initially consumed by his own ambitions and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pressure of his golf career, discovered a new sense of purpose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supporting his father and his newfound family. He volunteered to</w:t>
      </w:r>
    </w:p>
    <w:p>
      <w:pPr>
        <w:sectPr>
          <w:pgSz w:w="8000" w:h="12000"/>
          <w:pgMar w:top="442" w:right="642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help with errands, researching healthcare resources, and even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accompanying his father to appointments. His initial frustration 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financial strain transformed into a deep empathy for both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father and Mei Lynn. He helped Kai with his schoolwork, offering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reassuring presence, understanding what Kai needed without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needing to be asked.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Lily, initially shy and reserved, found a confidante in Jamal.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gentle demeanor and understanding nature created a safe space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to share her anxieties about Kai's illness and her own unspoken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feelings of inadequacy. Jamal, a seasoned listener, helped Lily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express her emotions without judgment. He facilitated a meaningful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connection that was both healing and empowering. She, in turn,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found ways to support the family; she learned to cook, sharing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culinary skills and creating a sense of normalcy and comfort amidst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challenges. She learned the importance of helping and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profound impact it has on those she cared about.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children's bond, forged in the crucible of shared adversity,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both unexpected and profoundly rewarding. Malik and Kai, initially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defined by their competitive spirits in their respective sports, found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common ground in their shared loyalty to their families.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newfound friendship extended beyond athletic competition; they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shared stories, dreams, and anxieties, understanding that some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challenges were bigger than sports or competition. Lily became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Kai’s advocate, her quiet support offering a strength he could rely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impact extended beyond the immediate family. Their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experiences drew them closer to their neighbors and the wider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community. The neighborhood bake sale organized by Lily,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intended to raise money for Kai's medical bills, unexpectedly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transformed into a powerful demonstration of community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solidarity. Neighbors shared their own stories of hardship, offering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emotional and practical support. It was a testament to the power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collective action, demonstrating that adversity can often bring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people together, creating stronger bonds through shared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experiences.</w:t>
      </w:r>
    </w:p>
    <w:p>
      <w:pPr>
        <w:autoSpaceDN w:val="0"/>
        <w:autoSpaceDE w:val="0"/>
        <w:widowControl/>
        <w:spacing w:line="324" w:lineRule="exact" w:before="20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community's response was humbling. Neighbors offered</w:t>
      </w:r>
    </w:p>
    <w:p>
      <w:pPr>
        <w:sectPr>
          <w:pgSz w:w="8000" w:h="12000"/>
          <w:pgMar w:top="296" w:right="678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childcare, cooked meals, and provided transportation. Some offered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financial assistance, while others offered their expertise – a lawyer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volunteered to review the insurance paperwork, a retired doctor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offered medical advice. The shared experiences reminded everyone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of the universal truths of human empathy and connection.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Jamal's background in non-profit work proved invaluable in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navigating the complex healthcare system. He had access to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resources and support networks unavailable to most families.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knew where to find patient advocacy groups, financial assistance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programs, and charitable organizations that could provide critical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support. He shared this knowledge, creating a pathway for others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community who faced similar challenges.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journey, however, wasn't without its setbacks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disappointments. There were moments of frustration, of anger,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despair. But these were moments that they faced together,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drawing strength from their shared experiences and mutual support.</w:t>
      </w: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process of navigating the healthcare system, while arduous,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also empowered them. They learned to be advocates for themselves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for each other, becoming more informed and assertive in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dealings with insurance companies and healthcare providers.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journey was a powerful illustration of how adversity can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strengthen bonds, foster empathy, and build resilience. It was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testament to the strength of the human spirit, the importance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chosen family, and the transformative power of community.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experience left an indelible mark on their lives, transforming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individual experiences of loss, stress, and uncertainty into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collective narrative of strength, resilience, and the enduring power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human connection. The shared struggles amplified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importance of support and understanding. Through it all, they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discovered that family transcends blood ties; it's built on mutual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respect, unwavering support, and a shared commitment to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overcoming challenges together. The experience strengthened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bonds beyond measure, leaving them forever changed, but stronger,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more compassionate, and deeply connected.</w:t>
      </w:r>
    </w:p>
    <w:p>
      <w:pPr>
        <w:sectPr>
          <w:pgSz w:w="8000" w:h="12000"/>
          <w:pgMar w:top="296" w:right="650" w:bottom="79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Community Support and Unexpected Help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outpouring of community support began subtly, almost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unnoticed at first. A plate of freshly baked cookies left on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doorstep, a friendly wave from a neighbor they’d barely spoken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before, an offer to help with yard work. These small gestures,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initially dismissed as mere acts of neighborly kindness, soon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blossomed into a robust network of support that proved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indispensable. Mrs. Rodriguez, a retired teacher with a kind smile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a seemingly endless supply of homemade empanadas, became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regular visitor, offering not only food but also a listening ear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words of encouragement. Her stories of raising her own children,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punctuated by laughter and the occasional tear, provided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comforting sense of shared experience. She understood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exhaustion, the anxieties, the sheer weight of responsibility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pressed down on Mei Lynn and Jamal.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community's response wasn't simply emotional; it was deeply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practical. Several mothers from the neighborhood, noticing Mei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Lynn’s frazzled state, organized a rotating schedule of childcare,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allowing her precious moments of respite. One evening a week,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different neighbor would take Lily and Malik, giving Mei Lynn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much-needed break to focus on Kai’s needs or simply to recharge.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freedom from childcare responsibilities, however brief, allowed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Mei Lynn to engage in self-care and to address some of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neglected aspects of her own life, strengthening her ability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support her children. These acts of kindness weren't just helpful;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they were deeply affirming, demonstrating that they weren’t alone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 their struggles.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Then came the bake sale. Lily, initially hesitant to involve herself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further in the crisis surrounding her brother's illness, surprised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everyone with her initiative. She suggested a bake sale to raise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funds for Kai's mounting medical bills. What began as a small,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family-driven effort quickly escalated into a neighborhood-wide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event. Word spread like wildfire, not only among their immediate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neighbors but throughout the wider community. The local church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offered its hall for the event, while a local bakery donated supplies.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People from across the community, many of whom Jamal and Mei</w:t>
      </w:r>
    </w:p>
    <w:p>
      <w:pPr>
        <w:sectPr>
          <w:pgSz w:w="8000" w:h="12000"/>
          <w:pgMar w:top="442" w:right="676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Lynn barely knew, arrived with baked goods, donations, and words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support. The atmosphere that day was one of remarkable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solidarity and shared purpose.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bake sale surpassed all expectations, raising significantly more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money than initially anticipated. It was more than just a fundraising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event; it was a powerful demonstration of community spirit,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tangible expression of empathy and shared humanity. The event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transcended the immediate need; it built relationships, fostered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connections, and created a sense of belonging that extended far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beyond the confines of their immediate circle. It created a sense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community resilience.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Beyond the tangible contributions, the emotional support offered by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community proved equally invaluable. People shared their own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stories of adversity, demonstrating that hardship is a universal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experience, not something to be endured in isolation. These shared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narratives, interwoven with moments of humor and resilience,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created a space where vulnerability was embraced and strength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cultivated collectively. The experience affirmed the innate human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capacity for empathy and compassion, and the profound impact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that shared experience can have in building strong bonds.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Jamal's background in non-profit work unexpectedly became 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asset in navigating the complexities of the healthcare system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accessing resources. He possessed an understanding of bureaucratic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processes, eligibility requirements, and the availability of financial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assistance programs that most families lacked. He helped navigate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labyrinthine world of insurance claims, appeals, and patient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advocacy groups. He spent countless hours researching treatment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options, comparing costs, and seeking out the most appropriate care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 Kai. His knowledge and expertise proved invaluable, saving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them from being overwhelmed and lost in the system. He became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resource, not just for his own family but also for other families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facing similar challenges.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involvement of local organizations extended beyond just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monetary donations. A local law firm, impressed by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community's response, offered pro bono legal assistance with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reviewing the insurance paperwork. A retired physician, touched by</w:t>
      </w:r>
    </w:p>
    <w:p>
      <w:pPr>
        <w:sectPr>
          <w:pgSz w:w="8000" w:h="12000"/>
          <w:pgMar w:top="296" w:right="646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family's plight, offered his medical expertise, providing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additional insights into Kai's treatment plan. A local social worker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helped connect the family with support groups and resources,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offering long-term assistance. The interconnectedness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community network surprised even Jamal; the collective capacity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 compassion extended far beyond what he had initially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anticipated.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collective efforts didn’t erase the anxieties and challenges they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faced. There were still moments of intense worry, financial strain,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emotional exhaustion. But the unwavering support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community provided a crucial buffer, allowing them to navigate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crisis with greater strength and resilience. The shared responsibility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eased the burden, transforming what had felt like an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insurmountable task into a collaborative journey. They learned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power of collective action, the significance of shared vulnerability,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and the profound impact of community on individual well-being.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children, too, were deeply affected by the outpouring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support. Malik, initially preoccupied with his own ambitions,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discovered a sense of purpose in helping his father and his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newfound family. He helped with errands, assisted with fundraising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efforts, and offered support to his friends Kai and Lily. Lily, once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shy and reserved, blossomed, discovering a hidden confidence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ability to organize and lead the fundraising initiative. She also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learned the value of empathy, witnessing the impact of their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collective efforts and the transformative power of community. Kai,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despite his illness, appreciated the outpouring of support.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experience profoundly shaped the lives of all involved. It taught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them the value of human connection, the power of resilience,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importance of chosen family. The bonds formed during this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challenging period transcended the initial circumstances; they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became a testament to the strength of the human spirit and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transformative potential of shared adversity. The community didn't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just provide help; it instilled a profound sense of hope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belonging, reinforcing the belief that even in the darkest moments,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 are not alone. The unwavering support they received served 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constant reminder of the inherent goodness of humanity, the power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of collective action, and the enduring strength found in the embrace</w:t>
      </w:r>
    </w:p>
    <w:p>
      <w:pPr>
        <w:sectPr>
          <w:pgSz w:w="8000" w:h="12000"/>
          <w:pgMar w:top="296" w:right="642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a compassionate community. The experience wasn’t just about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overcoming a crisis; it was about building a stronger, more resilient,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profoundly connected community. The lasting impact on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lives would be immeasurable, forever changing their understanding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family, friendship, and the remarkable capacity for human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compassion.</w:t>
      </w:r>
    </w:p>
    <w:p>
      <w:pPr>
        <w:sectPr>
          <w:pgSz w:w="8000" w:h="12000"/>
          <w:pgMar w:top="296" w:right="656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Recovery and Reflection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weeks that followed Kai's recovery were a blur of doctor's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appointments, physiotherapy sessions, and the slow, steady process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returning to normalcy. But "normal" felt different now, subtly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altered by the crucible of their shared experience. The collective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effort hadn't erased the anxieties, the financial strain still lingered,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the emotional scars remained, but they were softened, less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sharp, by the unwavering support they’d received. The community's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embrace had woven itself into the fabric of their lives, an invisible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thread connecting them to a network of care and understanding.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Mei Lynn, once overwhelmed by the relentless demands of single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motherhood and the pressures of Kai's illness, found a newfound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sense of calm. The rotating childcare schedule, a lifeline during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crisis, had inadvertently created space for self-care. She started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attending yoga classes, a practice she'd long abandoned, finding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solace in the quiet rhythm of breath and movement. The small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moments of peace, carved out from the demands of her daily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routine, allowed her to reconnect with herself, to rediscover a sense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personal agency that had been lost amidst the chaos.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community's help had not just solved immediate problems; it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gifted her the time and emotional space to heal and rebuild.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emotional impact on Lily was profound. The bake sale, initially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conceived as a practical solution to a financial crisis, had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transformed her. The shy, reserved girl had emerged as a confident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organizer, capable of mobilizing a community and leading a large-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scale event. Her newfound self-assurance extended beyond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confines of the fundraising initiative. She began participating more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actively in school, taking on leadership roles and making new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friends. She’d discovered a hidden strength, a resilience she hadn't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known she possessed, nurtured by the shared experience and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belief in her capabilities from others. The crisis had not broken her;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it had revealed her inner strength.</w:t>
      </w:r>
    </w:p>
    <w:p>
      <w:pPr>
        <w:autoSpaceDN w:val="0"/>
        <w:autoSpaceDE w:val="0"/>
        <w:widowControl/>
        <w:spacing w:line="264" w:lineRule="exact" w:before="264" w:after="0"/>
        <w:ind w:left="0" w:right="576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Malik, initially consumed by the pressures of his golf career,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experienced a shift in perspective. His involvement 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fundraising efforts, his willingness to shoulder responsibilities</w:t>
      </w:r>
    </w:p>
    <w:p>
      <w:pPr>
        <w:sectPr>
          <w:pgSz w:w="8000" w:h="12000"/>
          <w:pgMar w:top="442" w:right="690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alongside his father, had broadened his understanding of family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community. He discovered a sense of purpose beyond his individual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ambitions, a deeper appreciation for the interconnectedness of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lives. The shared challenges had fostered empathy and deepened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bond with his father and his newfound friends, Kai and Lily.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focus shifted from individual achievements to collective well-being.</w:t>
      </w:r>
    </w:p>
    <w:p>
      <w:pPr>
        <w:autoSpaceDN w:val="0"/>
        <w:autoSpaceDE w:val="0"/>
        <w:widowControl/>
        <w:spacing w:line="264" w:lineRule="exact" w:before="58" w:after="0"/>
        <w:ind w:left="0" w:right="72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own ambitions didn’t disappear, but they were reframed,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viewed through a lens of shared purpose and collective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responsibility.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Jamal, ever the pragmatic problem-solver, reflected on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unexpected ways his non-profit experience had been pivotal during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crisis. His knowledge of navigating bureaucratic systems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accessing resources had been invaluable. He hadn’t just helped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family; he'd become a valuable resource for other families facing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similar challenges. His expertise had created a ripple effect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support, expanding beyond their immediate circle and influencing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broader community. He recognized the critical role that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community networks play in providing support, demonstrating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power of collective action in addressing complex social issues.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experience fostered a commitment to community engagement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advocacy, solidifying his belief in the importance of building strong,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interconnected communities.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impact on Kai was perhaps the most remarkable. His recovery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not merely physical; it was emotional and psychological 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well. The overwhelming support he received, the tangible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expressions of affection and care, had a profoundly healing effect.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collective effort to support his family had created a supportive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environment where he could focus on his own recovery without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feeling overwhelmed by the weight of his illness or the financial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burdens. The outpouring of community support became a potent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element in his recovery and reintegration into his daily life.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shared experience had created a chosen family, a bond far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deeper and more resilient than the ties of blood. Mei Lynn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Jamal, initially brought together by circumstance, had forged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strong friendship, built on mutual respect, shared experiences,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common commitment to their children. The children, too, were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deeply connected, their bond strengthened by shared adversity and</w:t>
      </w:r>
    </w:p>
    <w:p>
      <w:pPr>
        <w:sectPr>
          <w:pgSz w:w="8000" w:h="12000"/>
          <w:pgMar w:top="296" w:right="650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collective effort to overcome it. The relationships weren't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always seamless; there were disagreements and challenges. But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underlying foundation of mutual support and shared vulnerability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allowed them to navigate those conflicts with grace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understanding.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community, once a collection of strangers, had transformed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into a cohesive unit, bound by shared experience and a commitment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mutual aid. The regular gatherings, the ongoing support, and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continued connection between families signified the long-term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impact of the crisis and its resolution. This newly formed extended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family, created through adversity, became a testament to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enduring strength of human connection and the power of collective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resilience. The shared experience had not just solved immediate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problems; it had created a powerful, lasting impact on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individuals involved and their understanding of family, community,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and resilience.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narrative, however, was not solely one of triumph.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shadows of the crisis still lingered. Financial anxieties persisted,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even with the successful fundraising efforts. There were moments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doubt, exhaustion, and the occasional resurgence of fear. Mei Lynn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still experienced bouts of anxiety, occasionally struggling with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lingering emotional impact of Kai’s illness. Jamal continued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grapple with the financial strain and the logistical challenges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ensuring access to long-term care. The recovery wasn’t a linear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journey; it was punctuated by periods of setbacks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breakthroughs.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Yet, within the challenges, there was a growing sense of strength,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profound understanding of their own resilience, and a deep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appreciation for the power of community. They learned to approach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difficulties with a newfound perspective, acknowledging the shared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human experience of struggle and emphasizing the transformative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power of collaboration. They also learned the importance of seeking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professional help when needed, acknowledging the limits of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personal coping mechanisms. They sought counseling, both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individually and as a family, to process the emotional impact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crisis and develop healthy strategies for managing future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challenges.</w:t>
      </w:r>
    </w:p>
    <w:p>
      <w:pPr>
        <w:sectPr>
          <w:pgSz w:w="8000" w:h="12000"/>
          <w:pgMar w:top="296" w:right="640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10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narrative concluded not with a sense of complete resolution but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a poignant awareness of the enduring nature of both adversity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resilience. The story showcased not the fairytale ending of 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effortless recovery, but the arduous, often unpredictable, yet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profoundly transformative journey towards healing. It highlighted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importance of support networks, the significance of self-care,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profound impact of collective action, and the enduring power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hope in the face of hardship. The narrative aimed not to gloss over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difficulties but to highlight the strength found in vulnerability,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value of support, and the transformative capacity of shared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human experience. The book’s overarching message centered on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strength found in adversity, the power of human connection,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lasting impact of community on individual well-being.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shared experience had fundamentally reshaped their lives,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profoundly altering their understanding of family, friendship,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profound capacity for human compassion. Their story became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testament to the resilience of the human spirit and the enduring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power of hope in the face of adversity. The journey towards healing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ongoing, a continuous process of reflection, growth,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deepening connections. The experience had left an indelible mark,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forever shaping their perspectives, their relationships, and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lives.</w:t>
      </w:r>
    </w:p>
    <w:p>
      <w:pPr>
        <w:sectPr>
          <w:pgSz w:w="8000" w:h="12000"/>
          <w:pgMar w:top="428" w:right="662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Redefining Family and Support Systems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crucible of Kai's illness and the subsequent community response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fundamentally altered the families' understanding of "family."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traditional nuclear family structure, once seemingly immutable,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fractured and reformed, revealing a far more fluid and resilient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definition. Mei Lynn, grappling with the overwhelming demands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single parenthood, found unexpected support not just from Jamal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his family, but from the wider community. The informal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network of neighbors, friends, and even complete strangers who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rallied to their aid became, in essence, an extended family.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willingness to share meals, provide childcare, and offer emotional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support transcended social boundaries and demonstrated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remarkable capacity for human empathy and compassion. This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experience challenged the conventional notion of family as solely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blood relation, illustrating instead the vital role of chosen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connections in navigating life's most challenging moments.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This transformation extended beyond the immediate circle. Jamal,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burdened by grief and financial pressures, discovered a strength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didn't know he possessed. His organizational skills, honed through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years of non-profit work, proved invaluable in coordinating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community's response to the crisis. He acted as a bridge, connecting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families with resources and support networks that might have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otherwise remained inaccessible. In this role, he not only supported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own family but also became a crucial resource for others,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demonstrating how seemingly disparate individuals can coalesce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form a powerful collective. This process broadened his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understanding of family beyond his immediate blood relatives;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understood that support and connection came in many forms.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children, too, were profoundly affected. Malik, initially focused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solely on his golf aspirations, became more involved in community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life, understanding that success wasn’t solely an individual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endeavor, but one achieved within a wider network of shared effort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mutual reliance. Lily, once painfully shy, blossomed 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shared endeavor, emerging as a capable and confident leader,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organizing the bake sale and demonstrating a previously unknown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capacity for mobilization and communication. Kai's recovery was</w:t>
      </w:r>
    </w:p>
    <w:p>
      <w:pPr>
        <w:sectPr>
          <w:pgSz w:w="8000" w:h="12000"/>
          <w:pgMar w:top="442" w:right="654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not only facilitated by medical professionals but also nurtured by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constant stream of visitors, well-wishers, and the unwavering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support of his newfound extended family. Each child, in his or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own way, found renewed strength not in isolation, but 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strength of community.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This redefinition of family extended beyond immediate experience.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families’ story resonated with many within their community.</w:t>
      </w: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Conversations with neighbors revealed similar experiences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unexpected support systems forming during difficult periods. One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elderly woman shared how her neighbors had helped her through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period of severe illness, providing meals, transportation,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companionship, bolstering her spirits. Another family spoke of how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network of friends and family had helped them navigate a period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financial instability after a job loss. These examples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demonstrated that the families’ experience wasn’t unique;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capacity for chosen family and the power of community support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were universal themes.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concept of chosen family isn’t a new one. Throughout history,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various groups have relied on chosen families for support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emotional sustenance. LGBTQ+ communities, often excluded from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traditional family structures, have long fostered strong bonds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among chosen family members, demonstrating a deep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understanding of the importance of creating supportive networks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regardless of kinship. Immigrant communities often find solace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strength in their compatriots, establishing support systems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provide essential assistance with navigating a new culture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language while offering a sense of belonging. Even among those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traditional family structures, chosen families frequently play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 important role, providing companionship, shared experiences,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and emotional support.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narrative extends to the concept of kinship, a broader idea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relatedness encompassing ties of shared history, experience,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mutual obligation. Anthropological research demonstrates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diversity of kinship systems across cultures, showcasing how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concepts of family and relatedness are not universal but vary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according to cultural norms and values. Many cultures recognize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forms of kinship beyond biological ties, including fictive kinship, in</w:t>
      </w:r>
    </w:p>
    <w:p>
      <w:pPr>
        <w:sectPr>
          <w:pgSz w:w="8000" w:h="12000"/>
          <w:pgMar w:top="296" w:right="726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which individuals establish social bonds resembling familial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relations, and affinal kinship, which refers to relationships formed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through marriage. These examples demonstrate that the concept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family is inherently flexible and dynamic, shaped by diverse socio-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cultural factors.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experience highlighted the limitations of traditional support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systems. While traditional family structures offer inherent bonds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love and loyalty, they can also be restrictive and burdensome.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Family conflicts, differing expectations, and interpersonal tensions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can create significant challenges, especially during difficult periods.</w:t>
      </w: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Chosen family relationships, often formed on a basis of mutual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respect, shared values, and active commitment, can provide a sense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belonging and support absent in traditional family dynamics.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families’ experience underscores the value of both traditional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chosen family structures, demonstrating how they can complement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each other in providing comprehensive support.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families’ story also illustrates the importance of social capital,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network of relationships among individuals who live and work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a particular society, enabling that society to function effectively.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community's response to the crisis demonstrated the profound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impact of strong social capital on individuals and families in times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need. The readily available support, the collective effort to raise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funds, and the ongoing emotional and practical assistance exemplify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benefits of a well-connected, cohesive community. This social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capital was instrumental in the families' resilience, demonstrating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how investment in community-building can lead to enhanced social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cohesion and support networks.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experience further underscores the importance of seeking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professional support. While the community offered invaluable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emotional and practical assistance, it was not a substitute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professional help. The families sought counseling and therapy,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individually and collectively, processing the emotional impact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crisis and developing strategies for managing future challenges.</w:t>
      </w:r>
    </w:p>
    <w:p>
      <w:pPr>
        <w:autoSpaceDN w:val="0"/>
        <w:autoSpaceDE w:val="0"/>
        <w:widowControl/>
        <w:spacing w:line="264" w:lineRule="exact" w:before="58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This highlights the need for a multifaceted approach to support,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combining community-based resources with professional expertise.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integration of these different levels of support proved vital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ensuring comprehensive care and support.</w:t>
      </w:r>
    </w:p>
    <w:p>
      <w:pPr>
        <w:sectPr>
          <w:pgSz w:w="8000" w:h="12000"/>
          <w:pgMar w:top="296" w:right="650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10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Moreover, the experience fostered a deeper appreciation for self-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care. Mei Lynn’s rediscovery of yoga, the small moments of peace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carved out of her busy schedule, highlight the significance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self-care in maintaining mental and emotional well-being.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families’ story emphasizes that resilience is not only about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collective effort but also about prioritizing individual well-being,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recognizing the limits of personal resources, and seeking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opportunities for replenishment and self-renewal. This was vital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maintaining their strength and perseverance during this challenging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period.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narrative, in conclusion, doesn't offer a simplistic narrative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overcoming adversity. It's a complex and nuanced account of how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crisis forced a redefinition of family, revealing the profound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resilience of the human spirit and the enduring capacity for human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compassion. It's a story of chosen family, of the unexpected strength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found in community, and of the transformative power of shared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experience. It highlights the importance of fostering strong support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networks, embracing diversity, and acknowledging that family,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all its forms, is the cornerstone of human resilience. The narrative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underscores the need for a nuanced understanding of support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systems, recognizing the vital contributions of both traditional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chosen families, professional support, and the powerful influence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strong community networks. It's a testament to the complexity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resilience of the human experience, offering hope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encouragement to those navigating their own journeys of grief, loss,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recovery. The story's enduring message lies in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transformative power of connection and the enduring strength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found in the human spirit.</w:t>
      </w:r>
    </w:p>
    <w:p>
      <w:pPr>
        <w:sectPr>
          <w:pgSz w:w="8000" w:h="12000"/>
          <w:pgMar w:top="428" w:right="666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Lessons Learned and Personal Growth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crisis, while undeniably traumatic, served as a catalyst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profound personal growth within each family member. Jamal,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initially consumed by grief and the pressure of providing for Malik,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discovered a reservoir of resilience he never knew he possessed.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experience coordinating community support revealed a latent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leadership ability, a capacity for organization and strategic thinking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that extended far beyond his previous role in the non-profit sector.</w:t>
      </w:r>
    </w:p>
    <w:p>
      <w:pPr>
        <w:autoSpaceDN w:val="0"/>
        <w:autoSpaceDE w:val="0"/>
        <w:widowControl/>
        <w:spacing w:line="264" w:lineRule="exact" w:before="60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sheer volume of tasks – coordinating volunteers, managing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donations, liaising with medical professionals – demanded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meticulous planning and efficient delegation. He learned to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leverage his skills, honed over years of community engagement,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navigate a crisis with remarkable effectiveness. This newfound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confidence extended into other areas of his life. He began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actively engage in Malik's golf career, not just as a provider, but 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supportive and involved father, fostering a deeper connection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his son. His grief, though persistent, no longer consumed him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entirely; it became integrated into a richer, more nuanced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understanding of life and loss.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Malik, initially laser-focused on his golf career, experienced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significant shift in perspective. The collective effort required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support Kai and the community response to the crisis highlighted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importance of collaboration and mutual support. His previously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singular focus on individual achievement broadened to encompass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deeper appreciation for teamwork and collective well-being.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began to volunteer at the local community center, mentoring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younger golfers and sharing his skills, demonstrating a generosity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empathy that previously lay dormant. This newfound social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awareness wasn't simply a reaction to the crisis; it represented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fundamental change in his values and priorities, a recognition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success is not solely an individual endeavor. He learned the value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giving back, the fulfillment of contributing to a larger community,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and the profound connections forged through shared experiences.</w:t>
      </w:r>
    </w:p>
    <w:p>
      <w:pPr>
        <w:autoSpaceDN w:val="0"/>
        <w:autoSpaceDE w:val="0"/>
        <w:widowControl/>
        <w:spacing w:line="264" w:lineRule="exact" w:before="264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Mei Lynn's journey was perhaps the most transformative.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unrelenting pressures of single parenthood, compounded by Kai's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illness, pushed her to her limits. Yet, amidst the chaos, she</w:t>
      </w:r>
    </w:p>
    <w:p>
      <w:pPr>
        <w:sectPr>
          <w:pgSz w:w="8000" w:h="12000"/>
          <w:pgMar w:top="442" w:right="658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discovered a previously untapped strength and resourcefulness.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community's response, the outpouring of support from strangers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acquaintances, provided a sense of belonging and a renewed faith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humanity. She learned to accept help, to relinquish the burden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perfectionism and to lean on others. This vulnerability, often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perceived as weakness, became her greatest strength. Moreover,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crisis ignited a renewed passion for self-care. The small moments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she carved out for yoga, for meditation, were not acts of indulgence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but essential acts of self-preservation. These practices helped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manage stress, enhance her resilience, and rediscover a sense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calm amidst the storm. Her journey demonstrated the power of self-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compassion, the importance of prioritizing personal well-being,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profound connection between mental and physical health.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Lily's transformation was equally remarkable. Her previously shy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demeanor gave way to confidence and assertiveness. The experience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organizing the community bake sale, managing logistics,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interacting with numerous individuals, revealed a leadership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aptitude she had never known she possessed. She not only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successfully raised funds but also built connections with her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neighbors, forging friendships that enriched her life. She learned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power of collective action, the ability to mobilize resources,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profound sense of accomplishment that comes from contributing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a shared purpose. Her newfound confidence extended beyond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community efforts; she began participating more actively in school,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making friends, and embracing opportunities for self-expression.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collective experience fostered a deep sense of gratitude within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families. Gratitude for the outpouring of community support,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 the kindness of strangers, and for the resilience displayed by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each other. This appreciation extended beyond the tangible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assistance provided; it encompassed the emotional support,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shared laughter, and the unwavering empathy that sustained them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throughout the ordeal. The families learned that true wealth is not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measured in financial terms but in the strength of human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connections, in the capacity for empathy and compassion, and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richness of shared experiences. The crisis, though devastating,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highlighted the beauty of human connection and the power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community. This appreciation for the simple yet profound joys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life, nurtured by their shared experiences, shaped their perspectives</w:t>
      </w:r>
    </w:p>
    <w:p>
      <w:pPr>
        <w:sectPr>
          <w:pgSz w:w="8000" w:h="12000"/>
          <w:pgMar w:top="296" w:right="642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322" w:lineRule="exact" w:before="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and enriched their relationships.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lessons extended beyond individual growth. The families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gained a deeper understanding of the fluidity and resilience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family itself. Their experience challenged the traditional notion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family as solely a biological unit, highlighting the importance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chosen families, the significance of community support, and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enduring power of human connection. They realized that family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transcends blood relations; it encompasses the bonds forged through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shared experiences, mutual support, and unwavering loyalty. This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broadened definition of family proved invaluable during the crisis,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providing a network of support that extended far beyond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immediate family unit.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experience also underscored the crucial role of professional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support. While the community provided invaluable assistance, 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not a substitute for professional help. The families actively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sought counseling and therapy, engaging in individual and family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sessions to process their emotions, address their trauma,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develop coping mechanisms for navigating future challenges. This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willingness to seek professional guidance highlights the importance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integrating various forms of support, recognizing that community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assistance and professional expertise are complementary, not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mutually exclusive, resources.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Furthermore, the narrative demonstrates the essential role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adaptability. The families learned to navigate unexpected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challenges, to adjust their plans, and to respond to circumstances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flexibility and resourcefulness. The crisis forced them to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embrace uncertainty, to relinquish control, and to trust in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ability to adapt to changing circumstances. This adaptability, honed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during the crisis, would serve them well in future endeavors,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demonstrating the transformative power of embracing change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acknowledging that life rarely unfolds as planned.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aftermath of the crisis was not a simple return to normalcy. 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was a transition into a new normal, a life enriched by shared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experiences, strengthened by unwavering support, and imbued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deeper appreciation for life's fragility and beauty. The families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had confronted their vulnerabilities, embraced their resilience, and</w:t>
      </w:r>
    </w:p>
    <w:p>
      <w:pPr>
        <w:sectPr>
          <w:pgSz w:w="8000" w:h="12000"/>
          <w:pgMar w:top="296" w:right="642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discovered the enduring power of human connection. They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redefined family, not just in theory, but in the living, breathing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tapestry of their shared lives. Their journey, while difficult,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illuminated the transformative power of adversity, revealing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hidden strengths within each individual and the profound capacity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 human compassion and resilience. The lessons learned extended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far beyond the immediate crisis, shaping their future with a wisdom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born of shared adversity and strengthened by the enduring bonds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chosen family and community. The gratitude they cultivated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community, and for life itself, became a lasting legacy,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testament to their remarkable capacity to not only survive, but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thrive, in the face of unimaginable loss. Their story serves 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powerful reminder that even in the darkest of times, the human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spirit endures, fueled by the strength of human connection and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enduring power of hope.</w:t>
      </w:r>
    </w:p>
    <w:p>
      <w:pPr>
        <w:sectPr>
          <w:pgSz w:w="8000" w:h="12000"/>
          <w:pgMar w:top="296" w:right="672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Reconnecting with Hope and the Future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crisis, while leaving indelible marks, did not define their future.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Instead, it served as a powerful catalyst, propelling them towards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renewed sense of hope and a future brimming with possibility.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shared experience forged an unbreakable bond, a foundation upon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which they built their new normal—one characterized by resilience,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optimism, and a profound appreciation for life's simple joys.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Jamal, having navigated the emotional and logistical complexities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 crisis, found himself standing on firmer ground. His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leadership skills, honed during the community response, opened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new doors. He secured a consulting position with a local non-profit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organization, leveraging his expertise to guide other communities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facing similar challenges. This work provided not only financial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stability but also a profound sense of purpose, a chance to give back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prevent other families from experiencing the same level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devastation. He actively sought opportunities to mentor young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adults, sharing his experiences and imparting the wisdom he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gained during his journey. His grief remained, a constant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companion, but it no longer overshadowed his life. Instead, it fueled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determination to make a positive impact on the world. He found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solace in his relationship with Malik, their bond deepened by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shared challenges they had overcome. Their evenings were filled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quiet conversations, shared laughter, and a renewed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appreciation for the preciousness of their time together. He also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discovered a new hobby—photography—a creative outlet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helped him process his emotions and find beauty in the everyday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moments. He began documenting the beauty of his neighborhood,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capturing the essence of his new community and the vibrant lives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its inhabitants.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Malik, having witnessed the power of collective action, channeled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energy into a more holistic approach to life. His dedication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golf remained, but it was no longer his sole focus. He continued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excel in his sport, earning a scholarship to a prestigious college, but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 balanced his academic and athletic pursuits with community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involvement. He became a regular volunteer at the local community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center, sharing his golfing expertise with younger players and</w:t>
      </w:r>
    </w:p>
    <w:p>
      <w:pPr>
        <w:sectPr>
          <w:pgSz w:w="8000" w:h="12000"/>
          <w:pgMar w:top="442" w:right="642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mentoring them not only on technique but also on the importance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teamwork, resilience, and sportsmanship. He understood now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success was not a solitary journey; it was a collective effort,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shared experience that enriched both the individual and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community. He also enrolled in a leadership program, further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developing his skills and expanding his capacity to contribute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society. His relationship with his father grew stronger, their shared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understanding of resilience and empathy forging an unbreakable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bond. He had also started dating a fellow student, someone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connected with on a deeper level due to their shared experiences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understanding of human compassion. His newfound confidence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radiated outwards, enriching not just his life but the lives of those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around him.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Mei Lynn, having discovered a surprising inner strength, embarked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 a path of personal and professional growth. The crisis had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challenged her previously rigid approach to life, and she had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learned to value flexibility and self-compassion. She obtained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certification in yoga instruction, transforming her passion into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career that both nurtured her and helped others find tranquility.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Her yoga classes became a safe space for individuals to connect, de-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stress, and rediscover their inner strength. This shift was not only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career-defining but also life-changing. Her ability to manage stress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improved and her confidence bloomed. She found solace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strength in her close relationship with Kai and Lily, the challenges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strengthening rather than weakening their familial bond. The time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spent together, the shared experiences of laughter and moments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mutual support made their life stronger than ever before.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daughter, Lily, blossomed under her nurturing guidance, gaining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confidence and finding her own path. She found joy in small things,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savoring the quiet moments and appreciating the people around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her.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Lily, emboldened by her experience organizing the bake sale,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discovered a passion for community engagement. She continued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volunteer, finding purpose and fulfillment in contributing to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community's well-being. Her leadership skills blossomed, and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became actively involved in her school's student government,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advocating for issues close to her heart, like environmental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conservation and providing support for those who need it. Her shy</w:t>
      </w:r>
    </w:p>
    <w:p>
      <w:pPr>
        <w:sectPr>
          <w:pgSz w:w="8000" w:h="12000"/>
          <w:pgMar w:top="296" w:right="690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demeanor was replaced with confidence, a transformation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impacted all aspects of her life. She made new friends, embracing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opportunities for self-expression and actively participating in school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activities. Her experiences had shown her the power of collective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action, fostering a strong sense of social responsibility. Her close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relationship with her mother and brother deepened, creating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strong bond of support and mutual respect. She was more open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forthcoming, sharing her thoughts and feelings more readily.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families’ future plans reflected their newfound resilience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optimism. Jamal continued his consulting work, while actively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seeking opportunities to mentor young adults and expand his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photography projects. Malik pursued his golf career while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enhancing his leadership skills through community involvement.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Mei Lynn flourished as a yoga instructor, creating a supportive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thriving community. Lily actively participated in school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governance, channeling her energy into positive change. Their lives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were interwoven, creating a tapestry of support, mutual respect,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shared joy. The families planned regular gatherings, celebrating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birthdays, holidays, and everyday milestones, creating lasting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memories. Their shared experiences had not just mended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wounds; they had strengthened their bonds, fostering a chosen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family that provided support and understanding. They had learned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appreciate the simple things, to find joy in the everyday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moments, and to cherish the strength and resilience they discovered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within themselves and in each other. They celebrated their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accomplishments and learned to cherish the moments together,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understanding the importance of time and the value of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relationships they had built. This created a foundation for years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happiness, understanding, and mutual support.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story is a testament to the human spirit’s capacity for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resilience, the power of human connection, and the enduring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strength found in chosen family. It highlights the transformative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potential of adversity and the importance of embracing hope, even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the face of profound loss. They found strength in unity,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understanding, and mutual support—the building blocks of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fulfilling life and the foundation of their new normal. Their journey,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while marked by sorrow, ultimately culminated in a profound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appreciation for life, love, and the unbreakable bonds of chosen</w:t>
      </w:r>
    </w:p>
    <w:p>
      <w:pPr>
        <w:sectPr>
          <w:pgSz w:w="8000" w:h="12000"/>
          <w:pgMar w:top="296" w:right="654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family. They learned the importance of support networks, the value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personal growth and the beauty of shared experiences.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future was not merely a continuation of their past; it was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celebration of their resilience, a testament to their shared triumphs,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a beacon of hope for those navigating their own paths through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grief, loss, and the complexities of life. Their story is one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transformation, hope, and the unwavering power of the human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spirit. It reminds us that even in the face of adversity, love,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community, and resilience can provide the strength to not only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survive but thrive. Their story becomes a symbol of hope,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reminder that even in the face of profound loss, life's beauty and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strength of human connection can prevail, illuminating the path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towards a brighter and more meaningful future.</w:t>
      </w:r>
    </w:p>
    <w:p>
      <w:pPr>
        <w:sectPr>
          <w:pgSz w:w="8000" w:h="12000"/>
          <w:pgMar w:top="296" w:right="646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Celebrating Milestones and Shared Successes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initial relief that followed the crisis gradually gave way to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quiet sense of accomplishment. The families, bound together by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shared trauma and unwavering support, began to focus on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rebuilding their lives, celebrating not just the monumental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achievements but also the small, everyday victories that punctuated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journey. These small celebrations, often overlooked in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pursuit of grand ambitions, became the cornerstone of their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newfound happiness and sense of unity.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Malik’s college acceptance was a watershed moment. It wasn’t just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prestigious university; it was the culmination of his dedication,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his resilience in the face of adversity, and the unwavering support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his father. The celebration wasn't a lavish party, but a quiet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dinner at home, filled with heartfelt laughter and shared memories.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Jamal, usually reserved in expressing his emotions, surprised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everyone with a slideshow of Malik's golfing journey, from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awkward beginnings to his final, winning shot at the qualifying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tournament. The photos, taken by Jamal himself, documented not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only Malik's progress but also the evolution of their relationship –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powerful testament to their bond. Mei Lynn contributed her famous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egg rolls and spring rolls, a delicious symbol of the cultural fusion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had become the hallmark of their blended family. Kai, ever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laid-back one, offered his signature easy charm, reminding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everyone to savor the moment and celebrate the journey, not just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destination. Even Lily, usually shy, spoke eloquently about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pride in her brother, her words reflecting a maturity beyond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years. This intimate gathering, a tapestry woven with love,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laughter, and shared pride, marked the beginning of a new chapter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for Malik and a renewed sense of hope for the family.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Mei Lynn’s burgeoning yoga career also brought forth its own set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milestones. The first class filled to capacity was a huge victory,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testament to her dedication and the healing power of her practice.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 students, a diverse group from all walks of life, became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supportive community, celebrating her success and sharing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own experiences of resilience. Jamal, always supportive, designed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logo for her classes, a subtle but significant gesture of his</w:t>
      </w:r>
    </w:p>
    <w:p>
      <w:pPr>
        <w:sectPr>
          <w:pgSz w:w="8000" w:h="12000"/>
          <w:pgMar w:top="442" w:right="692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appreciation. He used his photography skills to capture the peaceful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ambiance of her studio, the pictures used to decorate the waiting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area, creating a space of tranquility and warmth. The families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celebrated this success with a potluck picnic in the park.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atmosphere was filled with laughter and relaxation. It was a stark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contrast to the tense atmosphere which prevailed before the crisis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offered a glimpse into the potential of life. Lily, inspired by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mother's success, contributed a beautifully decorated cake,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baking skills having improved dramatically since her bake sale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efforts. This celebration was not just about Mei Lynn's achievement;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it was a shared victory, a celebration of the families' shared growth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and the support network they had created.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Lily’s involvement in student government also brought a stream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smaller but equally meaningful achievements. Each successful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school initiative, each environmental protection campaign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spearheaded, each time she stood up for a classmate facing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bullying, was a cause for quiet celebration at home. These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celebrations weren't grand affairs, but rather small moments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recognition and appreciation, a quiet acknowledgment of 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evolving leadership abilities and her growing sense of self-worth.</w:t>
      </w: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These small wins were cherished as much as major events. They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taught her the value of perseverence, highlighting the fact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success is not just about achieving the large goals. Jamal and Mei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Lynn took the time to discuss Lily’s progress and achievements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her, offering their encouragement and support. The family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understood that the importance was not just in the achievements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themselves, but the journey to get there and the character these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challenges helped her form. These small celebrations were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punctuated with shared meals, family movie nights, and heart-to-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heart conversations, creating a nurturing environment where Lily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felt supported and empowered.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Even the seemingly mundane aspects of daily life became occasions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 celebration. A perfect score on a math test for Kai, a successful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baking attempt for Lily, a well-executed golf swing for Malik, all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sparked small bursts of collective joy, reaffirming the importance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celebrating both the big and small moments. The families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understood the power of these moments, and that the seemingly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insignificant occurrences were also vital to the strengthening of</w:t>
      </w:r>
    </w:p>
    <w:p>
      <w:pPr>
        <w:sectPr>
          <w:pgSz w:w="8000" w:h="12000"/>
          <w:pgMar w:top="296" w:right="680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familial bonds. These small celebrations were more about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act of cherishing togetherness than the size of the accomplishment.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These events, whether it was a family dinner, a movie night, a quiet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moment sharing experiences, were opportunities to recharge,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strengthen their bonds, and to reinforce the feeling of family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belonging.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annual town picnic became a highlight of the year,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transforming from a casual event into a cherished tradition, a time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 shared laughter, friendly competition, and the creation of new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memories. The families made it a point to partake in the events,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actively engaging in the spirit of the community. They shared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meals, joined games, and celebrated their collective growth.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collaborative spirit was contagious, binding them with the larger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community. This unity not only enhanced their communal bonding,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but also helped foster a sense of belonging, strengthening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relationships.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These celebrations, both large and small, were not just about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marking achievements; they were about reinforcing the bonds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friendship and chosen family that had emerged from the ashes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crisis. The celebrations helped to create a sense of security and love,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transforming the narrative of their lives and allowing them to find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new hope and future. They celebrated their growth together,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reinforcing their resilience and strengthening the family bond,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creating lasting memories that were as important as their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achievements. The emphasis shifted from individual success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collective growth, from solitary milestones to shared triumphs.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shared celebrations created a space where vulnerability was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embraced, mistakes were forgiven, and the beauty of human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connection was celebrated.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 time went on, the families established rituals that reinforced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shared journey. Weekly game nights, monthly potluck dinners,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annual family vacations became essential components of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life together. These traditions provided a framework for continued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celebration and reinforced the strong bonds of family and friendship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had emerged during times of great adversity. These gatherings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weren't just celebrations of individual achievements, but rather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testament to the resilience and support they had shared. They</w:t>
      </w:r>
    </w:p>
    <w:p>
      <w:pPr>
        <w:sectPr>
          <w:pgSz w:w="8000" w:h="12000"/>
          <w:pgMar w:top="296" w:right="642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celebrated their resilience, appreciating their ability to overcome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difficulties and find joy together. They cherished the moments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laughter and shared joy, recognizing the value of their relationships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the support they provided to one another. This foundation was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built on mutual respect, understanding and trust, allowing them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navigate challenges together. This new normal was established,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creating a life that was richer and more meaningful than they ever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anticipated.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celebrations weren't just about marking milestones; they were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about acknowledging the journey, the shared experiences, and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unwavering support that had sustained them through adversity.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Each gathering was a testament to the power of human connection,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celebration of their resilience and the strength of their chosen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family. The celebrations served as a constant reminder of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shared experiences, highlighting the transformative power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adversity and the importance of building supportive relationships.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families also began to reach out to other families facing similar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challenges, offering support and guidance, and providing a message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hope. They became a testament to the fact that through difficult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times, communities, and shared support can help families not just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survive, but flourish. Their story, a narrative woven from threads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grief, resilience, and unwavering support, became an inspiration,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reminding everyone that even in the darkest of times, hope and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strength of chosen family can prevail. It became a reminder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life’s greatest achievements are often found not in individual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triumphs, but in the shared joys and unwavering support of those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we choose to call family.</w:t>
      </w:r>
    </w:p>
    <w:p>
      <w:pPr>
        <w:sectPr>
          <w:pgSz w:w="8000" w:h="12000"/>
          <w:pgMar w:top="296" w:right="692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The Evolving Definition of Family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narrative of family, once rigidly defined by blood ties and legal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bonds, is undergoing a profound transformation. While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biological family remains significant for many, the concept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"chosen family" – a network of individuals bound by deep affection,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mutual respect, and unwavering support – is gaining increasing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recognition and validation. This shift reflects a broader societal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acknowledgment that love, loyalty, and shared experience are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true cornerstones of familial bonds, not necessarily genetic heritage.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Consider the countless individuals who have found solace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strength in their chosen families, often after experiencing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estrangement or loss within their biological families. The LGBTQ+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community, for example, frequently builds chosen families due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societal rejection or the absence of affirming biological connections.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These chosen families provide a space for acceptance, belonging,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the development of profound emotional intimacy. Support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networks within these chosen families often mirror the functions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traditional family, providing emotional, financial, and practical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assistance. They celebrate milestones, grieve losses, and offer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unconditional love and acceptance, often surpassing the support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provided by estranged or dysfunctional biological families.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Similarly, individuals who have experienced the breakdown of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biological families often find refuge and healing within chosen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families. Divorce, parental estrangement, or the death of a parent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can leave gaping holes in an individual's life, leaving them feeling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lost and alone. Chosen families can bridge these gaps, providing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sense of belonging, stability, and continuity in the face of profound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personal upheaval. The emotional support provided by these chosen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networks can be invaluable in overcoming the grief and trauma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associated with family breakdown, allowing individuals to rebuild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lives with a stronger sense of self-worth and resilience. These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families provide a safety net that often surpasses the support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dysfunctional biological families, creating a network of support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based on mutual respect and trust.</w:t>
      </w:r>
    </w:p>
    <w:p>
      <w:pPr>
        <w:autoSpaceDN w:val="0"/>
        <w:autoSpaceDE w:val="0"/>
        <w:widowControl/>
        <w:spacing w:line="324" w:lineRule="exact" w:before="20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Moreover, the experience of immigration often leads to the</w:t>
      </w:r>
    </w:p>
    <w:p>
      <w:pPr>
        <w:sectPr>
          <w:pgSz w:w="8000" w:h="12000"/>
          <w:pgMar w:top="442" w:right="662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formation of chosen families. Leaving one's homeland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navigating a new culture can be incredibly isolating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challenging. In these circumstances, individuals often find comfort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community in forging connections with others who share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similar experience, creating a new family structure based on shared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cultural background or navigating common challenges. These newly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formed families provide practical support such as assistance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language barriers, job searching, and cultural integration.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emotional support offered within such chosen family networks 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particularly significant, mitigating the feeling of isolation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alienation associated with the immigration process. They create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sense of belonging and connection in an unfamiliar environment,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often exceeding the support provided by biological family members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distanced geographically or culturally.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rise of chosen families also underscores the evolving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understanding of kinship. No longer limited by traditional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definitions, kinship now encompasses a broader spectrum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relationships characterized by commitment, shared values,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mutual interdependence. Individuals actively choose to invest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these relationships, nurturing them with intentionality and care.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This intentional cultivation of relationships leads to deeper bonds,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often exceeding the expectations of a purely biological connection.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Chosen family members often demonstrate a deeper understanding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each other's needs and vulnerabilities, providing tailored support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addresses the unique challenges faced by each individual. This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bespoke approach is often missing in traditional family structures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where expectations, roles, and responsibilities are rigid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predetermined.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legal recognition of chosen families is also gaining momentum,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reflecting a broader shift in societal attitudes. Many jurisdictions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are now expanding legal protections to include same-sex couples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other non-traditional family structures. This recognition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extends to issues such as inheritance, healthcare decisions,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parental rights, giving chosen families greater legal standing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security. The expansion of legal rights for chosen families signifies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crucial step towards greater societal acceptance and reflects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growing recognition that love and commitment are fundamental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familial bonds, irrespective of traditional structures. The move</w:t>
      </w:r>
    </w:p>
    <w:p>
      <w:pPr>
        <w:sectPr>
          <w:pgSz w:w="8000" w:h="12000"/>
          <w:pgMar w:top="296" w:right="664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towards legal recognition of chosen families further emphasizes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shift away from rigid, traditional definitions towards a more fluid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and inclusive understanding of family structures.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Further solidifying the importance of chosen families is the growing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body of research highlighting their positive impact on mental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physical well-being. Studies show that individuals with strong social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support networks, including chosen families, experience lower rates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depression, anxiety, and stress. This underscores the crucial role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chosen families in providing emotional resilience, fostering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sense of belonging, and promoting overall well-being. The research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highlights the importance of fostering strong relationships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chosen families for achieving better mental health, illustrating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significant contribution these connections make to an individual's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life.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examples of chosen families are abundant and varied,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stretching across cultures and backgrounds. From the supportive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networks of friends who rally around a grieving individual 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chosen kin who embrace a trans person's authentic identity,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power of chosen family lies in its ability to provide unwavering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love, unconditional acceptance, and enduring support. The diversity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these chosen family structures is remarkable and testament 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fact that family is not solely defined by blood, but by the depth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quality of relationships that are cultivated over time.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It's crucial to recognize that chosen families are not a replacement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 biological families but a significant supplement or alternative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cases where biological families are absent, dysfunctional, or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unsupportive. Both types of families can coexist and complement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each other, providing a rich and multifaceted tapestry of support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belonging. In many instances, individuals benefit from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combined strengths of both biological and chosen families, building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network of support that provides a comprehensive safety net.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acceptance and understanding of this interplay is crucial in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fostering a more inclusive and accepting society.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shift towards valuing chosen family reflects a growing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awareness of the limitations of traditional family structures and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immense power of human connection. In a world often</w:t>
      </w:r>
    </w:p>
    <w:p>
      <w:pPr>
        <w:sectPr>
          <w:pgSz w:w="8000" w:h="12000"/>
          <w:pgMar w:top="296" w:right="650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characterized by individualism and isolation, the importance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fostering strong relationships and chosen families cannot be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overstated. It is a testament to the human spirit's inherent need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belonging, connection, and unwavering support – needs that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transcend traditional family norms and create the foundation of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powerful, resilient, and deeply fulfilling life. The evolving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understanding of family highlights the importance of creating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environments and systems that embrace and celebrate the multitude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ways in which individuals find love, support, and belonging.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richness and diversity of chosen family relationships serve 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powerful reminder that the truest definition of family lies not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genetics but in the bonds of love, loyalty, and shared experience.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This evolving understanding of family is a positive reflection of our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society’s growing tolerance, acceptance, and recognition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profound impact that supportive relationships have on an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individual's well-being.</w:t>
      </w:r>
    </w:p>
    <w:p>
      <w:pPr>
        <w:sectPr>
          <w:pgSz w:w="8000" w:h="12000"/>
          <w:pgMar w:top="296" w:right="648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The Importance of Community and Support Networks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preceding discussion emphasized the profound impact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chosen families in navigating life's challenges. However,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strength and resilience fostered within these chosen family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structures are often amplified by the presence of broader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community support networks. These networks, extending beyond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immediate circle of chosen family, provide a crucial layer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assistance, offering a wider range of resources and perspectives.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importance of these community-based support systems cannot be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overstated, particularly in times of crisis or prolonged adversity.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Consider, for example, the role of support groups specifically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tailored to those experiencing grief or loss. These groups offer a safe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empathetic environment where individuals can share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experiences, process their emotions, and learn coping mechanisms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without judgment. The shared experience of loss creates an instant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bond, fostering a sense of community and belonging amongst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participants. The knowledge that others understand, even if only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implicitly through shared experiences, can be immensely validating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comforting during a deeply isolating time. The collective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strength derived from this shared vulnerability is often invaluable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navigating the complexities of grief, offering a pathway to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healing and eventual acceptance.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Beyond formal support groups, community centers frequently serve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 vital hubs for individuals and families seeking assistance. These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centers often provide a range of services, including access to food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banks, affordable housing assistance, and educational programs.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families struggling financially or facing housing insecurity,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resources offered by these centers can be transformative, providing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immediate relief and potentially preventing long-term hardship.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accessibility of these services, often offered without stigma 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judgment, empowers individuals to address immediate needs,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creating space to confront deeper personal challenges and foster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stronger family units. The preventative nature of such services, by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addressing fundamental needs, contributes greatly to overall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societal well-being.</w:t>
      </w:r>
    </w:p>
    <w:p>
      <w:pPr>
        <w:sectPr>
          <w:pgSz w:w="8000" w:h="12000"/>
          <w:pgMar w:top="442" w:right="656" w:bottom="498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Volunteer organizations form another crucial pillar of community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support networks. From food banks and clothing drives to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mentoring programs and disaster relief efforts, these organizations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rely on the generosity and compassion of volunteers to provide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essential assistance to those in need. The act of volunteering itself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offers a powerful connection to the wider community, enhancing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emotional well-being of the volunteers while simultaneously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providing much-needed support to those in need. The collaborative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spirit of volunteer work frequently builds enduring bonds between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volunteers and recipients, fostering deeper connections that extend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beyond the immediate task at hand. These networks build empathy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understanding, reinforcing community spirit and promoting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sense of mutual responsibility and care.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impact of these community support networks extends far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beyond immediate practical assistance. The social connection,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sense of belonging, and the validation derived from interacting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others within these networks are invaluable to mental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emotional well-being. The reduction of feelings of isolation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loneliness significantly contributes to improving mental health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outcomes, especially for individuals experiencing challenging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circumstances. These networks offer hope and resilience, showing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even during the darkest times, support is available, fostering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belief in one's own strength and the power of community.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Examining specific instances further illustrates the vital role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community support. Consider a family facing unexpected medical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expenses. The cost of treatment can quickly overwhelm a family's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finances, leading to extreme stress and potentially impacting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family's stability. However, a robust community support network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could provide crucial assistance through fundraising initiatives,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volunteer help with childcare, or connecting the family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financial assistance programs. The collective action of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community can ease the financial burden, allowing the family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focus on the immediate health needs of their loved one. This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collective approach highlights the tangible positive impact of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supportive network, providing not just financial relief but also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emotional support.</w:t>
      </w:r>
    </w:p>
    <w:p>
      <w:pPr>
        <w:autoSpaceDN w:val="0"/>
        <w:autoSpaceDE w:val="0"/>
        <w:widowControl/>
        <w:spacing w:line="324" w:lineRule="exact" w:before="20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 another scenario, a newly immigrated family might face</w:t>
      </w:r>
    </w:p>
    <w:p>
      <w:pPr>
        <w:sectPr>
          <w:pgSz w:w="8000" w:h="12000"/>
          <w:pgMar w:top="296" w:right="664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considerable challenges integrating into a new culture. Language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barriers, navigating a new education system, and adjusting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societal norms are significant obstacles. However, community-based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organizations specializing in immigrant support can provide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invaluable assistance. They can offer language classes, access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legal services, and culturally sensitive social integration programs.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These organizations act as bridges, helping the family connect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new community, fostering a sense of belonging, and mitigating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feelings of isolation and alienation. The personalized approach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taken by many of these organizations acknowledges the unique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challenges faced by immigrant families, providing targeted support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to alleviate the pressures of relocation.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Moreover, disaster relief efforts often highlight the indispensable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role of community support networks. Following a natural disaster 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emergency, communities come together to provide aid, support,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recovery assistance to affected individuals and families. This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collaborative spirit, often seen in the aftermath of devastating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events, underscores the inherent human capacity for empathy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collective action. The willingness to help, regardless of personal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connection, demonstrates the remarkable power of community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spirit and shared resilience, offering hope and support during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crisis. The post-disaster community response builds a sense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shared experience and mutual reliance, reinforcing community ties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and promoting recovery.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It's important to acknowledge that the effectiveness of community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support networks hinges on accessibility and inclusivity. These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networks must be readily available to all members of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community, regardless of background, socioeconomic status, 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other personal characteristics. Efforts to remove barriers to access,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such as language barriers or transportation difficulties, are crucial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ensuring that everyone has equal opportunity to receive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support they need. A community's strength and resilience are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directly correlated with the inclusivity and accessibility of its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support networks, creating a truly equitable system that provides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assistance where it is most needed.</w:t>
      </w:r>
    </w:p>
    <w:p>
      <w:pPr>
        <w:autoSpaceDN w:val="0"/>
        <w:autoSpaceDE w:val="0"/>
        <w:widowControl/>
        <w:spacing w:line="264" w:lineRule="exact" w:before="264" w:after="0"/>
        <w:ind w:left="0" w:right="288" w:firstLine="0"/>
        <w:jc w:val="center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conclusion, while chosen families provide deeply personal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vital support, community support networks are an equally crucial</w:t>
      </w:r>
    </w:p>
    <w:p>
      <w:pPr>
        <w:sectPr>
          <w:pgSz w:w="8000" w:h="12000"/>
          <w:pgMar w:top="296" w:right="642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component of overall resilience and well-being. These networks,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encompassing support groups, community centers, and volunteer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organizations, offer practical assistance, emotional support, and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sense of belonging that is essential for navigating life's complexities.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collective impact underscores the vital role of community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fostering individual and family strength, demonstrating that true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resilience arises not only from personal fortitude but also from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unwavering support of a wider, compassionate community.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power of chosen families, amplified by the robust support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community, represents a holistic approach to well-being, fostering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more supportive and resilient society for all.</w:t>
      </w:r>
    </w:p>
    <w:p>
      <w:pPr>
        <w:sectPr>
          <w:pgSz w:w="8000" w:h="12000"/>
          <w:pgMar w:top="296" w:right="668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Resilience and the Human Spirit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previous discussion highlighted the crucial role of chosen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families and community support networks in navigating life's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complexities. However, the ability to withstand and overcome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adversity hinges fundamentally on an intrinsic human quality: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resilience. Resilience, in its simplest form, is the capacity to bounce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back from setbacks, to adapt to change, and to persevere despite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hardship. It's not the absence of challenges, but rather the ability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navigate them with strength and a belief in one's own capacity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growth and healing.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This inherent resilience, this "human spirit," manifests in countless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ways. Consider the individual facing a sudden job loss.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immediate reaction might be fear, anxiety, and uncertainty about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future. However, the resilient individual doesn't succumb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despair. Instead, they actively seek new opportunities, develop new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skills, and tap into their inner resources to overcome this obstacle.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This process might involve networking, seeking professional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guidance, or even pursuing further education to enhance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marketability. The journey may be challenging, but the unwavering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belief in their abilities and the determination to find a solution fuels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their perseverance.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Similarly, consider the impact of chronic illness. The physical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emotional toll of living with a chronic condition can be significant.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Pain, fatigue, and the constant uncertainty can erode one's sense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self and their belief in the future. Yet, the resilient individual finds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ways to adapt and thrive. They might establish a strong support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network, engage in regular self-care practices, and actively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participate in treatment decisions. They may discover new passions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interests, finding purpose and meaning beyond the limitations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their condition. Their resilience lies not in denying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challenges, but in facing them head-on with determination,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positivity, and a relentless pursuit of well-being.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experience of grief is another profound crucible that tests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strength of the human spirit. The loss of a loved one can be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devastating, leaving individuals feeling emotionally shattered and</w:t>
      </w:r>
    </w:p>
    <w:p>
      <w:pPr>
        <w:sectPr>
          <w:pgSz w:w="8000" w:h="12000"/>
          <w:pgMar w:top="442" w:right="666" w:bottom="36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lost. The grieving process is complex and unique to each individual,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yet the common thread is the profound sense of upheaval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disorientation. However, even amidst this profound sorrow,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resilience shines through. The process of healing involves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confronting the pain, acknowledging the loss, and gradually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rebuilding one's life. This may involve seeking professional help,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connecting with support groups, or engaging in activities that bring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comfort and meaning. The resilient individual finds ways to honor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memory of their loved one while simultaneously forging a path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towards a future filled with hope and purpose.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Furthermore, the human spirit's resilience is not solely manifested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individual struggles; it's frequently showcased in collective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responses to adversity. Communities ravaged by natural disasters,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 instance, often demonstrate remarkable resilience in the face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catastrophic loss. The shared experience of trauma creates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powerful bond, fostering a sense of collective purpose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determination to rebuild. Neighbors help neighbors, volunteers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pour in from across the globe, and a spirit of mutual support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permeates the recovery efforts. This shared resilience demonstrates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power of collective action and the enduring strength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human spirit in the face of overwhelming challenges.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capacity for resilience is not innate; it is developed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strengthened through experience. Just as physical muscles are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strengthened through exercise, so too is the human spirit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strengthened through the navigation of life's inevitable challenges.</w:t>
      </w:r>
    </w:p>
    <w:p>
      <w:pPr>
        <w:autoSpaceDN w:val="0"/>
        <w:autoSpaceDE w:val="0"/>
        <w:widowControl/>
        <w:spacing w:line="264" w:lineRule="exact" w:before="58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Overcoming obstacles, learning from setbacks, and embracing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growth opportunities all contribute to building resilience. It's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dynamic process, requiring self-awareness, self-compassion, and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commitment to personal growth.</w:t>
      </w:r>
    </w:p>
    <w:p>
      <w:pPr>
        <w:autoSpaceDN w:val="0"/>
        <w:autoSpaceDE w:val="0"/>
        <w:widowControl/>
        <w:spacing w:line="264" w:lineRule="exact" w:before="264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importance of self-belief cannot be overstated in fostering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resilience. A strong sense of self-efficacy, the belief in one's own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ability to succeed, is a powerful antidote to adversity. Individuals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who believe in their capacity to overcome challenges are more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likely to persevere through difficult times. This self-belief 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nurtured through positive self-talk, setting achievable goals,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celebrating accomplishments, both big and small. It's about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recognizing one's strengths, acknowledging one's limitations, and</w:t>
      </w:r>
    </w:p>
    <w:p>
      <w:pPr>
        <w:sectPr>
          <w:pgSz w:w="8000" w:h="12000"/>
          <w:pgMar w:top="296" w:right="688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322" w:lineRule="exact" w:before="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focusing on growth rather than perfection.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Perseverance, the steadfast determination to continue despite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setbacks, is another cornerstone of resilience. It involves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maintaining a long-term vision, remaining focused on one's goals,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adapting strategies as needed. Perseverance is not about blindly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pushing forward regardless of the consequences; it’s about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maintaining a sense of purpose and direction even when faced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unexpected obstacles. This requires the ability to learn from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mistakes, adjust one's approach, and continue moving forward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renewed determination.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Hope, often overlooked as a significant factor in resilience, 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surprisingly powerful. The belief in a better future, a sense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optimism about the possibility of positive change, can provide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impetus needed to overcome adversity. Hope is not about ignoring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reality; it’s about maintaining a positive outlook and believing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one's ability to create a better tomorrow. This hope, when nurtured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cultivated, provides the emotional fuel to persevere through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difficult times.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Examining the lives of individuals who have overcome significant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adversity further illuminates the power of resilience. Consider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stories of individuals who have triumphed over physical disabilities,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battled chronic illnesses, or survived traumatic events. Their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narratives often showcase not only their strength and perseverance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but also their unwavering hope and determination. They draw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strength from their inner resources, their support networks,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belief in their ability to overcome their challenges.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stories serve as powerful examples of the indomitable human spirit,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inspiring others to embrace their own resilience.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conclusion, resilience, the capacity of the human spirit to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overcome adversity, is a multifaceted quality. It’s fostered by self-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belief, perseverance, and hope, and is significantly strengthened by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 support of chosen families and broader community networks.</w:t>
      </w:r>
    </w:p>
    <w:p>
      <w:pPr>
        <w:autoSpaceDN w:val="0"/>
        <w:autoSpaceDE w:val="0"/>
        <w:widowControl/>
        <w:spacing w:line="264" w:lineRule="exact" w:before="58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It's not merely about surviving; it's about thriving in the face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challenges, learning from experiences, and growing stronger as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result. The human spirit's ability to adapt, persevere, and find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meaning even in the midst of suffering is a testament to our</w:t>
      </w:r>
    </w:p>
    <w:p>
      <w:pPr>
        <w:sectPr>
          <w:pgSz w:w="8000" w:h="12000"/>
          <w:pgMar w:top="296" w:right="662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inherent strength and capacity for resilience. Understanding this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inherent resilience empowers us to navigate life's complexities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greater confidence and courage, ultimately leading to a more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fulfilling and meaningful life.</w:t>
      </w:r>
    </w:p>
    <w:p>
      <w:pPr>
        <w:sectPr>
          <w:pgSz w:w="8000" w:h="12000"/>
          <w:pgMar w:top="296" w:right="736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The Strength Found in Unexpected Connections</w:t>
      </w:r>
    </w:p>
    <w:p>
      <w:pPr>
        <w:autoSpaceDN w:val="0"/>
        <w:autoSpaceDE w:val="0"/>
        <w:widowControl/>
        <w:spacing w:line="264" w:lineRule="exact" w:before="286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preceding discussion established the bedrock of resilience – 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intrinsic human capacity for bouncing back from adversity.</w:t>
      </w:r>
    </w:p>
    <w:p>
      <w:pPr>
        <w:autoSpaceDN w:val="0"/>
        <w:autoSpaceDE w:val="0"/>
        <w:widowControl/>
        <w:spacing w:line="264" w:lineRule="exact" w:before="6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However, resilience rarely flourishes in isolation. It thrives, often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unexpectedly, within the fertile ground of human connection. This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is where the power of chosen family truly blossoms, revealing itself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not just in planned support systems, but in the serendipitous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encounters that forge unexpectedly strong bonds. These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connections, often arising from the most improbable circumstances,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provide a vital lifeline during life's most tumultuous periods.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Consider the case of Sarah, a single mother who found herself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unexpectedly unemployed during the height of the pandemic.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financial strain was immense, the emotional toll even greater.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felt isolated, overwhelmed, and hopeless. Her existing support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network, primarily comprised of family, was geographically distant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limited in its ability to offer practical assistance. Yet, amidst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despair, a lifeline emerged from an unexpected source. A neighbor,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Martha, a retired teacher Sarah barely knew, noticed Sarah's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distress. She simply offered a plate of cookies one afternoon,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initiating a conversation that blossomed into a profound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enduring friendship.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Martha, recognizing Sarah's plight, didn't offer platitudes or empty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gestures. Instead, she offered practical help. She connected Sarah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 local food banks, helped her navigate the complexities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unemployment benefits, and even offered childcare on occasion,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allowing Sarah precious time to focus on job searching. More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importantly, Martha offered companionship and unwavering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emotional support. She listened without judgment, providing a safe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space for Sarah to express her anxieties and fears. The simple act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shared meals, casual conversations, and mutual understanding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proved incredibly powerful, offering Sarah a sense of belonging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hope during a period of profound uncertainty. Their connection,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born from a chance encounter and a plate of cookies, transcended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superficial and became a crucial pillar in Sarah's journey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towards recovery and resilience.</w:t>
      </w:r>
    </w:p>
    <w:p>
      <w:pPr>
        <w:sectPr>
          <w:pgSz w:w="8000" w:h="12000"/>
          <w:pgMar w:top="442" w:right="650" w:bottom="498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unexpected nature of these connections often underscores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potent impact. The strength they provide isn't diluted by pre-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existing expectations or familial obligations. Instead, it emerges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organically, grounded in shared experiences, mutual respect, and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genuine desire to support each other. This is exemplified by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story of David, a veteran struggling with PTSD after returning from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active duty. Isolated and alienated from his former military unit,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felt lost and disconnected from civilian life. His attempts to connect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with traditional support systems proved frustrating and ineffective.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It was during a chance encounter at a local community garden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David found an unexpected connection with a group of diverse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individuals, none of whom shared his military background. Initially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hesitant and withdrawn, David gradually found himself drawn into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community's rhythm of shared work and conversation.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collective effort of tending to the garden, the simple act of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nurturing life from the earth, fostered a sense of purpose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accomplishment that had been absent from his life. He found solace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the shared experience, in the quiet camaraderie of working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alongside others, and in the mutual respect that permeated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garden's atmosphere. He discovered that he wasn't alone in his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struggle, and that the unspoken language of shared effort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human connection was a powerful balm for his emotional wounds.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power of unexpected connections extends beyond individual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experiences, shaping entire communities and impacting social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change. Consider the grassroots movements that often emerge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response to crisis or injustice. These movements are frequently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fueled by unexpected alliances, forged between individuals from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diverse backgrounds who find common ground in their shared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commitment to a common cause. These connections, often born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from adversity, foster a sense of collective strength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determination, demonstrating the capacity of human connection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inspire profound social change.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emergence of mutual aid networks during natural disasters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provides a powerful illustration of this principle. In the aftermath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hurricanes, floods, or wildfires, communities frequently rally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together, transcending political and social divides. Neighbors help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neighbors, strangers offer assistance, and a remarkable spirit of</w:t>
      </w:r>
    </w:p>
    <w:p>
      <w:pPr>
        <w:sectPr>
          <w:pgSz w:w="8000" w:h="12000"/>
          <w:pgMar w:top="296" w:right="668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288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collective resilience emerges. These temporary alliances often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extend beyond immediate relief efforts, solidifying into enduring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community bonds that strengthen societal resilience.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examples detailed above are not isolated incidents; they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represent a common thread woven throughout the human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experience. Unexpected connections frequently provide crucial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emotional, practical, and social support. They bridge gaps between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different backgrounds, creating a sense of belonging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community that transcends traditional definitions of family.</w:t>
      </w:r>
    </w:p>
    <w:p>
      <w:pPr>
        <w:autoSpaceDN w:val="0"/>
        <w:autoSpaceDE w:val="0"/>
        <w:widowControl/>
        <w:spacing w:line="264" w:lineRule="exact" w:before="58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Furthermore, the very unexpectedness of these connections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enhances their impact; they represent a profound reminder of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inherent kindness and generosity present within humanity.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These unexpected relationships often offer a level of support that is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different from, and in some cases even surpasses, that of traditional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familial bonds. They are free from the complexities and potential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conflicts inherent in family dynamics, offering a refreshing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often revitalizing sense of connection.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It's also vital to consider the specific nature of the support offered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by these unexpected relationships. It’s not just about emotional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comfort, although that’s a crucial element. It's also about practical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assistance – helping someone navigate bureaucratic processes, find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resources, or simply provide a helping hand during times of need.</w:t>
      </w: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This practical support can be invaluable, offering a concrete path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towards recovery and resilience. The combined emotional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practical support provided by these unexpected connections forms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strong foundation for navigating life's challenges.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further illustrate this point, let's consider the story of Maria, 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immigrant who arrived in a new country with minimal language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skills and limited resources. Feeling isolated and overwhelmed, she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found herself struggling to navigate the complexities of her new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environment. However, she met a local librarian, Elena, who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provided more than just books. Elena became a mentor,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translator, and a steadfast friend. She helped Maria learn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language, navigate the local government systems, and even find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job. Elena's support went beyond practical assistance, offering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crucial emotional comfort and a sense of belonging that eased</w:t>
      </w:r>
    </w:p>
    <w:p>
      <w:pPr>
        <w:sectPr>
          <w:pgSz w:w="8000" w:h="12000"/>
          <w:pgMar w:top="296" w:right="680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322" w:lineRule="exact" w:before="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Maria's transition into her new home.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This emphasizes that the strength found in unexpected connections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isn't solely a matter of receiving support; it's also about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reciprocation. These relationships are often characterized by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mutual exchange of care, companionship, and support. The act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giving support to another person often strengthens the bonds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connection, fostering a sense of shared responsibility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community. This reciprocal exchange of care strengthens both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individuals involved, creating a powerful feedback loop that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enhances resilience and well-being.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 conclusion, the strength found in unexpected connections is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crucial element of human resilience. These unplanned encounters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friendships provide essential support during life's most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challenging moments, offering not just emotional comfort, but also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practical assistance and a sense of belonging. These relationships,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born from chance encounters, transcend traditional family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dynamics, fostering a vibrant tapestry of chosen family that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enriches our lives and strengthens our capacity to overcome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adversity. Understanding this power and actively seeking out these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connections can significantly enhance our own resilience and well-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being, and contribute to building stronger, more supportive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communities. The unpredictable nature of life often brings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unexpected challenges, but it also brings unexpected connections,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and it's in these connections that we find unexpected strength.</w:t>
      </w:r>
    </w:p>
    <w:p>
      <w:pPr>
        <w:sectPr>
          <w:pgSz w:w="8000" w:h="12000"/>
          <w:pgMar w:top="296" w:right="768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Finding Joy and Meaning in the Face of Adversity</w:t>
      </w:r>
    </w:p>
    <w:p>
      <w:pPr>
        <w:autoSpaceDN w:val="0"/>
        <w:autoSpaceDE w:val="0"/>
        <w:widowControl/>
        <w:spacing w:line="264" w:lineRule="exact" w:before="286" w:after="0"/>
        <w:ind w:left="0" w:right="144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journey of Jamal, Malik, Mei Lynn, Kai, and Lily—a tapestry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woven from the threads of grief, ambition, and unexpected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connection—offers a profound illustration of finding joy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meaning amidst adversity. Their individual struggles, intertwined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within the context of their burgeoning chosen family, reveal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resilience of the human spirit and the transformative power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shared experiences. Jamal, grappling with the loss of his wife,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found unexpected solace not in the structured support systems 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initially sought, but in the chaotic, loving embrace of a blended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family. The initial awkwardness of cohabitation gave way to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shared rhythm of life, marked by laughter, shared meals, and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gentle hum of everyday routines.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financial pressures weighing heavily on Jamal were eased, not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simply by the shared financial burden of cohabitation, but by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inherent support system that emerged. Mei Lynn, a resourceful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hardworking single mother, brought a pragmatic approach to life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that balanced Jamal's often overwhelming grief. Their children,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initially hesitant in their interactions, forged an enduring bond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fueled by shared interests and a mutual understanding of loss.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Malik, initially focused solely on his golf career, discovered the joy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mentorship in his relationship with Kai, and the unexpected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companionship of Lily.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children’s experiences underscore the nuanced ways in which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chosen family impacts personal growth. Kai's laid-back attitude,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initially perceived as a contrast to Malik's driven ambition, proved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to be a balancing influence. The dynamic between the two boys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showcased the power of contrasting personalities in fostering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mutual respect and understanding. They learned from each other,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challenging each other, and supporting each other in ways that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strengthened their individual identities. Lily's initial shyness melted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away in the warmth of Jamal's gentle acceptance and Malik's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patient friendship. She found a voice, a confidence that blossomed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within this unconventional family structure. Her quiet strength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became a source of inspiration for both families.</w:t>
      </w:r>
    </w:p>
    <w:p>
      <w:pPr>
        <w:sectPr>
          <w:pgSz w:w="8000" w:h="12000"/>
          <w:pgMar w:top="442" w:right="718" w:bottom="498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power of shared laughter cannot be understated. The everyday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moments, the small victories, the shared jokes, and the collective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resilience in the face of setbacks all contributed to the building of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strong foundation of mutual support. The narrative subtly reveals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how humor becomes a coping mechanism, a means to process grief,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a catalyst for healing. The families' shared meals, often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characterized by boisterous conversations and spontaneous bursts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laughter, became powerful rituals that strengthened their emotional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bond. These seemingly insignificant moments became milestones 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their journey towards healing and acceptance.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Their shared experiences transcended the superficial.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challenges faced – financial difficulties, navigating different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parenting styles, the pressures of competition – became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opportunities for growth, empathy, and deepened understanding.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These shared struggles fostered a sense of shared purpose, creating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 unbreakable bond that reinforced the notion that family is not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merely about blood, but about shared experiences, mutual support,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unconditional love. The shared responsibility of raising their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children, albeit in a non-traditional structure, brought an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unexpected depth to their connections, solidifying their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commitment to one another.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Beyond the immediate family unit, their chosen family extended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outwards, touching the wider community. The community garden,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space of shared labor and casual conversation, became another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significant setting for connection and growth. The garden,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metaphor for life itself, highlighted the power of nurturing and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beauty of growth emerging from seemingly disparate elements. 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became a place where Jamal could find solace in the rhythmic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motions of gardening, where Mei Lynn could connect with other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mothers, and where the children could explore their shared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interests in nature and teamwork.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community garden offered more than just a shared activity; it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provided a sense of belonging, a connection to a larger whole.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shared experience of nurturing the garden, the shared successes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setbacks, forged bonds of friendship and mutual support that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mirrored the dynamics of their chosen family. The garden became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symbol of the shared effort, the collective resilience, and the beauty</w:t>
      </w:r>
    </w:p>
    <w:p>
      <w:pPr>
        <w:sectPr>
          <w:pgSz w:w="8000" w:h="12000"/>
          <w:pgMar w:top="296" w:right="640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322" w:lineRule="exact" w:before="0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of community that underscored the entire narrative.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narrative's power lies not just in its depiction of challenges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overcome, but in the way it reveals the enduring power of hope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resilience. The families' journey is not without its difficulties, its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moments of tension and conflict. However, these moments are not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presented as obstacles, but as opportunities for growth and deeper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understanding. They learned to communicate effectively, to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negotiate differences, and to appreciate the diverse perspectives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within their chosen family.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concluding moments of the story underscore the lasting impact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chosen family. The families' resilience, not simply in overcoming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adversity, but in embracing the unexpected joys and fulfillment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found in their unconventional family structure, stands as a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testament to the human capacity for love, connection, and profound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growth. The enduring message is clear: true family is not defined by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blood ties alone, but by the strength of shared experiences, mutual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support, and the unwavering commitment to one another.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narrative cleverly avoids simplistic solutions, reflecting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complexity of real-life relationships. It acknowledges the challenges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of forming unconventional family structures, the potential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conflicts, and the ongoing work required to nurture and sustain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these bonds. However, the overall tone remains optimistic,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emphasizing the rewards and resilience born from these challenging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relationships.</w:t>
      </w:r>
    </w:p>
    <w:p>
      <w:pPr>
        <w:autoSpaceDN w:val="0"/>
        <w:autoSpaceDE w:val="0"/>
        <w:widowControl/>
        <w:spacing w:line="264" w:lineRule="exact" w:before="264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chosen family in this narrative becomes a powerful metaphor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for the resilience of the human spirit. Their shared journey is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powerful testament to the capacity for finding joy and meaning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even in the face of profound loss and unexpected challenges. It is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story of resilience, healing, and the unexpected beauty that can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emerge from life’s most difficult circumstances. This resonates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powerfully with the underlying theme of the book, highlighting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importance of human connection in fostering strength and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promoting well-being. The enduring power of their connections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underscores the importance of choosing our families, fostering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relationships based on mutual support, and recognizing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transformative power of love and acceptance in overcoming life's</w:t>
      </w:r>
    </w:p>
    <w:p>
      <w:pPr>
        <w:sectPr>
          <w:pgSz w:w="8000" w:h="12000"/>
          <w:pgMar w:top="296" w:right="668" w:bottom="394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4" w:lineRule="exact" w:before="58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challenges. The narrative leaves the reader with a sense of hope, a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belief in the possibility of forging meaningful connections, and 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understanding of the enduring strength found in chosen family.</w:t>
      </w:r>
    </w:p>
    <w:p>
      <w:pPr>
        <w:sectPr>
          <w:pgSz w:w="8000" w:h="12000"/>
          <w:pgMar w:top="296" w:right="844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Acknowledgments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Writing a book is a journey of persistence, creativity, and countless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revisions. This project was a solo endeavor, fueled by a passion for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storytelling and a commitment to bringing these characters to life.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Every challenge along the way only deepened my connection to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work, pushing me to refine each word and stay true to the heart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story. This book stands as a testament to dedication, inspiration,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and the power of seeing an idea through to the end.</w:t>
      </w:r>
    </w:p>
    <w:p>
      <w:pPr>
        <w:sectPr>
          <w:pgSz w:w="8000" w:h="12000"/>
          <w:pgMar w:top="442" w:right="662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Appendix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This appendix includes supplemental information about the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locations mentioned in the novel, specifically the fictional town of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Oakhaven and the details of the prestigious golf course, Crestwood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Country Club. Further research on the history of these locations can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be undertaken using the provided resources in the References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section.</w:t>
      </w:r>
    </w:p>
    <w:p>
      <w:pPr>
        <w:sectPr>
          <w:pgSz w:w="8000" w:h="12000"/>
          <w:pgMar w:top="442" w:right="698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Glossary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This glossary defines key terms used within the novel related to golf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and tennis, ensuring clarity for readers unfamiliar with the sports'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jargon. For example, “birdie” in golf (one stroke under par) and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“love” in tennis (a score of zero).</w:t>
      </w:r>
    </w:p>
    <w:p>
      <w:pPr>
        <w:sectPr>
          <w:pgSz w:w="8000" w:h="12000"/>
          <w:pgMar w:top="442" w:right="670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References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This section highlights key resources that shaped the research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behind</w:t>
      </w:r>
      <w:r>
        <w:rPr>
          <w:rFonts w:ascii="Charis SIL Italic" w:hAnsi="Charis SIL Italic" w:eastAsia="Charis SIL Italic"/>
          <w:b w:val="0"/>
          <w:i/>
          <w:color w:val="000000"/>
          <w:sz w:val="22"/>
        </w:rPr>
        <w:t xml:space="preserve"> Fore the Family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 , spanning books on grief counseling, articles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exploring the challenges of single parenthood, and sociological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studies on chosen families. Additionally, it includes curated links to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insightful websites on golf and tennis, reflecting the novel’s themes.</w:t>
      </w:r>
    </w:p>
    <w:p>
      <w:pPr>
        <w:sectPr>
          <w:pgSz w:w="8000" w:h="12000"/>
          <w:pgMar w:top="442" w:right="698" w:bottom="1440" w:left="66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4"/>
        <w:ind w:left="0" w:right="0"/>
      </w:pPr>
    </w:p>
    <w:p>
      <w:pPr>
        <w:autoSpaceDN w:val="0"/>
        <w:autoSpaceDE w:val="0"/>
        <w:widowControl/>
        <w:spacing w:line="330" w:lineRule="exact" w:before="0" w:after="0"/>
        <w:ind w:left="0" w:right="0" w:firstLine="0"/>
        <w:jc w:val="left"/>
      </w:pPr>
      <w:r>
        <w:rPr>
          <w:rFonts w:ascii="Charis SIL Bold" w:hAnsi="Charis SIL Bold" w:eastAsia="Charis SIL Bold"/>
          <w:b/>
          <w:i w:val="0"/>
          <w:color w:val="000000"/>
          <w:sz w:val="22"/>
        </w:rPr>
        <w:t>Author Biography</w:t>
      </w:r>
    </w:p>
    <w:p>
      <w:pPr>
        <w:autoSpaceDN w:val="0"/>
        <w:autoSpaceDE w:val="0"/>
        <w:widowControl/>
        <w:spacing w:line="264" w:lineRule="exact" w:before="286" w:after="0"/>
        <w:ind w:left="0" w:right="0" w:firstLine="0"/>
        <w:jc w:val="left"/>
      </w:pP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Michael “MABS” Brown is a Detroit-based amateur writer making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his debut with</w:t>
      </w:r>
      <w:r>
        <w:rPr>
          <w:rFonts w:ascii="Charis SIL Italic" w:hAnsi="Charis SIL Italic" w:eastAsia="Charis SIL Italic"/>
          <w:b w:val="0"/>
          <w:i/>
          <w:color w:val="000000"/>
          <w:sz w:val="22"/>
        </w:rPr>
        <w:t xml:space="preserve"> Fore the Family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 . With a lifelong passion for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storytelling, his work delves into themes of family, resilience, and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the complexities of human connection. Drawing from his diverse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background in project management and technology, Michael brings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a unique perspective to his writing, blending real-world detail with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emotional depth. When he’s not writing, he can be found on the </w:t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 xml:space="preserve">basketball court or exploring new ideas for his next creative </w:t>
      </w:r>
      <w:r>
        <w:br/>
      </w:r>
      <w:r>
        <w:rPr>
          <w:rFonts w:ascii="Charis SIL Regular" w:hAnsi="Charis SIL Regular" w:eastAsia="Charis SIL Regular"/>
          <w:b w:val="0"/>
          <w:i w:val="0"/>
          <w:color w:val="000000"/>
          <w:sz w:val="22"/>
        </w:rPr>
        <w:t>venture.</w:t>
      </w:r>
    </w:p>
    <w:sectPr w:rsidR="00FC693F" w:rsidRPr="0006063C" w:rsidSect="00034616">
      <w:pgSz w:w="8000" w:h="12000"/>
      <w:pgMar w:top="442" w:right="726" w:bottom="1440" w:left="660" w:header="720" w:footer="720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